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B70DD" w:rsidRPr="002A5F8B" w:rsidRDefault="004B70DD" w:rsidP="004A67BE">
      <w:pPr>
        <w:spacing w:line="312" w:lineRule="auto"/>
        <w:rPr>
          <w:rFonts w:ascii="HY울릉도M" w:eastAsia="HY헤드라인M" w:hAnsi="HY울릉도M" w:cs="HY헤드라인M" w:hint="eastAsia"/>
          <w:sz w:val="2"/>
          <w:szCs w:val="12"/>
          <w:u w:val="single"/>
          <w:lang w:eastAsia="ko-KR"/>
        </w:rPr>
      </w:pPr>
    </w:p>
    <w:p w:rsidR="00DA08A1" w:rsidRPr="004A67BE" w:rsidRDefault="00F3557A">
      <w:pPr>
        <w:spacing w:line="312" w:lineRule="auto"/>
        <w:jc w:val="center"/>
        <w:rPr>
          <w:rFonts w:ascii="HY헤드라인M" w:eastAsia="HY헤드라인M" w:hAnsi="HY울릉도M" w:hint="eastAsia"/>
          <w:sz w:val="36"/>
          <w:szCs w:val="30"/>
          <w:lang w:eastAsia="ko-KR"/>
        </w:rPr>
      </w:pPr>
      <w:r w:rsidRPr="004A67BE">
        <w:rPr>
          <w:rFonts w:ascii="HY헤드라인M" w:eastAsia="HY헤드라인M" w:hAnsi="HY울릉도M" w:cs="HY헤드라인M" w:hint="eastAsia"/>
          <w:sz w:val="36"/>
          <w:szCs w:val="30"/>
          <w:u w:val="single"/>
          <w:lang w:eastAsia="ko-KR"/>
        </w:rPr>
        <w:t>2027년 해외민간네트워크 (신규/재지정) 신청서</w:t>
      </w:r>
    </w:p>
    <w:p w:rsidR="00DA08A1" w:rsidRDefault="00DA08A1">
      <w:pPr>
        <w:spacing w:line="312" w:lineRule="auto"/>
        <w:jc w:val="center"/>
        <w:rPr>
          <w:rFonts w:ascii="HY울릉도M" w:eastAsia="HY헤드라인M" w:hAnsi="HY울릉도M"/>
          <w:sz w:val="4"/>
          <w:szCs w:val="4"/>
          <w:lang w:eastAsia="ko-KR"/>
        </w:rPr>
      </w:pPr>
    </w:p>
    <w:tbl>
      <w:tblPr>
        <w:tblStyle w:val="af9"/>
        <w:tblW w:w="0" w:type="auto"/>
        <w:jc w:val="center"/>
        <w:tblLayout w:type="fixed"/>
        <w:tblCellMar>
          <w:left w:w="0" w:type="dxa"/>
          <w:right w:w="0" w:type="dxa"/>
        </w:tblCellMar>
        <w:tblLook w:val="04A0" w:firstRow="1" w:lastRow="0" w:firstColumn="1" w:lastColumn="0" w:noHBand="0" w:noVBand="1"/>
      </w:tblPr>
      <w:tblGrid>
        <w:gridCol w:w="1432"/>
        <w:gridCol w:w="822"/>
        <w:gridCol w:w="390"/>
        <w:gridCol w:w="26"/>
        <w:gridCol w:w="1391"/>
        <w:gridCol w:w="794"/>
        <w:gridCol w:w="198"/>
        <w:gridCol w:w="1052"/>
        <w:gridCol w:w="933"/>
        <w:gridCol w:w="425"/>
        <w:gridCol w:w="425"/>
        <w:gridCol w:w="1650"/>
      </w:tblGrid>
      <w:tr w:rsidR="00DA08A1" w:rsidTr="0079350C">
        <w:trPr>
          <w:trHeight w:hRule="exact" w:val="296"/>
          <w:jc w:val="center"/>
        </w:trPr>
        <w:tc>
          <w:tcPr>
            <w:tcW w:w="9538" w:type="dxa"/>
            <w:gridSpan w:val="12"/>
            <w:tcBorders>
              <w:top w:val="single" w:sz="12" w:space="0" w:color="auto"/>
              <w:left w:val="single" w:sz="12" w:space="0" w:color="auto"/>
              <w:bottom w:val="double" w:sz="2" w:space="0" w:color="auto"/>
              <w:right w:val="single" w:sz="12" w:space="0" w:color="auto"/>
            </w:tcBorders>
            <w:shd w:val="clear" w:color="auto" w:fill="F2F2F2"/>
            <w:tcMar>
              <w:top w:w="0" w:type="dxa"/>
              <w:left w:w="28" w:type="dxa"/>
              <w:bottom w:w="0" w:type="dxa"/>
              <w:right w:w="28" w:type="dxa"/>
            </w:tcMar>
            <w:vAlign w:val="center"/>
          </w:tcPr>
          <w:p w:rsidR="00DA08A1" w:rsidRDefault="00F3557A" w:rsidP="002A5F8B">
            <w:pPr>
              <w:spacing w:line="260" w:lineRule="exact"/>
              <w:jc w:val="both"/>
              <w:rPr>
                <w:rFonts w:ascii="HY헤드라인M" w:eastAsia="휴먼명조" w:hAnsi="HY헤드라인M"/>
                <w:b/>
                <w:sz w:val="24"/>
                <w:szCs w:val="24"/>
                <w:lang w:eastAsia="ko-KR"/>
              </w:rPr>
            </w:pPr>
            <w:r>
              <w:rPr>
                <w:rFonts w:ascii="HY헤드라인M" w:eastAsia="휴먼명조" w:hAnsi="HY헤드라인M" w:cs="휴먼명조"/>
                <w:b/>
                <w:spacing w:val="-12"/>
                <w:w w:val="97"/>
                <w:sz w:val="24"/>
                <w:lang w:eastAsia="ko-KR"/>
              </w:rPr>
              <w:t xml:space="preserve">1. </w:t>
            </w:r>
            <w:r>
              <w:rPr>
                <w:rFonts w:ascii="HY헤드라인M" w:eastAsia="휴먼명조" w:hAnsi="HY헤드라인M" w:cs="휴먼명조"/>
                <w:b/>
                <w:spacing w:val="-12"/>
                <w:w w:val="97"/>
                <w:sz w:val="24"/>
                <w:lang w:eastAsia="ko-KR"/>
              </w:rPr>
              <w:t>신청</w:t>
            </w:r>
            <w:r>
              <w:rPr>
                <w:rFonts w:ascii="HY헤드라인M" w:eastAsia="휴먼명조" w:hAnsi="HY헤드라인M" w:cs="휴먼명조"/>
                <w:b/>
                <w:spacing w:val="-12"/>
                <w:w w:val="97"/>
                <w:sz w:val="24"/>
                <w:lang w:eastAsia="ko-KR"/>
              </w:rPr>
              <w:t xml:space="preserve"> </w:t>
            </w:r>
            <w:r>
              <w:rPr>
                <w:rFonts w:ascii="HY헤드라인M" w:eastAsia="휴먼명조" w:hAnsi="HY헤드라인M" w:cs="휴먼명조"/>
                <w:b/>
                <w:spacing w:val="-12"/>
                <w:w w:val="97"/>
                <w:sz w:val="24"/>
                <w:lang w:eastAsia="ko-KR"/>
              </w:rPr>
              <w:t>해외민간네트워크</w:t>
            </w:r>
            <w:r>
              <w:rPr>
                <w:rFonts w:ascii="HY헤드라인M" w:eastAsia="휴먼명조" w:hAnsi="HY헤드라인M" w:cs="휴먼명조"/>
                <w:b/>
                <w:spacing w:val="-12"/>
                <w:w w:val="97"/>
                <w:sz w:val="24"/>
                <w:lang w:eastAsia="ko-KR"/>
              </w:rPr>
              <w:t xml:space="preserve"> </w:t>
            </w:r>
            <w:r>
              <w:rPr>
                <w:rFonts w:ascii="HY헤드라인M" w:eastAsia="휴먼명조" w:hAnsi="HY헤드라인M" w:cs="휴먼명조"/>
                <w:b/>
                <w:spacing w:val="-12"/>
                <w:w w:val="97"/>
                <w:sz w:val="24"/>
                <w:lang w:eastAsia="ko-KR"/>
              </w:rPr>
              <w:t>현황</w:t>
            </w:r>
          </w:p>
        </w:tc>
      </w:tr>
      <w:tr w:rsidR="00DA08A1" w:rsidTr="00D50C1F">
        <w:trPr>
          <w:trHeight w:hRule="exact" w:val="387"/>
          <w:jc w:val="center"/>
        </w:trPr>
        <w:tc>
          <w:tcPr>
            <w:tcW w:w="1432" w:type="dxa"/>
            <w:vMerge w:val="restart"/>
            <w:tcBorders>
              <w:top w:val="double" w:sz="2" w:space="0" w:color="auto"/>
              <w:left w:val="single" w:sz="12" w:space="0" w:color="auto"/>
              <w:bottom w:val="single" w:sz="3" w:space="0" w:color="000000"/>
              <w:right w:val="single" w:sz="3" w:space="0" w:color="000000"/>
            </w:tcBorders>
            <w:tcMar>
              <w:top w:w="0" w:type="dxa"/>
              <w:left w:w="28" w:type="dxa"/>
              <w:bottom w:w="0" w:type="dxa"/>
              <w:right w:w="28" w:type="dxa"/>
            </w:tcMar>
            <w:vAlign w:val="center"/>
          </w:tcPr>
          <w:p w:rsidR="00DA08A1" w:rsidRDefault="00F3557A" w:rsidP="002A5F8B">
            <w:pPr>
              <w:spacing w:line="260" w:lineRule="exact"/>
              <w:jc w:val="center"/>
              <w:rPr>
                <w:rFonts w:ascii="HY헤드라인M" w:eastAsia="휴먼명조" w:hAnsi="HY헤드라인M"/>
                <w:sz w:val="24"/>
                <w:szCs w:val="24"/>
              </w:rPr>
            </w:pPr>
            <w:r>
              <w:rPr>
                <w:rFonts w:ascii="HY헤드라인M" w:eastAsia="휴먼명조" w:hAnsi="HY헤드라인M" w:cs="휴먼명조"/>
                <w:spacing w:val="-12"/>
                <w:w w:val="97"/>
                <w:sz w:val="24"/>
              </w:rPr>
              <w:t>업</w:t>
            </w:r>
            <w:r>
              <w:rPr>
                <w:rFonts w:ascii="HY헤드라인M" w:eastAsia="휴먼명조" w:hAnsi="HY헤드라인M" w:cs="휴먼명조"/>
                <w:spacing w:val="-12"/>
                <w:w w:val="97"/>
                <w:sz w:val="24"/>
              </w:rPr>
              <w:t xml:space="preserve"> </w:t>
            </w:r>
            <w:r>
              <w:rPr>
                <w:rFonts w:ascii="HY헤드라인M" w:eastAsia="휴먼명조" w:hAnsi="HY헤드라인M" w:cs="휴먼명조"/>
                <w:spacing w:val="-12"/>
                <w:w w:val="97"/>
                <w:sz w:val="24"/>
              </w:rPr>
              <w:t>체</w:t>
            </w:r>
            <w:r>
              <w:rPr>
                <w:rFonts w:ascii="HY헤드라인M" w:eastAsia="휴먼명조" w:hAnsi="HY헤드라인M" w:cs="휴먼명조"/>
                <w:spacing w:val="-12"/>
                <w:w w:val="97"/>
                <w:sz w:val="24"/>
              </w:rPr>
              <w:t xml:space="preserve"> </w:t>
            </w:r>
            <w:r>
              <w:rPr>
                <w:rFonts w:ascii="HY헤드라인M" w:eastAsia="휴먼명조" w:hAnsi="HY헤드라인M" w:cs="휴먼명조"/>
                <w:spacing w:val="-12"/>
                <w:w w:val="97"/>
                <w:sz w:val="24"/>
              </w:rPr>
              <w:t>명</w:t>
            </w:r>
          </w:p>
        </w:tc>
        <w:tc>
          <w:tcPr>
            <w:tcW w:w="822" w:type="dxa"/>
            <w:vMerge w:val="restart"/>
            <w:tcBorders>
              <w:top w:val="double" w:sz="2" w:space="0" w:color="auto"/>
              <w:left w:val="single" w:sz="3" w:space="0" w:color="000000"/>
              <w:bottom w:val="single" w:sz="3" w:space="0" w:color="000000"/>
              <w:right w:val="single" w:sz="3" w:space="0" w:color="000000"/>
            </w:tcBorders>
            <w:tcMar>
              <w:top w:w="0" w:type="dxa"/>
              <w:left w:w="28" w:type="dxa"/>
              <w:bottom w:w="0" w:type="dxa"/>
              <w:right w:w="28" w:type="dxa"/>
            </w:tcMar>
            <w:vAlign w:val="center"/>
          </w:tcPr>
          <w:p w:rsidR="00DA08A1" w:rsidRDefault="00F3557A" w:rsidP="002A5F8B">
            <w:pPr>
              <w:spacing w:line="260" w:lineRule="exact"/>
              <w:jc w:val="center"/>
              <w:rPr>
                <w:rFonts w:ascii="HY헤드라인M" w:eastAsia="휴먼명조" w:hAnsi="HY헤드라인M"/>
                <w:sz w:val="24"/>
                <w:szCs w:val="24"/>
              </w:rPr>
            </w:pPr>
            <w:proofErr w:type="spellStart"/>
            <w:r>
              <w:rPr>
                <w:rFonts w:ascii="HY헤드라인M" w:eastAsia="휴먼명조" w:hAnsi="HY헤드라인M" w:cs="휴먼명조"/>
                <w:spacing w:val="-12"/>
                <w:w w:val="97"/>
                <w:sz w:val="24"/>
              </w:rPr>
              <w:t>국문</w:t>
            </w:r>
            <w:proofErr w:type="spellEnd"/>
          </w:p>
        </w:tc>
        <w:tc>
          <w:tcPr>
            <w:tcW w:w="2799" w:type="dxa"/>
            <w:gridSpan w:val="5"/>
            <w:vMerge w:val="restart"/>
            <w:tcBorders>
              <w:top w:val="double" w:sz="2" w:space="0" w:color="auto"/>
              <w:left w:val="single" w:sz="3" w:space="0" w:color="000000"/>
              <w:bottom w:val="single" w:sz="3" w:space="0" w:color="000000"/>
              <w:right w:val="single" w:sz="3" w:space="0" w:color="000000"/>
            </w:tcBorders>
            <w:tcMar>
              <w:top w:w="0" w:type="dxa"/>
              <w:left w:w="28" w:type="dxa"/>
              <w:bottom w:w="0" w:type="dxa"/>
              <w:right w:w="28" w:type="dxa"/>
            </w:tcMar>
            <w:vAlign w:val="center"/>
          </w:tcPr>
          <w:p w:rsidR="00DA08A1" w:rsidRDefault="00DA08A1" w:rsidP="002A5F8B">
            <w:pPr>
              <w:spacing w:line="260" w:lineRule="exact"/>
              <w:jc w:val="center"/>
              <w:rPr>
                <w:rFonts w:ascii="HY헤드라인M" w:eastAsia="휴먼명조" w:hAnsi="HY헤드라인M"/>
                <w:sz w:val="24"/>
                <w:szCs w:val="24"/>
              </w:rPr>
            </w:pPr>
          </w:p>
        </w:tc>
        <w:tc>
          <w:tcPr>
            <w:tcW w:w="1985" w:type="dxa"/>
            <w:gridSpan w:val="2"/>
            <w:tcBorders>
              <w:top w:val="double" w:sz="2" w:space="0" w:color="auto"/>
              <w:left w:val="single" w:sz="3" w:space="0" w:color="000000"/>
              <w:bottom w:val="single" w:sz="2" w:space="0" w:color="auto"/>
              <w:right w:val="single" w:sz="2" w:space="0" w:color="auto"/>
            </w:tcBorders>
            <w:tcMar>
              <w:top w:w="0" w:type="dxa"/>
              <w:left w:w="28" w:type="dxa"/>
              <w:bottom w:w="0" w:type="dxa"/>
              <w:right w:w="28" w:type="dxa"/>
            </w:tcMar>
            <w:vAlign w:val="center"/>
          </w:tcPr>
          <w:p w:rsidR="00DA08A1" w:rsidRDefault="00F3557A" w:rsidP="002A5F8B">
            <w:pPr>
              <w:spacing w:line="260" w:lineRule="exact"/>
              <w:jc w:val="center"/>
              <w:rPr>
                <w:rFonts w:ascii="HY헤드라인M" w:eastAsia="휴먼명조" w:hAnsi="HY헤드라인M"/>
                <w:sz w:val="24"/>
                <w:szCs w:val="24"/>
              </w:rPr>
            </w:pPr>
            <w:r>
              <w:rPr>
                <w:rFonts w:ascii="HY헤드라인M" w:eastAsia="휴먼명조" w:hAnsi="HY헤드라인M" w:cs="휴먼명조"/>
                <w:spacing w:val="-12"/>
                <w:w w:val="97"/>
                <w:sz w:val="24"/>
              </w:rPr>
              <w:t>대</w:t>
            </w:r>
            <w:r>
              <w:rPr>
                <w:rFonts w:ascii="HY헤드라인M" w:eastAsia="휴먼명조" w:hAnsi="HY헤드라인M" w:cs="휴먼명조"/>
                <w:spacing w:val="-12"/>
                <w:w w:val="97"/>
                <w:sz w:val="24"/>
              </w:rPr>
              <w:t xml:space="preserve"> </w:t>
            </w:r>
            <w:r>
              <w:rPr>
                <w:rFonts w:ascii="HY헤드라인M" w:eastAsia="휴먼명조" w:hAnsi="HY헤드라인M" w:cs="휴먼명조"/>
                <w:spacing w:val="-12"/>
                <w:w w:val="97"/>
                <w:sz w:val="24"/>
              </w:rPr>
              <w:t>표</w:t>
            </w:r>
            <w:r>
              <w:rPr>
                <w:rFonts w:ascii="HY헤드라인M" w:eastAsia="휴먼명조" w:hAnsi="HY헤드라인M" w:cs="휴먼명조"/>
                <w:spacing w:val="-12"/>
                <w:w w:val="97"/>
                <w:sz w:val="24"/>
              </w:rPr>
              <w:t xml:space="preserve"> </w:t>
            </w:r>
            <w:r>
              <w:rPr>
                <w:rFonts w:ascii="HY헤드라인M" w:eastAsia="휴먼명조" w:hAnsi="HY헤드라인M" w:cs="휴먼명조"/>
                <w:spacing w:val="-12"/>
                <w:w w:val="97"/>
                <w:sz w:val="24"/>
              </w:rPr>
              <w:t>자</w:t>
            </w:r>
          </w:p>
        </w:tc>
        <w:tc>
          <w:tcPr>
            <w:tcW w:w="2500" w:type="dxa"/>
            <w:gridSpan w:val="3"/>
            <w:tcBorders>
              <w:top w:val="double" w:sz="2" w:space="0" w:color="auto"/>
              <w:left w:val="single" w:sz="2" w:space="0" w:color="auto"/>
              <w:bottom w:val="single" w:sz="2" w:space="0" w:color="auto"/>
              <w:right w:val="single" w:sz="12" w:space="0" w:color="auto"/>
            </w:tcBorders>
            <w:tcMar>
              <w:top w:w="0" w:type="dxa"/>
              <w:left w:w="28" w:type="dxa"/>
              <w:bottom w:w="0" w:type="dxa"/>
              <w:right w:w="28" w:type="dxa"/>
            </w:tcMar>
            <w:vAlign w:val="center"/>
          </w:tcPr>
          <w:p w:rsidR="00DA08A1" w:rsidRDefault="00DA08A1" w:rsidP="002A5F8B">
            <w:pPr>
              <w:spacing w:line="260" w:lineRule="exact"/>
              <w:jc w:val="center"/>
              <w:rPr>
                <w:rFonts w:ascii="HY헤드라인M" w:eastAsia="휴먼명조" w:hAnsi="HY헤드라인M"/>
                <w:sz w:val="24"/>
                <w:szCs w:val="24"/>
              </w:rPr>
            </w:pPr>
          </w:p>
        </w:tc>
      </w:tr>
      <w:tr w:rsidR="00DA08A1" w:rsidTr="00D50C1F">
        <w:trPr>
          <w:trHeight w:hRule="exact" w:val="296"/>
          <w:jc w:val="center"/>
        </w:trPr>
        <w:tc>
          <w:tcPr>
            <w:tcW w:w="1432" w:type="dxa"/>
            <w:vMerge/>
            <w:tcBorders>
              <w:top w:val="double" w:sz="2" w:space="0" w:color="auto"/>
              <w:left w:val="single" w:sz="12" w:space="0" w:color="auto"/>
            </w:tcBorders>
            <w:vAlign w:val="center"/>
          </w:tcPr>
          <w:p w:rsidR="00DA08A1" w:rsidRDefault="00DA08A1" w:rsidP="002A5F8B">
            <w:pPr>
              <w:spacing w:line="260" w:lineRule="exact"/>
              <w:jc w:val="center"/>
            </w:pPr>
          </w:p>
        </w:tc>
        <w:tc>
          <w:tcPr>
            <w:tcW w:w="822" w:type="dxa"/>
            <w:vMerge/>
            <w:tcBorders>
              <w:top w:val="double" w:sz="2" w:space="0" w:color="auto"/>
            </w:tcBorders>
            <w:vAlign w:val="center"/>
          </w:tcPr>
          <w:p w:rsidR="00DA08A1" w:rsidRDefault="00DA08A1" w:rsidP="002A5F8B">
            <w:pPr>
              <w:spacing w:line="260" w:lineRule="exact"/>
              <w:jc w:val="center"/>
            </w:pPr>
          </w:p>
        </w:tc>
        <w:tc>
          <w:tcPr>
            <w:tcW w:w="2799" w:type="dxa"/>
            <w:gridSpan w:val="5"/>
            <w:vMerge/>
            <w:tcBorders>
              <w:top w:val="double" w:sz="2" w:space="0" w:color="auto"/>
            </w:tcBorders>
            <w:vAlign w:val="center"/>
          </w:tcPr>
          <w:p w:rsidR="00DA08A1" w:rsidRDefault="00DA08A1" w:rsidP="002A5F8B">
            <w:pPr>
              <w:spacing w:line="260" w:lineRule="exact"/>
              <w:jc w:val="center"/>
            </w:pPr>
          </w:p>
        </w:tc>
        <w:tc>
          <w:tcPr>
            <w:tcW w:w="1985" w:type="dxa"/>
            <w:gridSpan w:val="2"/>
            <w:tcBorders>
              <w:top w:val="single" w:sz="2" w:space="0" w:color="auto"/>
              <w:left w:val="single" w:sz="3" w:space="0" w:color="000000"/>
              <w:bottom w:val="single" w:sz="4" w:space="0" w:color="000000"/>
              <w:right w:val="single" w:sz="2" w:space="0" w:color="auto"/>
            </w:tcBorders>
            <w:tcMar>
              <w:top w:w="0" w:type="dxa"/>
              <w:left w:w="28" w:type="dxa"/>
              <w:bottom w:w="0" w:type="dxa"/>
              <w:right w:w="28" w:type="dxa"/>
            </w:tcMar>
            <w:vAlign w:val="center"/>
          </w:tcPr>
          <w:p w:rsidR="00DA08A1" w:rsidRDefault="00F3557A" w:rsidP="002A5F8B">
            <w:pPr>
              <w:spacing w:line="260" w:lineRule="exact"/>
              <w:jc w:val="center"/>
              <w:rPr>
                <w:rFonts w:ascii="HY헤드라인M" w:eastAsia="휴먼명조" w:hAnsi="HY헤드라인M"/>
                <w:sz w:val="24"/>
                <w:szCs w:val="24"/>
              </w:rPr>
            </w:pPr>
            <w:proofErr w:type="spellStart"/>
            <w:r>
              <w:rPr>
                <w:rFonts w:ascii="HY헤드라인M" w:eastAsia="휴먼명조" w:hAnsi="HY헤드라인M" w:cs="휴먼명조"/>
                <w:spacing w:val="-12"/>
                <w:w w:val="97"/>
                <w:sz w:val="24"/>
              </w:rPr>
              <w:t>실질경영주</w:t>
            </w:r>
            <w:proofErr w:type="spellEnd"/>
          </w:p>
        </w:tc>
        <w:tc>
          <w:tcPr>
            <w:tcW w:w="2500" w:type="dxa"/>
            <w:gridSpan w:val="3"/>
            <w:tcBorders>
              <w:top w:val="single" w:sz="2" w:space="0" w:color="auto"/>
              <w:left w:val="single" w:sz="2" w:space="0" w:color="auto"/>
              <w:bottom w:val="single" w:sz="4" w:space="0" w:color="000000"/>
              <w:right w:val="single" w:sz="12" w:space="0" w:color="auto"/>
            </w:tcBorders>
            <w:tcMar>
              <w:top w:w="0" w:type="dxa"/>
              <w:left w:w="28" w:type="dxa"/>
              <w:bottom w:w="0" w:type="dxa"/>
              <w:right w:w="28" w:type="dxa"/>
            </w:tcMar>
            <w:vAlign w:val="center"/>
          </w:tcPr>
          <w:p w:rsidR="00DA08A1" w:rsidRDefault="00DA08A1" w:rsidP="002A5F8B">
            <w:pPr>
              <w:spacing w:line="260" w:lineRule="exact"/>
              <w:jc w:val="center"/>
              <w:rPr>
                <w:rFonts w:ascii="HY헤드라인M" w:eastAsia="휴먼명조" w:hAnsi="HY헤드라인M"/>
                <w:sz w:val="24"/>
                <w:szCs w:val="24"/>
              </w:rPr>
            </w:pPr>
          </w:p>
        </w:tc>
      </w:tr>
      <w:tr w:rsidR="00DA08A1" w:rsidTr="00D50C1F">
        <w:trPr>
          <w:trHeight w:hRule="exact" w:val="296"/>
          <w:jc w:val="center"/>
        </w:trPr>
        <w:tc>
          <w:tcPr>
            <w:tcW w:w="1432" w:type="dxa"/>
            <w:vMerge/>
            <w:tcBorders>
              <w:left w:val="single" w:sz="12" w:space="0" w:color="auto"/>
            </w:tcBorders>
            <w:vAlign w:val="center"/>
          </w:tcPr>
          <w:p w:rsidR="00DA08A1" w:rsidRDefault="00DA08A1" w:rsidP="002A5F8B">
            <w:pPr>
              <w:spacing w:line="260" w:lineRule="exact"/>
              <w:jc w:val="center"/>
            </w:pPr>
          </w:p>
        </w:tc>
        <w:tc>
          <w:tcPr>
            <w:tcW w:w="822" w:type="dxa"/>
            <w:vMerge w:val="restart"/>
            <w:tcBorders>
              <w:top w:val="single" w:sz="3" w:space="0" w:color="000000"/>
              <w:left w:val="single" w:sz="3" w:space="0" w:color="000000"/>
              <w:bottom w:val="single" w:sz="3" w:space="0" w:color="000000"/>
              <w:right w:val="single" w:sz="3" w:space="0" w:color="000000"/>
            </w:tcBorders>
            <w:tcMar>
              <w:top w:w="0" w:type="dxa"/>
              <w:left w:w="28" w:type="dxa"/>
              <w:bottom w:w="0" w:type="dxa"/>
              <w:right w:w="28" w:type="dxa"/>
            </w:tcMar>
            <w:vAlign w:val="center"/>
          </w:tcPr>
          <w:p w:rsidR="00DA08A1" w:rsidRDefault="00F3557A" w:rsidP="002A5F8B">
            <w:pPr>
              <w:spacing w:line="260" w:lineRule="exact"/>
              <w:jc w:val="center"/>
              <w:rPr>
                <w:rFonts w:ascii="HY헤드라인M" w:eastAsia="휴먼명조" w:hAnsi="HY헤드라인M"/>
                <w:sz w:val="24"/>
                <w:szCs w:val="24"/>
              </w:rPr>
            </w:pPr>
            <w:proofErr w:type="spellStart"/>
            <w:r>
              <w:rPr>
                <w:rFonts w:ascii="HY헤드라인M" w:eastAsia="휴먼명조" w:hAnsi="HY헤드라인M" w:cs="휴먼명조"/>
                <w:spacing w:val="-12"/>
                <w:w w:val="97"/>
                <w:sz w:val="24"/>
              </w:rPr>
              <w:t>영문</w:t>
            </w:r>
            <w:proofErr w:type="spellEnd"/>
          </w:p>
        </w:tc>
        <w:tc>
          <w:tcPr>
            <w:tcW w:w="2799" w:type="dxa"/>
            <w:gridSpan w:val="5"/>
            <w:vMerge w:val="restart"/>
            <w:tcBorders>
              <w:top w:val="single" w:sz="3" w:space="0" w:color="000000"/>
              <w:left w:val="single" w:sz="3" w:space="0" w:color="000000"/>
              <w:bottom w:val="single" w:sz="3" w:space="0" w:color="000000"/>
              <w:right w:val="single" w:sz="3" w:space="0" w:color="000000"/>
            </w:tcBorders>
            <w:tcMar>
              <w:top w:w="0" w:type="dxa"/>
              <w:left w:w="28" w:type="dxa"/>
              <w:bottom w:w="0" w:type="dxa"/>
              <w:right w:w="28" w:type="dxa"/>
            </w:tcMar>
            <w:vAlign w:val="center"/>
          </w:tcPr>
          <w:p w:rsidR="00DA08A1" w:rsidRDefault="00DA08A1" w:rsidP="002A5F8B">
            <w:pPr>
              <w:spacing w:line="260" w:lineRule="exact"/>
              <w:jc w:val="center"/>
              <w:rPr>
                <w:rFonts w:ascii="HY헤드라인M" w:eastAsia="휴먼명조" w:hAnsi="HY헤드라인M"/>
                <w:sz w:val="24"/>
                <w:szCs w:val="24"/>
              </w:rPr>
            </w:pPr>
          </w:p>
        </w:tc>
        <w:tc>
          <w:tcPr>
            <w:tcW w:w="1985" w:type="dxa"/>
            <w:gridSpan w:val="2"/>
            <w:tcBorders>
              <w:top w:val="single" w:sz="4" w:space="0" w:color="000000"/>
              <w:left w:val="single" w:sz="3" w:space="0" w:color="000000"/>
              <w:bottom w:val="single" w:sz="3" w:space="0" w:color="000000"/>
              <w:right w:val="single" w:sz="3" w:space="0" w:color="000000"/>
            </w:tcBorders>
            <w:tcMar>
              <w:top w:w="0" w:type="dxa"/>
              <w:left w:w="28" w:type="dxa"/>
              <w:bottom w:w="0" w:type="dxa"/>
              <w:right w:w="28" w:type="dxa"/>
            </w:tcMar>
            <w:vAlign w:val="center"/>
          </w:tcPr>
          <w:p w:rsidR="00DA08A1" w:rsidRDefault="00F3557A" w:rsidP="002A5F8B">
            <w:pPr>
              <w:spacing w:line="260" w:lineRule="exact"/>
              <w:jc w:val="center"/>
              <w:rPr>
                <w:rFonts w:ascii="HY헤드라인M" w:eastAsia="휴먼명조" w:hAnsi="HY헤드라인M"/>
                <w:sz w:val="24"/>
                <w:szCs w:val="24"/>
              </w:rPr>
            </w:pPr>
            <w:r>
              <w:rPr>
                <w:rFonts w:ascii="HY헤드라인M" w:eastAsia="휴먼명조" w:hAnsi="HY헤드라인M" w:cs="휴먼명조"/>
                <w:spacing w:val="-12"/>
                <w:w w:val="97"/>
                <w:sz w:val="24"/>
              </w:rPr>
              <w:t>설</w:t>
            </w:r>
            <w:r>
              <w:rPr>
                <w:rFonts w:ascii="HY헤드라인M" w:eastAsia="휴먼명조" w:hAnsi="HY헤드라인M" w:cs="휴먼명조"/>
                <w:spacing w:val="-12"/>
                <w:w w:val="97"/>
                <w:sz w:val="24"/>
              </w:rPr>
              <w:t xml:space="preserve"> </w:t>
            </w:r>
            <w:r>
              <w:rPr>
                <w:rFonts w:ascii="HY헤드라인M" w:eastAsia="휴먼명조" w:hAnsi="HY헤드라인M" w:cs="휴먼명조"/>
                <w:spacing w:val="-12"/>
                <w:w w:val="97"/>
                <w:sz w:val="24"/>
              </w:rPr>
              <w:t>립</w:t>
            </w:r>
            <w:r>
              <w:rPr>
                <w:rFonts w:ascii="HY헤드라인M" w:eastAsia="휴먼명조" w:hAnsi="HY헤드라인M" w:cs="휴먼명조"/>
                <w:spacing w:val="-12"/>
                <w:w w:val="97"/>
                <w:sz w:val="24"/>
              </w:rPr>
              <w:t xml:space="preserve"> </w:t>
            </w:r>
            <w:r>
              <w:rPr>
                <w:rFonts w:ascii="HY헤드라인M" w:eastAsia="휴먼명조" w:hAnsi="HY헤드라인M" w:cs="휴먼명조"/>
                <w:spacing w:val="-12"/>
                <w:w w:val="97"/>
                <w:sz w:val="24"/>
              </w:rPr>
              <w:t>일</w:t>
            </w:r>
          </w:p>
        </w:tc>
        <w:tc>
          <w:tcPr>
            <w:tcW w:w="2500" w:type="dxa"/>
            <w:gridSpan w:val="3"/>
            <w:tcBorders>
              <w:top w:val="single" w:sz="4" w:space="0" w:color="000000"/>
              <w:left w:val="single" w:sz="3" w:space="0" w:color="000000"/>
              <w:bottom w:val="single" w:sz="3" w:space="0" w:color="000000"/>
              <w:right w:val="single" w:sz="12" w:space="0" w:color="auto"/>
            </w:tcBorders>
            <w:tcMar>
              <w:top w:w="0" w:type="dxa"/>
              <w:left w:w="28" w:type="dxa"/>
              <w:bottom w:w="0" w:type="dxa"/>
              <w:right w:w="28" w:type="dxa"/>
            </w:tcMar>
            <w:vAlign w:val="center"/>
          </w:tcPr>
          <w:p w:rsidR="00DA08A1" w:rsidRDefault="00F3557A" w:rsidP="002A5F8B">
            <w:pPr>
              <w:spacing w:line="260" w:lineRule="exact"/>
              <w:jc w:val="center"/>
              <w:rPr>
                <w:rFonts w:ascii="HY헤드라인M" w:eastAsia="휴먼명조" w:hAnsi="HY헤드라인M"/>
                <w:sz w:val="24"/>
                <w:szCs w:val="24"/>
              </w:rPr>
            </w:pPr>
            <w:r>
              <w:rPr>
                <w:rFonts w:ascii="HY헤드라인M" w:eastAsia="휴먼명조" w:hAnsi="HY헤드라인M" w:cs="휴먼명조"/>
                <w:spacing w:val="-12"/>
                <w:w w:val="97"/>
                <w:sz w:val="24"/>
              </w:rPr>
              <w:t>년</w:t>
            </w:r>
            <w:r>
              <w:rPr>
                <w:rFonts w:ascii="HY헤드라인M" w:eastAsia="휴먼명조" w:hAnsi="HY헤드라인M" w:cs="휴먼명조"/>
                <w:spacing w:val="-12"/>
                <w:w w:val="97"/>
                <w:sz w:val="24"/>
              </w:rPr>
              <w:t xml:space="preserve">   </w:t>
            </w:r>
            <w:r>
              <w:rPr>
                <w:rFonts w:ascii="HY헤드라인M" w:eastAsia="휴먼명조" w:hAnsi="HY헤드라인M" w:cs="휴먼명조"/>
                <w:spacing w:val="-12"/>
                <w:w w:val="97"/>
                <w:sz w:val="24"/>
              </w:rPr>
              <w:t>월</w:t>
            </w:r>
            <w:r>
              <w:rPr>
                <w:rFonts w:ascii="HY헤드라인M" w:eastAsia="휴먼명조" w:hAnsi="HY헤드라인M" w:cs="휴먼명조"/>
                <w:spacing w:val="-12"/>
                <w:w w:val="97"/>
                <w:sz w:val="24"/>
              </w:rPr>
              <w:t xml:space="preserve">   </w:t>
            </w:r>
            <w:r>
              <w:rPr>
                <w:rFonts w:ascii="HY헤드라인M" w:eastAsia="휴먼명조" w:hAnsi="HY헤드라인M" w:cs="휴먼명조"/>
                <w:spacing w:val="-12"/>
                <w:w w:val="97"/>
                <w:sz w:val="24"/>
              </w:rPr>
              <w:t>일</w:t>
            </w:r>
          </w:p>
        </w:tc>
      </w:tr>
      <w:tr w:rsidR="00DA08A1" w:rsidTr="00D50C1F">
        <w:trPr>
          <w:trHeight w:hRule="exact" w:val="296"/>
          <w:jc w:val="center"/>
        </w:trPr>
        <w:tc>
          <w:tcPr>
            <w:tcW w:w="1432" w:type="dxa"/>
            <w:vMerge/>
            <w:tcBorders>
              <w:left w:val="single" w:sz="12" w:space="0" w:color="auto"/>
            </w:tcBorders>
            <w:vAlign w:val="center"/>
          </w:tcPr>
          <w:p w:rsidR="00DA08A1" w:rsidRDefault="00DA08A1" w:rsidP="002A5F8B">
            <w:pPr>
              <w:spacing w:line="260" w:lineRule="exact"/>
              <w:jc w:val="center"/>
            </w:pPr>
          </w:p>
        </w:tc>
        <w:tc>
          <w:tcPr>
            <w:tcW w:w="822" w:type="dxa"/>
            <w:vMerge/>
            <w:vAlign w:val="center"/>
          </w:tcPr>
          <w:p w:rsidR="00DA08A1" w:rsidRDefault="00DA08A1" w:rsidP="002A5F8B">
            <w:pPr>
              <w:spacing w:line="260" w:lineRule="exact"/>
              <w:jc w:val="center"/>
            </w:pPr>
          </w:p>
        </w:tc>
        <w:tc>
          <w:tcPr>
            <w:tcW w:w="2799" w:type="dxa"/>
            <w:gridSpan w:val="5"/>
            <w:vMerge/>
            <w:vAlign w:val="center"/>
          </w:tcPr>
          <w:p w:rsidR="00DA08A1" w:rsidRDefault="00DA08A1" w:rsidP="002A5F8B">
            <w:pPr>
              <w:spacing w:line="260" w:lineRule="exact"/>
              <w:jc w:val="center"/>
            </w:pPr>
          </w:p>
        </w:tc>
        <w:tc>
          <w:tcPr>
            <w:tcW w:w="1985" w:type="dxa"/>
            <w:gridSpan w:val="2"/>
            <w:tcBorders>
              <w:top w:val="single" w:sz="3" w:space="0" w:color="000000"/>
              <w:left w:val="single" w:sz="3" w:space="0" w:color="000000"/>
              <w:bottom w:val="single" w:sz="3" w:space="0" w:color="000000"/>
              <w:right w:val="single" w:sz="3" w:space="0" w:color="000000"/>
            </w:tcBorders>
            <w:tcMar>
              <w:top w:w="0" w:type="dxa"/>
              <w:left w:w="28" w:type="dxa"/>
              <w:bottom w:w="0" w:type="dxa"/>
              <w:right w:w="28" w:type="dxa"/>
            </w:tcMar>
            <w:vAlign w:val="center"/>
          </w:tcPr>
          <w:p w:rsidR="00DA08A1" w:rsidRDefault="00F3557A" w:rsidP="002A5F8B">
            <w:pPr>
              <w:spacing w:line="260" w:lineRule="exact"/>
              <w:jc w:val="center"/>
              <w:rPr>
                <w:rFonts w:ascii="HY헤드라인M" w:eastAsia="휴먼명조" w:hAnsi="HY헤드라인M"/>
                <w:sz w:val="24"/>
                <w:szCs w:val="24"/>
              </w:rPr>
            </w:pPr>
            <w:r>
              <w:rPr>
                <w:rFonts w:ascii="HY헤드라인M" w:eastAsia="휴먼명조" w:hAnsi="HY헤드라인M" w:cs="휴먼명조"/>
                <w:spacing w:val="-12"/>
                <w:w w:val="97"/>
                <w:sz w:val="24"/>
              </w:rPr>
              <w:t>업</w:t>
            </w:r>
            <w:r>
              <w:rPr>
                <w:rFonts w:ascii="HY헤드라인M" w:eastAsia="휴먼명조" w:hAnsi="HY헤드라인M" w:cs="휴먼명조"/>
                <w:spacing w:val="-12"/>
                <w:w w:val="97"/>
                <w:sz w:val="24"/>
              </w:rPr>
              <w:t xml:space="preserve">    </w:t>
            </w:r>
            <w:r>
              <w:rPr>
                <w:rFonts w:ascii="HY헤드라인M" w:eastAsia="휴먼명조" w:hAnsi="HY헤드라인M" w:cs="휴먼명조"/>
                <w:spacing w:val="-12"/>
                <w:w w:val="97"/>
                <w:sz w:val="24"/>
              </w:rPr>
              <w:t>력</w:t>
            </w:r>
          </w:p>
        </w:tc>
        <w:tc>
          <w:tcPr>
            <w:tcW w:w="2500" w:type="dxa"/>
            <w:gridSpan w:val="3"/>
            <w:tcBorders>
              <w:top w:val="single" w:sz="3" w:space="0" w:color="000000"/>
              <w:left w:val="single" w:sz="3" w:space="0" w:color="000000"/>
              <w:bottom w:val="single" w:sz="3" w:space="0" w:color="000000"/>
              <w:right w:val="single" w:sz="12" w:space="0" w:color="auto"/>
            </w:tcBorders>
            <w:tcMar>
              <w:top w:w="0" w:type="dxa"/>
              <w:left w:w="28" w:type="dxa"/>
              <w:bottom w:w="0" w:type="dxa"/>
              <w:right w:w="28" w:type="dxa"/>
            </w:tcMar>
            <w:vAlign w:val="center"/>
          </w:tcPr>
          <w:p w:rsidR="00DA08A1" w:rsidRDefault="00F3557A" w:rsidP="002A5F8B">
            <w:pPr>
              <w:spacing w:line="260" w:lineRule="exact"/>
              <w:jc w:val="center"/>
              <w:rPr>
                <w:rFonts w:ascii="HY헤드라인M" w:eastAsia="휴먼명조" w:hAnsi="HY헤드라인M"/>
                <w:szCs w:val="20"/>
              </w:rPr>
            </w:pPr>
            <w:r>
              <w:rPr>
                <w:rFonts w:ascii="HY헤드라인M" w:eastAsia="휴먼명조" w:hAnsi="HY헤드라인M" w:cs="휴먼명조"/>
                <w:color w:val="0000FF"/>
                <w:spacing w:val="-10"/>
                <w:w w:val="97"/>
              </w:rPr>
              <w:t>3</w:t>
            </w:r>
            <w:r>
              <w:rPr>
                <w:rFonts w:ascii="HY헤드라인M" w:eastAsia="휴먼명조" w:hAnsi="HY헤드라인M" w:cs="휴먼명조"/>
                <w:color w:val="0000FF"/>
                <w:spacing w:val="-10"/>
                <w:w w:val="97"/>
              </w:rPr>
              <w:t>년</w:t>
            </w:r>
            <w:r>
              <w:rPr>
                <w:rFonts w:ascii="HY헤드라인M" w:eastAsia="휴먼명조" w:hAnsi="HY헤드라인M" w:cs="휴먼명조"/>
                <w:color w:val="0000FF"/>
                <w:spacing w:val="-10"/>
                <w:w w:val="97"/>
              </w:rPr>
              <w:t xml:space="preserve"> </w:t>
            </w:r>
            <w:proofErr w:type="spellStart"/>
            <w:r>
              <w:rPr>
                <w:rFonts w:ascii="HY헤드라인M" w:eastAsia="휴먼명조" w:hAnsi="HY헤드라인M" w:cs="휴먼명조"/>
                <w:color w:val="0000FF"/>
                <w:spacing w:val="-10"/>
                <w:w w:val="97"/>
              </w:rPr>
              <w:t>미만</w:t>
            </w:r>
            <w:proofErr w:type="spellEnd"/>
            <w:r>
              <w:rPr>
                <w:rFonts w:ascii="HY헤드라인M" w:eastAsia="휴먼명조" w:hAnsi="HY헤드라인M" w:cs="휴먼명조"/>
                <w:color w:val="0000FF"/>
                <w:spacing w:val="-10"/>
                <w:w w:val="97"/>
              </w:rPr>
              <w:t>/</w:t>
            </w:r>
            <w:proofErr w:type="spellStart"/>
            <w:r>
              <w:rPr>
                <w:rFonts w:ascii="HY헤드라인M" w:eastAsia="휴먼명조" w:hAnsi="HY헤드라인M" w:cs="휴먼명조"/>
                <w:color w:val="0000FF"/>
                <w:spacing w:val="-10"/>
                <w:w w:val="97"/>
              </w:rPr>
              <w:t>이상</w:t>
            </w:r>
            <w:proofErr w:type="spellEnd"/>
          </w:p>
        </w:tc>
      </w:tr>
      <w:tr w:rsidR="00DA08A1" w:rsidTr="00D50C1F">
        <w:trPr>
          <w:trHeight w:hRule="exact" w:val="296"/>
          <w:jc w:val="center"/>
        </w:trPr>
        <w:tc>
          <w:tcPr>
            <w:tcW w:w="2254" w:type="dxa"/>
            <w:gridSpan w:val="2"/>
            <w:tcBorders>
              <w:top w:val="single" w:sz="3" w:space="0" w:color="000000"/>
              <w:left w:val="single" w:sz="12" w:space="0" w:color="auto"/>
              <w:bottom w:val="single" w:sz="3" w:space="0" w:color="000000"/>
              <w:right w:val="single" w:sz="3" w:space="0" w:color="000000"/>
            </w:tcBorders>
            <w:tcMar>
              <w:top w:w="0" w:type="dxa"/>
              <w:left w:w="28" w:type="dxa"/>
              <w:bottom w:w="0" w:type="dxa"/>
              <w:right w:w="28" w:type="dxa"/>
            </w:tcMar>
            <w:vAlign w:val="center"/>
          </w:tcPr>
          <w:p w:rsidR="00DA08A1" w:rsidRDefault="00F3557A" w:rsidP="002A5F8B">
            <w:pPr>
              <w:spacing w:line="260" w:lineRule="exact"/>
              <w:jc w:val="center"/>
              <w:rPr>
                <w:rFonts w:ascii="HY헤드라인M" w:eastAsia="휴먼명조" w:hAnsi="HY헤드라인M"/>
                <w:sz w:val="24"/>
                <w:szCs w:val="24"/>
              </w:rPr>
            </w:pPr>
            <w:proofErr w:type="spellStart"/>
            <w:r>
              <w:rPr>
                <w:rFonts w:ascii="HY헤드라인M" w:eastAsia="휴먼명조" w:hAnsi="HY헤드라인M" w:cs="휴먼명조"/>
                <w:spacing w:val="-12"/>
                <w:w w:val="97"/>
                <w:sz w:val="24"/>
              </w:rPr>
              <w:t>사업자등록번호</w:t>
            </w:r>
            <w:proofErr w:type="spellEnd"/>
          </w:p>
        </w:tc>
        <w:tc>
          <w:tcPr>
            <w:tcW w:w="2799" w:type="dxa"/>
            <w:gridSpan w:val="5"/>
            <w:tcBorders>
              <w:top w:val="single" w:sz="3" w:space="0" w:color="000000"/>
              <w:left w:val="single" w:sz="3" w:space="0" w:color="000000"/>
              <w:bottom w:val="single" w:sz="3" w:space="0" w:color="000000"/>
              <w:right w:val="single" w:sz="3" w:space="0" w:color="000000"/>
            </w:tcBorders>
            <w:tcMar>
              <w:top w:w="0" w:type="dxa"/>
              <w:left w:w="28" w:type="dxa"/>
              <w:bottom w:w="0" w:type="dxa"/>
              <w:right w:w="28" w:type="dxa"/>
            </w:tcMar>
            <w:vAlign w:val="center"/>
          </w:tcPr>
          <w:p w:rsidR="00DA08A1" w:rsidRDefault="00DA08A1" w:rsidP="002A5F8B">
            <w:pPr>
              <w:spacing w:line="260" w:lineRule="exact"/>
              <w:jc w:val="center"/>
              <w:rPr>
                <w:rFonts w:ascii="HY헤드라인M" w:eastAsia="휴먼명조" w:hAnsi="HY헤드라인M"/>
                <w:sz w:val="24"/>
                <w:szCs w:val="24"/>
              </w:rPr>
            </w:pPr>
          </w:p>
        </w:tc>
        <w:tc>
          <w:tcPr>
            <w:tcW w:w="1985" w:type="dxa"/>
            <w:gridSpan w:val="2"/>
            <w:tcBorders>
              <w:top w:val="single" w:sz="3" w:space="0" w:color="000000"/>
              <w:left w:val="single" w:sz="3" w:space="0" w:color="000000"/>
              <w:bottom w:val="single" w:sz="3" w:space="0" w:color="000000"/>
              <w:right w:val="single" w:sz="3" w:space="0" w:color="000000"/>
            </w:tcBorders>
            <w:tcMar>
              <w:top w:w="0" w:type="dxa"/>
              <w:left w:w="28" w:type="dxa"/>
              <w:bottom w:w="0" w:type="dxa"/>
              <w:right w:w="28" w:type="dxa"/>
            </w:tcMar>
            <w:vAlign w:val="center"/>
          </w:tcPr>
          <w:p w:rsidR="00DA08A1" w:rsidRDefault="00F3557A" w:rsidP="002A5F8B">
            <w:pPr>
              <w:spacing w:line="260" w:lineRule="exact"/>
              <w:jc w:val="center"/>
              <w:rPr>
                <w:rFonts w:ascii="HY헤드라인M" w:eastAsia="휴먼명조" w:hAnsi="HY헤드라인M"/>
                <w:sz w:val="24"/>
                <w:szCs w:val="24"/>
              </w:rPr>
            </w:pPr>
            <w:r>
              <w:rPr>
                <w:rFonts w:ascii="HY헤드라인M" w:eastAsia="휴먼명조" w:hAnsi="HY헤드라인M" w:cs="휴먼명조"/>
                <w:spacing w:val="-12"/>
                <w:w w:val="97"/>
                <w:sz w:val="24"/>
              </w:rPr>
              <w:t>업</w:t>
            </w:r>
            <w:r>
              <w:rPr>
                <w:rFonts w:ascii="HY헤드라인M" w:eastAsia="휴먼명조" w:hAnsi="HY헤드라인M" w:cs="휴먼명조"/>
                <w:spacing w:val="-12"/>
                <w:w w:val="97"/>
                <w:sz w:val="24"/>
              </w:rPr>
              <w:t xml:space="preserve">    </w:t>
            </w:r>
            <w:r>
              <w:rPr>
                <w:rFonts w:ascii="HY헤드라인M" w:eastAsia="휴먼명조" w:hAnsi="HY헤드라인M" w:cs="휴먼명조"/>
                <w:spacing w:val="-12"/>
                <w:w w:val="97"/>
                <w:sz w:val="24"/>
              </w:rPr>
              <w:t>종</w:t>
            </w:r>
          </w:p>
        </w:tc>
        <w:tc>
          <w:tcPr>
            <w:tcW w:w="2500" w:type="dxa"/>
            <w:gridSpan w:val="3"/>
            <w:tcBorders>
              <w:top w:val="single" w:sz="3" w:space="0" w:color="000000"/>
              <w:left w:val="single" w:sz="3" w:space="0" w:color="000000"/>
              <w:bottom w:val="single" w:sz="3" w:space="0" w:color="000000"/>
              <w:right w:val="single" w:sz="12" w:space="0" w:color="auto"/>
            </w:tcBorders>
            <w:tcMar>
              <w:top w:w="0" w:type="dxa"/>
              <w:left w:w="28" w:type="dxa"/>
              <w:bottom w:w="0" w:type="dxa"/>
              <w:right w:w="28" w:type="dxa"/>
            </w:tcMar>
            <w:vAlign w:val="center"/>
          </w:tcPr>
          <w:p w:rsidR="00DA08A1" w:rsidRDefault="00DA08A1" w:rsidP="002A5F8B">
            <w:pPr>
              <w:spacing w:line="260" w:lineRule="exact"/>
              <w:jc w:val="center"/>
              <w:rPr>
                <w:rFonts w:ascii="HY헤드라인M" w:eastAsia="휴먼명조" w:hAnsi="HY헤드라인M"/>
                <w:szCs w:val="20"/>
              </w:rPr>
            </w:pPr>
          </w:p>
        </w:tc>
      </w:tr>
      <w:tr w:rsidR="00DA08A1" w:rsidTr="00D50C1F">
        <w:trPr>
          <w:trHeight w:hRule="exact" w:val="296"/>
          <w:jc w:val="center"/>
        </w:trPr>
        <w:tc>
          <w:tcPr>
            <w:tcW w:w="2254" w:type="dxa"/>
            <w:gridSpan w:val="2"/>
            <w:tcBorders>
              <w:top w:val="single" w:sz="3" w:space="0" w:color="000000"/>
              <w:left w:val="single" w:sz="12" w:space="0" w:color="auto"/>
              <w:bottom w:val="single" w:sz="3" w:space="0" w:color="000000"/>
              <w:right w:val="single" w:sz="3" w:space="0" w:color="000000"/>
            </w:tcBorders>
            <w:tcMar>
              <w:top w:w="0" w:type="dxa"/>
              <w:left w:w="28" w:type="dxa"/>
              <w:bottom w:w="0" w:type="dxa"/>
              <w:right w:w="28" w:type="dxa"/>
            </w:tcMar>
            <w:vAlign w:val="center"/>
          </w:tcPr>
          <w:p w:rsidR="00DA08A1" w:rsidRDefault="00F3557A" w:rsidP="002A5F8B">
            <w:pPr>
              <w:spacing w:line="260" w:lineRule="exact"/>
              <w:jc w:val="center"/>
              <w:rPr>
                <w:rFonts w:ascii="HY헤드라인M" w:eastAsia="휴먼명조" w:hAnsi="HY헤드라인M"/>
                <w:sz w:val="24"/>
                <w:szCs w:val="24"/>
              </w:rPr>
            </w:pPr>
            <w:proofErr w:type="spellStart"/>
            <w:r>
              <w:rPr>
                <w:rFonts w:ascii="HY헤드라인M" w:eastAsia="휴먼명조" w:hAnsi="HY헤드라인M" w:cs="휴먼명조"/>
                <w:spacing w:val="-12"/>
                <w:w w:val="97"/>
                <w:sz w:val="24"/>
              </w:rPr>
              <w:t>법인등록번호</w:t>
            </w:r>
            <w:proofErr w:type="spellEnd"/>
          </w:p>
        </w:tc>
        <w:tc>
          <w:tcPr>
            <w:tcW w:w="2799" w:type="dxa"/>
            <w:gridSpan w:val="5"/>
            <w:tcBorders>
              <w:top w:val="single" w:sz="3" w:space="0" w:color="000000"/>
              <w:left w:val="single" w:sz="3" w:space="0" w:color="000000"/>
              <w:bottom w:val="single" w:sz="3" w:space="0" w:color="000000"/>
              <w:right w:val="single" w:sz="3" w:space="0" w:color="000000"/>
            </w:tcBorders>
            <w:tcMar>
              <w:top w:w="0" w:type="dxa"/>
              <w:left w:w="28" w:type="dxa"/>
              <w:bottom w:w="0" w:type="dxa"/>
              <w:right w:w="28" w:type="dxa"/>
            </w:tcMar>
            <w:vAlign w:val="center"/>
          </w:tcPr>
          <w:p w:rsidR="00DA08A1" w:rsidRDefault="00DA08A1" w:rsidP="002A5F8B">
            <w:pPr>
              <w:spacing w:line="260" w:lineRule="exact"/>
              <w:jc w:val="center"/>
              <w:rPr>
                <w:rFonts w:ascii="HY헤드라인M" w:eastAsia="휴먼명조" w:hAnsi="HY헤드라인M"/>
                <w:sz w:val="24"/>
                <w:szCs w:val="24"/>
              </w:rPr>
            </w:pPr>
          </w:p>
        </w:tc>
        <w:tc>
          <w:tcPr>
            <w:tcW w:w="1985" w:type="dxa"/>
            <w:gridSpan w:val="2"/>
            <w:tcBorders>
              <w:top w:val="single" w:sz="3" w:space="0" w:color="000000"/>
              <w:left w:val="single" w:sz="3" w:space="0" w:color="000000"/>
              <w:bottom w:val="single" w:sz="3" w:space="0" w:color="000000"/>
              <w:right w:val="single" w:sz="3" w:space="0" w:color="000000"/>
            </w:tcBorders>
            <w:tcMar>
              <w:top w:w="0" w:type="dxa"/>
              <w:left w:w="28" w:type="dxa"/>
              <w:bottom w:w="0" w:type="dxa"/>
              <w:right w:w="28" w:type="dxa"/>
            </w:tcMar>
            <w:vAlign w:val="center"/>
          </w:tcPr>
          <w:p w:rsidR="00DA08A1" w:rsidRDefault="00F3557A" w:rsidP="002A5F8B">
            <w:pPr>
              <w:spacing w:line="260" w:lineRule="exact"/>
              <w:jc w:val="center"/>
              <w:rPr>
                <w:rFonts w:ascii="HY헤드라인M" w:eastAsia="휴먼명조" w:hAnsi="HY헤드라인M"/>
                <w:sz w:val="24"/>
                <w:szCs w:val="24"/>
              </w:rPr>
            </w:pPr>
            <w:proofErr w:type="spellStart"/>
            <w:r>
              <w:rPr>
                <w:rFonts w:ascii="HY헤드라인M" w:eastAsia="휴먼명조" w:hAnsi="HY헤드라인M" w:cs="휴먼명조"/>
                <w:spacing w:val="-12"/>
                <w:w w:val="97"/>
                <w:sz w:val="24"/>
              </w:rPr>
              <w:t>전화번호</w:t>
            </w:r>
            <w:proofErr w:type="spellEnd"/>
          </w:p>
        </w:tc>
        <w:tc>
          <w:tcPr>
            <w:tcW w:w="2500" w:type="dxa"/>
            <w:gridSpan w:val="3"/>
            <w:tcBorders>
              <w:top w:val="single" w:sz="3" w:space="0" w:color="000000"/>
              <w:left w:val="single" w:sz="3" w:space="0" w:color="000000"/>
              <w:bottom w:val="single" w:sz="3" w:space="0" w:color="000000"/>
              <w:right w:val="single" w:sz="12" w:space="0" w:color="auto"/>
            </w:tcBorders>
            <w:tcMar>
              <w:top w:w="0" w:type="dxa"/>
              <w:left w:w="28" w:type="dxa"/>
              <w:bottom w:w="0" w:type="dxa"/>
              <w:right w:w="28" w:type="dxa"/>
            </w:tcMar>
            <w:vAlign w:val="center"/>
          </w:tcPr>
          <w:p w:rsidR="00DA08A1" w:rsidRDefault="00DA08A1" w:rsidP="002A5F8B">
            <w:pPr>
              <w:spacing w:line="260" w:lineRule="exact"/>
              <w:jc w:val="center"/>
              <w:rPr>
                <w:rFonts w:ascii="HY헤드라인M" w:eastAsia="휴먼명조" w:hAnsi="HY헤드라인M"/>
                <w:sz w:val="24"/>
                <w:szCs w:val="24"/>
              </w:rPr>
            </w:pPr>
          </w:p>
        </w:tc>
      </w:tr>
      <w:tr w:rsidR="00DA08A1" w:rsidTr="00D50C1F">
        <w:trPr>
          <w:trHeight w:hRule="exact" w:val="296"/>
          <w:jc w:val="center"/>
        </w:trPr>
        <w:tc>
          <w:tcPr>
            <w:tcW w:w="2254" w:type="dxa"/>
            <w:gridSpan w:val="2"/>
            <w:tcBorders>
              <w:top w:val="single" w:sz="3" w:space="0" w:color="000000"/>
              <w:left w:val="single" w:sz="12" w:space="0" w:color="auto"/>
              <w:bottom w:val="single" w:sz="3" w:space="0" w:color="000000"/>
              <w:right w:val="single" w:sz="3" w:space="0" w:color="000000"/>
            </w:tcBorders>
            <w:tcMar>
              <w:top w:w="0" w:type="dxa"/>
              <w:left w:w="28" w:type="dxa"/>
              <w:bottom w:w="0" w:type="dxa"/>
              <w:right w:w="28" w:type="dxa"/>
            </w:tcMar>
            <w:vAlign w:val="center"/>
          </w:tcPr>
          <w:p w:rsidR="00DA08A1" w:rsidRDefault="00F3557A" w:rsidP="002A5F8B">
            <w:pPr>
              <w:spacing w:line="260" w:lineRule="exact"/>
              <w:jc w:val="center"/>
              <w:rPr>
                <w:rFonts w:ascii="HY헤드라인M" w:eastAsia="휴먼명조" w:hAnsi="HY헤드라인M"/>
                <w:sz w:val="24"/>
                <w:szCs w:val="24"/>
              </w:rPr>
            </w:pPr>
            <w:proofErr w:type="spellStart"/>
            <w:r>
              <w:rPr>
                <w:rFonts w:ascii="HY헤드라인M" w:eastAsia="휴먼명조" w:hAnsi="HY헤드라인M" w:cs="휴먼명조"/>
                <w:spacing w:val="-12"/>
                <w:w w:val="97"/>
                <w:sz w:val="24"/>
              </w:rPr>
              <w:t>근로자</w:t>
            </w:r>
            <w:proofErr w:type="spellEnd"/>
            <w:r>
              <w:rPr>
                <w:rFonts w:ascii="HY헤드라인M" w:eastAsia="휴먼명조" w:hAnsi="HY헤드라인M" w:cs="휴먼명조"/>
                <w:spacing w:val="-12"/>
                <w:w w:val="97"/>
                <w:sz w:val="24"/>
              </w:rPr>
              <w:t xml:space="preserve"> </w:t>
            </w:r>
            <w:r>
              <w:rPr>
                <w:rFonts w:ascii="HY헤드라인M" w:eastAsia="휴먼명조" w:hAnsi="HY헤드라인M" w:cs="휴먼명조"/>
                <w:spacing w:val="-12"/>
                <w:w w:val="97"/>
                <w:sz w:val="24"/>
              </w:rPr>
              <w:t>수</w:t>
            </w:r>
            <w:r>
              <w:rPr>
                <w:rFonts w:ascii="HY헤드라인M" w:eastAsia="휴먼명조" w:hAnsi="HY헤드라인M" w:cs="휴먼명조"/>
                <w:spacing w:val="-12"/>
                <w:w w:val="97"/>
                <w:sz w:val="24"/>
              </w:rPr>
              <w:t>(</w:t>
            </w:r>
            <w:proofErr w:type="spellStart"/>
            <w:r>
              <w:rPr>
                <w:rFonts w:ascii="HY헤드라인M" w:eastAsia="휴먼명조" w:hAnsi="HY헤드라인M" w:cs="휴먼명조"/>
                <w:spacing w:val="-12"/>
                <w:w w:val="97"/>
                <w:sz w:val="24"/>
              </w:rPr>
              <w:t>정규직</w:t>
            </w:r>
            <w:proofErr w:type="spellEnd"/>
            <w:r>
              <w:rPr>
                <w:rFonts w:ascii="HY헤드라인M" w:eastAsia="휴먼명조" w:hAnsi="HY헤드라인M" w:cs="휴먼명조"/>
                <w:spacing w:val="-12"/>
                <w:w w:val="97"/>
                <w:sz w:val="24"/>
              </w:rPr>
              <w:t>)</w:t>
            </w:r>
          </w:p>
        </w:tc>
        <w:tc>
          <w:tcPr>
            <w:tcW w:w="2799" w:type="dxa"/>
            <w:gridSpan w:val="5"/>
            <w:tcBorders>
              <w:top w:val="single" w:sz="3" w:space="0" w:color="000000"/>
              <w:left w:val="single" w:sz="3" w:space="0" w:color="000000"/>
              <w:bottom w:val="single" w:sz="3" w:space="0" w:color="000000"/>
              <w:right w:val="single" w:sz="3" w:space="0" w:color="000000"/>
            </w:tcBorders>
            <w:tcMar>
              <w:top w:w="0" w:type="dxa"/>
              <w:left w:w="28" w:type="dxa"/>
              <w:bottom w:w="0" w:type="dxa"/>
              <w:right w:w="28" w:type="dxa"/>
            </w:tcMar>
            <w:vAlign w:val="center"/>
          </w:tcPr>
          <w:p w:rsidR="00DA08A1" w:rsidRDefault="00DA08A1" w:rsidP="002A5F8B">
            <w:pPr>
              <w:spacing w:line="260" w:lineRule="exact"/>
              <w:jc w:val="center"/>
              <w:rPr>
                <w:rFonts w:ascii="HY헤드라인M" w:eastAsia="휴먼명조" w:hAnsi="HY헤드라인M"/>
                <w:sz w:val="24"/>
                <w:szCs w:val="24"/>
              </w:rPr>
            </w:pPr>
          </w:p>
        </w:tc>
        <w:tc>
          <w:tcPr>
            <w:tcW w:w="1985" w:type="dxa"/>
            <w:gridSpan w:val="2"/>
            <w:tcBorders>
              <w:top w:val="single" w:sz="3" w:space="0" w:color="000000"/>
              <w:left w:val="single" w:sz="3" w:space="0" w:color="000000"/>
              <w:bottom w:val="single" w:sz="3" w:space="0" w:color="000000"/>
              <w:right w:val="single" w:sz="3" w:space="0" w:color="000000"/>
            </w:tcBorders>
            <w:tcMar>
              <w:top w:w="0" w:type="dxa"/>
              <w:left w:w="28" w:type="dxa"/>
              <w:bottom w:w="0" w:type="dxa"/>
              <w:right w:w="28" w:type="dxa"/>
            </w:tcMar>
            <w:vAlign w:val="center"/>
          </w:tcPr>
          <w:p w:rsidR="00DA08A1" w:rsidRDefault="00F3557A" w:rsidP="002A5F8B">
            <w:pPr>
              <w:spacing w:line="260" w:lineRule="exact"/>
              <w:jc w:val="center"/>
              <w:rPr>
                <w:rFonts w:ascii="HY헤드라인M" w:eastAsia="휴먼명조" w:hAnsi="HY헤드라인M"/>
                <w:sz w:val="24"/>
                <w:szCs w:val="24"/>
              </w:rPr>
            </w:pPr>
            <w:proofErr w:type="spellStart"/>
            <w:r>
              <w:rPr>
                <w:rFonts w:ascii="HY헤드라인M" w:eastAsia="휴먼명조" w:hAnsi="HY헤드라인M" w:cs="휴먼명조"/>
                <w:spacing w:val="-12"/>
                <w:w w:val="97"/>
                <w:sz w:val="24"/>
              </w:rPr>
              <w:t>홈페이지</w:t>
            </w:r>
            <w:proofErr w:type="spellEnd"/>
          </w:p>
        </w:tc>
        <w:tc>
          <w:tcPr>
            <w:tcW w:w="2500" w:type="dxa"/>
            <w:gridSpan w:val="3"/>
            <w:tcBorders>
              <w:top w:val="single" w:sz="3" w:space="0" w:color="000000"/>
              <w:left w:val="single" w:sz="3" w:space="0" w:color="000000"/>
              <w:bottom w:val="single" w:sz="3" w:space="0" w:color="000000"/>
              <w:right w:val="single" w:sz="12" w:space="0" w:color="auto"/>
            </w:tcBorders>
            <w:tcMar>
              <w:top w:w="0" w:type="dxa"/>
              <w:left w:w="28" w:type="dxa"/>
              <w:bottom w:w="0" w:type="dxa"/>
              <w:right w:w="28" w:type="dxa"/>
            </w:tcMar>
            <w:vAlign w:val="center"/>
          </w:tcPr>
          <w:p w:rsidR="00DA08A1" w:rsidRDefault="00DA08A1" w:rsidP="002A5F8B">
            <w:pPr>
              <w:spacing w:line="260" w:lineRule="exact"/>
              <w:jc w:val="center"/>
              <w:rPr>
                <w:rFonts w:ascii="HY헤드라인M" w:eastAsia="휴먼명조" w:hAnsi="HY헤드라인M"/>
                <w:sz w:val="24"/>
                <w:szCs w:val="24"/>
              </w:rPr>
            </w:pPr>
          </w:p>
        </w:tc>
      </w:tr>
      <w:tr w:rsidR="00DA08A1" w:rsidTr="0079350C">
        <w:trPr>
          <w:trHeight w:hRule="exact" w:val="296"/>
          <w:jc w:val="center"/>
        </w:trPr>
        <w:tc>
          <w:tcPr>
            <w:tcW w:w="1432" w:type="dxa"/>
            <w:vMerge w:val="restart"/>
            <w:tcBorders>
              <w:top w:val="single" w:sz="3" w:space="0" w:color="000000"/>
              <w:left w:val="single" w:sz="12" w:space="0" w:color="auto"/>
              <w:bottom w:val="single" w:sz="3" w:space="0" w:color="000000"/>
              <w:right w:val="single" w:sz="3" w:space="0" w:color="000000"/>
            </w:tcBorders>
            <w:tcMar>
              <w:top w:w="0" w:type="dxa"/>
              <w:left w:w="28" w:type="dxa"/>
              <w:bottom w:w="0" w:type="dxa"/>
              <w:right w:w="28" w:type="dxa"/>
            </w:tcMar>
            <w:vAlign w:val="center"/>
          </w:tcPr>
          <w:p w:rsidR="00DA08A1" w:rsidRDefault="00F3557A" w:rsidP="002A5F8B">
            <w:pPr>
              <w:spacing w:line="260" w:lineRule="exact"/>
              <w:jc w:val="center"/>
              <w:rPr>
                <w:rFonts w:ascii="HY헤드라인M" w:eastAsia="휴먼명조" w:hAnsi="HY헤드라인M"/>
                <w:sz w:val="24"/>
                <w:szCs w:val="24"/>
              </w:rPr>
            </w:pPr>
            <w:proofErr w:type="spellStart"/>
            <w:r>
              <w:rPr>
                <w:rFonts w:ascii="HY헤드라인M" w:eastAsia="휴먼명조" w:hAnsi="HY헤드라인M" w:cs="휴먼명조"/>
                <w:spacing w:val="-12"/>
                <w:w w:val="97"/>
                <w:sz w:val="24"/>
              </w:rPr>
              <w:t>본사주소</w:t>
            </w:r>
            <w:proofErr w:type="spellEnd"/>
          </w:p>
        </w:tc>
        <w:tc>
          <w:tcPr>
            <w:tcW w:w="8106" w:type="dxa"/>
            <w:gridSpan w:val="11"/>
            <w:tcBorders>
              <w:top w:val="single" w:sz="3" w:space="0" w:color="000000"/>
              <w:left w:val="single" w:sz="3" w:space="0" w:color="000000"/>
              <w:bottom w:val="single" w:sz="3" w:space="0" w:color="000000"/>
              <w:right w:val="single" w:sz="12" w:space="0" w:color="auto"/>
            </w:tcBorders>
            <w:tcMar>
              <w:top w:w="0" w:type="dxa"/>
              <w:left w:w="28" w:type="dxa"/>
              <w:bottom w:w="0" w:type="dxa"/>
              <w:right w:w="28" w:type="dxa"/>
            </w:tcMar>
            <w:vAlign w:val="center"/>
          </w:tcPr>
          <w:p w:rsidR="00DA08A1" w:rsidRDefault="00F3557A" w:rsidP="002A5F8B">
            <w:pPr>
              <w:spacing w:line="260" w:lineRule="exact"/>
              <w:rPr>
                <w:rFonts w:ascii="HY헤드라인M" w:eastAsia="휴먼명조" w:hAnsi="HY헤드라인M"/>
                <w:sz w:val="24"/>
                <w:szCs w:val="24"/>
              </w:rPr>
            </w:pPr>
            <w:r>
              <w:rPr>
                <w:rFonts w:ascii="HY헤드라인M" w:eastAsia="휴먼명조" w:hAnsi="HY헤드라인M" w:cs="휴먼명조"/>
                <w:spacing w:val="-12"/>
                <w:w w:val="97"/>
                <w:sz w:val="24"/>
              </w:rPr>
              <w:t>(</w:t>
            </w:r>
            <w:proofErr w:type="spellStart"/>
            <w:r>
              <w:rPr>
                <w:rFonts w:ascii="HY헤드라인M" w:eastAsia="휴먼명조" w:hAnsi="HY헤드라인M" w:cs="휴먼명조"/>
                <w:spacing w:val="-12"/>
                <w:w w:val="97"/>
                <w:sz w:val="24"/>
              </w:rPr>
              <w:t>국문</w:t>
            </w:r>
            <w:proofErr w:type="spellEnd"/>
            <w:r>
              <w:rPr>
                <w:rFonts w:ascii="HY헤드라인M" w:eastAsia="휴먼명조" w:hAnsi="HY헤드라인M" w:cs="휴먼명조"/>
                <w:spacing w:val="-12"/>
                <w:w w:val="97"/>
                <w:sz w:val="24"/>
              </w:rPr>
              <w:t>)</w:t>
            </w:r>
          </w:p>
        </w:tc>
      </w:tr>
      <w:tr w:rsidR="00DA08A1" w:rsidTr="0079350C">
        <w:trPr>
          <w:trHeight w:hRule="exact" w:val="296"/>
          <w:jc w:val="center"/>
        </w:trPr>
        <w:tc>
          <w:tcPr>
            <w:tcW w:w="1432" w:type="dxa"/>
            <w:vMerge/>
            <w:tcBorders>
              <w:left w:val="single" w:sz="12" w:space="0" w:color="auto"/>
            </w:tcBorders>
            <w:vAlign w:val="center"/>
          </w:tcPr>
          <w:p w:rsidR="00DA08A1" w:rsidRDefault="00DA08A1" w:rsidP="002A5F8B">
            <w:pPr>
              <w:spacing w:line="260" w:lineRule="exact"/>
              <w:jc w:val="center"/>
            </w:pPr>
          </w:p>
        </w:tc>
        <w:tc>
          <w:tcPr>
            <w:tcW w:w="8106" w:type="dxa"/>
            <w:gridSpan w:val="11"/>
            <w:tcBorders>
              <w:top w:val="single" w:sz="3" w:space="0" w:color="000000"/>
              <w:left w:val="single" w:sz="3" w:space="0" w:color="000000"/>
              <w:bottom w:val="single" w:sz="3" w:space="0" w:color="000000"/>
              <w:right w:val="single" w:sz="12" w:space="0" w:color="auto"/>
            </w:tcBorders>
            <w:tcMar>
              <w:top w:w="0" w:type="dxa"/>
              <w:left w:w="28" w:type="dxa"/>
              <w:bottom w:w="0" w:type="dxa"/>
              <w:right w:w="28" w:type="dxa"/>
            </w:tcMar>
            <w:vAlign w:val="center"/>
          </w:tcPr>
          <w:p w:rsidR="00DA08A1" w:rsidRDefault="00F3557A" w:rsidP="002A5F8B">
            <w:pPr>
              <w:spacing w:line="260" w:lineRule="exact"/>
              <w:rPr>
                <w:rFonts w:ascii="HY헤드라인M" w:eastAsia="휴먼명조" w:hAnsi="HY헤드라인M"/>
                <w:sz w:val="24"/>
                <w:szCs w:val="24"/>
              </w:rPr>
            </w:pPr>
            <w:r>
              <w:rPr>
                <w:rFonts w:ascii="HY헤드라인M" w:eastAsia="휴먼명조" w:hAnsi="HY헤드라인M" w:cs="휴먼명조"/>
                <w:spacing w:val="-12"/>
                <w:w w:val="97"/>
                <w:sz w:val="24"/>
              </w:rPr>
              <w:t>(</w:t>
            </w:r>
            <w:proofErr w:type="spellStart"/>
            <w:r>
              <w:rPr>
                <w:rFonts w:ascii="HY헤드라인M" w:eastAsia="휴먼명조" w:hAnsi="HY헤드라인M" w:cs="휴먼명조"/>
                <w:spacing w:val="-12"/>
                <w:w w:val="97"/>
                <w:sz w:val="24"/>
              </w:rPr>
              <w:t>영문</w:t>
            </w:r>
            <w:proofErr w:type="spellEnd"/>
            <w:r>
              <w:rPr>
                <w:rFonts w:ascii="HY헤드라인M" w:eastAsia="휴먼명조" w:hAnsi="HY헤드라인M" w:cs="휴먼명조"/>
                <w:spacing w:val="-12"/>
                <w:w w:val="97"/>
                <w:sz w:val="24"/>
              </w:rPr>
              <w:t>)</w:t>
            </w:r>
          </w:p>
        </w:tc>
      </w:tr>
      <w:tr w:rsidR="00DA08A1" w:rsidTr="005D4C1C">
        <w:trPr>
          <w:trHeight w:hRule="exact" w:val="296"/>
          <w:jc w:val="center"/>
        </w:trPr>
        <w:tc>
          <w:tcPr>
            <w:tcW w:w="1432" w:type="dxa"/>
            <w:vMerge w:val="restart"/>
            <w:tcBorders>
              <w:top w:val="single" w:sz="3" w:space="0" w:color="000000"/>
              <w:left w:val="single" w:sz="12" w:space="0" w:color="auto"/>
              <w:bottom w:val="single" w:sz="3" w:space="0" w:color="000000"/>
              <w:right w:val="single" w:sz="3" w:space="0" w:color="000000"/>
            </w:tcBorders>
            <w:tcMar>
              <w:top w:w="0" w:type="dxa"/>
              <w:left w:w="28" w:type="dxa"/>
              <w:bottom w:w="0" w:type="dxa"/>
              <w:right w:w="28" w:type="dxa"/>
            </w:tcMar>
            <w:vAlign w:val="center"/>
          </w:tcPr>
          <w:p w:rsidR="00DA08A1" w:rsidRDefault="00F3557A" w:rsidP="002A5F8B">
            <w:pPr>
              <w:spacing w:line="260" w:lineRule="exact"/>
              <w:jc w:val="center"/>
              <w:rPr>
                <w:rFonts w:ascii="HY헤드라인M" w:eastAsia="휴먼명조" w:hAnsi="HY헤드라인M"/>
                <w:sz w:val="24"/>
                <w:szCs w:val="24"/>
              </w:rPr>
            </w:pPr>
            <w:r>
              <w:rPr>
                <w:rFonts w:ascii="HY헤드라인M" w:eastAsia="휴먼명조" w:hAnsi="HY헤드라인M" w:cs="휴먼명조"/>
                <w:spacing w:val="-12"/>
                <w:w w:val="97"/>
                <w:sz w:val="24"/>
              </w:rPr>
              <w:t>대</w:t>
            </w:r>
            <w:r>
              <w:rPr>
                <w:rFonts w:ascii="HY헤드라인M" w:eastAsia="휴먼명조" w:hAnsi="HY헤드라인M" w:cs="휴먼명조"/>
                <w:spacing w:val="-12"/>
                <w:w w:val="97"/>
                <w:sz w:val="24"/>
              </w:rPr>
              <w:t xml:space="preserve"> </w:t>
            </w:r>
            <w:r>
              <w:rPr>
                <w:rFonts w:ascii="HY헤드라인M" w:eastAsia="휴먼명조" w:hAnsi="HY헤드라인M" w:cs="휴먼명조"/>
                <w:spacing w:val="-12"/>
                <w:w w:val="97"/>
                <w:sz w:val="24"/>
              </w:rPr>
              <w:t>표</w:t>
            </w:r>
            <w:r>
              <w:rPr>
                <w:rFonts w:ascii="HY헤드라인M" w:eastAsia="휴먼명조" w:hAnsi="HY헤드라인M" w:cs="휴먼명조"/>
                <w:spacing w:val="-12"/>
                <w:w w:val="97"/>
                <w:sz w:val="24"/>
              </w:rPr>
              <w:t xml:space="preserve"> </w:t>
            </w:r>
            <w:r>
              <w:rPr>
                <w:rFonts w:ascii="HY헤드라인M" w:eastAsia="휴먼명조" w:hAnsi="HY헤드라인M" w:cs="휴먼명조"/>
                <w:spacing w:val="-12"/>
                <w:w w:val="97"/>
                <w:sz w:val="24"/>
              </w:rPr>
              <w:t>자</w:t>
            </w:r>
          </w:p>
        </w:tc>
        <w:tc>
          <w:tcPr>
            <w:tcW w:w="3621" w:type="dxa"/>
            <w:gridSpan w:val="6"/>
            <w:tcBorders>
              <w:top w:val="single" w:sz="3" w:space="0" w:color="000000"/>
              <w:left w:val="single" w:sz="3" w:space="0" w:color="000000"/>
              <w:bottom w:val="single" w:sz="3" w:space="0" w:color="000000"/>
              <w:right w:val="single" w:sz="3" w:space="0" w:color="000000"/>
            </w:tcBorders>
            <w:tcMar>
              <w:top w:w="0" w:type="dxa"/>
              <w:left w:w="28" w:type="dxa"/>
              <w:bottom w:w="0" w:type="dxa"/>
              <w:right w:w="28" w:type="dxa"/>
            </w:tcMar>
            <w:vAlign w:val="center"/>
          </w:tcPr>
          <w:p w:rsidR="00DA08A1" w:rsidRDefault="00F3557A" w:rsidP="002A5F8B">
            <w:pPr>
              <w:spacing w:line="260" w:lineRule="exact"/>
              <w:rPr>
                <w:rFonts w:ascii="HY헤드라인M" w:eastAsia="휴먼명조" w:hAnsi="HY헤드라인M"/>
                <w:sz w:val="24"/>
                <w:szCs w:val="24"/>
              </w:rPr>
            </w:pPr>
            <w:r>
              <w:rPr>
                <w:rFonts w:ascii="HY헤드라인M" w:eastAsia="휴먼명조" w:hAnsi="HY헤드라인M" w:cs="휴먼명조"/>
                <w:spacing w:val="-12"/>
                <w:w w:val="97"/>
                <w:sz w:val="24"/>
              </w:rPr>
              <w:t>(</w:t>
            </w:r>
            <w:proofErr w:type="spellStart"/>
            <w:r>
              <w:rPr>
                <w:rFonts w:ascii="HY헤드라인M" w:eastAsia="휴먼명조" w:hAnsi="HY헤드라인M" w:cs="휴먼명조"/>
                <w:spacing w:val="-12"/>
                <w:w w:val="97"/>
                <w:sz w:val="24"/>
              </w:rPr>
              <w:t>성명</w:t>
            </w:r>
            <w:proofErr w:type="spellEnd"/>
            <w:r>
              <w:rPr>
                <w:rFonts w:ascii="HY헤드라인M" w:eastAsia="휴먼명조" w:hAnsi="HY헤드라인M" w:cs="휴먼명조"/>
                <w:spacing w:val="-12"/>
                <w:w w:val="97"/>
                <w:sz w:val="24"/>
              </w:rPr>
              <w:t>)</w:t>
            </w:r>
          </w:p>
        </w:tc>
        <w:tc>
          <w:tcPr>
            <w:tcW w:w="4485" w:type="dxa"/>
            <w:gridSpan w:val="5"/>
            <w:tcBorders>
              <w:top w:val="single" w:sz="3" w:space="0" w:color="000000"/>
              <w:left w:val="single" w:sz="3" w:space="0" w:color="000000"/>
              <w:bottom w:val="single" w:sz="3" w:space="0" w:color="000000"/>
              <w:right w:val="single" w:sz="12" w:space="0" w:color="auto"/>
            </w:tcBorders>
            <w:tcMar>
              <w:top w:w="0" w:type="dxa"/>
              <w:left w:w="28" w:type="dxa"/>
              <w:bottom w:w="0" w:type="dxa"/>
              <w:right w:w="28" w:type="dxa"/>
            </w:tcMar>
            <w:vAlign w:val="center"/>
          </w:tcPr>
          <w:p w:rsidR="00DA08A1" w:rsidRDefault="00F3557A" w:rsidP="002A5F8B">
            <w:pPr>
              <w:spacing w:line="260" w:lineRule="exact"/>
              <w:rPr>
                <w:rFonts w:ascii="HY헤드라인M" w:eastAsia="휴먼명조" w:hAnsi="HY헤드라인M"/>
                <w:sz w:val="24"/>
                <w:szCs w:val="24"/>
              </w:rPr>
            </w:pPr>
            <w:r>
              <w:rPr>
                <w:rFonts w:ascii="HY헤드라인M" w:eastAsia="휴먼명조" w:hAnsi="HY헤드라인M" w:cs="휴먼명조"/>
                <w:spacing w:val="-12"/>
                <w:w w:val="97"/>
                <w:sz w:val="24"/>
              </w:rPr>
              <w:t>(</w:t>
            </w:r>
            <w:proofErr w:type="spellStart"/>
            <w:r>
              <w:rPr>
                <w:rFonts w:ascii="HY헤드라인M" w:eastAsia="휴먼명조" w:hAnsi="HY헤드라인M" w:cs="휴먼명조"/>
                <w:spacing w:val="-12"/>
                <w:w w:val="97"/>
                <w:sz w:val="24"/>
              </w:rPr>
              <w:t>영문</w:t>
            </w:r>
            <w:proofErr w:type="spellEnd"/>
            <w:r>
              <w:rPr>
                <w:rFonts w:ascii="HY헤드라인M" w:eastAsia="휴먼명조" w:hAnsi="HY헤드라인M" w:cs="휴먼명조"/>
                <w:spacing w:val="-12"/>
                <w:w w:val="97"/>
                <w:sz w:val="24"/>
              </w:rPr>
              <w:t>)</w:t>
            </w:r>
          </w:p>
        </w:tc>
      </w:tr>
      <w:tr w:rsidR="00DA08A1" w:rsidTr="005D4C1C">
        <w:trPr>
          <w:trHeight w:hRule="exact" w:val="296"/>
          <w:jc w:val="center"/>
        </w:trPr>
        <w:tc>
          <w:tcPr>
            <w:tcW w:w="1432" w:type="dxa"/>
            <w:vMerge/>
            <w:tcBorders>
              <w:left w:val="single" w:sz="12" w:space="0" w:color="auto"/>
            </w:tcBorders>
            <w:vAlign w:val="center"/>
          </w:tcPr>
          <w:p w:rsidR="00DA08A1" w:rsidRDefault="00DA08A1" w:rsidP="002A5F8B">
            <w:pPr>
              <w:spacing w:line="260" w:lineRule="exact"/>
              <w:jc w:val="center"/>
            </w:pPr>
          </w:p>
        </w:tc>
        <w:tc>
          <w:tcPr>
            <w:tcW w:w="3621" w:type="dxa"/>
            <w:gridSpan w:val="6"/>
            <w:tcBorders>
              <w:top w:val="single" w:sz="3" w:space="0" w:color="000000"/>
              <w:left w:val="single" w:sz="3" w:space="0" w:color="000000"/>
              <w:bottom w:val="single" w:sz="3" w:space="0" w:color="000000"/>
              <w:right w:val="single" w:sz="3" w:space="0" w:color="000000"/>
            </w:tcBorders>
            <w:tcMar>
              <w:top w:w="0" w:type="dxa"/>
              <w:left w:w="28" w:type="dxa"/>
              <w:bottom w:w="0" w:type="dxa"/>
              <w:right w:w="28" w:type="dxa"/>
            </w:tcMar>
            <w:vAlign w:val="center"/>
          </w:tcPr>
          <w:p w:rsidR="00DA08A1" w:rsidRDefault="00F3557A" w:rsidP="002A5F8B">
            <w:pPr>
              <w:spacing w:line="260" w:lineRule="exact"/>
              <w:rPr>
                <w:rFonts w:ascii="HY헤드라인M" w:eastAsia="휴먼명조" w:hAnsi="HY헤드라인M"/>
                <w:sz w:val="24"/>
                <w:szCs w:val="24"/>
              </w:rPr>
            </w:pPr>
            <w:r>
              <w:rPr>
                <w:rFonts w:ascii="HY헤드라인M" w:eastAsia="휴먼명조" w:hAnsi="HY헤드라인M" w:cs="휴먼명조"/>
                <w:spacing w:val="-12"/>
                <w:w w:val="97"/>
                <w:sz w:val="24"/>
              </w:rPr>
              <w:t>(</w:t>
            </w:r>
            <w:proofErr w:type="spellStart"/>
            <w:r>
              <w:rPr>
                <w:rFonts w:ascii="HY헤드라인M" w:eastAsia="휴먼명조" w:hAnsi="HY헤드라인M" w:cs="휴먼명조"/>
                <w:spacing w:val="-12"/>
                <w:w w:val="97"/>
                <w:sz w:val="24"/>
              </w:rPr>
              <w:t>휴대전화</w:t>
            </w:r>
            <w:proofErr w:type="spellEnd"/>
            <w:r>
              <w:rPr>
                <w:rFonts w:ascii="HY헤드라인M" w:eastAsia="휴먼명조" w:hAnsi="HY헤드라인M" w:cs="휴먼명조"/>
                <w:spacing w:val="-12"/>
                <w:w w:val="97"/>
                <w:sz w:val="24"/>
              </w:rPr>
              <w:t>)</w:t>
            </w:r>
          </w:p>
        </w:tc>
        <w:tc>
          <w:tcPr>
            <w:tcW w:w="4485" w:type="dxa"/>
            <w:gridSpan w:val="5"/>
            <w:tcBorders>
              <w:top w:val="single" w:sz="3" w:space="0" w:color="000000"/>
              <w:left w:val="single" w:sz="3" w:space="0" w:color="000000"/>
              <w:bottom w:val="single" w:sz="3" w:space="0" w:color="000000"/>
              <w:right w:val="single" w:sz="12" w:space="0" w:color="auto"/>
            </w:tcBorders>
            <w:tcMar>
              <w:top w:w="0" w:type="dxa"/>
              <w:left w:w="28" w:type="dxa"/>
              <w:bottom w:w="0" w:type="dxa"/>
              <w:right w:w="28" w:type="dxa"/>
            </w:tcMar>
            <w:vAlign w:val="center"/>
          </w:tcPr>
          <w:p w:rsidR="00DA08A1" w:rsidRDefault="00F3557A" w:rsidP="002A5F8B">
            <w:pPr>
              <w:spacing w:line="260" w:lineRule="exact"/>
              <w:rPr>
                <w:rFonts w:ascii="HY헤드라인M" w:eastAsia="휴먼명조" w:hAnsi="HY헤드라인M"/>
                <w:sz w:val="24"/>
                <w:szCs w:val="24"/>
              </w:rPr>
            </w:pPr>
            <w:r>
              <w:rPr>
                <w:rFonts w:ascii="HY헤드라인M" w:eastAsia="휴먼명조" w:hAnsi="HY헤드라인M" w:cs="휴먼명조"/>
                <w:spacing w:val="-12"/>
                <w:w w:val="97"/>
                <w:sz w:val="24"/>
              </w:rPr>
              <w:t>(E-mail)</w:t>
            </w:r>
          </w:p>
        </w:tc>
      </w:tr>
      <w:tr w:rsidR="00DA08A1" w:rsidTr="005D4C1C">
        <w:trPr>
          <w:trHeight w:hRule="exact" w:val="296"/>
          <w:jc w:val="center"/>
        </w:trPr>
        <w:tc>
          <w:tcPr>
            <w:tcW w:w="1432" w:type="dxa"/>
            <w:vMerge w:val="restart"/>
            <w:tcBorders>
              <w:top w:val="single" w:sz="3" w:space="0" w:color="000000"/>
              <w:left w:val="single" w:sz="12" w:space="0" w:color="auto"/>
              <w:bottom w:val="single" w:sz="9" w:space="0" w:color="000000"/>
              <w:right w:val="single" w:sz="3" w:space="0" w:color="000000"/>
            </w:tcBorders>
            <w:tcMar>
              <w:top w:w="0" w:type="dxa"/>
              <w:left w:w="28" w:type="dxa"/>
              <w:bottom w:w="0" w:type="dxa"/>
              <w:right w:w="28" w:type="dxa"/>
            </w:tcMar>
            <w:vAlign w:val="center"/>
          </w:tcPr>
          <w:p w:rsidR="00DA08A1" w:rsidRDefault="00F3557A" w:rsidP="002A5F8B">
            <w:pPr>
              <w:spacing w:line="260" w:lineRule="exact"/>
              <w:jc w:val="center"/>
              <w:rPr>
                <w:rFonts w:ascii="HY헤드라인M" w:eastAsia="휴먼명조" w:hAnsi="HY헤드라인M"/>
                <w:sz w:val="24"/>
                <w:szCs w:val="24"/>
              </w:rPr>
            </w:pPr>
            <w:r>
              <w:rPr>
                <w:rFonts w:ascii="HY헤드라인M" w:eastAsia="휴먼명조" w:hAnsi="HY헤드라인M" w:cs="휴먼명조"/>
                <w:spacing w:val="-12"/>
                <w:w w:val="97"/>
                <w:sz w:val="24"/>
              </w:rPr>
              <w:t>담</w:t>
            </w:r>
            <w:r>
              <w:rPr>
                <w:rFonts w:ascii="HY헤드라인M" w:eastAsia="휴먼명조" w:hAnsi="HY헤드라인M" w:cs="휴먼명조"/>
                <w:spacing w:val="-12"/>
                <w:w w:val="97"/>
                <w:sz w:val="24"/>
              </w:rPr>
              <w:t xml:space="preserve"> </w:t>
            </w:r>
            <w:r>
              <w:rPr>
                <w:rFonts w:ascii="HY헤드라인M" w:eastAsia="휴먼명조" w:hAnsi="HY헤드라인M" w:cs="휴먼명조"/>
                <w:spacing w:val="-12"/>
                <w:w w:val="97"/>
                <w:sz w:val="24"/>
              </w:rPr>
              <w:t>당</w:t>
            </w:r>
            <w:r>
              <w:rPr>
                <w:rFonts w:ascii="HY헤드라인M" w:eastAsia="휴먼명조" w:hAnsi="HY헤드라인M" w:cs="휴먼명조"/>
                <w:spacing w:val="-12"/>
                <w:w w:val="97"/>
                <w:sz w:val="24"/>
              </w:rPr>
              <w:t xml:space="preserve"> </w:t>
            </w:r>
            <w:r>
              <w:rPr>
                <w:rFonts w:ascii="HY헤드라인M" w:eastAsia="휴먼명조" w:hAnsi="HY헤드라인M" w:cs="휴먼명조"/>
                <w:spacing w:val="-12"/>
                <w:w w:val="97"/>
                <w:sz w:val="24"/>
              </w:rPr>
              <w:t>자</w:t>
            </w:r>
          </w:p>
        </w:tc>
        <w:tc>
          <w:tcPr>
            <w:tcW w:w="3621" w:type="dxa"/>
            <w:gridSpan w:val="6"/>
            <w:tcBorders>
              <w:top w:val="single" w:sz="3" w:space="0" w:color="000000"/>
              <w:left w:val="single" w:sz="3" w:space="0" w:color="000000"/>
              <w:bottom w:val="single" w:sz="3" w:space="0" w:color="000000"/>
              <w:right w:val="single" w:sz="3" w:space="0" w:color="000000"/>
            </w:tcBorders>
            <w:tcMar>
              <w:top w:w="0" w:type="dxa"/>
              <w:left w:w="28" w:type="dxa"/>
              <w:bottom w:w="0" w:type="dxa"/>
              <w:right w:w="28" w:type="dxa"/>
            </w:tcMar>
            <w:vAlign w:val="center"/>
          </w:tcPr>
          <w:p w:rsidR="00DA08A1" w:rsidRDefault="00F3557A" w:rsidP="002A5F8B">
            <w:pPr>
              <w:spacing w:line="260" w:lineRule="exact"/>
              <w:rPr>
                <w:rFonts w:ascii="HY헤드라인M" w:eastAsia="휴먼명조" w:hAnsi="HY헤드라인M"/>
                <w:sz w:val="24"/>
                <w:szCs w:val="24"/>
              </w:rPr>
            </w:pPr>
            <w:r>
              <w:rPr>
                <w:rFonts w:ascii="HY헤드라인M" w:eastAsia="휴먼명조" w:hAnsi="HY헤드라인M" w:cs="휴먼명조"/>
                <w:spacing w:val="-12"/>
                <w:w w:val="97"/>
                <w:sz w:val="24"/>
              </w:rPr>
              <w:t>(</w:t>
            </w:r>
            <w:proofErr w:type="spellStart"/>
            <w:r>
              <w:rPr>
                <w:rFonts w:ascii="HY헤드라인M" w:eastAsia="휴먼명조" w:hAnsi="HY헤드라인M" w:cs="휴먼명조"/>
                <w:spacing w:val="-12"/>
                <w:w w:val="97"/>
                <w:sz w:val="24"/>
              </w:rPr>
              <w:t>성명</w:t>
            </w:r>
            <w:proofErr w:type="spellEnd"/>
            <w:r>
              <w:rPr>
                <w:rFonts w:ascii="HY헤드라인M" w:eastAsia="휴먼명조" w:hAnsi="HY헤드라인M" w:cs="휴먼명조"/>
                <w:spacing w:val="-12"/>
                <w:w w:val="97"/>
                <w:sz w:val="24"/>
              </w:rPr>
              <w:t>)</w:t>
            </w:r>
          </w:p>
        </w:tc>
        <w:tc>
          <w:tcPr>
            <w:tcW w:w="2410" w:type="dxa"/>
            <w:gridSpan w:val="3"/>
            <w:tcBorders>
              <w:top w:val="single" w:sz="3" w:space="0" w:color="000000"/>
              <w:left w:val="single" w:sz="3" w:space="0" w:color="000000"/>
              <w:bottom w:val="single" w:sz="3" w:space="0" w:color="000000"/>
              <w:right w:val="single" w:sz="3" w:space="0" w:color="000000"/>
            </w:tcBorders>
            <w:tcMar>
              <w:top w:w="0" w:type="dxa"/>
              <w:left w:w="28" w:type="dxa"/>
              <w:bottom w:w="0" w:type="dxa"/>
              <w:right w:w="28" w:type="dxa"/>
            </w:tcMar>
            <w:vAlign w:val="center"/>
          </w:tcPr>
          <w:p w:rsidR="00DA08A1" w:rsidRDefault="00F3557A" w:rsidP="002A5F8B">
            <w:pPr>
              <w:spacing w:line="260" w:lineRule="exact"/>
              <w:rPr>
                <w:rFonts w:ascii="HY헤드라인M" w:eastAsia="휴먼명조" w:hAnsi="HY헤드라인M"/>
                <w:sz w:val="24"/>
                <w:szCs w:val="24"/>
              </w:rPr>
            </w:pPr>
            <w:r>
              <w:rPr>
                <w:rFonts w:ascii="HY헤드라인M" w:eastAsia="휴먼명조" w:hAnsi="HY헤드라인M" w:cs="휴먼명조"/>
                <w:spacing w:val="-12"/>
                <w:w w:val="97"/>
                <w:sz w:val="24"/>
              </w:rPr>
              <w:t>(</w:t>
            </w:r>
            <w:proofErr w:type="spellStart"/>
            <w:r>
              <w:rPr>
                <w:rFonts w:ascii="HY헤드라인M" w:eastAsia="휴먼명조" w:hAnsi="HY헤드라인M" w:cs="휴먼명조"/>
                <w:spacing w:val="-12"/>
                <w:w w:val="97"/>
                <w:sz w:val="24"/>
              </w:rPr>
              <w:t>영문</w:t>
            </w:r>
            <w:proofErr w:type="spellEnd"/>
            <w:r>
              <w:rPr>
                <w:rFonts w:ascii="HY헤드라인M" w:eastAsia="휴먼명조" w:hAnsi="HY헤드라인M" w:cs="휴먼명조"/>
                <w:spacing w:val="-12"/>
                <w:w w:val="97"/>
                <w:sz w:val="24"/>
              </w:rPr>
              <w:t>)</w:t>
            </w:r>
          </w:p>
        </w:tc>
        <w:tc>
          <w:tcPr>
            <w:tcW w:w="2075" w:type="dxa"/>
            <w:gridSpan w:val="2"/>
            <w:tcBorders>
              <w:top w:val="single" w:sz="3" w:space="0" w:color="000000"/>
              <w:left w:val="single" w:sz="3" w:space="0" w:color="000000"/>
              <w:bottom w:val="single" w:sz="3" w:space="0" w:color="000000"/>
              <w:right w:val="single" w:sz="12" w:space="0" w:color="auto"/>
            </w:tcBorders>
            <w:tcMar>
              <w:top w:w="0" w:type="dxa"/>
              <w:left w:w="28" w:type="dxa"/>
              <w:bottom w:w="0" w:type="dxa"/>
              <w:right w:w="28" w:type="dxa"/>
            </w:tcMar>
            <w:vAlign w:val="center"/>
          </w:tcPr>
          <w:p w:rsidR="00DA08A1" w:rsidRDefault="00F3557A" w:rsidP="002A5F8B">
            <w:pPr>
              <w:spacing w:line="260" w:lineRule="exact"/>
              <w:rPr>
                <w:rFonts w:ascii="HY헤드라인M" w:eastAsia="휴먼명조" w:hAnsi="HY헤드라인M"/>
                <w:sz w:val="24"/>
                <w:szCs w:val="24"/>
              </w:rPr>
            </w:pPr>
            <w:r>
              <w:rPr>
                <w:rFonts w:ascii="HY헤드라인M" w:eastAsia="휴먼명조" w:hAnsi="HY헤드라인M" w:cs="휴먼명조"/>
                <w:spacing w:val="-12"/>
                <w:w w:val="97"/>
                <w:sz w:val="24"/>
              </w:rPr>
              <w:t>(</w:t>
            </w:r>
            <w:proofErr w:type="spellStart"/>
            <w:r>
              <w:rPr>
                <w:rFonts w:ascii="HY헤드라인M" w:eastAsia="휴먼명조" w:hAnsi="HY헤드라인M" w:cs="휴먼명조"/>
                <w:spacing w:val="-12"/>
                <w:w w:val="97"/>
                <w:sz w:val="24"/>
              </w:rPr>
              <w:t>직위</w:t>
            </w:r>
            <w:proofErr w:type="spellEnd"/>
            <w:r>
              <w:rPr>
                <w:rFonts w:ascii="HY헤드라인M" w:eastAsia="휴먼명조" w:hAnsi="HY헤드라인M" w:cs="휴먼명조"/>
                <w:spacing w:val="-12"/>
                <w:w w:val="97"/>
                <w:sz w:val="24"/>
              </w:rPr>
              <w:t>)</w:t>
            </w:r>
          </w:p>
        </w:tc>
      </w:tr>
      <w:tr w:rsidR="00DA08A1" w:rsidTr="005D4C1C">
        <w:trPr>
          <w:trHeight w:hRule="exact" w:val="296"/>
          <w:jc w:val="center"/>
        </w:trPr>
        <w:tc>
          <w:tcPr>
            <w:tcW w:w="1432" w:type="dxa"/>
            <w:vMerge/>
            <w:tcBorders>
              <w:left w:val="single" w:sz="12" w:space="0" w:color="auto"/>
              <w:bottom w:val="single" w:sz="12" w:space="0" w:color="000000"/>
            </w:tcBorders>
            <w:vAlign w:val="center"/>
          </w:tcPr>
          <w:p w:rsidR="00DA08A1" w:rsidRDefault="00DA08A1" w:rsidP="002A5F8B">
            <w:pPr>
              <w:spacing w:line="260" w:lineRule="exact"/>
              <w:jc w:val="center"/>
            </w:pPr>
          </w:p>
        </w:tc>
        <w:tc>
          <w:tcPr>
            <w:tcW w:w="3621" w:type="dxa"/>
            <w:gridSpan w:val="6"/>
            <w:tcBorders>
              <w:top w:val="single" w:sz="3" w:space="0" w:color="000000"/>
              <w:left w:val="single" w:sz="3" w:space="0" w:color="000000"/>
              <w:bottom w:val="single" w:sz="12" w:space="0" w:color="000000"/>
              <w:right w:val="single" w:sz="3" w:space="0" w:color="000000"/>
            </w:tcBorders>
            <w:tcMar>
              <w:top w:w="0" w:type="dxa"/>
              <w:left w:w="28" w:type="dxa"/>
              <w:bottom w:w="0" w:type="dxa"/>
              <w:right w:w="28" w:type="dxa"/>
            </w:tcMar>
            <w:vAlign w:val="center"/>
          </w:tcPr>
          <w:p w:rsidR="00DA08A1" w:rsidRDefault="00F3557A" w:rsidP="002A5F8B">
            <w:pPr>
              <w:spacing w:line="260" w:lineRule="exact"/>
              <w:rPr>
                <w:rFonts w:ascii="HY헤드라인M" w:eastAsia="휴먼명조" w:hAnsi="HY헤드라인M"/>
                <w:sz w:val="24"/>
                <w:szCs w:val="24"/>
              </w:rPr>
            </w:pPr>
            <w:r>
              <w:rPr>
                <w:rFonts w:ascii="HY헤드라인M" w:eastAsia="휴먼명조" w:hAnsi="HY헤드라인M" w:cs="휴먼명조"/>
                <w:spacing w:val="-12"/>
                <w:w w:val="97"/>
                <w:sz w:val="24"/>
              </w:rPr>
              <w:t>(</w:t>
            </w:r>
            <w:proofErr w:type="spellStart"/>
            <w:r>
              <w:rPr>
                <w:rFonts w:ascii="HY헤드라인M" w:eastAsia="휴먼명조" w:hAnsi="HY헤드라인M" w:cs="휴먼명조"/>
                <w:spacing w:val="-12"/>
                <w:w w:val="97"/>
                <w:sz w:val="24"/>
              </w:rPr>
              <w:t>휴대전화</w:t>
            </w:r>
            <w:proofErr w:type="spellEnd"/>
            <w:r>
              <w:rPr>
                <w:rFonts w:ascii="HY헤드라인M" w:eastAsia="휴먼명조" w:hAnsi="HY헤드라인M" w:cs="휴먼명조"/>
                <w:spacing w:val="-12"/>
                <w:w w:val="97"/>
                <w:sz w:val="24"/>
              </w:rPr>
              <w:t>)</w:t>
            </w:r>
          </w:p>
        </w:tc>
        <w:tc>
          <w:tcPr>
            <w:tcW w:w="4485" w:type="dxa"/>
            <w:gridSpan w:val="5"/>
            <w:tcBorders>
              <w:top w:val="single" w:sz="3" w:space="0" w:color="000000"/>
              <w:left w:val="single" w:sz="3" w:space="0" w:color="000000"/>
              <w:bottom w:val="single" w:sz="12" w:space="0" w:color="000000"/>
              <w:right w:val="single" w:sz="12" w:space="0" w:color="auto"/>
            </w:tcBorders>
            <w:tcMar>
              <w:top w:w="0" w:type="dxa"/>
              <w:left w:w="28" w:type="dxa"/>
              <w:bottom w:w="0" w:type="dxa"/>
              <w:right w:w="28" w:type="dxa"/>
            </w:tcMar>
            <w:vAlign w:val="center"/>
          </w:tcPr>
          <w:p w:rsidR="00DA08A1" w:rsidRDefault="00F3557A" w:rsidP="002A5F8B">
            <w:pPr>
              <w:spacing w:line="260" w:lineRule="exact"/>
              <w:rPr>
                <w:rFonts w:ascii="HY헤드라인M" w:eastAsia="휴먼명조" w:hAnsi="HY헤드라인M"/>
                <w:sz w:val="24"/>
                <w:szCs w:val="24"/>
              </w:rPr>
            </w:pPr>
            <w:r>
              <w:rPr>
                <w:rFonts w:ascii="HY헤드라인M" w:eastAsia="휴먼명조" w:hAnsi="HY헤드라인M" w:cs="휴먼명조"/>
                <w:spacing w:val="-12"/>
                <w:w w:val="97"/>
                <w:sz w:val="24"/>
              </w:rPr>
              <w:t>(E-mail)</w:t>
            </w:r>
          </w:p>
        </w:tc>
      </w:tr>
      <w:tr w:rsidR="00DA08A1" w:rsidTr="0079350C">
        <w:trPr>
          <w:trHeight w:hRule="exact" w:val="296"/>
          <w:jc w:val="center"/>
        </w:trPr>
        <w:tc>
          <w:tcPr>
            <w:tcW w:w="9538" w:type="dxa"/>
            <w:gridSpan w:val="12"/>
            <w:tcBorders>
              <w:top w:val="single" w:sz="12" w:space="0" w:color="000000"/>
              <w:left w:val="single" w:sz="12" w:space="0" w:color="auto"/>
              <w:bottom w:val="double" w:sz="2" w:space="0" w:color="auto"/>
              <w:right w:val="single" w:sz="12" w:space="0" w:color="auto"/>
            </w:tcBorders>
            <w:shd w:val="clear" w:color="auto" w:fill="F2F2F2"/>
            <w:tcMar>
              <w:top w:w="0" w:type="dxa"/>
              <w:left w:w="28" w:type="dxa"/>
              <w:bottom w:w="0" w:type="dxa"/>
              <w:right w:w="28" w:type="dxa"/>
            </w:tcMar>
            <w:vAlign w:val="center"/>
          </w:tcPr>
          <w:p w:rsidR="00DA08A1" w:rsidRDefault="00F3557A" w:rsidP="002A5F8B">
            <w:pPr>
              <w:spacing w:line="260" w:lineRule="exact"/>
              <w:jc w:val="both"/>
              <w:rPr>
                <w:rFonts w:ascii="HY헤드라인M" w:eastAsia="휴먼명조" w:hAnsi="HY헤드라인M"/>
                <w:b/>
                <w:sz w:val="24"/>
                <w:szCs w:val="24"/>
              </w:rPr>
            </w:pPr>
            <w:r>
              <w:rPr>
                <w:rFonts w:ascii="HY헤드라인M" w:eastAsia="휴먼명조" w:hAnsi="HY헤드라인M" w:cs="휴먼명조"/>
                <w:b/>
                <w:spacing w:val="-12"/>
                <w:w w:val="97"/>
                <w:sz w:val="24"/>
              </w:rPr>
              <w:t xml:space="preserve">2. </w:t>
            </w:r>
            <w:proofErr w:type="spellStart"/>
            <w:r>
              <w:rPr>
                <w:rFonts w:ascii="HY헤드라인M" w:eastAsia="휴먼명조" w:hAnsi="HY헤드라인M" w:cs="휴먼명조"/>
                <w:b/>
                <w:spacing w:val="-12"/>
                <w:w w:val="97"/>
                <w:sz w:val="24"/>
              </w:rPr>
              <w:t>지원가능</w:t>
            </w:r>
            <w:proofErr w:type="spellEnd"/>
            <w:r>
              <w:rPr>
                <w:rFonts w:ascii="HY헤드라인M" w:eastAsia="휴먼명조" w:hAnsi="HY헤드라인M" w:cs="휴먼명조"/>
                <w:b/>
                <w:spacing w:val="-12"/>
                <w:w w:val="97"/>
                <w:sz w:val="24"/>
              </w:rPr>
              <w:t xml:space="preserve"> </w:t>
            </w:r>
            <w:proofErr w:type="spellStart"/>
            <w:r>
              <w:rPr>
                <w:rFonts w:ascii="HY헤드라인M" w:eastAsia="휴먼명조" w:hAnsi="HY헤드라인M" w:cs="휴먼명조"/>
                <w:b/>
                <w:spacing w:val="-12"/>
                <w:w w:val="97"/>
                <w:sz w:val="24"/>
              </w:rPr>
              <w:t>국가</w:t>
            </w:r>
            <w:proofErr w:type="spellEnd"/>
            <w:r>
              <w:rPr>
                <w:rFonts w:ascii="HY헤드라인M" w:eastAsia="휴먼명조" w:hAnsi="HY헤드라인M" w:cs="휴먼명조"/>
                <w:b/>
                <w:spacing w:val="-12"/>
                <w:w w:val="97"/>
                <w:sz w:val="24"/>
              </w:rPr>
              <w:t xml:space="preserve"> </w:t>
            </w:r>
            <w:r>
              <w:rPr>
                <w:rFonts w:ascii="HY헤드라인M" w:eastAsia="휴먼명조" w:hAnsi="HY헤드라인M" w:cs="휴먼명조"/>
                <w:b/>
                <w:spacing w:val="-12"/>
                <w:w w:val="97"/>
                <w:sz w:val="24"/>
              </w:rPr>
              <w:t>및</w:t>
            </w:r>
            <w:r>
              <w:rPr>
                <w:rFonts w:ascii="HY헤드라인M" w:eastAsia="휴먼명조" w:hAnsi="HY헤드라인M" w:cs="휴먼명조"/>
                <w:b/>
                <w:spacing w:val="-12"/>
                <w:w w:val="97"/>
                <w:sz w:val="24"/>
              </w:rPr>
              <w:t xml:space="preserve"> </w:t>
            </w:r>
            <w:proofErr w:type="spellStart"/>
            <w:r>
              <w:rPr>
                <w:rFonts w:ascii="HY헤드라인M" w:eastAsia="휴먼명조" w:hAnsi="HY헤드라인M" w:cs="휴먼명조"/>
                <w:b/>
                <w:spacing w:val="-12"/>
                <w:w w:val="97"/>
                <w:sz w:val="24"/>
              </w:rPr>
              <w:t>분야</w:t>
            </w:r>
            <w:proofErr w:type="spellEnd"/>
          </w:p>
        </w:tc>
      </w:tr>
      <w:tr w:rsidR="00DA08A1" w:rsidTr="0079350C">
        <w:trPr>
          <w:trHeight w:hRule="exact" w:val="405"/>
          <w:jc w:val="center"/>
        </w:trPr>
        <w:tc>
          <w:tcPr>
            <w:tcW w:w="1432" w:type="dxa"/>
            <w:tcBorders>
              <w:top w:val="double" w:sz="2" w:space="0" w:color="auto"/>
              <w:left w:val="single" w:sz="12" w:space="0" w:color="auto"/>
              <w:bottom w:val="single" w:sz="3" w:space="0" w:color="000000"/>
              <w:right w:val="single" w:sz="3" w:space="0" w:color="000000"/>
            </w:tcBorders>
            <w:tcMar>
              <w:top w:w="0" w:type="dxa"/>
              <w:left w:w="28" w:type="dxa"/>
              <w:bottom w:w="0" w:type="dxa"/>
              <w:right w:w="28" w:type="dxa"/>
            </w:tcMar>
            <w:vAlign w:val="center"/>
          </w:tcPr>
          <w:p w:rsidR="00DA08A1" w:rsidRDefault="00F3557A" w:rsidP="002A5F8B">
            <w:pPr>
              <w:spacing w:line="260" w:lineRule="exact"/>
              <w:jc w:val="center"/>
              <w:rPr>
                <w:rFonts w:ascii="HY헤드라인M" w:eastAsia="휴먼명조" w:hAnsi="HY헤드라인M"/>
                <w:sz w:val="24"/>
                <w:szCs w:val="24"/>
              </w:rPr>
            </w:pPr>
            <w:r>
              <w:rPr>
                <w:rFonts w:ascii="HY헤드라인M" w:eastAsia="휴먼명조" w:hAnsi="HY헤드라인M" w:cs="휴먼명조"/>
                <w:spacing w:val="-12"/>
                <w:w w:val="97"/>
                <w:sz w:val="24"/>
              </w:rPr>
              <w:t>국</w:t>
            </w:r>
            <w:r w:rsidR="00F001C7">
              <w:rPr>
                <w:rFonts w:ascii="HY헤드라인M" w:eastAsia="휴먼명조" w:hAnsi="HY헤드라인M" w:cs="휴먼명조" w:hint="eastAsia"/>
                <w:spacing w:val="-12"/>
                <w:w w:val="97"/>
                <w:sz w:val="24"/>
                <w:lang w:eastAsia="ko-KR"/>
              </w:rPr>
              <w:t xml:space="preserve"> </w:t>
            </w:r>
            <w:r>
              <w:rPr>
                <w:rFonts w:ascii="HY헤드라인M" w:eastAsia="휴먼명조" w:hAnsi="HY헤드라인M" w:cs="휴먼명조"/>
                <w:spacing w:val="-12"/>
                <w:w w:val="97"/>
                <w:sz w:val="24"/>
              </w:rPr>
              <w:t>가</w:t>
            </w:r>
          </w:p>
        </w:tc>
        <w:tc>
          <w:tcPr>
            <w:tcW w:w="3423" w:type="dxa"/>
            <w:gridSpan w:val="5"/>
            <w:tcBorders>
              <w:top w:val="double" w:sz="2" w:space="0" w:color="auto"/>
              <w:left w:val="single" w:sz="3" w:space="0" w:color="000000"/>
              <w:bottom w:val="single" w:sz="3" w:space="0" w:color="000000"/>
              <w:right w:val="single" w:sz="3" w:space="0" w:color="000000"/>
            </w:tcBorders>
            <w:tcMar>
              <w:top w:w="0" w:type="dxa"/>
              <w:left w:w="28" w:type="dxa"/>
              <w:bottom w:w="0" w:type="dxa"/>
              <w:right w:w="28" w:type="dxa"/>
            </w:tcMar>
            <w:vAlign w:val="center"/>
          </w:tcPr>
          <w:p w:rsidR="00DA08A1" w:rsidRDefault="00DA08A1" w:rsidP="002A5F8B">
            <w:pPr>
              <w:spacing w:line="260" w:lineRule="exact"/>
              <w:jc w:val="center"/>
              <w:rPr>
                <w:rFonts w:ascii="HY헤드라인M" w:eastAsia="휴먼명조" w:hAnsi="HY헤드라인M"/>
                <w:sz w:val="24"/>
                <w:szCs w:val="24"/>
              </w:rPr>
            </w:pPr>
          </w:p>
        </w:tc>
        <w:tc>
          <w:tcPr>
            <w:tcW w:w="1250" w:type="dxa"/>
            <w:gridSpan w:val="2"/>
            <w:tcBorders>
              <w:top w:val="double" w:sz="2" w:space="0" w:color="auto"/>
              <w:left w:val="single" w:sz="3" w:space="0" w:color="000000"/>
              <w:bottom w:val="single" w:sz="3" w:space="0" w:color="000000"/>
              <w:right w:val="single" w:sz="3" w:space="0" w:color="000000"/>
            </w:tcBorders>
            <w:tcMar>
              <w:top w:w="0" w:type="dxa"/>
              <w:left w:w="28" w:type="dxa"/>
              <w:bottom w:w="0" w:type="dxa"/>
              <w:right w:w="28" w:type="dxa"/>
            </w:tcMar>
            <w:vAlign w:val="center"/>
          </w:tcPr>
          <w:p w:rsidR="00DA08A1" w:rsidRDefault="00F3557A" w:rsidP="002A5F8B">
            <w:pPr>
              <w:spacing w:line="260" w:lineRule="exact"/>
              <w:jc w:val="center"/>
              <w:rPr>
                <w:rFonts w:ascii="HY헤드라인M" w:eastAsia="휴먼명조" w:hAnsi="HY헤드라인M"/>
                <w:sz w:val="24"/>
                <w:szCs w:val="24"/>
              </w:rPr>
            </w:pPr>
            <w:r>
              <w:rPr>
                <w:rFonts w:ascii="HY헤드라인M" w:eastAsia="휴먼명조" w:hAnsi="HY헤드라인M" w:cs="휴먼명조"/>
                <w:spacing w:val="-12"/>
                <w:w w:val="97"/>
                <w:sz w:val="24"/>
              </w:rPr>
              <w:t>도</w:t>
            </w:r>
            <w:r w:rsidR="00F001C7">
              <w:rPr>
                <w:rFonts w:ascii="HY헤드라인M" w:eastAsia="휴먼명조" w:hAnsi="HY헤드라인M" w:cs="휴먼명조" w:hint="eastAsia"/>
                <w:spacing w:val="-12"/>
                <w:w w:val="97"/>
                <w:sz w:val="24"/>
                <w:lang w:eastAsia="ko-KR"/>
              </w:rPr>
              <w:t xml:space="preserve"> </w:t>
            </w:r>
            <w:r>
              <w:rPr>
                <w:rFonts w:ascii="HY헤드라인M" w:eastAsia="휴먼명조" w:hAnsi="HY헤드라인M" w:cs="휴먼명조"/>
                <w:spacing w:val="-12"/>
                <w:w w:val="97"/>
                <w:sz w:val="24"/>
              </w:rPr>
              <w:t>시</w:t>
            </w:r>
          </w:p>
        </w:tc>
        <w:tc>
          <w:tcPr>
            <w:tcW w:w="3433" w:type="dxa"/>
            <w:gridSpan w:val="4"/>
            <w:tcBorders>
              <w:top w:val="double" w:sz="2" w:space="0" w:color="auto"/>
              <w:left w:val="single" w:sz="3" w:space="0" w:color="000000"/>
              <w:bottom w:val="single" w:sz="3" w:space="0" w:color="000000"/>
              <w:right w:val="single" w:sz="12" w:space="0" w:color="auto"/>
            </w:tcBorders>
            <w:tcMar>
              <w:top w:w="0" w:type="dxa"/>
              <w:left w:w="28" w:type="dxa"/>
              <w:bottom w:w="0" w:type="dxa"/>
              <w:right w:w="28" w:type="dxa"/>
            </w:tcMar>
            <w:vAlign w:val="center"/>
          </w:tcPr>
          <w:p w:rsidR="00DA08A1" w:rsidRDefault="00DA08A1" w:rsidP="002A5F8B">
            <w:pPr>
              <w:spacing w:line="260" w:lineRule="exact"/>
              <w:jc w:val="center"/>
              <w:rPr>
                <w:rFonts w:ascii="HY헤드라인M" w:eastAsia="휴먼명조" w:hAnsi="HY헤드라인M"/>
                <w:sz w:val="24"/>
                <w:szCs w:val="24"/>
              </w:rPr>
            </w:pPr>
          </w:p>
        </w:tc>
      </w:tr>
      <w:tr w:rsidR="00DA08A1" w:rsidTr="00D50C1F">
        <w:trPr>
          <w:trHeight w:val="31"/>
          <w:jc w:val="center"/>
        </w:trPr>
        <w:tc>
          <w:tcPr>
            <w:tcW w:w="1432" w:type="dxa"/>
            <w:vMerge w:val="restart"/>
            <w:tcBorders>
              <w:top w:val="single" w:sz="3" w:space="0" w:color="000000"/>
              <w:left w:val="single" w:sz="12" w:space="0" w:color="auto"/>
              <w:bottom w:val="single" w:sz="3" w:space="0" w:color="000000"/>
              <w:right w:val="single" w:sz="3" w:space="0" w:color="000000"/>
            </w:tcBorders>
            <w:tcMar>
              <w:top w:w="28" w:type="dxa"/>
              <w:left w:w="28" w:type="dxa"/>
              <w:bottom w:w="28" w:type="dxa"/>
              <w:right w:w="28" w:type="dxa"/>
            </w:tcMar>
            <w:vAlign w:val="center"/>
          </w:tcPr>
          <w:p w:rsidR="00DA08A1" w:rsidRDefault="00F3557A" w:rsidP="002A5F8B">
            <w:pPr>
              <w:spacing w:line="260" w:lineRule="exact"/>
              <w:jc w:val="center"/>
              <w:rPr>
                <w:rFonts w:ascii="HY헤드라인M" w:eastAsia="휴먼명조" w:hAnsi="HY헤드라인M"/>
                <w:sz w:val="24"/>
                <w:szCs w:val="24"/>
              </w:rPr>
            </w:pPr>
            <w:proofErr w:type="spellStart"/>
            <w:r>
              <w:rPr>
                <w:rFonts w:ascii="HY헤드라인M" w:eastAsia="휴먼명조" w:hAnsi="HY헤드라인M" w:cs="휴먼명조"/>
                <w:spacing w:val="-12"/>
                <w:w w:val="97"/>
                <w:sz w:val="24"/>
              </w:rPr>
              <w:t>지원가능분야</w:t>
            </w:r>
            <w:proofErr w:type="spellEnd"/>
          </w:p>
        </w:tc>
        <w:tc>
          <w:tcPr>
            <w:tcW w:w="1212" w:type="dxa"/>
            <w:gridSpan w:val="2"/>
            <w:tcBorders>
              <w:top w:val="single" w:sz="3" w:space="0" w:color="000000"/>
              <w:left w:val="single" w:sz="3" w:space="0" w:color="000000"/>
              <w:bottom w:val="single" w:sz="3" w:space="0" w:color="000000"/>
              <w:right w:val="single" w:sz="3" w:space="0" w:color="000000"/>
            </w:tcBorders>
            <w:tcMar>
              <w:top w:w="28" w:type="dxa"/>
              <w:left w:w="28" w:type="dxa"/>
              <w:bottom w:w="28" w:type="dxa"/>
              <w:right w:w="28" w:type="dxa"/>
            </w:tcMar>
            <w:vAlign w:val="center"/>
          </w:tcPr>
          <w:p w:rsidR="00DA08A1" w:rsidRDefault="00F3557A" w:rsidP="002A5F8B">
            <w:pPr>
              <w:spacing w:line="260" w:lineRule="exact"/>
              <w:jc w:val="center"/>
              <w:rPr>
                <w:rFonts w:ascii="HY헤드라인M" w:eastAsia="휴먼명조" w:hAnsi="HY헤드라인M"/>
                <w:sz w:val="24"/>
                <w:szCs w:val="24"/>
              </w:rPr>
            </w:pPr>
            <w:r>
              <w:rPr>
                <w:rFonts w:ascii="HY헤드라인M" w:eastAsia="휴먼명조" w:hAnsi="HY헤드라인M" w:cs="휴먼명조"/>
                <w:spacing w:val="-12"/>
                <w:w w:val="97"/>
                <w:sz w:val="24"/>
              </w:rPr>
              <w:t>1</w:t>
            </w:r>
            <w:r>
              <w:rPr>
                <w:rFonts w:ascii="HY헤드라인M" w:eastAsia="휴먼명조" w:hAnsi="HY헤드라인M" w:cs="휴먼명조"/>
                <w:spacing w:val="-12"/>
                <w:w w:val="97"/>
                <w:sz w:val="24"/>
              </w:rPr>
              <w:t>순위</w:t>
            </w:r>
          </w:p>
        </w:tc>
        <w:tc>
          <w:tcPr>
            <w:tcW w:w="1417" w:type="dxa"/>
            <w:gridSpan w:val="2"/>
            <w:tcBorders>
              <w:top w:val="single" w:sz="3" w:space="0" w:color="000000"/>
              <w:left w:val="single" w:sz="3" w:space="0" w:color="000000"/>
              <w:bottom w:val="single" w:sz="3" w:space="0" w:color="000000"/>
              <w:right w:val="single" w:sz="3" w:space="0" w:color="000000"/>
            </w:tcBorders>
            <w:tcMar>
              <w:top w:w="28" w:type="dxa"/>
              <w:left w:w="28" w:type="dxa"/>
              <w:bottom w:w="28" w:type="dxa"/>
              <w:right w:w="28" w:type="dxa"/>
            </w:tcMar>
            <w:vAlign w:val="center"/>
          </w:tcPr>
          <w:p w:rsidR="00DA08A1" w:rsidRDefault="00DA08A1" w:rsidP="002A5F8B">
            <w:pPr>
              <w:spacing w:line="260" w:lineRule="exact"/>
              <w:rPr>
                <w:rFonts w:ascii="HY헤드라인M" w:eastAsia="휴먼명조" w:hAnsi="HY헤드라인M"/>
                <w:sz w:val="24"/>
                <w:szCs w:val="24"/>
              </w:rPr>
            </w:pPr>
          </w:p>
        </w:tc>
        <w:tc>
          <w:tcPr>
            <w:tcW w:w="992" w:type="dxa"/>
            <w:gridSpan w:val="2"/>
            <w:tcBorders>
              <w:top w:val="single" w:sz="3" w:space="0" w:color="000000"/>
              <w:left w:val="single" w:sz="3" w:space="0" w:color="000000"/>
              <w:bottom w:val="single" w:sz="3" w:space="0" w:color="000000"/>
              <w:right w:val="single" w:sz="3" w:space="0" w:color="000000"/>
            </w:tcBorders>
            <w:tcMar>
              <w:top w:w="28" w:type="dxa"/>
              <w:left w:w="28" w:type="dxa"/>
              <w:bottom w:w="28" w:type="dxa"/>
              <w:right w:w="28" w:type="dxa"/>
            </w:tcMar>
            <w:vAlign w:val="center"/>
          </w:tcPr>
          <w:p w:rsidR="00DA08A1" w:rsidRDefault="00F3557A" w:rsidP="002A5F8B">
            <w:pPr>
              <w:spacing w:line="260" w:lineRule="exact"/>
              <w:jc w:val="center"/>
              <w:rPr>
                <w:rFonts w:ascii="HY헤드라인M" w:eastAsia="휴먼명조" w:hAnsi="HY헤드라인M"/>
                <w:sz w:val="24"/>
                <w:szCs w:val="24"/>
              </w:rPr>
            </w:pPr>
            <w:r>
              <w:rPr>
                <w:rFonts w:ascii="HY헤드라인M" w:eastAsia="휴먼명조" w:hAnsi="HY헤드라인M" w:cs="휴먼명조"/>
                <w:spacing w:val="-12"/>
                <w:w w:val="97"/>
                <w:sz w:val="24"/>
              </w:rPr>
              <w:t>2</w:t>
            </w:r>
            <w:r>
              <w:rPr>
                <w:rFonts w:ascii="HY헤드라인M" w:eastAsia="휴먼명조" w:hAnsi="HY헤드라인M" w:cs="휴먼명조"/>
                <w:spacing w:val="-12"/>
                <w:w w:val="97"/>
                <w:sz w:val="24"/>
              </w:rPr>
              <w:t>순위</w:t>
            </w:r>
          </w:p>
        </w:tc>
        <w:tc>
          <w:tcPr>
            <w:tcW w:w="1985" w:type="dxa"/>
            <w:gridSpan w:val="2"/>
            <w:tcBorders>
              <w:top w:val="single" w:sz="3" w:space="0" w:color="000000"/>
              <w:left w:val="single" w:sz="3" w:space="0" w:color="000000"/>
              <w:bottom w:val="single" w:sz="3" w:space="0" w:color="000000"/>
              <w:right w:val="single" w:sz="3" w:space="0" w:color="000000"/>
            </w:tcBorders>
            <w:tcMar>
              <w:top w:w="28" w:type="dxa"/>
              <w:left w:w="28" w:type="dxa"/>
              <w:bottom w:w="28" w:type="dxa"/>
              <w:right w:w="28" w:type="dxa"/>
            </w:tcMar>
            <w:vAlign w:val="center"/>
          </w:tcPr>
          <w:p w:rsidR="00DA08A1" w:rsidRDefault="00DA08A1" w:rsidP="002A5F8B">
            <w:pPr>
              <w:spacing w:line="260" w:lineRule="exact"/>
              <w:rPr>
                <w:rFonts w:ascii="HY헤드라인M" w:eastAsia="휴먼명조" w:hAnsi="HY헤드라인M"/>
                <w:sz w:val="24"/>
                <w:szCs w:val="24"/>
              </w:rPr>
            </w:pPr>
          </w:p>
        </w:tc>
        <w:tc>
          <w:tcPr>
            <w:tcW w:w="850" w:type="dxa"/>
            <w:gridSpan w:val="2"/>
            <w:tcBorders>
              <w:top w:val="single" w:sz="3" w:space="0" w:color="000000"/>
              <w:left w:val="single" w:sz="3" w:space="0" w:color="000000"/>
              <w:bottom w:val="single" w:sz="3" w:space="0" w:color="000000"/>
              <w:right w:val="single" w:sz="3" w:space="0" w:color="000000"/>
            </w:tcBorders>
            <w:tcMar>
              <w:top w:w="28" w:type="dxa"/>
              <w:left w:w="28" w:type="dxa"/>
              <w:bottom w:w="28" w:type="dxa"/>
              <w:right w:w="28" w:type="dxa"/>
            </w:tcMar>
            <w:vAlign w:val="center"/>
          </w:tcPr>
          <w:p w:rsidR="00DA08A1" w:rsidRDefault="00F3557A" w:rsidP="002A5F8B">
            <w:pPr>
              <w:spacing w:line="260" w:lineRule="exact"/>
              <w:jc w:val="center"/>
              <w:rPr>
                <w:rFonts w:ascii="HY헤드라인M" w:eastAsia="휴먼명조" w:hAnsi="HY헤드라인M"/>
                <w:sz w:val="24"/>
                <w:szCs w:val="24"/>
              </w:rPr>
            </w:pPr>
            <w:r>
              <w:rPr>
                <w:rFonts w:ascii="HY헤드라인M" w:eastAsia="휴먼명조" w:hAnsi="HY헤드라인M" w:cs="휴먼명조"/>
                <w:spacing w:val="-12"/>
                <w:w w:val="97"/>
                <w:sz w:val="24"/>
              </w:rPr>
              <w:t>3</w:t>
            </w:r>
            <w:r w:rsidR="001A31FB">
              <w:rPr>
                <w:rFonts w:ascii="HY헤드라인M" w:eastAsia="휴먼명조" w:hAnsi="HY헤드라인M" w:cs="휴먼명조"/>
                <w:spacing w:val="-12"/>
                <w:w w:val="97"/>
                <w:sz w:val="24"/>
              </w:rPr>
              <w:t>순</w:t>
            </w:r>
            <w:r w:rsidR="0079350C">
              <w:rPr>
                <w:rFonts w:ascii="HY헤드라인M" w:eastAsia="휴먼명조" w:hAnsi="HY헤드라인M" w:cs="휴먼명조" w:hint="eastAsia"/>
                <w:spacing w:val="-12"/>
                <w:w w:val="97"/>
                <w:sz w:val="24"/>
                <w:lang w:eastAsia="ko-KR"/>
              </w:rPr>
              <w:t>위</w:t>
            </w:r>
          </w:p>
        </w:tc>
        <w:tc>
          <w:tcPr>
            <w:tcW w:w="1650" w:type="dxa"/>
            <w:tcBorders>
              <w:top w:val="single" w:sz="3" w:space="0" w:color="000000"/>
              <w:left w:val="single" w:sz="3" w:space="0" w:color="000000"/>
              <w:bottom w:val="single" w:sz="3" w:space="0" w:color="000000"/>
              <w:right w:val="single" w:sz="12" w:space="0" w:color="auto"/>
            </w:tcBorders>
            <w:tcMar>
              <w:top w:w="28" w:type="dxa"/>
              <w:left w:w="28" w:type="dxa"/>
              <w:bottom w:w="28" w:type="dxa"/>
              <w:right w:w="28" w:type="dxa"/>
            </w:tcMar>
            <w:vAlign w:val="center"/>
          </w:tcPr>
          <w:p w:rsidR="00DA08A1" w:rsidRDefault="00DA08A1" w:rsidP="002A5F8B">
            <w:pPr>
              <w:spacing w:line="260" w:lineRule="exact"/>
              <w:rPr>
                <w:rFonts w:ascii="HY헤드라인M" w:eastAsia="휴먼명조" w:hAnsi="HY헤드라인M"/>
                <w:sz w:val="24"/>
                <w:szCs w:val="24"/>
              </w:rPr>
            </w:pPr>
          </w:p>
        </w:tc>
      </w:tr>
      <w:tr w:rsidR="00DA08A1" w:rsidTr="00D50C1F">
        <w:trPr>
          <w:trHeight w:val="139"/>
          <w:jc w:val="center"/>
        </w:trPr>
        <w:tc>
          <w:tcPr>
            <w:tcW w:w="1432" w:type="dxa"/>
            <w:vMerge/>
            <w:tcBorders>
              <w:left w:val="single" w:sz="12" w:space="0" w:color="auto"/>
            </w:tcBorders>
            <w:vAlign w:val="center"/>
          </w:tcPr>
          <w:p w:rsidR="00DA08A1" w:rsidRDefault="00DA08A1" w:rsidP="002A5F8B">
            <w:pPr>
              <w:spacing w:line="260" w:lineRule="exact"/>
              <w:jc w:val="center"/>
            </w:pPr>
          </w:p>
        </w:tc>
        <w:tc>
          <w:tcPr>
            <w:tcW w:w="8106" w:type="dxa"/>
            <w:gridSpan w:val="11"/>
            <w:tcBorders>
              <w:top w:val="single" w:sz="3" w:space="0" w:color="000000"/>
              <w:left w:val="single" w:sz="3" w:space="0" w:color="000000"/>
              <w:bottom w:val="single" w:sz="3" w:space="0" w:color="000000"/>
              <w:right w:val="single" w:sz="12" w:space="0" w:color="auto"/>
            </w:tcBorders>
            <w:tcMar>
              <w:top w:w="28" w:type="dxa"/>
              <w:left w:w="28" w:type="dxa"/>
              <w:bottom w:w="28" w:type="dxa"/>
              <w:right w:w="28" w:type="dxa"/>
            </w:tcMar>
            <w:vAlign w:val="center"/>
          </w:tcPr>
          <w:p w:rsidR="00DA08A1" w:rsidRDefault="00F3557A" w:rsidP="002A5F8B">
            <w:pPr>
              <w:spacing w:line="260" w:lineRule="exact"/>
              <w:jc w:val="center"/>
              <w:rPr>
                <w:sz w:val="18"/>
                <w:szCs w:val="18"/>
                <w:lang w:eastAsia="ko-KR"/>
              </w:rPr>
            </w:pPr>
            <w:r>
              <w:rPr>
                <w:i/>
                <w:spacing w:val="-9"/>
                <w:w w:val="97"/>
                <w:sz w:val="18"/>
                <w:lang w:eastAsia="ko-KR"/>
              </w:rPr>
              <w:t xml:space="preserve">* 모집분야(4p) 참조하여 </w:t>
            </w:r>
            <w:proofErr w:type="spellStart"/>
            <w:r>
              <w:rPr>
                <w:i/>
                <w:spacing w:val="-9"/>
                <w:w w:val="97"/>
                <w:sz w:val="18"/>
                <w:lang w:eastAsia="ko-KR"/>
              </w:rPr>
              <w:t>해당내용</w:t>
            </w:r>
            <w:proofErr w:type="spellEnd"/>
            <w:r>
              <w:rPr>
                <w:i/>
                <w:spacing w:val="-9"/>
                <w:w w:val="97"/>
                <w:sz w:val="18"/>
                <w:lang w:eastAsia="ko-KR"/>
              </w:rPr>
              <w:t xml:space="preserve"> 기입</w:t>
            </w:r>
          </w:p>
        </w:tc>
      </w:tr>
      <w:tr w:rsidR="00DA08A1" w:rsidTr="0012584F">
        <w:trPr>
          <w:trHeight w:val="177"/>
          <w:jc w:val="center"/>
        </w:trPr>
        <w:tc>
          <w:tcPr>
            <w:tcW w:w="1432" w:type="dxa"/>
            <w:vMerge w:val="restart"/>
            <w:tcBorders>
              <w:top w:val="single" w:sz="3" w:space="0" w:color="000000"/>
              <w:left w:val="single" w:sz="12" w:space="0" w:color="auto"/>
              <w:bottom w:val="single" w:sz="9" w:space="0" w:color="000000"/>
              <w:right w:val="single" w:sz="3" w:space="0" w:color="000000"/>
            </w:tcBorders>
            <w:tcMar>
              <w:top w:w="28" w:type="dxa"/>
              <w:left w:w="28" w:type="dxa"/>
              <w:bottom w:w="28" w:type="dxa"/>
              <w:right w:w="28" w:type="dxa"/>
            </w:tcMar>
            <w:vAlign w:val="center"/>
          </w:tcPr>
          <w:p w:rsidR="00DA08A1" w:rsidRDefault="00F3557A" w:rsidP="002A5F8B">
            <w:pPr>
              <w:spacing w:line="260" w:lineRule="exact"/>
              <w:jc w:val="center"/>
              <w:rPr>
                <w:rFonts w:ascii="HY헤드라인M" w:eastAsia="휴먼명조" w:hAnsi="HY헤드라인M"/>
                <w:sz w:val="24"/>
                <w:szCs w:val="24"/>
                <w:lang w:eastAsia="ko-KR"/>
              </w:rPr>
            </w:pPr>
            <w:r>
              <w:rPr>
                <w:rFonts w:ascii="HY헤드라인M" w:eastAsia="휴먼명조" w:hAnsi="HY헤드라인M" w:cs="휴먼명조"/>
                <w:spacing w:val="-12"/>
                <w:w w:val="97"/>
                <w:sz w:val="24"/>
                <w:lang w:eastAsia="ko-KR"/>
              </w:rPr>
              <w:t>지원가능업종</w:t>
            </w:r>
          </w:p>
          <w:p w:rsidR="00DA08A1" w:rsidRDefault="00DA08A1" w:rsidP="002A5F8B">
            <w:pPr>
              <w:spacing w:line="260" w:lineRule="exact"/>
              <w:jc w:val="center"/>
              <w:rPr>
                <w:rFonts w:ascii="HY헤드라인M" w:eastAsia="휴먼명조" w:hAnsi="HY헤드라인M"/>
                <w:sz w:val="4"/>
                <w:szCs w:val="4"/>
                <w:lang w:eastAsia="ko-KR"/>
              </w:rPr>
            </w:pPr>
          </w:p>
          <w:p w:rsidR="00DA08A1" w:rsidRDefault="00F3557A" w:rsidP="002A5F8B">
            <w:pPr>
              <w:spacing w:line="260" w:lineRule="exact"/>
              <w:jc w:val="center"/>
              <w:rPr>
                <w:sz w:val="18"/>
                <w:szCs w:val="18"/>
                <w:lang w:eastAsia="ko-KR"/>
              </w:rPr>
            </w:pPr>
            <w:r>
              <w:rPr>
                <w:spacing w:val="-13"/>
                <w:w w:val="96"/>
                <w:sz w:val="18"/>
                <w:lang w:eastAsia="ko-KR"/>
              </w:rPr>
              <w:t xml:space="preserve">* </w:t>
            </w:r>
            <w:proofErr w:type="spellStart"/>
            <w:r>
              <w:rPr>
                <w:spacing w:val="-13"/>
                <w:w w:val="96"/>
                <w:sz w:val="18"/>
                <w:lang w:eastAsia="ko-KR"/>
              </w:rPr>
              <w:t>해당번호만</w:t>
            </w:r>
            <w:proofErr w:type="spellEnd"/>
            <w:r>
              <w:rPr>
                <w:spacing w:val="-13"/>
                <w:w w:val="96"/>
                <w:sz w:val="18"/>
                <w:lang w:eastAsia="ko-KR"/>
              </w:rPr>
              <w:t xml:space="preserve"> 기입</w:t>
            </w:r>
          </w:p>
        </w:tc>
        <w:tc>
          <w:tcPr>
            <w:tcW w:w="1238" w:type="dxa"/>
            <w:gridSpan w:val="3"/>
            <w:tcBorders>
              <w:top w:val="single" w:sz="3" w:space="0" w:color="000000"/>
              <w:left w:val="single" w:sz="3" w:space="0" w:color="000000"/>
              <w:bottom w:val="single" w:sz="3" w:space="0" w:color="000000"/>
              <w:right w:val="single" w:sz="3" w:space="0" w:color="000000"/>
            </w:tcBorders>
            <w:tcMar>
              <w:top w:w="28" w:type="dxa"/>
              <w:left w:w="28" w:type="dxa"/>
              <w:bottom w:w="28" w:type="dxa"/>
              <w:right w:w="28" w:type="dxa"/>
            </w:tcMar>
            <w:vAlign w:val="center"/>
          </w:tcPr>
          <w:p w:rsidR="00DA08A1" w:rsidRDefault="00F3557A" w:rsidP="002A5F8B">
            <w:pPr>
              <w:spacing w:line="260" w:lineRule="exact"/>
              <w:jc w:val="center"/>
              <w:rPr>
                <w:rFonts w:ascii="HY헤드라인M" w:eastAsia="휴먼명조" w:hAnsi="HY헤드라인M"/>
                <w:sz w:val="24"/>
                <w:szCs w:val="24"/>
              </w:rPr>
            </w:pPr>
            <w:r>
              <w:rPr>
                <w:rFonts w:ascii="HY헤드라인M" w:eastAsia="휴먼명조" w:hAnsi="HY헤드라인M" w:cs="휴먼명조"/>
                <w:spacing w:val="-12"/>
                <w:w w:val="97"/>
                <w:sz w:val="24"/>
              </w:rPr>
              <w:t>1</w:t>
            </w:r>
            <w:r>
              <w:rPr>
                <w:rFonts w:ascii="HY헤드라인M" w:eastAsia="휴먼명조" w:hAnsi="HY헤드라인M" w:cs="휴먼명조"/>
                <w:spacing w:val="-12"/>
                <w:w w:val="97"/>
                <w:sz w:val="24"/>
              </w:rPr>
              <w:t>순위</w:t>
            </w:r>
          </w:p>
        </w:tc>
        <w:tc>
          <w:tcPr>
            <w:tcW w:w="2383" w:type="dxa"/>
            <w:gridSpan w:val="3"/>
            <w:tcBorders>
              <w:top w:val="single" w:sz="3" w:space="0" w:color="000000"/>
              <w:left w:val="single" w:sz="3" w:space="0" w:color="000000"/>
              <w:bottom w:val="single" w:sz="3" w:space="0" w:color="000000"/>
              <w:right w:val="single" w:sz="3" w:space="0" w:color="000000"/>
            </w:tcBorders>
            <w:tcMar>
              <w:top w:w="28" w:type="dxa"/>
              <w:left w:w="28" w:type="dxa"/>
              <w:bottom w:w="28" w:type="dxa"/>
              <w:right w:w="28" w:type="dxa"/>
            </w:tcMar>
            <w:vAlign w:val="center"/>
          </w:tcPr>
          <w:p w:rsidR="00DA08A1" w:rsidRDefault="00DA08A1" w:rsidP="002A5F8B">
            <w:pPr>
              <w:spacing w:line="260" w:lineRule="exact"/>
              <w:jc w:val="center"/>
              <w:rPr>
                <w:rFonts w:ascii="HY헤드라인M" w:eastAsia="휴먼명조" w:hAnsi="HY헤드라인M"/>
                <w:b/>
                <w:sz w:val="16"/>
                <w:szCs w:val="16"/>
              </w:rPr>
            </w:pPr>
          </w:p>
        </w:tc>
        <w:tc>
          <w:tcPr>
            <w:tcW w:w="1985" w:type="dxa"/>
            <w:gridSpan w:val="2"/>
            <w:tcBorders>
              <w:top w:val="single" w:sz="3" w:space="0" w:color="000000"/>
              <w:left w:val="single" w:sz="3" w:space="0" w:color="000000"/>
              <w:bottom w:val="single" w:sz="3" w:space="0" w:color="000000"/>
              <w:right w:val="single" w:sz="3" w:space="0" w:color="000000"/>
            </w:tcBorders>
            <w:tcMar>
              <w:top w:w="28" w:type="dxa"/>
              <w:left w:w="28" w:type="dxa"/>
              <w:bottom w:w="28" w:type="dxa"/>
              <w:right w:w="28" w:type="dxa"/>
            </w:tcMar>
            <w:vAlign w:val="center"/>
          </w:tcPr>
          <w:p w:rsidR="00DA08A1" w:rsidRDefault="00F3557A" w:rsidP="002A5F8B">
            <w:pPr>
              <w:spacing w:line="260" w:lineRule="exact"/>
              <w:jc w:val="center"/>
              <w:rPr>
                <w:rFonts w:ascii="HY헤드라인M" w:eastAsia="휴먼명조" w:hAnsi="HY헤드라인M"/>
                <w:sz w:val="24"/>
                <w:szCs w:val="24"/>
              </w:rPr>
            </w:pPr>
            <w:r>
              <w:rPr>
                <w:rFonts w:ascii="HY헤드라인M" w:eastAsia="휴먼명조" w:hAnsi="HY헤드라인M" w:cs="휴먼명조"/>
                <w:spacing w:val="-12"/>
                <w:w w:val="97"/>
                <w:sz w:val="24"/>
              </w:rPr>
              <w:t>2</w:t>
            </w:r>
            <w:r>
              <w:rPr>
                <w:rFonts w:ascii="HY헤드라인M" w:eastAsia="휴먼명조" w:hAnsi="HY헤드라인M" w:cs="휴먼명조"/>
                <w:spacing w:val="-12"/>
                <w:w w:val="97"/>
                <w:sz w:val="24"/>
              </w:rPr>
              <w:t>순위</w:t>
            </w:r>
          </w:p>
        </w:tc>
        <w:tc>
          <w:tcPr>
            <w:tcW w:w="2500" w:type="dxa"/>
            <w:gridSpan w:val="3"/>
            <w:tcBorders>
              <w:top w:val="single" w:sz="3" w:space="0" w:color="000000"/>
              <w:left w:val="single" w:sz="3" w:space="0" w:color="000000"/>
              <w:bottom w:val="single" w:sz="3" w:space="0" w:color="000000"/>
              <w:right w:val="single" w:sz="12" w:space="0" w:color="auto"/>
            </w:tcBorders>
            <w:tcMar>
              <w:top w:w="28" w:type="dxa"/>
              <w:left w:w="28" w:type="dxa"/>
              <w:bottom w:w="28" w:type="dxa"/>
              <w:right w:w="28" w:type="dxa"/>
            </w:tcMar>
            <w:vAlign w:val="center"/>
          </w:tcPr>
          <w:p w:rsidR="00DA08A1" w:rsidRDefault="00DA08A1" w:rsidP="002A5F8B">
            <w:pPr>
              <w:spacing w:line="260" w:lineRule="exact"/>
              <w:jc w:val="center"/>
              <w:rPr>
                <w:rFonts w:ascii="HY헤드라인M" w:eastAsia="휴먼명조" w:hAnsi="HY헤드라인M"/>
                <w:b/>
                <w:sz w:val="24"/>
                <w:szCs w:val="24"/>
              </w:rPr>
            </w:pPr>
          </w:p>
        </w:tc>
      </w:tr>
      <w:tr w:rsidR="00DA08A1" w:rsidTr="0012584F">
        <w:trPr>
          <w:trHeight w:val="31"/>
          <w:jc w:val="center"/>
        </w:trPr>
        <w:tc>
          <w:tcPr>
            <w:tcW w:w="1432" w:type="dxa"/>
            <w:vMerge/>
            <w:tcBorders>
              <w:left w:val="single" w:sz="12" w:space="0" w:color="auto"/>
              <w:bottom w:val="single" w:sz="12" w:space="0" w:color="000000"/>
            </w:tcBorders>
            <w:vAlign w:val="center"/>
          </w:tcPr>
          <w:p w:rsidR="00DA08A1" w:rsidRDefault="00DA08A1" w:rsidP="002A5F8B">
            <w:pPr>
              <w:spacing w:line="260" w:lineRule="exact"/>
              <w:jc w:val="center"/>
            </w:pPr>
          </w:p>
        </w:tc>
        <w:tc>
          <w:tcPr>
            <w:tcW w:w="8106" w:type="dxa"/>
            <w:gridSpan w:val="11"/>
            <w:tcBorders>
              <w:top w:val="single" w:sz="3" w:space="0" w:color="000000"/>
              <w:left w:val="single" w:sz="3" w:space="0" w:color="000000"/>
              <w:bottom w:val="single" w:sz="12" w:space="0" w:color="000000"/>
              <w:right w:val="single" w:sz="12" w:space="0" w:color="auto"/>
            </w:tcBorders>
            <w:tcMar>
              <w:top w:w="28" w:type="dxa"/>
              <w:left w:w="28" w:type="dxa"/>
              <w:bottom w:w="28" w:type="dxa"/>
              <w:right w:w="28" w:type="dxa"/>
            </w:tcMar>
            <w:vAlign w:val="center"/>
          </w:tcPr>
          <w:p w:rsidR="00DA08A1" w:rsidRDefault="00F3557A" w:rsidP="002A5F8B">
            <w:pPr>
              <w:spacing w:line="260" w:lineRule="exact"/>
              <w:rPr>
                <w:rFonts w:ascii="HY헤드라인M" w:eastAsia="휴먼명조" w:hAnsi="HY헤드라인M"/>
                <w:sz w:val="8"/>
                <w:szCs w:val="8"/>
                <w:lang w:eastAsia="ko-KR"/>
              </w:rPr>
            </w:pPr>
            <w:r>
              <w:rPr>
                <w:rFonts w:ascii="HY헤드라인M" w:eastAsia="휴먼명조" w:hAnsi="HY헤드라인M" w:cs="휴먼명조"/>
                <w:spacing w:val="-11"/>
                <w:w w:val="97"/>
                <w:sz w:val="22"/>
                <w:lang w:eastAsia="ko-KR"/>
              </w:rPr>
              <w:t>①</w:t>
            </w:r>
            <w:r>
              <w:rPr>
                <w:rFonts w:ascii="HY헤드라인M" w:eastAsia="휴먼명조" w:hAnsi="HY헤드라인M" w:cs="휴먼명조"/>
                <w:spacing w:val="-11"/>
                <w:w w:val="97"/>
                <w:sz w:val="22"/>
                <w:lang w:eastAsia="ko-KR"/>
              </w:rPr>
              <w:t>기계금속</w:t>
            </w:r>
            <w:r>
              <w:rPr>
                <w:rFonts w:ascii="HY헤드라인M" w:eastAsia="휴먼명조" w:hAnsi="HY헤드라인M" w:cs="휴먼명조"/>
                <w:spacing w:val="-11"/>
                <w:w w:val="97"/>
                <w:sz w:val="22"/>
                <w:lang w:eastAsia="ko-KR"/>
              </w:rPr>
              <w:t xml:space="preserve"> ②</w:t>
            </w:r>
            <w:r>
              <w:rPr>
                <w:rFonts w:ascii="HY헤드라인M" w:eastAsia="휴먼명조" w:hAnsi="HY헤드라인M" w:cs="휴먼명조"/>
                <w:spacing w:val="-11"/>
                <w:w w:val="97"/>
                <w:sz w:val="22"/>
                <w:lang w:eastAsia="ko-KR"/>
              </w:rPr>
              <w:t>전기전자</w:t>
            </w:r>
            <w:r>
              <w:rPr>
                <w:rFonts w:ascii="HY헤드라인M" w:eastAsia="휴먼명조" w:hAnsi="HY헤드라인M" w:cs="휴먼명조"/>
                <w:spacing w:val="-11"/>
                <w:w w:val="97"/>
                <w:sz w:val="22"/>
                <w:lang w:eastAsia="ko-KR"/>
              </w:rPr>
              <w:t xml:space="preserve"> ③</w:t>
            </w:r>
            <w:r>
              <w:rPr>
                <w:rFonts w:ascii="HY헤드라인M" w:eastAsia="휴먼명조" w:hAnsi="HY헤드라인M" w:cs="휴먼명조"/>
                <w:spacing w:val="-11"/>
                <w:w w:val="97"/>
                <w:sz w:val="22"/>
                <w:lang w:eastAsia="ko-KR"/>
              </w:rPr>
              <w:t>정보통신</w:t>
            </w:r>
            <w:r>
              <w:rPr>
                <w:rFonts w:ascii="HY헤드라인M" w:eastAsia="휴먼명조" w:hAnsi="HY헤드라인M" w:cs="휴먼명조"/>
                <w:spacing w:val="-11"/>
                <w:w w:val="97"/>
                <w:sz w:val="22"/>
                <w:lang w:eastAsia="ko-KR"/>
              </w:rPr>
              <w:t>(SW) ④</w:t>
            </w:r>
            <w:proofErr w:type="spellStart"/>
            <w:r>
              <w:rPr>
                <w:rFonts w:ascii="HY헤드라인M" w:eastAsia="휴먼명조" w:hAnsi="HY헤드라인M" w:cs="휴먼명조"/>
                <w:spacing w:val="-11"/>
                <w:w w:val="97"/>
                <w:sz w:val="22"/>
                <w:lang w:eastAsia="ko-KR"/>
              </w:rPr>
              <w:t>섬유화공</w:t>
            </w:r>
            <w:proofErr w:type="spellEnd"/>
            <w:r>
              <w:rPr>
                <w:rFonts w:ascii="HY헤드라인M" w:eastAsia="휴먼명조" w:hAnsi="HY헤드라인M" w:cs="휴먼명조"/>
                <w:spacing w:val="-11"/>
                <w:w w:val="97"/>
                <w:sz w:val="22"/>
                <w:lang w:eastAsia="ko-KR"/>
              </w:rPr>
              <w:t xml:space="preserve"> ⑤</w:t>
            </w:r>
            <w:r>
              <w:rPr>
                <w:rFonts w:ascii="HY헤드라인M" w:eastAsia="휴먼명조" w:hAnsi="HY헤드라인M" w:cs="휴먼명조"/>
                <w:spacing w:val="-11"/>
                <w:w w:val="97"/>
                <w:sz w:val="22"/>
                <w:lang w:eastAsia="ko-KR"/>
              </w:rPr>
              <w:t>바이오</w:t>
            </w:r>
          </w:p>
          <w:p w:rsidR="00DA08A1" w:rsidRDefault="00F3557A" w:rsidP="002A5F8B">
            <w:pPr>
              <w:spacing w:line="260" w:lineRule="exact"/>
              <w:rPr>
                <w:rFonts w:ascii="HY헤드라인M" w:eastAsia="휴먼명조" w:hAnsi="HY헤드라인M"/>
                <w:sz w:val="8"/>
                <w:szCs w:val="8"/>
                <w:lang w:eastAsia="ko-KR"/>
              </w:rPr>
            </w:pPr>
            <w:r>
              <w:rPr>
                <w:rFonts w:ascii="HY헤드라인M" w:eastAsia="휴먼명조" w:hAnsi="HY헤드라인M" w:cs="휴먼명조"/>
                <w:spacing w:val="-11"/>
                <w:w w:val="97"/>
                <w:sz w:val="22"/>
                <w:lang w:eastAsia="ko-KR"/>
              </w:rPr>
              <w:t>⑥</w:t>
            </w:r>
            <w:r>
              <w:rPr>
                <w:rFonts w:ascii="HY헤드라인M" w:eastAsia="휴먼명조" w:hAnsi="HY헤드라인M" w:cs="휴먼명조"/>
                <w:spacing w:val="-11"/>
                <w:w w:val="97"/>
                <w:sz w:val="22"/>
                <w:lang w:eastAsia="ko-KR"/>
              </w:rPr>
              <w:t>의료기기</w:t>
            </w:r>
            <w:r>
              <w:rPr>
                <w:rFonts w:ascii="HY헤드라인M" w:eastAsia="휴먼명조" w:hAnsi="HY헤드라인M" w:cs="휴먼명조"/>
                <w:spacing w:val="-11"/>
                <w:w w:val="97"/>
                <w:sz w:val="22"/>
                <w:lang w:eastAsia="ko-KR"/>
              </w:rPr>
              <w:t xml:space="preserve"> ⑦</w:t>
            </w:r>
            <w:r>
              <w:rPr>
                <w:rFonts w:ascii="HY헤드라인M" w:eastAsia="휴먼명조" w:hAnsi="HY헤드라인M" w:cs="휴먼명조"/>
                <w:spacing w:val="-11"/>
                <w:w w:val="97"/>
                <w:sz w:val="22"/>
                <w:lang w:eastAsia="ko-KR"/>
              </w:rPr>
              <w:t>건설</w:t>
            </w:r>
            <w:r>
              <w:rPr>
                <w:rFonts w:ascii="HY헤드라인M" w:eastAsia="휴먼명조" w:hAnsi="HY헤드라인M" w:cs="휴먼명조"/>
                <w:spacing w:val="-11"/>
                <w:w w:val="97"/>
                <w:sz w:val="22"/>
                <w:lang w:eastAsia="ko-KR"/>
              </w:rPr>
              <w:t>·</w:t>
            </w:r>
            <w:r>
              <w:rPr>
                <w:rFonts w:ascii="HY헤드라인M" w:eastAsia="휴먼명조" w:hAnsi="HY헤드라인M" w:cs="휴먼명조"/>
                <w:spacing w:val="-11"/>
                <w:w w:val="97"/>
                <w:sz w:val="22"/>
                <w:lang w:eastAsia="ko-KR"/>
              </w:rPr>
              <w:t>환경</w:t>
            </w:r>
            <w:r>
              <w:rPr>
                <w:rFonts w:ascii="HY헤드라인M" w:eastAsia="휴먼명조" w:hAnsi="HY헤드라인M" w:cs="휴먼명조"/>
                <w:spacing w:val="-11"/>
                <w:w w:val="97"/>
                <w:sz w:val="22"/>
                <w:lang w:eastAsia="ko-KR"/>
              </w:rPr>
              <w:t>·</w:t>
            </w:r>
            <w:r>
              <w:rPr>
                <w:rFonts w:ascii="HY헤드라인M" w:eastAsia="휴먼명조" w:hAnsi="HY헤드라인M" w:cs="휴먼명조"/>
                <w:spacing w:val="-11"/>
                <w:w w:val="97"/>
                <w:sz w:val="22"/>
                <w:lang w:eastAsia="ko-KR"/>
              </w:rPr>
              <w:t>에너지</w:t>
            </w:r>
            <w:r>
              <w:rPr>
                <w:rFonts w:ascii="HY헤드라인M" w:eastAsia="휴먼명조" w:hAnsi="HY헤드라인M" w:cs="휴먼명조"/>
                <w:spacing w:val="-11"/>
                <w:w w:val="97"/>
                <w:sz w:val="22"/>
                <w:lang w:eastAsia="ko-KR"/>
              </w:rPr>
              <w:t xml:space="preserve"> ⑧</w:t>
            </w:r>
            <w:r>
              <w:rPr>
                <w:rFonts w:ascii="HY헤드라인M" w:eastAsia="휴먼명조" w:hAnsi="HY헤드라인M" w:cs="휴먼명조"/>
                <w:spacing w:val="-11"/>
                <w:w w:val="97"/>
                <w:sz w:val="22"/>
                <w:lang w:eastAsia="ko-KR"/>
              </w:rPr>
              <w:t>생활용품</w:t>
            </w:r>
            <w:r>
              <w:rPr>
                <w:rFonts w:ascii="HY헤드라인M" w:eastAsia="휴먼명조" w:hAnsi="HY헤드라인M" w:cs="휴먼명조"/>
                <w:spacing w:val="-11"/>
                <w:w w:val="97"/>
                <w:sz w:val="22"/>
                <w:lang w:eastAsia="ko-KR"/>
              </w:rPr>
              <w:t xml:space="preserve"> ⑨</w:t>
            </w:r>
            <w:r>
              <w:rPr>
                <w:rFonts w:ascii="HY헤드라인M" w:eastAsia="휴먼명조" w:hAnsi="HY헤드라인M" w:cs="휴먼명조"/>
                <w:spacing w:val="-11"/>
                <w:w w:val="97"/>
                <w:sz w:val="22"/>
                <w:lang w:eastAsia="ko-KR"/>
              </w:rPr>
              <w:t>기타</w:t>
            </w:r>
            <w:r>
              <w:rPr>
                <w:rFonts w:ascii="HY헤드라인M" w:eastAsia="휴먼명조" w:hAnsi="HY헤드라인M" w:cs="휴먼명조"/>
                <w:spacing w:val="-11"/>
                <w:w w:val="97"/>
                <w:sz w:val="22"/>
                <w:lang w:eastAsia="ko-KR"/>
              </w:rPr>
              <w:t>(</w:t>
            </w:r>
            <w:proofErr w:type="spellStart"/>
            <w:proofErr w:type="gramStart"/>
            <w:r>
              <w:rPr>
                <w:rFonts w:ascii="HY헤드라인M" w:eastAsia="휴먼명조" w:hAnsi="HY헤드라인M" w:cs="휴먼명조"/>
                <w:spacing w:val="-11"/>
                <w:w w:val="97"/>
                <w:sz w:val="22"/>
                <w:lang w:eastAsia="ko-KR"/>
              </w:rPr>
              <w:t>직접기재</w:t>
            </w:r>
            <w:proofErr w:type="spellEnd"/>
            <w:r>
              <w:rPr>
                <w:rFonts w:ascii="HY헤드라인M" w:eastAsia="휴먼명조" w:hAnsi="HY헤드라인M" w:cs="휴먼명조"/>
                <w:spacing w:val="-11"/>
                <w:w w:val="97"/>
                <w:sz w:val="22"/>
                <w:lang w:eastAsia="ko-KR"/>
              </w:rPr>
              <w:t xml:space="preserve"> :</w:t>
            </w:r>
            <w:proofErr w:type="gramEnd"/>
            <w:r>
              <w:rPr>
                <w:rFonts w:ascii="HY헤드라인M" w:eastAsia="휴먼명조" w:hAnsi="HY헤드라인M" w:cs="휴먼명조"/>
                <w:spacing w:val="-11"/>
                <w:w w:val="97"/>
                <w:sz w:val="22"/>
                <w:lang w:eastAsia="ko-KR"/>
              </w:rPr>
              <w:t xml:space="preserve">        </w:t>
            </w:r>
            <w:r w:rsidR="00D9056C">
              <w:rPr>
                <w:rFonts w:ascii="HY헤드라인M" w:eastAsia="휴먼명조" w:hAnsi="HY헤드라인M" w:cs="휴먼명조"/>
                <w:spacing w:val="-11"/>
                <w:w w:val="97"/>
                <w:sz w:val="22"/>
                <w:lang w:eastAsia="ko-KR"/>
              </w:rPr>
              <w:t xml:space="preserve">             </w:t>
            </w:r>
            <w:r>
              <w:rPr>
                <w:rFonts w:ascii="HY헤드라인M" w:eastAsia="휴먼명조" w:hAnsi="HY헤드라인M" w:cs="휴먼명조"/>
                <w:spacing w:val="-11"/>
                <w:w w:val="97"/>
                <w:sz w:val="22"/>
                <w:lang w:eastAsia="ko-KR"/>
              </w:rPr>
              <w:t xml:space="preserve">   )</w:t>
            </w:r>
          </w:p>
        </w:tc>
      </w:tr>
      <w:tr w:rsidR="00DA08A1" w:rsidTr="0012584F">
        <w:trPr>
          <w:trHeight w:hRule="exact" w:val="296"/>
          <w:jc w:val="center"/>
        </w:trPr>
        <w:tc>
          <w:tcPr>
            <w:tcW w:w="9538" w:type="dxa"/>
            <w:gridSpan w:val="12"/>
            <w:tcBorders>
              <w:top w:val="single" w:sz="12" w:space="0" w:color="000000"/>
              <w:left w:val="single" w:sz="12" w:space="0" w:color="auto"/>
              <w:bottom w:val="nil"/>
              <w:right w:val="single" w:sz="12" w:space="0" w:color="auto"/>
            </w:tcBorders>
            <w:shd w:val="clear" w:color="auto" w:fill="F2F2F2"/>
            <w:tcMar>
              <w:top w:w="0" w:type="dxa"/>
              <w:left w:w="28" w:type="dxa"/>
              <w:bottom w:w="0" w:type="dxa"/>
              <w:right w:w="28" w:type="dxa"/>
            </w:tcMar>
            <w:vAlign w:val="center"/>
          </w:tcPr>
          <w:p w:rsidR="00DA08A1" w:rsidRDefault="00F3557A" w:rsidP="002A5F8B">
            <w:pPr>
              <w:spacing w:line="260" w:lineRule="exact"/>
              <w:jc w:val="both"/>
              <w:rPr>
                <w:rFonts w:ascii="HY헤드라인M" w:eastAsia="휴먼명조" w:hAnsi="HY헤드라인M"/>
                <w:b/>
                <w:sz w:val="24"/>
                <w:szCs w:val="24"/>
                <w:lang w:eastAsia="ko-KR"/>
              </w:rPr>
            </w:pPr>
            <w:r>
              <w:rPr>
                <w:rFonts w:ascii="HY헤드라인M" w:eastAsia="휴먼명조" w:hAnsi="HY헤드라인M" w:cs="휴먼명조"/>
                <w:b/>
                <w:spacing w:val="-12"/>
                <w:w w:val="97"/>
                <w:sz w:val="24"/>
                <w:lang w:eastAsia="ko-KR"/>
              </w:rPr>
              <w:t>3. (</w:t>
            </w:r>
            <w:r>
              <w:rPr>
                <w:rFonts w:ascii="HY헤드라인M" w:eastAsia="휴먼명조" w:hAnsi="HY헤드라인M" w:cs="휴먼명조"/>
                <w:b/>
                <w:spacing w:val="-12"/>
                <w:w w:val="97"/>
                <w:sz w:val="24"/>
                <w:lang w:eastAsia="ko-KR"/>
              </w:rPr>
              <w:t>해당</w:t>
            </w:r>
            <w:r>
              <w:rPr>
                <w:rFonts w:ascii="HY헤드라인M" w:eastAsia="휴먼명조" w:hAnsi="HY헤드라인M" w:cs="휴먼명조"/>
                <w:b/>
                <w:spacing w:val="-12"/>
                <w:w w:val="97"/>
                <w:sz w:val="24"/>
                <w:lang w:eastAsia="ko-KR"/>
              </w:rPr>
              <w:t xml:space="preserve"> </w:t>
            </w:r>
            <w:r>
              <w:rPr>
                <w:rFonts w:ascii="HY헤드라인M" w:eastAsia="휴먼명조" w:hAnsi="HY헤드라인M" w:cs="휴먼명조"/>
                <w:b/>
                <w:spacing w:val="-12"/>
                <w:w w:val="97"/>
                <w:sz w:val="24"/>
                <w:lang w:eastAsia="ko-KR"/>
              </w:rPr>
              <w:t>시</w:t>
            </w:r>
            <w:r>
              <w:rPr>
                <w:rFonts w:ascii="HY헤드라인M" w:eastAsia="휴먼명조" w:hAnsi="HY헤드라인M" w:cs="휴먼명조"/>
                <w:b/>
                <w:spacing w:val="-12"/>
                <w:w w:val="97"/>
                <w:sz w:val="24"/>
                <w:lang w:eastAsia="ko-KR"/>
              </w:rPr>
              <w:t xml:space="preserve">) </w:t>
            </w:r>
            <w:r>
              <w:rPr>
                <w:rFonts w:ascii="HY헤드라인M" w:eastAsia="휴먼명조" w:hAnsi="HY헤드라인M" w:cs="휴먼명조"/>
                <w:b/>
                <w:spacing w:val="-12"/>
                <w:w w:val="97"/>
                <w:sz w:val="24"/>
                <w:lang w:eastAsia="ko-KR"/>
              </w:rPr>
              <w:t>국내</w:t>
            </w:r>
            <w:r>
              <w:rPr>
                <w:rFonts w:ascii="HY헤드라인M" w:eastAsia="휴먼명조" w:hAnsi="HY헤드라인M" w:cs="휴먼명조"/>
                <w:b/>
                <w:spacing w:val="-12"/>
                <w:w w:val="97"/>
                <w:sz w:val="24"/>
                <w:lang w:eastAsia="ko-KR"/>
              </w:rPr>
              <w:t>·</w:t>
            </w:r>
            <w:r>
              <w:rPr>
                <w:rFonts w:ascii="HY헤드라인M" w:eastAsia="휴먼명조" w:hAnsi="HY헤드라인M" w:cs="휴먼명조"/>
                <w:b/>
                <w:spacing w:val="-12"/>
                <w:w w:val="97"/>
                <w:sz w:val="24"/>
                <w:lang w:eastAsia="ko-KR"/>
              </w:rPr>
              <w:t>외</w:t>
            </w:r>
            <w:r>
              <w:rPr>
                <w:rFonts w:ascii="HY헤드라인M" w:eastAsia="휴먼명조" w:hAnsi="HY헤드라인M" w:cs="휴먼명조"/>
                <w:b/>
                <w:spacing w:val="-12"/>
                <w:w w:val="97"/>
                <w:sz w:val="24"/>
                <w:lang w:eastAsia="ko-KR"/>
              </w:rPr>
              <w:t xml:space="preserve"> </w:t>
            </w:r>
            <w:r>
              <w:rPr>
                <w:rFonts w:ascii="HY헤드라인M" w:eastAsia="휴먼명조" w:hAnsi="HY헤드라인M" w:cs="휴먼명조"/>
                <w:b/>
                <w:spacing w:val="-12"/>
                <w:w w:val="97"/>
                <w:sz w:val="24"/>
                <w:lang w:eastAsia="ko-KR"/>
              </w:rPr>
              <w:t>지원조직</w:t>
            </w:r>
            <w:r>
              <w:rPr>
                <w:rFonts w:ascii="HY헤드라인M" w:eastAsia="휴먼명조" w:hAnsi="HY헤드라인M" w:cs="휴먼명조"/>
                <w:b/>
                <w:spacing w:val="-12"/>
                <w:w w:val="97"/>
                <w:sz w:val="24"/>
                <w:lang w:eastAsia="ko-KR"/>
              </w:rPr>
              <w:t>(</w:t>
            </w:r>
            <w:r>
              <w:rPr>
                <w:rFonts w:ascii="HY헤드라인M" w:eastAsia="휴먼명조" w:hAnsi="HY헤드라인M" w:cs="휴먼명조"/>
                <w:b/>
                <w:spacing w:val="-12"/>
                <w:w w:val="97"/>
                <w:sz w:val="24"/>
                <w:lang w:eastAsia="ko-KR"/>
              </w:rPr>
              <w:t>지사</w:t>
            </w:r>
            <w:r>
              <w:rPr>
                <w:rFonts w:ascii="HY헤드라인M" w:eastAsia="휴먼명조" w:hAnsi="HY헤드라인M" w:cs="휴먼명조"/>
                <w:b/>
                <w:spacing w:val="-12"/>
                <w:w w:val="97"/>
                <w:sz w:val="24"/>
                <w:lang w:eastAsia="ko-KR"/>
              </w:rPr>
              <w:t>·</w:t>
            </w:r>
            <w:r>
              <w:rPr>
                <w:rFonts w:ascii="HY헤드라인M" w:eastAsia="휴먼명조" w:hAnsi="HY헤드라인M" w:cs="휴먼명조"/>
                <w:b/>
                <w:spacing w:val="-12"/>
                <w:w w:val="97"/>
                <w:sz w:val="24"/>
                <w:lang w:eastAsia="ko-KR"/>
              </w:rPr>
              <w:t>사무소</w:t>
            </w:r>
            <w:r>
              <w:rPr>
                <w:rFonts w:ascii="HY헤드라인M" w:eastAsia="휴먼명조" w:hAnsi="HY헤드라인M" w:cs="휴먼명조"/>
                <w:b/>
                <w:spacing w:val="-12"/>
                <w:w w:val="97"/>
                <w:sz w:val="24"/>
                <w:lang w:eastAsia="ko-KR"/>
              </w:rPr>
              <w:t xml:space="preserve">) </w:t>
            </w:r>
            <w:r>
              <w:rPr>
                <w:rFonts w:ascii="HY헤드라인M" w:eastAsia="휴먼명조" w:hAnsi="HY헤드라인M" w:cs="휴먼명조"/>
                <w:b/>
                <w:spacing w:val="-12"/>
                <w:w w:val="97"/>
                <w:sz w:val="24"/>
                <w:lang w:eastAsia="ko-KR"/>
              </w:rPr>
              <w:t>현황</w:t>
            </w:r>
          </w:p>
        </w:tc>
      </w:tr>
      <w:tr w:rsidR="00DA08A1" w:rsidTr="0012584F">
        <w:trPr>
          <w:trHeight w:hRule="exact" w:val="256"/>
          <w:jc w:val="center"/>
        </w:trPr>
        <w:tc>
          <w:tcPr>
            <w:tcW w:w="9538" w:type="dxa"/>
            <w:gridSpan w:val="12"/>
            <w:tcBorders>
              <w:top w:val="nil"/>
              <w:left w:val="single" w:sz="12" w:space="0" w:color="auto"/>
              <w:bottom w:val="double" w:sz="4" w:space="0" w:color="auto"/>
              <w:right w:val="single" w:sz="12" w:space="0" w:color="auto"/>
            </w:tcBorders>
            <w:shd w:val="clear" w:color="auto" w:fill="F2F2F2"/>
            <w:tcMar>
              <w:top w:w="0" w:type="dxa"/>
              <w:left w:w="28" w:type="dxa"/>
              <w:bottom w:w="0" w:type="dxa"/>
              <w:right w:w="28" w:type="dxa"/>
            </w:tcMar>
            <w:vAlign w:val="center"/>
          </w:tcPr>
          <w:p w:rsidR="00DA08A1" w:rsidRDefault="00F3557A" w:rsidP="002A5F8B">
            <w:pPr>
              <w:spacing w:line="260" w:lineRule="exact"/>
              <w:jc w:val="both"/>
              <w:rPr>
                <w:szCs w:val="20"/>
                <w:lang w:eastAsia="ko-KR"/>
              </w:rPr>
            </w:pPr>
            <w:r>
              <w:rPr>
                <w:spacing w:val="-10"/>
                <w:w w:val="97"/>
                <w:lang w:eastAsia="ko-KR"/>
              </w:rPr>
              <w:t xml:space="preserve">* 기재된 해외 현지법인(지사)에 대한 신용도 및 </w:t>
            </w:r>
            <w:proofErr w:type="spellStart"/>
            <w:r>
              <w:rPr>
                <w:spacing w:val="-10"/>
                <w:w w:val="97"/>
                <w:lang w:eastAsia="ko-KR"/>
              </w:rPr>
              <w:t>적격성</w:t>
            </w:r>
            <w:proofErr w:type="spellEnd"/>
            <w:r>
              <w:rPr>
                <w:spacing w:val="-10"/>
                <w:w w:val="97"/>
                <w:lang w:eastAsia="ko-KR"/>
              </w:rPr>
              <w:t xml:space="preserve"> 평가 예정</w:t>
            </w:r>
          </w:p>
        </w:tc>
      </w:tr>
      <w:tr w:rsidR="00DA08A1" w:rsidTr="0012584F">
        <w:trPr>
          <w:trHeight w:val="20"/>
          <w:jc w:val="center"/>
        </w:trPr>
        <w:tc>
          <w:tcPr>
            <w:tcW w:w="1432" w:type="dxa"/>
            <w:vMerge w:val="restart"/>
            <w:tcBorders>
              <w:top w:val="double" w:sz="4" w:space="0" w:color="auto"/>
              <w:left w:val="single" w:sz="12" w:space="0" w:color="auto"/>
              <w:bottom w:val="single" w:sz="3" w:space="0" w:color="000000"/>
              <w:right w:val="single" w:sz="3" w:space="0" w:color="000000"/>
            </w:tcBorders>
            <w:tcMar>
              <w:top w:w="28" w:type="dxa"/>
              <w:left w:w="28" w:type="dxa"/>
              <w:bottom w:w="28" w:type="dxa"/>
              <w:right w:w="28" w:type="dxa"/>
            </w:tcMar>
            <w:vAlign w:val="center"/>
          </w:tcPr>
          <w:p w:rsidR="00DA08A1" w:rsidRDefault="00F3557A" w:rsidP="002A5F8B">
            <w:pPr>
              <w:spacing w:line="260" w:lineRule="exact"/>
              <w:jc w:val="center"/>
              <w:rPr>
                <w:rFonts w:ascii="HY헤드라인M" w:eastAsia="휴먼명조" w:hAnsi="HY헤드라인M"/>
                <w:sz w:val="24"/>
                <w:szCs w:val="24"/>
              </w:rPr>
            </w:pPr>
            <w:proofErr w:type="spellStart"/>
            <w:r>
              <w:rPr>
                <w:rFonts w:ascii="HY헤드라인M" w:eastAsia="휴먼명조" w:hAnsi="HY헤드라인M" w:cs="휴먼명조"/>
                <w:spacing w:val="-12"/>
                <w:w w:val="97"/>
                <w:sz w:val="24"/>
              </w:rPr>
              <w:t>법인</w:t>
            </w:r>
            <w:proofErr w:type="spellEnd"/>
            <w:r>
              <w:rPr>
                <w:rFonts w:ascii="HY헤드라인M" w:eastAsia="휴먼명조" w:hAnsi="HY헤드라인M" w:cs="휴먼명조"/>
                <w:spacing w:val="-11"/>
                <w:w w:val="97"/>
                <w:sz w:val="22"/>
              </w:rPr>
              <w:t>(</w:t>
            </w:r>
            <w:proofErr w:type="spellStart"/>
            <w:r>
              <w:rPr>
                <w:rFonts w:ascii="HY헤드라인M" w:eastAsia="휴먼명조" w:hAnsi="HY헤드라인M" w:cs="휴먼명조"/>
                <w:spacing w:val="-11"/>
                <w:w w:val="97"/>
                <w:sz w:val="22"/>
              </w:rPr>
              <w:t>지사</w:t>
            </w:r>
            <w:proofErr w:type="spellEnd"/>
            <w:r>
              <w:rPr>
                <w:rFonts w:ascii="HY헤드라인M" w:eastAsia="휴먼명조" w:hAnsi="HY헤드라인M" w:cs="휴먼명조"/>
                <w:spacing w:val="-11"/>
                <w:w w:val="97"/>
                <w:sz w:val="22"/>
              </w:rPr>
              <w:t>)</w:t>
            </w:r>
            <w:r>
              <w:rPr>
                <w:rFonts w:ascii="HY헤드라인M" w:eastAsia="휴먼명조" w:hAnsi="HY헤드라인M" w:cs="휴먼명조"/>
                <w:spacing w:val="-12"/>
                <w:w w:val="97"/>
                <w:sz w:val="24"/>
              </w:rPr>
              <w:t>명</w:t>
            </w:r>
          </w:p>
        </w:tc>
        <w:tc>
          <w:tcPr>
            <w:tcW w:w="822" w:type="dxa"/>
            <w:tcBorders>
              <w:top w:val="double" w:sz="4" w:space="0" w:color="auto"/>
              <w:left w:val="single" w:sz="3" w:space="0" w:color="000000"/>
              <w:bottom w:val="single" w:sz="3" w:space="0" w:color="000000"/>
              <w:right w:val="single" w:sz="3" w:space="0" w:color="000000"/>
            </w:tcBorders>
            <w:tcMar>
              <w:top w:w="28" w:type="dxa"/>
              <w:left w:w="28" w:type="dxa"/>
              <w:bottom w:w="28" w:type="dxa"/>
              <w:right w:w="28" w:type="dxa"/>
            </w:tcMar>
            <w:vAlign w:val="center"/>
          </w:tcPr>
          <w:p w:rsidR="00DA08A1" w:rsidRDefault="00F3557A" w:rsidP="002A5F8B">
            <w:pPr>
              <w:spacing w:line="260" w:lineRule="exact"/>
              <w:jc w:val="center"/>
              <w:rPr>
                <w:rFonts w:ascii="HY헤드라인M" w:eastAsia="휴먼명조" w:hAnsi="HY헤드라인M"/>
                <w:sz w:val="24"/>
                <w:szCs w:val="24"/>
              </w:rPr>
            </w:pPr>
            <w:proofErr w:type="spellStart"/>
            <w:r>
              <w:rPr>
                <w:rFonts w:ascii="HY헤드라인M" w:eastAsia="휴먼명조" w:hAnsi="HY헤드라인M" w:cs="휴먼명조"/>
                <w:spacing w:val="-12"/>
                <w:w w:val="97"/>
                <w:sz w:val="24"/>
              </w:rPr>
              <w:t>국문</w:t>
            </w:r>
            <w:proofErr w:type="spellEnd"/>
          </w:p>
        </w:tc>
        <w:tc>
          <w:tcPr>
            <w:tcW w:w="2799" w:type="dxa"/>
            <w:gridSpan w:val="5"/>
            <w:tcBorders>
              <w:top w:val="double" w:sz="4" w:space="0" w:color="auto"/>
              <w:left w:val="single" w:sz="3" w:space="0" w:color="000000"/>
              <w:bottom w:val="single" w:sz="3" w:space="0" w:color="000000"/>
              <w:right w:val="single" w:sz="3" w:space="0" w:color="000000"/>
            </w:tcBorders>
            <w:tcMar>
              <w:top w:w="28" w:type="dxa"/>
              <w:left w:w="28" w:type="dxa"/>
              <w:bottom w:w="28" w:type="dxa"/>
              <w:right w:w="28" w:type="dxa"/>
            </w:tcMar>
            <w:vAlign w:val="center"/>
          </w:tcPr>
          <w:p w:rsidR="00DA08A1" w:rsidRDefault="00DA08A1" w:rsidP="002A5F8B">
            <w:pPr>
              <w:spacing w:line="260" w:lineRule="exact"/>
              <w:jc w:val="center"/>
              <w:rPr>
                <w:rFonts w:ascii="HY헤드라인M" w:eastAsia="휴먼명조" w:hAnsi="HY헤드라인M"/>
                <w:sz w:val="24"/>
                <w:szCs w:val="24"/>
              </w:rPr>
            </w:pPr>
          </w:p>
        </w:tc>
        <w:tc>
          <w:tcPr>
            <w:tcW w:w="1985" w:type="dxa"/>
            <w:gridSpan w:val="2"/>
            <w:tcBorders>
              <w:top w:val="double" w:sz="4" w:space="0" w:color="auto"/>
              <w:left w:val="single" w:sz="3" w:space="0" w:color="000000"/>
              <w:bottom w:val="single" w:sz="3" w:space="0" w:color="000000"/>
              <w:right w:val="single" w:sz="3" w:space="0" w:color="000000"/>
            </w:tcBorders>
            <w:tcMar>
              <w:top w:w="28" w:type="dxa"/>
              <w:left w:w="28" w:type="dxa"/>
              <w:bottom w:w="28" w:type="dxa"/>
              <w:right w:w="28" w:type="dxa"/>
            </w:tcMar>
            <w:vAlign w:val="center"/>
          </w:tcPr>
          <w:p w:rsidR="00DA08A1" w:rsidRDefault="00F3557A" w:rsidP="002A5F8B">
            <w:pPr>
              <w:spacing w:line="260" w:lineRule="exact"/>
              <w:jc w:val="center"/>
              <w:rPr>
                <w:rFonts w:ascii="HY헤드라인M" w:eastAsia="휴먼명조" w:hAnsi="HY헤드라인M"/>
                <w:sz w:val="24"/>
                <w:szCs w:val="24"/>
              </w:rPr>
            </w:pPr>
            <w:proofErr w:type="spellStart"/>
            <w:r>
              <w:rPr>
                <w:rFonts w:ascii="HY헤드라인M" w:eastAsia="휴먼명조" w:hAnsi="HY헤드라인M" w:cs="휴먼명조"/>
                <w:spacing w:val="-12"/>
                <w:w w:val="97"/>
                <w:sz w:val="24"/>
              </w:rPr>
              <w:t>사업자등록번호</w:t>
            </w:r>
            <w:proofErr w:type="spellEnd"/>
          </w:p>
        </w:tc>
        <w:tc>
          <w:tcPr>
            <w:tcW w:w="2500" w:type="dxa"/>
            <w:gridSpan w:val="3"/>
            <w:tcBorders>
              <w:top w:val="double" w:sz="4" w:space="0" w:color="auto"/>
              <w:left w:val="single" w:sz="3" w:space="0" w:color="000000"/>
              <w:bottom w:val="single" w:sz="3" w:space="0" w:color="000000"/>
              <w:right w:val="single" w:sz="12" w:space="0" w:color="auto"/>
            </w:tcBorders>
            <w:tcMar>
              <w:top w:w="28" w:type="dxa"/>
              <w:left w:w="28" w:type="dxa"/>
              <w:bottom w:w="28" w:type="dxa"/>
              <w:right w:w="28" w:type="dxa"/>
            </w:tcMar>
            <w:vAlign w:val="center"/>
          </w:tcPr>
          <w:p w:rsidR="00DA08A1" w:rsidRDefault="00DA08A1" w:rsidP="002A5F8B">
            <w:pPr>
              <w:spacing w:line="260" w:lineRule="exact"/>
              <w:jc w:val="center"/>
              <w:rPr>
                <w:rFonts w:ascii="HY헤드라인M" w:eastAsia="휴먼명조" w:hAnsi="HY헤드라인M"/>
                <w:sz w:val="24"/>
                <w:szCs w:val="24"/>
              </w:rPr>
            </w:pPr>
          </w:p>
        </w:tc>
      </w:tr>
      <w:tr w:rsidR="00DA08A1" w:rsidTr="00F66D34">
        <w:trPr>
          <w:trHeight w:val="31"/>
          <w:jc w:val="center"/>
        </w:trPr>
        <w:tc>
          <w:tcPr>
            <w:tcW w:w="1432" w:type="dxa"/>
            <w:vMerge/>
            <w:tcBorders>
              <w:left w:val="single" w:sz="12" w:space="0" w:color="auto"/>
            </w:tcBorders>
            <w:vAlign w:val="center"/>
          </w:tcPr>
          <w:p w:rsidR="00DA08A1" w:rsidRDefault="00DA08A1" w:rsidP="002A5F8B">
            <w:pPr>
              <w:spacing w:line="260" w:lineRule="exact"/>
              <w:jc w:val="center"/>
            </w:pPr>
          </w:p>
        </w:tc>
        <w:tc>
          <w:tcPr>
            <w:tcW w:w="822" w:type="dxa"/>
            <w:tcBorders>
              <w:top w:val="single" w:sz="3" w:space="0" w:color="000000"/>
              <w:left w:val="single" w:sz="3" w:space="0" w:color="000000"/>
              <w:bottom w:val="single" w:sz="3" w:space="0" w:color="000000"/>
              <w:right w:val="single" w:sz="3" w:space="0" w:color="000000"/>
            </w:tcBorders>
            <w:tcMar>
              <w:top w:w="28" w:type="dxa"/>
              <w:left w:w="28" w:type="dxa"/>
              <w:bottom w:w="28" w:type="dxa"/>
              <w:right w:w="28" w:type="dxa"/>
            </w:tcMar>
            <w:vAlign w:val="center"/>
          </w:tcPr>
          <w:p w:rsidR="00DA08A1" w:rsidRDefault="00F3557A" w:rsidP="002A5F8B">
            <w:pPr>
              <w:spacing w:line="260" w:lineRule="exact"/>
              <w:jc w:val="center"/>
              <w:rPr>
                <w:rFonts w:ascii="HY헤드라인M" w:eastAsia="휴먼명조" w:hAnsi="HY헤드라인M"/>
                <w:sz w:val="24"/>
                <w:szCs w:val="24"/>
              </w:rPr>
            </w:pPr>
            <w:proofErr w:type="spellStart"/>
            <w:r>
              <w:rPr>
                <w:rFonts w:ascii="HY헤드라인M" w:eastAsia="휴먼명조" w:hAnsi="HY헤드라인M" w:cs="휴먼명조"/>
                <w:spacing w:val="-12"/>
                <w:w w:val="97"/>
                <w:sz w:val="24"/>
              </w:rPr>
              <w:t>영문</w:t>
            </w:r>
            <w:proofErr w:type="spellEnd"/>
          </w:p>
        </w:tc>
        <w:tc>
          <w:tcPr>
            <w:tcW w:w="2799" w:type="dxa"/>
            <w:gridSpan w:val="5"/>
            <w:tcBorders>
              <w:top w:val="single" w:sz="3" w:space="0" w:color="000000"/>
              <w:left w:val="single" w:sz="3" w:space="0" w:color="000000"/>
              <w:bottom w:val="single" w:sz="3" w:space="0" w:color="000000"/>
              <w:right w:val="single" w:sz="3" w:space="0" w:color="000000"/>
            </w:tcBorders>
            <w:tcMar>
              <w:top w:w="28" w:type="dxa"/>
              <w:left w:w="28" w:type="dxa"/>
              <w:bottom w:w="28" w:type="dxa"/>
              <w:right w:w="28" w:type="dxa"/>
            </w:tcMar>
            <w:vAlign w:val="center"/>
          </w:tcPr>
          <w:p w:rsidR="00DA08A1" w:rsidRDefault="00DA08A1" w:rsidP="002A5F8B">
            <w:pPr>
              <w:spacing w:line="260" w:lineRule="exact"/>
              <w:jc w:val="center"/>
              <w:rPr>
                <w:rFonts w:ascii="HY헤드라인M" w:eastAsia="휴먼명조" w:hAnsi="HY헤드라인M"/>
                <w:sz w:val="24"/>
                <w:szCs w:val="24"/>
              </w:rPr>
            </w:pPr>
          </w:p>
        </w:tc>
        <w:tc>
          <w:tcPr>
            <w:tcW w:w="1985" w:type="dxa"/>
            <w:gridSpan w:val="2"/>
            <w:tcBorders>
              <w:top w:val="single" w:sz="3" w:space="0" w:color="000000"/>
              <w:left w:val="single" w:sz="3" w:space="0" w:color="000000"/>
              <w:bottom w:val="single" w:sz="3" w:space="0" w:color="000000"/>
              <w:right w:val="single" w:sz="3" w:space="0" w:color="000000"/>
            </w:tcBorders>
            <w:tcMar>
              <w:top w:w="28" w:type="dxa"/>
              <w:left w:w="28" w:type="dxa"/>
              <w:bottom w:w="28" w:type="dxa"/>
              <w:right w:w="28" w:type="dxa"/>
            </w:tcMar>
            <w:vAlign w:val="center"/>
          </w:tcPr>
          <w:p w:rsidR="00DA08A1" w:rsidRDefault="00F3557A" w:rsidP="002A5F8B">
            <w:pPr>
              <w:spacing w:line="260" w:lineRule="exact"/>
              <w:jc w:val="center"/>
              <w:rPr>
                <w:rFonts w:ascii="HY헤드라인M" w:eastAsia="휴먼명조" w:hAnsi="HY헤드라인M"/>
                <w:sz w:val="24"/>
                <w:szCs w:val="24"/>
              </w:rPr>
            </w:pPr>
            <w:r>
              <w:rPr>
                <w:rFonts w:ascii="HY헤드라인M" w:eastAsia="휴먼명조" w:hAnsi="HY헤드라인M" w:cs="휴먼명조"/>
                <w:spacing w:val="-12"/>
                <w:w w:val="97"/>
                <w:sz w:val="24"/>
              </w:rPr>
              <w:t>설</w:t>
            </w:r>
            <w:r>
              <w:rPr>
                <w:rFonts w:ascii="HY헤드라인M" w:eastAsia="휴먼명조" w:hAnsi="HY헤드라인M" w:cs="휴먼명조"/>
                <w:spacing w:val="-12"/>
                <w:w w:val="97"/>
                <w:sz w:val="24"/>
              </w:rPr>
              <w:t xml:space="preserve"> </w:t>
            </w:r>
            <w:r>
              <w:rPr>
                <w:rFonts w:ascii="HY헤드라인M" w:eastAsia="휴먼명조" w:hAnsi="HY헤드라인M" w:cs="휴먼명조"/>
                <w:spacing w:val="-12"/>
                <w:w w:val="97"/>
                <w:sz w:val="24"/>
              </w:rPr>
              <w:t>립</w:t>
            </w:r>
            <w:r>
              <w:rPr>
                <w:rFonts w:ascii="HY헤드라인M" w:eastAsia="휴먼명조" w:hAnsi="HY헤드라인M" w:cs="휴먼명조"/>
                <w:spacing w:val="-12"/>
                <w:w w:val="97"/>
                <w:sz w:val="24"/>
              </w:rPr>
              <w:t xml:space="preserve"> </w:t>
            </w:r>
            <w:r>
              <w:rPr>
                <w:rFonts w:ascii="HY헤드라인M" w:eastAsia="휴먼명조" w:hAnsi="HY헤드라인M" w:cs="휴먼명조"/>
                <w:spacing w:val="-12"/>
                <w:w w:val="97"/>
                <w:sz w:val="24"/>
              </w:rPr>
              <w:t>일</w:t>
            </w:r>
          </w:p>
        </w:tc>
        <w:tc>
          <w:tcPr>
            <w:tcW w:w="2500" w:type="dxa"/>
            <w:gridSpan w:val="3"/>
            <w:tcBorders>
              <w:top w:val="single" w:sz="3" w:space="0" w:color="000000"/>
              <w:left w:val="single" w:sz="3" w:space="0" w:color="000000"/>
              <w:bottom w:val="single" w:sz="3" w:space="0" w:color="000000"/>
              <w:right w:val="single" w:sz="12" w:space="0" w:color="auto"/>
            </w:tcBorders>
            <w:tcMar>
              <w:top w:w="28" w:type="dxa"/>
              <w:left w:w="28" w:type="dxa"/>
              <w:bottom w:w="28" w:type="dxa"/>
              <w:right w:w="28" w:type="dxa"/>
            </w:tcMar>
            <w:vAlign w:val="center"/>
          </w:tcPr>
          <w:p w:rsidR="00DA08A1" w:rsidRDefault="00F3557A" w:rsidP="002A5F8B">
            <w:pPr>
              <w:spacing w:line="260" w:lineRule="exact"/>
              <w:jc w:val="center"/>
              <w:rPr>
                <w:rFonts w:ascii="HY헤드라인M" w:eastAsia="휴먼명조" w:hAnsi="HY헤드라인M"/>
                <w:sz w:val="24"/>
                <w:szCs w:val="24"/>
              </w:rPr>
            </w:pPr>
            <w:r>
              <w:rPr>
                <w:rFonts w:ascii="HY헤드라인M" w:eastAsia="휴먼명조" w:hAnsi="HY헤드라인M" w:cs="휴먼명조"/>
                <w:spacing w:val="-12"/>
                <w:w w:val="97"/>
                <w:sz w:val="24"/>
              </w:rPr>
              <w:t>년</w:t>
            </w:r>
            <w:r>
              <w:rPr>
                <w:rFonts w:ascii="HY헤드라인M" w:eastAsia="휴먼명조" w:hAnsi="HY헤드라인M" w:cs="휴먼명조"/>
                <w:spacing w:val="-12"/>
                <w:w w:val="97"/>
                <w:sz w:val="24"/>
              </w:rPr>
              <w:t xml:space="preserve">   </w:t>
            </w:r>
            <w:r w:rsidR="00D9056C">
              <w:rPr>
                <w:rFonts w:ascii="HY헤드라인M" w:eastAsia="휴먼명조" w:hAnsi="HY헤드라인M" w:cs="휴먼명조"/>
                <w:spacing w:val="-12"/>
                <w:w w:val="97"/>
                <w:sz w:val="24"/>
              </w:rPr>
              <w:t xml:space="preserve">    </w:t>
            </w:r>
            <w:r>
              <w:rPr>
                <w:rFonts w:ascii="HY헤드라인M" w:eastAsia="휴먼명조" w:hAnsi="HY헤드라인M" w:cs="휴먼명조"/>
                <w:spacing w:val="-12"/>
                <w:w w:val="97"/>
                <w:sz w:val="24"/>
              </w:rPr>
              <w:t>월</w:t>
            </w:r>
            <w:r>
              <w:rPr>
                <w:rFonts w:ascii="HY헤드라인M" w:eastAsia="휴먼명조" w:hAnsi="HY헤드라인M" w:cs="휴먼명조"/>
                <w:spacing w:val="-12"/>
                <w:w w:val="97"/>
                <w:sz w:val="24"/>
              </w:rPr>
              <w:t xml:space="preserve"> </w:t>
            </w:r>
            <w:r w:rsidR="00D9056C">
              <w:rPr>
                <w:rFonts w:ascii="HY헤드라인M" w:eastAsia="휴먼명조" w:hAnsi="HY헤드라인M" w:cs="휴먼명조"/>
                <w:spacing w:val="-12"/>
                <w:w w:val="97"/>
                <w:sz w:val="24"/>
              </w:rPr>
              <w:t xml:space="preserve">    </w:t>
            </w:r>
            <w:r>
              <w:rPr>
                <w:rFonts w:ascii="HY헤드라인M" w:eastAsia="휴먼명조" w:hAnsi="HY헤드라인M" w:cs="휴먼명조"/>
                <w:spacing w:val="-12"/>
                <w:w w:val="97"/>
                <w:sz w:val="24"/>
              </w:rPr>
              <w:t xml:space="preserve">  </w:t>
            </w:r>
            <w:r>
              <w:rPr>
                <w:rFonts w:ascii="HY헤드라인M" w:eastAsia="휴먼명조" w:hAnsi="HY헤드라인M" w:cs="휴먼명조"/>
                <w:spacing w:val="-12"/>
                <w:w w:val="97"/>
                <w:sz w:val="24"/>
              </w:rPr>
              <w:t>일</w:t>
            </w:r>
          </w:p>
        </w:tc>
      </w:tr>
      <w:tr w:rsidR="00DA08A1" w:rsidTr="0079350C">
        <w:trPr>
          <w:trHeight w:hRule="exact" w:val="296"/>
          <w:jc w:val="center"/>
        </w:trPr>
        <w:tc>
          <w:tcPr>
            <w:tcW w:w="1432" w:type="dxa"/>
            <w:tcBorders>
              <w:top w:val="single" w:sz="3" w:space="0" w:color="000000"/>
              <w:left w:val="single" w:sz="12" w:space="0" w:color="auto"/>
              <w:bottom w:val="single" w:sz="3" w:space="0" w:color="000000"/>
              <w:right w:val="single" w:sz="3" w:space="0" w:color="000000"/>
            </w:tcBorders>
            <w:tcMar>
              <w:top w:w="0" w:type="dxa"/>
              <w:left w:w="28" w:type="dxa"/>
              <w:bottom w:w="0" w:type="dxa"/>
              <w:right w:w="28" w:type="dxa"/>
            </w:tcMar>
            <w:vAlign w:val="center"/>
          </w:tcPr>
          <w:p w:rsidR="00DA08A1" w:rsidRDefault="00F3557A" w:rsidP="002A5F8B">
            <w:pPr>
              <w:spacing w:line="260" w:lineRule="exact"/>
              <w:jc w:val="center"/>
              <w:rPr>
                <w:rFonts w:ascii="HY헤드라인M" w:eastAsia="휴먼명조" w:hAnsi="HY헤드라인M"/>
                <w:sz w:val="24"/>
                <w:szCs w:val="24"/>
              </w:rPr>
            </w:pPr>
            <w:proofErr w:type="spellStart"/>
            <w:r>
              <w:rPr>
                <w:rFonts w:ascii="HY헤드라인M" w:eastAsia="휴먼명조" w:hAnsi="HY헤드라인M" w:cs="휴먼명조"/>
                <w:spacing w:val="-12"/>
                <w:w w:val="97"/>
                <w:sz w:val="24"/>
              </w:rPr>
              <w:t>설치형태</w:t>
            </w:r>
            <w:proofErr w:type="spellEnd"/>
          </w:p>
        </w:tc>
        <w:tc>
          <w:tcPr>
            <w:tcW w:w="8106" w:type="dxa"/>
            <w:gridSpan w:val="11"/>
            <w:tcBorders>
              <w:top w:val="single" w:sz="3" w:space="0" w:color="000000"/>
              <w:left w:val="single" w:sz="3" w:space="0" w:color="000000"/>
              <w:bottom w:val="single" w:sz="3" w:space="0" w:color="000000"/>
              <w:right w:val="single" w:sz="12" w:space="0" w:color="auto"/>
            </w:tcBorders>
            <w:tcMar>
              <w:top w:w="0" w:type="dxa"/>
              <w:left w:w="28" w:type="dxa"/>
              <w:bottom w:w="0" w:type="dxa"/>
              <w:right w:w="28" w:type="dxa"/>
            </w:tcMar>
            <w:vAlign w:val="center"/>
          </w:tcPr>
          <w:p w:rsidR="00DA08A1" w:rsidRDefault="00F3557A" w:rsidP="002A5F8B">
            <w:pPr>
              <w:spacing w:line="260" w:lineRule="exact"/>
              <w:jc w:val="center"/>
              <w:rPr>
                <w:rFonts w:ascii="HY헤드라인M" w:eastAsia="휴먼명조" w:hAnsi="HY헤드라인M"/>
                <w:sz w:val="24"/>
                <w:szCs w:val="24"/>
                <w:lang w:eastAsia="ko-KR"/>
              </w:rPr>
            </w:pPr>
            <w:r>
              <w:rPr>
                <w:rFonts w:ascii="HY헤드라인M" w:eastAsia="휴먼명조" w:hAnsi="HY헤드라인M" w:cs="휴먼명조"/>
                <w:spacing w:val="-12"/>
                <w:w w:val="97"/>
                <w:sz w:val="24"/>
                <w:lang w:eastAsia="ko-KR"/>
              </w:rPr>
              <w:t xml:space="preserve">□ </w:t>
            </w:r>
            <w:r>
              <w:rPr>
                <w:rFonts w:ascii="HY헤드라인M" w:eastAsia="휴먼명조" w:hAnsi="HY헤드라인M" w:cs="휴먼명조"/>
                <w:spacing w:val="-12"/>
                <w:w w:val="97"/>
                <w:sz w:val="24"/>
                <w:lang w:eastAsia="ko-KR"/>
              </w:rPr>
              <w:t>현지법인</w:t>
            </w:r>
            <w:r>
              <w:rPr>
                <w:rFonts w:ascii="HY헤드라인M" w:eastAsia="휴먼명조" w:hAnsi="HY헤드라인M" w:cs="휴먼명조"/>
                <w:spacing w:val="-12"/>
                <w:w w:val="97"/>
                <w:sz w:val="24"/>
                <w:lang w:eastAsia="ko-KR"/>
              </w:rPr>
              <w:t xml:space="preserve"> □ </w:t>
            </w:r>
            <w:r>
              <w:rPr>
                <w:rFonts w:ascii="HY헤드라인M" w:eastAsia="휴먼명조" w:hAnsi="HY헤드라인M" w:cs="휴먼명조"/>
                <w:spacing w:val="-12"/>
                <w:w w:val="97"/>
                <w:sz w:val="24"/>
                <w:lang w:eastAsia="ko-KR"/>
              </w:rPr>
              <w:t>지사</w:t>
            </w:r>
            <w:r>
              <w:rPr>
                <w:rFonts w:ascii="HY헤드라인M" w:eastAsia="휴먼명조" w:hAnsi="HY헤드라인M" w:cs="휴먼명조"/>
                <w:spacing w:val="-12"/>
                <w:w w:val="97"/>
                <w:sz w:val="24"/>
                <w:lang w:eastAsia="ko-KR"/>
              </w:rPr>
              <w:t xml:space="preserve"> □ </w:t>
            </w:r>
            <w:r>
              <w:rPr>
                <w:rFonts w:ascii="HY헤드라인M" w:eastAsia="휴먼명조" w:hAnsi="HY헤드라인M" w:cs="휴먼명조"/>
                <w:spacing w:val="-12"/>
                <w:w w:val="97"/>
                <w:sz w:val="24"/>
                <w:lang w:eastAsia="ko-KR"/>
              </w:rPr>
              <w:t>연락사무소</w:t>
            </w:r>
            <w:r>
              <w:rPr>
                <w:rFonts w:ascii="HY헤드라인M" w:eastAsia="휴먼명조" w:hAnsi="HY헤드라인M" w:cs="휴먼명조"/>
                <w:spacing w:val="-12"/>
                <w:w w:val="97"/>
                <w:sz w:val="24"/>
                <w:lang w:eastAsia="ko-KR"/>
              </w:rPr>
              <w:t xml:space="preserve"> □ </w:t>
            </w:r>
            <w:proofErr w:type="spellStart"/>
            <w:r>
              <w:rPr>
                <w:rFonts w:ascii="HY헤드라인M" w:eastAsia="휴먼명조" w:hAnsi="HY헤드라인M" w:cs="휴먼명조"/>
                <w:spacing w:val="-12"/>
                <w:w w:val="97"/>
                <w:sz w:val="24"/>
                <w:lang w:eastAsia="ko-KR"/>
              </w:rPr>
              <w:t>파트너사</w:t>
            </w:r>
            <w:proofErr w:type="spellEnd"/>
          </w:p>
        </w:tc>
      </w:tr>
      <w:tr w:rsidR="00DA08A1" w:rsidTr="00F66D34">
        <w:trPr>
          <w:trHeight w:val="31"/>
          <w:jc w:val="center"/>
        </w:trPr>
        <w:tc>
          <w:tcPr>
            <w:tcW w:w="1432" w:type="dxa"/>
            <w:tcBorders>
              <w:top w:val="single" w:sz="3" w:space="0" w:color="000000"/>
              <w:left w:val="single" w:sz="12" w:space="0" w:color="auto"/>
              <w:bottom w:val="single" w:sz="3" w:space="0" w:color="000000"/>
              <w:right w:val="single" w:sz="3" w:space="0" w:color="000000"/>
            </w:tcBorders>
            <w:tcMar>
              <w:top w:w="28" w:type="dxa"/>
              <w:left w:w="28" w:type="dxa"/>
              <w:bottom w:w="28" w:type="dxa"/>
              <w:right w:w="28" w:type="dxa"/>
            </w:tcMar>
            <w:vAlign w:val="center"/>
          </w:tcPr>
          <w:p w:rsidR="00DA08A1" w:rsidRDefault="00F3557A" w:rsidP="002A5F8B">
            <w:pPr>
              <w:spacing w:line="260" w:lineRule="exact"/>
              <w:jc w:val="center"/>
              <w:rPr>
                <w:rFonts w:ascii="HY헤드라인M" w:eastAsia="휴먼명조" w:hAnsi="HY헤드라인M"/>
                <w:sz w:val="24"/>
                <w:szCs w:val="24"/>
              </w:rPr>
            </w:pPr>
            <w:r>
              <w:rPr>
                <w:rFonts w:ascii="HY헤드라인M" w:eastAsia="휴먼명조" w:hAnsi="HY헤드라인M" w:cs="휴먼명조"/>
                <w:spacing w:val="-12"/>
                <w:w w:val="97"/>
                <w:sz w:val="24"/>
              </w:rPr>
              <w:t>업</w:t>
            </w:r>
            <w:r>
              <w:rPr>
                <w:rFonts w:ascii="HY헤드라인M" w:eastAsia="휴먼명조" w:hAnsi="HY헤드라인M" w:cs="휴먼명조"/>
                <w:spacing w:val="-12"/>
                <w:w w:val="97"/>
                <w:sz w:val="24"/>
              </w:rPr>
              <w:t xml:space="preserve">    </w:t>
            </w:r>
            <w:r>
              <w:rPr>
                <w:rFonts w:ascii="HY헤드라인M" w:eastAsia="휴먼명조" w:hAnsi="HY헤드라인M" w:cs="휴먼명조"/>
                <w:spacing w:val="-12"/>
                <w:w w:val="97"/>
                <w:sz w:val="24"/>
              </w:rPr>
              <w:t>종</w:t>
            </w:r>
          </w:p>
        </w:tc>
        <w:tc>
          <w:tcPr>
            <w:tcW w:w="3621" w:type="dxa"/>
            <w:gridSpan w:val="6"/>
            <w:tcBorders>
              <w:top w:val="single" w:sz="3" w:space="0" w:color="000000"/>
              <w:left w:val="single" w:sz="3" w:space="0" w:color="000000"/>
              <w:bottom w:val="single" w:sz="3" w:space="0" w:color="000000"/>
              <w:right w:val="single" w:sz="3" w:space="0" w:color="000000"/>
            </w:tcBorders>
            <w:tcMar>
              <w:top w:w="28" w:type="dxa"/>
              <w:left w:w="28" w:type="dxa"/>
              <w:bottom w:w="28" w:type="dxa"/>
              <w:right w:w="28" w:type="dxa"/>
            </w:tcMar>
            <w:vAlign w:val="center"/>
          </w:tcPr>
          <w:p w:rsidR="00DA08A1" w:rsidRDefault="00DA08A1" w:rsidP="002A5F8B">
            <w:pPr>
              <w:spacing w:line="260" w:lineRule="exact"/>
              <w:rPr>
                <w:rFonts w:ascii="HY헤드라인M" w:eastAsia="휴먼명조" w:hAnsi="HY헤드라인M"/>
                <w:sz w:val="24"/>
                <w:szCs w:val="24"/>
              </w:rPr>
            </w:pPr>
          </w:p>
        </w:tc>
        <w:tc>
          <w:tcPr>
            <w:tcW w:w="1985" w:type="dxa"/>
            <w:gridSpan w:val="2"/>
            <w:tcBorders>
              <w:top w:val="single" w:sz="3" w:space="0" w:color="000000"/>
              <w:left w:val="single" w:sz="3" w:space="0" w:color="000000"/>
              <w:bottom w:val="single" w:sz="3" w:space="0" w:color="000000"/>
              <w:right w:val="single" w:sz="3" w:space="0" w:color="000000"/>
            </w:tcBorders>
            <w:tcMar>
              <w:top w:w="28" w:type="dxa"/>
              <w:left w:w="28" w:type="dxa"/>
              <w:bottom w:w="28" w:type="dxa"/>
              <w:right w:w="28" w:type="dxa"/>
            </w:tcMar>
            <w:vAlign w:val="center"/>
          </w:tcPr>
          <w:p w:rsidR="00DA08A1" w:rsidRPr="005D4C1C" w:rsidRDefault="00F3557A" w:rsidP="002A5F8B">
            <w:pPr>
              <w:spacing w:line="260" w:lineRule="exact"/>
              <w:jc w:val="center"/>
              <w:rPr>
                <w:rFonts w:ascii="HY헤드라인M" w:eastAsia="휴먼명조" w:hAnsi="HY헤드라인M" w:cs="휴먼명조"/>
                <w:spacing w:val="-12"/>
                <w:w w:val="97"/>
                <w:sz w:val="24"/>
              </w:rPr>
            </w:pPr>
            <w:proofErr w:type="spellStart"/>
            <w:r>
              <w:rPr>
                <w:rFonts w:ascii="HY헤드라인M" w:eastAsia="휴먼명조" w:hAnsi="HY헤드라인M" w:cs="휴먼명조"/>
                <w:spacing w:val="-12"/>
                <w:w w:val="97"/>
                <w:sz w:val="24"/>
              </w:rPr>
              <w:t>근로자</w:t>
            </w:r>
            <w:proofErr w:type="spellEnd"/>
            <w:r>
              <w:rPr>
                <w:rFonts w:ascii="HY헤드라인M" w:eastAsia="휴먼명조" w:hAnsi="HY헤드라인M" w:cs="휴먼명조"/>
                <w:spacing w:val="-12"/>
                <w:w w:val="97"/>
                <w:sz w:val="24"/>
              </w:rPr>
              <w:t xml:space="preserve"> </w:t>
            </w:r>
            <w:r w:rsidR="00061185">
              <w:rPr>
                <w:rFonts w:ascii="HY헤드라인M" w:eastAsia="휴먼명조" w:hAnsi="HY헤드라인M" w:cs="휴먼명조"/>
                <w:spacing w:val="-12"/>
                <w:w w:val="97"/>
                <w:sz w:val="24"/>
              </w:rPr>
              <w:t xml:space="preserve">  </w:t>
            </w:r>
            <w:r>
              <w:rPr>
                <w:rFonts w:ascii="HY헤드라인M" w:eastAsia="휴먼명조" w:hAnsi="HY헤드라인M" w:cs="휴먼명조"/>
                <w:spacing w:val="-12"/>
                <w:w w:val="97"/>
                <w:sz w:val="24"/>
              </w:rPr>
              <w:t>수</w:t>
            </w:r>
            <w:r w:rsidR="005D4C1C">
              <w:rPr>
                <w:rFonts w:ascii="HY헤드라인M" w:eastAsia="휴먼명조" w:hAnsi="HY헤드라인M" w:cs="휴먼명조" w:hint="eastAsia"/>
                <w:spacing w:val="-12"/>
                <w:w w:val="97"/>
                <w:sz w:val="24"/>
                <w:lang w:eastAsia="ko-KR"/>
              </w:rPr>
              <w:t xml:space="preserve"> </w:t>
            </w:r>
            <w:r>
              <w:rPr>
                <w:rFonts w:ascii="HY헤드라인M" w:eastAsia="휴먼명조" w:hAnsi="HY헤드라인M" w:cs="휴먼명조"/>
                <w:spacing w:val="-12"/>
                <w:w w:val="97"/>
                <w:sz w:val="24"/>
              </w:rPr>
              <w:t>(</w:t>
            </w:r>
            <w:proofErr w:type="spellStart"/>
            <w:r>
              <w:rPr>
                <w:rFonts w:ascii="HY헤드라인M" w:eastAsia="휴먼명조" w:hAnsi="HY헤드라인M" w:cs="휴먼명조"/>
                <w:spacing w:val="-12"/>
                <w:w w:val="97"/>
                <w:sz w:val="24"/>
              </w:rPr>
              <w:t>정규직</w:t>
            </w:r>
            <w:proofErr w:type="spellEnd"/>
            <w:r>
              <w:rPr>
                <w:rFonts w:ascii="HY헤드라인M" w:eastAsia="휴먼명조" w:hAnsi="HY헤드라인M" w:cs="휴먼명조"/>
                <w:spacing w:val="-12"/>
                <w:w w:val="97"/>
                <w:sz w:val="24"/>
              </w:rPr>
              <w:t>)</w:t>
            </w:r>
          </w:p>
        </w:tc>
        <w:tc>
          <w:tcPr>
            <w:tcW w:w="2500" w:type="dxa"/>
            <w:gridSpan w:val="3"/>
            <w:tcBorders>
              <w:top w:val="single" w:sz="3" w:space="0" w:color="000000"/>
              <w:left w:val="single" w:sz="3" w:space="0" w:color="000000"/>
              <w:bottom w:val="single" w:sz="3" w:space="0" w:color="000000"/>
              <w:right w:val="single" w:sz="12" w:space="0" w:color="auto"/>
            </w:tcBorders>
            <w:tcMar>
              <w:top w:w="28" w:type="dxa"/>
              <w:left w:w="28" w:type="dxa"/>
              <w:bottom w:w="28" w:type="dxa"/>
              <w:right w:w="28" w:type="dxa"/>
            </w:tcMar>
            <w:vAlign w:val="center"/>
          </w:tcPr>
          <w:p w:rsidR="00DA08A1" w:rsidRDefault="00DA08A1" w:rsidP="002A5F8B">
            <w:pPr>
              <w:spacing w:line="260" w:lineRule="exact"/>
              <w:rPr>
                <w:rFonts w:ascii="HY헤드라인M" w:eastAsia="휴먼명조" w:hAnsi="HY헤드라인M"/>
                <w:sz w:val="24"/>
                <w:szCs w:val="24"/>
              </w:rPr>
            </w:pPr>
          </w:p>
        </w:tc>
      </w:tr>
      <w:tr w:rsidR="00DA08A1" w:rsidTr="0079350C">
        <w:trPr>
          <w:trHeight w:hRule="exact" w:val="296"/>
          <w:jc w:val="center"/>
        </w:trPr>
        <w:tc>
          <w:tcPr>
            <w:tcW w:w="1432" w:type="dxa"/>
            <w:vMerge w:val="restart"/>
            <w:tcBorders>
              <w:top w:val="single" w:sz="3" w:space="0" w:color="000000"/>
              <w:left w:val="single" w:sz="12" w:space="0" w:color="auto"/>
              <w:bottom w:val="single" w:sz="3" w:space="0" w:color="000000"/>
              <w:right w:val="single" w:sz="3" w:space="0" w:color="000000"/>
            </w:tcBorders>
            <w:tcMar>
              <w:top w:w="0" w:type="dxa"/>
              <w:left w:w="28" w:type="dxa"/>
              <w:bottom w:w="0" w:type="dxa"/>
              <w:right w:w="28" w:type="dxa"/>
            </w:tcMar>
            <w:vAlign w:val="center"/>
          </w:tcPr>
          <w:p w:rsidR="00DA08A1" w:rsidRDefault="00F3557A" w:rsidP="002A5F8B">
            <w:pPr>
              <w:spacing w:line="260" w:lineRule="exact"/>
              <w:jc w:val="center"/>
              <w:rPr>
                <w:rFonts w:ascii="HY헤드라인M" w:eastAsia="휴먼명조" w:hAnsi="HY헤드라인M"/>
                <w:sz w:val="24"/>
                <w:szCs w:val="24"/>
              </w:rPr>
            </w:pPr>
            <w:r>
              <w:rPr>
                <w:rFonts w:ascii="HY헤드라인M" w:eastAsia="휴먼명조" w:hAnsi="HY헤드라인M" w:cs="휴먼명조"/>
                <w:spacing w:val="-12"/>
                <w:w w:val="97"/>
                <w:sz w:val="24"/>
              </w:rPr>
              <w:t>주</w:t>
            </w:r>
            <w:r>
              <w:rPr>
                <w:rFonts w:ascii="HY헤드라인M" w:eastAsia="휴먼명조" w:hAnsi="HY헤드라인M" w:cs="휴먼명조"/>
                <w:spacing w:val="-12"/>
                <w:w w:val="97"/>
                <w:sz w:val="24"/>
              </w:rPr>
              <w:t xml:space="preserve">    </w:t>
            </w:r>
            <w:r>
              <w:rPr>
                <w:rFonts w:ascii="HY헤드라인M" w:eastAsia="휴먼명조" w:hAnsi="HY헤드라인M" w:cs="휴먼명조"/>
                <w:spacing w:val="-12"/>
                <w:w w:val="97"/>
                <w:sz w:val="24"/>
              </w:rPr>
              <w:t>소</w:t>
            </w:r>
          </w:p>
        </w:tc>
        <w:tc>
          <w:tcPr>
            <w:tcW w:w="8106" w:type="dxa"/>
            <w:gridSpan w:val="11"/>
            <w:tcBorders>
              <w:top w:val="single" w:sz="3" w:space="0" w:color="000000"/>
              <w:left w:val="single" w:sz="3" w:space="0" w:color="000000"/>
              <w:bottom w:val="single" w:sz="3" w:space="0" w:color="000000"/>
              <w:right w:val="single" w:sz="12" w:space="0" w:color="auto"/>
            </w:tcBorders>
            <w:tcMar>
              <w:top w:w="0" w:type="dxa"/>
              <w:left w:w="28" w:type="dxa"/>
              <w:bottom w:w="0" w:type="dxa"/>
              <w:right w:w="28" w:type="dxa"/>
            </w:tcMar>
            <w:vAlign w:val="center"/>
          </w:tcPr>
          <w:p w:rsidR="00DA08A1" w:rsidRDefault="00F3557A" w:rsidP="002A5F8B">
            <w:pPr>
              <w:spacing w:line="260" w:lineRule="exact"/>
              <w:rPr>
                <w:rFonts w:ascii="HY헤드라인M" w:eastAsia="휴먼명조" w:hAnsi="HY헤드라인M"/>
                <w:sz w:val="24"/>
                <w:szCs w:val="24"/>
              </w:rPr>
            </w:pPr>
            <w:r>
              <w:rPr>
                <w:rFonts w:ascii="HY헤드라인M" w:eastAsia="휴먼명조" w:hAnsi="HY헤드라인M" w:cs="휴먼명조"/>
                <w:spacing w:val="-12"/>
                <w:w w:val="97"/>
                <w:sz w:val="24"/>
              </w:rPr>
              <w:t>(</w:t>
            </w:r>
            <w:r>
              <w:rPr>
                <w:rFonts w:ascii="HY헤드라인M" w:eastAsia="휴먼명조" w:hAnsi="HY헤드라인M" w:cs="휴먼명조"/>
                <w:spacing w:val="-12"/>
                <w:w w:val="97"/>
                <w:sz w:val="24"/>
              </w:rPr>
              <w:t>국문</w:t>
            </w:r>
            <w:r>
              <w:rPr>
                <w:rFonts w:ascii="HY헤드라인M" w:eastAsia="휴먼명조" w:hAnsi="HY헤드라인M" w:cs="휴먼명조"/>
                <w:spacing w:val="-12"/>
                <w:w w:val="97"/>
                <w:sz w:val="24"/>
              </w:rPr>
              <w:t>)</w:t>
            </w:r>
          </w:p>
        </w:tc>
      </w:tr>
      <w:tr w:rsidR="00DA08A1" w:rsidTr="0079350C">
        <w:trPr>
          <w:trHeight w:hRule="exact" w:val="296"/>
          <w:jc w:val="center"/>
        </w:trPr>
        <w:tc>
          <w:tcPr>
            <w:tcW w:w="1432" w:type="dxa"/>
            <w:vMerge/>
            <w:tcBorders>
              <w:left w:val="single" w:sz="12" w:space="0" w:color="auto"/>
            </w:tcBorders>
            <w:vAlign w:val="center"/>
          </w:tcPr>
          <w:p w:rsidR="00DA08A1" w:rsidRDefault="00DA08A1" w:rsidP="002A5F8B">
            <w:pPr>
              <w:spacing w:line="260" w:lineRule="exact"/>
              <w:jc w:val="center"/>
            </w:pPr>
          </w:p>
        </w:tc>
        <w:tc>
          <w:tcPr>
            <w:tcW w:w="8106" w:type="dxa"/>
            <w:gridSpan w:val="11"/>
            <w:tcBorders>
              <w:top w:val="single" w:sz="3" w:space="0" w:color="000000"/>
              <w:left w:val="single" w:sz="3" w:space="0" w:color="000000"/>
              <w:bottom w:val="single" w:sz="3" w:space="0" w:color="000000"/>
              <w:right w:val="single" w:sz="12" w:space="0" w:color="auto"/>
            </w:tcBorders>
            <w:tcMar>
              <w:top w:w="0" w:type="dxa"/>
              <w:left w:w="28" w:type="dxa"/>
              <w:bottom w:w="0" w:type="dxa"/>
              <w:right w:w="28" w:type="dxa"/>
            </w:tcMar>
            <w:vAlign w:val="center"/>
          </w:tcPr>
          <w:p w:rsidR="00DA08A1" w:rsidRDefault="00F3557A" w:rsidP="002A5F8B">
            <w:pPr>
              <w:spacing w:line="260" w:lineRule="exact"/>
              <w:rPr>
                <w:rFonts w:ascii="HY헤드라인M" w:eastAsia="휴먼명조" w:hAnsi="HY헤드라인M"/>
                <w:sz w:val="24"/>
                <w:szCs w:val="24"/>
              </w:rPr>
            </w:pPr>
            <w:r>
              <w:rPr>
                <w:rFonts w:ascii="HY헤드라인M" w:eastAsia="휴먼명조" w:hAnsi="HY헤드라인M" w:cs="휴먼명조"/>
                <w:spacing w:val="-12"/>
                <w:w w:val="97"/>
                <w:sz w:val="24"/>
              </w:rPr>
              <w:t>(</w:t>
            </w:r>
            <w:r>
              <w:rPr>
                <w:rFonts w:ascii="HY헤드라인M" w:eastAsia="휴먼명조" w:hAnsi="HY헤드라인M" w:cs="휴먼명조"/>
                <w:spacing w:val="-12"/>
                <w:w w:val="97"/>
                <w:sz w:val="24"/>
              </w:rPr>
              <w:t>영문</w:t>
            </w:r>
            <w:r>
              <w:rPr>
                <w:rFonts w:ascii="HY헤드라인M" w:eastAsia="휴먼명조" w:hAnsi="HY헤드라인M" w:cs="휴먼명조"/>
                <w:spacing w:val="-12"/>
                <w:w w:val="97"/>
                <w:sz w:val="24"/>
              </w:rPr>
              <w:t>)</w:t>
            </w:r>
          </w:p>
        </w:tc>
      </w:tr>
      <w:tr w:rsidR="00DA08A1" w:rsidTr="005D4C1C">
        <w:trPr>
          <w:trHeight w:hRule="exact" w:val="296"/>
          <w:jc w:val="center"/>
        </w:trPr>
        <w:tc>
          <w:tcPr>
            <w:tcW w:w="1432" w:type="dxa"/>
            <w:vMerge w:val="restart"/>
            <w:tcBorders>
              <w:top w:val="single" w:sz="3" w:space="0" w:color="000000"/>
              <w:left w:val="single" w:sz="12" w:space="0" w:color="auto"/>
              <w:bottom w:val="single" w:sz="3" w:space="0" w:color="000000"/>
              <w:right w:val="single" w:sz="3" w:space="0" w:color="000000"/>
            </w:tcBorders>
            <w:tcMar>
              <w:top w:w="0" w:type="dxa"/>
              <w:left w:w="28" w:type="dxa"/>
              <w:bottom w:w="0" w:type="dxa"/>
              <w:right w:w="28" w:type="dxa"/>
            </w:tcMar>
            <w:vAlign w:val="center"/>
          </w:tcPr>
          <w:p w:rsidR="00DA08A1" w:rsidRDefault="00F3557A" w:rsidP="002A5F8B">
            <w:pPr>
              <w:spacing w:line="260" w:lineRule="exact"/>
              <w:jc w:val="center"/>
              <w:rPr>
                <w:rFonts w:ascii="HY헤드라인M" w:eastAsia="휴먼명조" w:hAnsi="HY헤드라인M"/>
                <w:sz w:val="24"/>
                <w:szCs w:val="24"/>
              </w:rPr>
            </w:pPr>
            <w:r>
              <w:rPr>
                <w:rFonts w:ascii="HY헤드라인M" w:eastAsia="휴먼명조" w:hAnsi="HY헤드라인M" w:cs="휴먼명조"/>
                <w:spacing w:val="-12"/>
                <w:w w:val="97"/>
                <w:sz w:val="24"/>
              </w:rPr>
              <w:t>대</w:t>
            </w:r>
            <w:r>
              <w:rPr>
                <w:rFonts w:ascii="HY헤드라인M" w:eastAsia="휴먼명조" w:hAnsi="HY헤드라인M" w:cs="휴먼명조"/>
                <w:spacing w:val="-12"/>
                <w:w w:val="97"/>
                <w:sz w:val="24"/>
              </w:rPr>
              <w:t xml:space="preserve"> </w:t>
            </w:r>
            <w:r>
              <w:rPr>
                <w:rFonts w:ascii="HY헤드라인M" w:eastAsia="휴먼명조" w:hAnsi="HY헤드라인M" w:cs="휴먼명조"/>
                <w:spacing w:val="-12"/>
                <w:w w:val="97"/>
                <w:sz w:val="24"/>
              </w:rPr>
              <w:t>표</w:t>
            </w:r>
            <w:r>
              <w:rPr>
                <w:rFonts w:ascii="HY헤드라인M" w:eastAsia="휴먼명조" w:hAnsi="HY헤드라인M" w:cs="휴먼명조"/>
                <w:spacing w:val="-12"/>
                <w:w w:val="97"/>
                <w:sz w:val="24"/>
              </w:rPr>
              <w:t xml:space="preserve"> </w:t>
            </w:r>
            <w:r>
              <w:rPr>
                <w:rFonts w:ascii="HY헤드라인M" w:eastAsia="휴먼명조" w:hAnsi="HY헤드라인M" w:cs="휴먼명조"/>
                <w:spacing w:val="-12"/>
                <w:w w:val="97"/>
                <w:sz w:val="24"/>
              </w:rPr>
              <w:t>자</w:t>
            </w:r>
          </w:p>
        </w:tc>
        <w:tc>
          <w:tcPr>
            <w:tcW w:w="3621" w:type="dxa"/>
            <w:gridSpan w:val="6"/>
            <w:tcBorders>
              <w:top w:val="single" w:sz="3" w:space="0" w:color="000000"/>
              <w:left w:val="single" w:sz="3" w:space="0" w:color="000000"/>
              <w:bottom w:val="single" w:sz="3" w:space="0" w:color="000000"/>
              <w:right w:val="single" w:sz="3" w:space="0" w:color="000000"/>
            </w:tcBorders>
            <w:tcMar>
              <w:top w:w="0" w:type="dxa"/>
              <w:left w:w="28" w:type="dxa"/>
              <w:bottom w:w="0" w:type="dxa"/>
              <w:right w:w="28" w:type="dxa"/>
            </w:tcMar>
            <w:vAlign w:val="center"/>
          </w:tcPr>
          <w:p w:rsidR="00DA08A1" w:rsidRDefault="00F3557A" w:rsidP="002A5F8B">
            <w:pPr>
              <w:spacing w:line="260" w:lineRule="exact"/>
              <w:rPr>
                <w:rFonts w:ascii="HY헤드라인M" w:eastAsia="휴먼명조" w:hAnsi="HY헤드라인M"/>
                <w:sz w:val="24"/>
                <w:szCs w:val="24"/>
              </w:rPr>
            </w:pPr>
            <w:r>
              <w:rPr>
                <w:rFonts w:ascii="HY헤드라인M" w:eastAsia="휴먼명조" w:hAnsi="HY헤드라인M" w:cs="휴먼명조"/>
                <w:spacing w:val="-12"/>
                <w:w w:val="97"/>
                <w:sz w:val="24"/>
              </w:rPr>
              <w:t>(</w:t>
            </w:r>
            <w:r>
              <w:rPr>
                <w:rFonts w:ascii="HY헤드라인M" w:eastAsia="휴먼명조" w:hAnsi="HY헤드라인M" w:cs="휴먼명조"/>
                <w:spacing w:val="-12"/>
                <w:w w:val="97"/>
                <w:sz w:val="24"/>
              </w:rPr>
              <w:t>성명</w:t>
            </w:r>
            <w:r>
              <w:rPr>
                <w:rFonts w:ascii="HY헤드라인M" w:eastAsia="휴먼명조" w:hAnsi="HY헤드라인M" w:cs="휴먼명조"/>
                <w:spacing w:val="-12"/>
                <w:w w:val="97"/>
                <w:sz w:val="24"/>
              </w:rPr>
              <w:t>)</w:t>
            </w:r>
          </w:p>
        </w:tc>
        <w:tc>
          <w:tcPr>
            <w:tcW w:w="4485" w:type="dxa"/>
            <w:gridSpan w:val="5"/>
            <w:tcBorders>
              <w:top w:val="single" w:sz="3" w:space="0" w:color="000000"/>
              <w:left w:val="single" w:sz="3" w:space="0" w:color="000000"/>
              <w:bottom w:val="single" w:sz="3" w:space="0" w:color="000000"/>
              <w:right w:val="single" w:sz="12" w:space="0" w:color="auto"/>
            </w:tcBorders>
            <w:tcMar>
              <w:top w:w="0" w:type="dxa"/>
              <w:left w:w="28" w:type="dxa"/>
              <w:bottom w:w="0" w:type="dxa"/>
              <w:right w:w="28" w:type="dxa"/>
            </w:tcMar>
            <w:vAlign w:val="center"/>
          </w:tcPr>
          <w:p w:rsidR="00DA08A1" w:rsidRDefault="00F3557A" w:rsidP="002A5F8B">
            <w:pPr>
              <w:spacing w:line="260" w:lineRule="exact"/>
              <w:rPr>
                <w:rFonts w:ascii="HY헤드라인M" w:eastAsia="휴먼명조" w:hAnsi="HY헤드라인M"/>
                <w:sz w:val="24"/>
                <w:szCs w:val="24"/>
              </w:rPr>
            </w:pPr>
            <w:r>
              <w:rPr>
                <w:rFonts w:ascii="HY헤드라인M" w:eastAsia="휴먼명조" w:hAnsi="HY헤드라인M" w:cs="휴먼명조"/>
                <w:spacing w:val="-12"/>
                <w:w w:val="97"/>
                <w:sz w:val="24"/>
              </w:rPr>
              <w:t>(</w:t>
            </w:r>
            <w:r>
              <w:rPr>
                <w:rFonts w:ascii="HY헤드라인M" w:eastAsia="휴먼명조" w:hAnsi="HY헤드라인M" w:cs="휴먼명조"/>
                <w:spacing w:val="-12"/>
                <w:w w:val="97"/>
                <w:sz w:val="24"/>
              </w:rPr>
              <w:t>영문</w:t>
            </w:r>
            <w:r>
              <w:rPr>
                <w:rFonts w:ascii="HY헤드라인M" w:eastAsia="휴먼명조" w:hAnsi="HY헤드라인M" w:cs="휴먼명조"/>
                <w:spacing w:val="-12"/>
                <w:w w:val="97"/>
                <w:sz w:val="24"/>
              </w:rPr>
              <w:t>)</w:t>
            </w:r>
          </w:p>
        </w:tc>
      </w:tr>
      <w:tr w:rsidR="00DA08A1" w:rsidTr="005D4C1C">
        <w:trPr>
          <w:trHeight w:hRule="exact" w:val="296"/>
          <w:jc w:val="center"/>
        </w:trPr>
        <w:tc>
          <w:tcPr>
            <w:tcW w:w="1432" w:type="dxa"/>
            <w:vMerge/>
            <w:tcBorders>
              <w:left w:val="single" w:sz="12" w:space="0" w:color="auto"/>
            </w:tcBorders>
            <w:vAlign w:val="center"/>
          </w:tcPr>
          <w:p w:rsidR="00DA08A1" w:rsidRDefault="00DA08A1" w:rsidP="002A5F8B">
            <w:pPr>
              <w:spacing w:line="260" w:lineRule="exact"/>
              <w:jc w:val="center"/>
            </w:pPr>
          </w:p>
        </w:tc>
        <w:tc>
          <w:tcPr>
            <w:tcW w:w="3621" w:type="dxa"/>
            <w:gridSpan w:val="6"/>
            <w:tcBorders>
              <w:top w:val="single" w:sz="3" w:space="0" w:color="000000"/>
              <w:left w:val="single" w:sz="3" w:space="0" w:color="000000"/>
              <w:bottom w:val="single" w:sz="3" w:space="0" w:color="000000"/>
              <w:right w:val="single" w:sz="3" w:space="0" w:color="000000"/>
            </w:tcBorders>
            <w:tcMar>
              <w:top w:w="0" w:type="dxa"/>
              <w:left w:w="28" w:type="dxa"/>
              <w:bottom w:w="0" w:type="dxa"/>
              <w:right w:w="28" w:type="dxa"/>
            </w:tcMar>
            <w:vAlign w:val="center"/>
          </w:tcPr>
          <w:p w:rsidR="00DA08A1" w:rsidRDefault="00F3557A" w:rsidP="002A5F8B">
            <w:pPr>
              <w:spacing w:line="260" w:lineRule="exact"/>
              <w:rPr>
                <w:rFonts w:ascii="HY헤드라인M" w:eastAsia="휴먼명조" w:hAnsi="HY헤드라인M"/>
                <w:sz w:val="24"/>
                <w:szCs w:val="24"/>
              </w:rPr>
            </w:pPr>
            <w:r>
              <w:rPr>
                <w:rFonts w:ascii="HY헤드라인M" w:eastAsia="휴먼명조" w:hAnsi="HY헤드라인M" w:cs="휴먼명조"/>
                <w:spacing w:val="-12"/>
                <w:w w:val="97"/>
                <w:sz w:val="24"/>
              </w:rPr>
              <w:t>(</w:t>
            </w:r>
            <w:r>
              <w:rPr>
                <w:rFonts w:ascii="HY헤드라인M" w:eastAsia="휴먼명조" w:hAnsi="HY헤드라인M" w:cs="휴먼명조"/>
                <w:spacing w:val="-12"/>
                <w:w w:val="97"/>
                <w:sz w:val="24"/>
              </w:rPr>
              <w:t>휴대전화</w:t>
            </w:r>
            <w:r>
              <w:rPr>
                <w:rFonts w:ascii="HY헤드라인M" w:eastAsia="휴먼명조" w:hAnsi="HY헤드라인M" w:cs="휴먼명조"/>
                <w:spacing w:val="-12"/>
                <w:w w:val="97"/>
                <w:sz w:val="24"/>
              </w:rPr>
              <w:t>)</w:t>
            </w:r>
          </w:p>
        </w:tc>
        <w:tc>
          <w:tcPr>
            <w:tcW w:w="4485" w:type="dxa"/>
            <w:gridSpan w:val="5"/>
            <w:tcBorders>
              <w:top w:val="single" w:sz="3" w:space="0" w:color="000000"/>
              <w:left w:val="single" w:sz="3" w:space="0" w:color="000000"/>
              <w:bottom w:val="single" w:sz="3" w:space="0" w:color="000000"/>
              <w:right w:val="single" w:sz="12" w:space="0" w:color="auto"/>
            </w:tcBorders>
            <w:tcMar>
              <w:top w:w="0" w:type="dxa"/>
              <w:left w:w="28" w:type="dxa"/>
              <w:bottom w:w="0" w:type="dxa"/>
              <w:right w:w="28" w:type="dxa"/>
            </w:tcMar>
            <w:vAlign w:val="center"/>
          </w:tcPr>
          <w:p w:rsidR="00DA08A1" w:rsidRDefault="00F3557A" w:rsidP="002A5F8B">
            <w:pPr>
              <w:spacing w:line="260" w:lineRule="exact"/>
              <w:rPr>
                <w:rFonts w:ascii="HY헤드라인M" w:eastAsia="휴먼명조" w:hAnsi="HY헤드라인M"/>
                <w:sz w:val="24"/>
                <w:szCs w:val="24"/>
              </w:rPr>
            </w:pPr>
            <w:r>
              <w:rPr>
                <w:rFonts w:ascii="HY헤드라인M" w:eastAsia="휴먼명조" w:hAnsi="HY헤드라인M" w:cs="휴먼명조"/>
                <w:spacing w:val="-12"/>
                <w:w w:val="97"/>
                <w:sz w:val="24"/>
              </w:rPr>
              <w:t>(E-mail)</w:t>
            </w:r>
          </w:p>
        </w:tc>
      </w:tr>
      <w:tr w:rsidR="00DA08A1" w:rsidTr="005D4C1C">
        <w:trPr>
          <w:trHeight w:hRule="exact" w:val="296"/>
          <w:jc w:val="center"/>
        </w:trPr>
        <w:tc>
          <w:tcPr>
            <w:tcW w:w="1432" w:type="dxa"/>
            <w:vMerge w:val="restart"/>
            <w:tcBorders>
              <w:top w:val="single" w:sz="3" w:space="0" w:color="000000"/>
              <w:left w:val="single" w:sz="12" w:space="0" w:color="auto"/>
              <w:bottom w:val="single" w:sz="9" w:space="0" w:color="000000"/>
              <w:right w:val="single" w:sz="3" w:space="0" w:color="000000"/>
            </w:tcBorders>
            <w:tcMar>
              <w:top w:w="0" w:type="dxa"/>
              <w:left w:w="28" w:type="dxa"/>
              <w:bottom w:w="0" w:type="dxa"/>
              <w:right w:w="28" w:type="dxa"/>
            </w:tcMar>
            <w:vAlign w:val="center"/>
          </w:tcPr>
          <w:p w:rsidR="00DA08A1" w:rsidRDefault="00F3557A" w:rsidP="002A5F8B">
            <w:pPr>
              <w:spacing w:line="260" w:lineRule="exact"/>
              <w:jc w:val="center"/>
              <w:rPr>
                <w:rFonts w:ascii="HY헤드라인M" w:eastAsia="휴먼명조" w:hAnsi="HY헤드라인M"/>
                <w:sz w:val="24"/>
                <w:szCs w:val="24"/>
              </w:rPr>
            </w:pPr>
            <w:r>
              <w:rPr>
                <w:rFonts w:ascii="HY헤드라인M" w:eastAsia="휴먼명조" w:hAnsi="HY헤드라인M" w:cs="휴먼명조"/>
                <w:spacing w:val="-12"/>
                <w:w w:val="97"/>
                <w:sz w:val="24"/>
              </w:rPr>
              <w:t>담</w:t>
            </w:r>
            <w:r>
              <w:rPr>
                <w:rFonts w:ascii="HY헤드라인M" w:eastAsia="휴먼명조" w:hAnsi="HY헤드라인M" w:cs="휴먼명조"/>
                <w:spacing w:val="-12"/>
                <w:w w:val="97"/>
                <w:sz w:val="24"/>
              </w:rPr>
              <w:t xml:space="preserve"> </w:t>
            </w:r>
            <w:r>
              <w:rPr>
                <w:rFonts w:ascii="HY헤드라인M" w:eastAsia="휴먼명조" w:hAnsi="HY헤드라인M" w:cs="휴먼명조"/>
                <w:spacing w:val="-12"/>
                <w:w w:val="97"/>
                <w:sz w:val="24"/>
              </w:rPr>
              <w:t>당</w:t>
            </w:r>
            <w:r>
              <w:rPr>
                <w:rFonts w:ascii="HY헤드라인M" w:eastAsia="휴먼명조" w:hAnsi="HY헤드라인M" w:cs="휴먼명조"/>
                <w:spacing w:val="-12"/>
                <w:w w:val="97"/>
                <w:sz w:val="24"/>
              </w:rPr>
              <w:t xml:space="preserve"> </w:t>
            </w:r>
            <w:r>
              <w:rPr>
                <w:rFonts w:ascii="HY헤드라인M" w:eastAsia="휴먼명조" w:hAnsi="HY헤드라인M" w:cs="휴먼명조"/>
                <w:spacing w:val="-12"/>
                <w:w w:val="97"/>
                <w:sz w:val="24"/>
              </w:rPr>
              <w:t>자</w:t>
            </w:r>
          </w:p>
        </w:tc>
        <w:tc>
          <w:tcPr>
            <w:tcW w:w="3621" w:type="dxa"/>
            <w:gridSpan w:val="6"/>
            <w:tcBorders>
              <w:top w:val="single" w:sz="3" w:space="0" w:color="000000"/>
              <w:left w:val="single" w:sz="3" w:space="0" w:color="000000"/>
              <w:bottom w:val="single" w:sz="2" w:space="0" w:color="000000"/>
              <w:right w:val="single" w:sz="3" w:space="0" w:color="000000"/>
            </w:tcBorders>
            <w:tcMar>
              <w:top w:w="0" w:type="dxa"/>
              <w:left w:w="28" w:type="dxa"/>
              <w:bottom w:w="0" w:type="dxa"/>
              <w:right w:w="28" w:type="dxa"/>
            </w:tcMar>
            <w:vAlign w:val="center"/>
          </w:tcPr>
          <w:p w:rsidR="00DA08A1" w:rsidRDefault="00F3557A" w:rsidP="002A5F8B">
            <w:pPr>
              <w:spacing w:line="260" w:lineRule="exact"/>
              <w:rPr>
                <w:rFonts w:ascii="HY헤드라인M" w:eastAsia="휴먼명조" w:hAnsi="HY헤드라인M"/>
                <w:sz w:val="24"/>
                <w:szCs w:val="24"/>
              </w:rPr>
            </w:pPr>
            <w:r>
              <w:rPr>
                <w:rFonts w:ascii="HY헤드라인M" w:eastAsia="휴먼명조" w:hAnsi="HY헤드라인M" w:cs="휴먼명조"/>
                <w:spacing w:val="-12"/>
                <w:w w:val="97"/>
                <w:sz w:val="24"/>
              </w:rPr>
              <w:t>(</w:t>
            </w:r>
            <w:r>
              <w:rPr>
                <w:rFonts w:ascii="HY헤드라인M" w:eastAsia="휴먼명조" w:hAnsi="HY헤드라인M" w:cs="휴먼명조"/>
                <w:spacing w:val="-12"/>
                <w:w w:val="97"/>
                <w:sz w:val="24"/>
              </w:rPr>
              <w:t>성명</w:t>
            </w:r>
            <w:r>
              <w:rPr>
                <w:rFonts w:ascii="HY헤드라인M" w:eastAsia="휴먼명조" w:hAnsi="HY헤드라인M" w:cs="휴먼명조"/>
                <w:spacing w:val="-12"/>
                <w:w w:val="97"/>
                <w:sz w:val="24"/>
              </w:rPr>
              <w:t>)</w:t>
            </w:r>
          </w:p>
        </w:tc>
        <w:tc>
          <w:tcPr>
            <w:tcW w:w="2410" w:type="dxa"/>
            <w:gridSpan w:val="3"/>
            <w:tcBorders>
              <w:top w:val="single" w:sz="3" w:space="0" w:color="000000"/>
              <w:left w:val="single" w:sz="3" w:space="0" w:color="000000"/>
              <w:bottom w:val="single" w:sz="2" w:space="0" w:color="000000"/>
              <w:right w:val="single" w:sz="3" w:space="0" w:color="000000"/>
            </w:tcBorders>
            <w:tcMar>
              <w:top w:w="0" w:type="dxa"/>
              <w:left w:w="28" w:type="dxa"/>
              <w:bottom w:w="0" w:type="dxa"/>
              <w:right w:w="28" w:type="dxa"/>
            </w:tcMar>
            <w:vAlign w:val="center"/>
          </w:tcPr>
          <w:p w:rsidR="00DA08A1" w:rsidRDefault="00F3557A" w:rsidP="002A5F8B">
            <w:pPr>
              <w:spacing w:line="260" w:lineRule="exact"/>
              <w:rPr>
                <w:rFonts w:ascii="HY헤드라인M" w:eastAsia="휴먼명조" w:hAnsi="HY헤드라인M"/>
                <w:sz w:val="24"/>
                <w:szCs w:val="24"/>
              </w:rPr>
            </w:pPr>
            <w:r>
              <w:rPr>
                <w:rFonts w:ascii="HY헤드라인M" w:eastAsia="휴먼명조" w:hAnsi="HY헤드라인M" w:cs="휴먼명조"/>
                <w:spacing w:val="-12"/>
                <w:w w:val="97"/>
                <w:sz w:val="24"/>
              </w:rPr>
              <w:t>(</w:t>
            </w:r>
            <w:r>
              <w:rPr>
                <w:rFonts w:ascii="HY헤드라인M" w:eastAsia="휴먼명조" w:hAnsi="HY헤드라인M" w:cs="휴먼명조"/>
                <w:spacing w:val="-12"/>
                <w:w w:val="97"/>
                <w:sz w:val="24"/>
              </w:rPr>
              <w:t>영문</w:t>
            </w:r>
            <w:r>
              <w:rPr>
                <w:rFonts w:ascii="HY헤드라인M" w:eastAsia="휴먼명조" w:hAnsi="HY헤드라인M" w:cs="휴먼명조"/>
                <w:spacing w:val="-12"/>
                <w:w w:val="97"/>
                <w:sz w:val="24"/>
              </w:rPr>
              <w:t>)</w:t>
            </w:r>
          </w:p>
        </w:tc>
        <w:tc>
          <w:tcPr>
            <w:tcW w:w="2075" w:type="dxa"/>
            <w:gridSpan w:val="2"/>
            <w:tcBorders>
              <w:top w:val="single" w:sz="3" w:space="0" w:color="000000"/>
              <w:left w:val="single" w:sz="3" w:space="0" w:color="000000"/>
              <w:bottom w:val="single" w:sz="2" w:space="0" w:color="000000"/>
              <w:right w:val="single" w:sz="12" w:space="0" w:color="auto"/>
            </w:tcBorders>
            <w:tcMar>
              <w:top w:w="0" w:type="dxa"/>
              <w:left w:w="28" w:type="dxa"/>
              <w:bottom w:w="0" w:type="dxa"/>
              <w:right w:w="28" w:type="dxa"/>
            </w:tcMar>
            <w:vAlign w:val="center"/>
          </w:tcPr>
          <w:p w:rsidR="00DA08A1" w:rsidRDefault="00F3557A" w:rsidP="002A5F8B">
            <w:pPr>
              <w:spacing w:line="260" w:lineRule="exact"/>
              <w:rPr>
                <w:rFonts w:ascii="HY헤드라인M" w:eastAsia="휴먼명조" w:hAnsi="HY헤드라인M"/>
                <w:sz w:val="24"/>
                <w:szCs w:val="24"/>
              </w:rPr>
            </w:pPr>
            <w:r>
              <w:rPr>
                <w:rFonts w:ascii="HY헤드라인M" w:eastAsia="휴먼명조" w:hAnsi="HY헤드라인M" w:cs="휴먼명조"/>
                <w:spacing w:val="-12"/>
                <w:w w:val="97"/>
                <w:sz w:val="24"/>
              </w:rPr>
              <w:t>(</w:t>
            </w:r>
            <w:r>
              <w:rPr>
                <w:rFonts w:ascii="HY헤드라인M" w:eastAsia="휴먼명조" w:hAnsi="HY헤드라인M" w:cs="휴먼명조"/>
                <w:spacing w:val="-12"/>
                <w:w w:val="97"/>
                <w:sz w:val="24"/>
              </w:rPr>
              <w:t>직위</w:t>
            </w:r>
            <w:r>
              <w:rPr>
                <w:rFonts w:ascii="HY헤드라인M" w:eastAsia="휴먼명조" w:hAnsi="HY헤드라인M" w:cs="휴먼명조"/>
                <w:spacing w:val="-12"/>
                <w:w w:val="97"/>
                <w:sz w:val="24"/>
              </w:rPr>
              <w:t>)</w:t>
            </w:r>
          </w:p>
        </w:tc>
      </w:tr>
      <w:tr w:rsidR="00DA08A1" w:rsidTr="005D4C1C">
        <w:trPr>
          <w:trHeight w:hRule="exact" w:val="296"/>
          <w:jc w:val="center"/>
        </w:trPr>
        <w:tc>
          <w:tcPr>
            <w:tcW w:w="1432" w:type="dxa"/>
            <w:vMerge/>
            <w:tcBorders>
              <w:left w:val="single" w:sz="12" w:space="0" w:color="auto"/>
            </w:tcBorders>
            <w:vAlign w:val="center"/>
          </w:tcPr>
          <w:p w:rsidR="00DA08A1" w:rsidRDefault="00DA08A1" w:rsidP="002A5F8B">
            <w:pPr>
              <w:spacing w:line="260" w:lineRule="exact"/>
              <w:jc w:val="center"/>
            </w:pPr>
          </w:p>
        </w:tc>
        <w:tc>
          <w:tcPr>
            <w:tcW w:w="3621" w:type="dxa"/>
            <w:gridSpan w:val="6"/>
            <w:tcBorders>
              <w:top w:val="single" w:sz="2" w:space="0" w:color="000000"/>
              <w:left w:val="single" w:sz="3" w:space="0" w:color="000000"/>
              <w:bottom w:val="single" w:sz="9" w:space="0" w:color="000000"/>
              <w:right w:val="single" w:sz="3" w:space="0" w:color="000000"/>
            </w:tcBorders>
            <w:tcMar>
              <w:top w:w="0" w:type="dxa"/>
              <w:left w:w="28" w:type="dxa"/>
              <w:bottom w:w="0" w:type="dxa"/>
              <w:right w:w="28" w:type="dxa"/>
            </w:tcMar>
            <w:vAlign w:val="center"/>
          </w:tcPr>
          <w:p w:rsidR="00DA08A1" w:rsidRDefault="00F3557A" w:rsidP="002A5F8B">
            <w:pPr>
              <w:spacing w:line="260" w:lineRule="exact"/>
              <w:rPr>
                <w:rFonts w:ascii="HY헤드라인M" w:eastAsia="휴먼명조" w:hAnsi="HY헤드라인M"/>
                <w:sz w:val="24"/>
                <w:szCs w:val="24"/>
              </w:rPr>
            </w:pPr>
            <w:r>
              <w:rPr>
                <w:rFonts w:ascii="HY헤드라인M" w:eastAsia="휴먼명조" w:hAnsi="HY헤드라인M" w:cs="휴먼명조"/>
                <w:spacing w:val="-12"/>
                <w:w w:val="97"/>
                <w:sz w:val="24"/>
              </w:rPr>
              <w:t>(</w:t>
            </w:r>
            <w:r>
              <w:rPr>
                <w:rFonts w:ascii="HY헤드라인M" w:eastAsia="휴먼명조" w:hAnsi="HY헤드라인M" w:cs="휴먼명조"/>
                <w:spacing w:val="-12"/>
                <w:w w:val="97"/>
                <w:sz w:val="24"/>
              </w:rPr>
              <w:t>휴대전화</w:t>
            </w:r>
            <w:r>
              <w:rPr>
                <w:rFonts w:ascii="HY헤드라인M" w:eastAsia="휴먼명조" w:hAnsi="HY헤드라인M" w:cs="휴먼명조"/>
                <w:spacing w:val="-12"/>
                <w:w w:val="97"/>
                <w:sz w:val="24"/>
              </w:rPr>
              <w:t>)</w:t>
            </w:r>
          </w:p>
        </w:tc>
        <w:tc>
          <w:tcPr>
            <w:tcW w:w="4485" w:type="dxa"/>
            <w:gridSpan w:val="5"/>
            <w:tcBorders>
              <w:top w:val="single" w:sz="2" w:space="0" w:color="000000"/>
              <w:left w:val="single" w:sz="3" w:space="0" w:color="000000"/>
              <w:bottom w:val="single" w:sz="9" w:space="0" w:color="000000"/>
              <w:right w:val="single" w:sz="12" w:space="0" w:color="auto"/>
            </w:tcBorders>
            <w:tcMar>
              <w:top w:w="0" w:type="dxa"/>
              <w:left w:w="28" w:type="dxa"/>
              <w:bottom w:w="0" w:type="dxa"/>
              <w:right w:w="28" w:type="dxa"/>
            </w:tcMar>
            <w:vAlign w:val="center"/>
          </w:tcPr>
          <w:p w:rsidR="00DA08A1" w:rsidRDefault="00F3557A" w:rsidP="002A5F8B">
            <w:pPr>
              <w:spacing w:line="260" w:lineRule="exact"/>
              <w:rPr>
                <w:rFonts w:ascii="HY헤드라인M" w:eastAsia="휴먼명조" w:hAnsi="HY헤드라인M"/>
                <w:sz w:val="24"/>
                <w:szCs w:val="24"/>
              </w:rPr>
            </w:pPr>
            <w:r>
              <w:rPr>
                <w:rFonts w:ascii="HY헤드라인M" w:eastAsia="휴먼명조" w:hAnsi="HY헤드라인M" w:cs="휴먼명조"/>
                <w:spacing w:val="-12"/>
                <w:w w:val="97"/>
                <w:sz w:val="24"/>
              </w:rPr>
              <w:t>(E-mail)</w:t>
            </w:r>
          </w:p>
        </w:tc>
      </w:tr>
      <w:tr w:rsidR="00DA08A1" w:rsidTr="00F57BDF">
        <w:trPr>
          <w:trHeight w:val="2910"/>
          <w:jc w:val="center"/>
        </w:trPr>
        <w:tc>
          <w:tcPr>
            <w:tcW w:w="9538" w:type="dxa"/>
            <w:gridSpan w:val="12"/>
            <w:tcBorders>
              <w:top w:val="single" w:sz="9" w:space="0" w:color="000000"/>
              <w:left w:val="single" w:sz="12" w:space="0" w:color="auto"/>
              <w:bottom w:val="single" w:sz="12" w:space="0" w:color="auto"/>
              <w:right w:val="single" w:sz="12" w:space="0" w:color="auto"/>
            </w:tcBorders>
            <w:tcMar>
              <w:top w:w="28" w:type="dxa"/>
              <w:left w:w="28" w:type="dxa"/>
              <w:bottom w:w="28" w:type="dxa"/>
              <w:right w:w="28" w:type="dxa"/>
            </w:tcMar>
            <w:vAlign w:val="center"/>
          </w:tcPr>
          <w:p w:rsidR="00DA08A1" w:rsidRDefault="00F3557A" w:rsidP="002A5F8B">
            <w:pPr>
              <w:spacing w:line="260" w:lineRule="exact"/>
              <w:jc w:val="both"/>
              <w:rPr>
                <w:rFonts w:ascii="HY헤드라인M" w:eastAsia="휴먼명조" w:hAnsi="HY헤드라인M"/>
                <w:sz w:val="24"/>
                <w:szCs w:val="24"/>
                <w:lang w:eastAsia="ko-KR"/>
              </w:rPr>
            </w:pPr>
            <w:r>
              <w:rPr>
                <w:rFonts w:ascii="HY헤드라인M" w:eastAsia="휴먼명조" w:hAnsi="HY헤드라인M" w:cs="휴먼명조"/>
                <w:spacing w:val="-12"/>
                <w:w w:val="97"/>
                <w:sz w:val="24"/>
                <w:lang w:eastAsia="ko-KR"/>
              </w:rPr>
              <w:t>당사는</w:t>
            </w:r>
            <w:r>
              <w:rPr>
                <w:rFonts w:ascii="HY헤드라인M" w:eastAsia="휴먼명조" w:hAnsi="HY헤드라인M" w:cs="휴먼명조"/>
                <w:spacing w:val="-12"/>
                <w:w w:val="97"/>
                <w:sz w:val="24"/>
                <w:lang w:eastAsia="ko-KR"/>
              </w:rPr>
              <w:t xml:space="preserve"> 2027</w:t>
            </w:r>
            <w:r>
              <w:rPr>
                <w:rFonts w:ascii="HY헤드라인M" w:eastAsia="휴먼명조" w:hAnsi="HY헤드라인M" w:cs="휴먼명조"/>
                <w:spacing w:val="-12"/>
                <w:w w:val="97"/>
                <w:sz w:val="24"/>
                <w:lang w:eastAsia="ko-KR"/>
              </w:rPr>
              <w:t>년</w:t>
            </w:r>
            <w:r>
              <w:rPr>
                <w:rFonts w:ascii="HY헤드라인M" w:eastAsia="휴먼명조" w:hAnsi="HY헤드라인M" w:cs="휴먼명조"/>
                <w:spacing w:val="-12"/>
                <w:w w:val="97"/>
                <w:sz w:val="24"/>
                <w:lang w:eastAsia="ko-KR"/>
              </w:rPr>
              <w:t xml:space="preserve"> </w:t>
            </w:r>
            <w:r>
              <w:rPr>
                <w:rFonts w:ascii="HY헤드라인M" w:eastAsia="휴먼명조" w:hAnsi="HY헤드라인M" w:cs="휴먼명조"/>
                <w:spacing w:val="-12"/>
                <w:w w:val="97"/>
                <w:sz w:val="24"/>
                <w:lang w:eastAsia="ko-KR"/>
              </w:rPr>
              <w:t>해외민간네트워크</w:t>
            </w:r>
            <w:r>
              <w:rPr>
                <w:rFonts w:ascii="HY헤드라인M" w:eastAsia="휴먼명조" w:hAnsi="HY헤드라인M" w:cs="휴먼명조"/>
                <w:spacing w:val="-12"/>
                <w:w w:val="97"/>
                <w:sz w:val="24"/>
                <w:lang w:eastAsia="ko-KR"/>
              </w:rPr>
              <w:t xml:space="preserve"> </w:t>
            </w:r>
            <w:r>
              <w:rPr>
                <w:rFonts w:ascii="HY헤드라인M" w:eastAsia="휴먼명조" w:hAnsi="HY헤드라인M" w:cs="휴먼명조"/>
                <w:spacing w:val="-12"/>
                <w:w w:val="97"/>
                <w:sz w:val="24"/>
                <w:lang w:eastAsia="ko-KR"/>
              </w:rPr>
              <w:t>지정</w:t>
            </w:r>
            <w:r>
              <w:rPr>
                <w:rFonts w:ascii="HY헤드라인M" w:eastAsia="휴먼명조" w:hAnsi="HY헤드라인M" w:cs="휴먼명조"/>
                <w:spacing w:val="-12"/>
                <w:w w:val="97"/>
                <w:sz w:val="24"/>
                <w:lang w:eastAsia="ko-KR"/>
              </w:rPr>
              <w:t xml:space="preserve"> </w:t>
            </w:r>
            <w:r>
              <w:rPr>
                <w:rFonts w:ascii="HY헤드라인M" w:eastAsia="휴먼명조" w:hAnsi="HY헤드라인M" w:cs="휴먼명조"/>
                <w:spacing w:val="-12"/>
                <w:w w:val="97"/>
                <w:sz w:val="24"/>
                <w:lang w:eastAsia="ko-KR"/>
              </w:rPr>
              <w:t>신청과</w:t>
            </w:r>
            <w:r>
              <w:rPr>
                <w:rFonts w:ascii="HY헤드라인M" w:eastAsia="휴먼명조" w:hAnsi="HY헤드라인M" w:cs="휴먼명조"/>
                <w:spacing w:val="-12"/>
                <w:w w:val="97"/>
                <w:sz w:val="24"/>
                <w:lang w:eastAsia="ko-KR"/>
              </w:rPr>
              <w:t xml:space="preserve"> </w:t>
            </w:r>
            <w:r>
              <w:rPr>
                <w:rFonts w:ascii="HY헤드라인M" w:eastAsia="휴먼명조" w:hAnsi="HY헤드라인M" w:cs="휴먼명조"/>
                <w:spacing w:val="-12"/>
                <w:w w:val="97"/>
                <w:sz w:val="24"/>
                <w:lang w:eastAsia="ko-KR"/>
              </w:rPr>
              <w:t>관련하여</w:t>
            </w:r>
            <w:r>
              <w:rPr>
                <w:rFonts w:ascii="HY헤드라인M" w:eastAsia="휴먼명조" w:hAnsi="HY헤드라인M" w:cs="휴먼명조"/>
                <w:spacing w:val="-12"/>
                <w:w w:val="97"/>
                <w:sz w:val="24"/>
                <w:lang w:eastAsia="ko-KR"/>
              </w:rPr>
              <w:t xml:space="preserve">, </w:t>
            </w:r>
            <w:r>
              <w:rPr>
                <w:rFonts w:ascii="HY헤드라인M" w:eastAsia="휴먼명조" w:hAnsi="HY헤드라인M" w:cs="휴먼명조"/>
                <w:spacing w:val="-12"/>
                <w:w w:val="97"/>
                <w:sz w:val="24"/>
                <w:lang w:eastAsia="ko-KR"/>
              </w:rPr>
              <w:t>신청서에</w:t>
            </w:r>
            <w:r>
              <w:rPr>
                <w:rFonts w:ascii="HY헤드라인M" w:eastAsia="휴먼명조" w:hAnsi="HY헤드라인M" w:cs="휴먼명조"/>
                <w:spacing w:val="-12"/>
                <w:w w:val="97"/>
                <w:sz w:val="24"/>
                <w:lang w:eastAsia="ko-KR"/>
              </w:rPr>
              <w:t xml:space="preserve"> </w:t>
            </w:r>
            <w:r>
              <w:rPr>
                <w:rFonts w:ascii="HY헤드라인M" w:eastAsia="휴먼명조" w:hAnsi="HY헤드라인M" w:cs="휴먼명조"/>
                <w:spacing w:val="-12"/>
                <w:w w:val="97"/>
                <w:sz w:val="24"/>
                <w:lang w:eastAsia="ko-KR"/>
              </w:rPr>
              <w:t>기재한</w:t>
            </w:r>
            <w:r>
              <w:rPr>
                <w:rFonts w:ascii="HY헤드라인M" w:eastAsia="휴먼명조" w:hAnsi="HY헤드라인M" w:cs="휴먼명조"/>
                <w:spacing w:val="-12"/>
                <w:w w:val="97"/>
                <w:sz w:val="24"/>
                <w:lang w:eastAsia="ko-KR"/>
              </w:rPr>
              <w:t xml:space="preserve"> </w:t>
            </w:r>
            <w:r>
              <w:rPr>
                <w:rFonts w:ascii="HY헤드라인M" w:eastAsia="휴먼명조" w:hAnsi="HY헤드라인M" w:cs="휴먼명조"/>
                <w:spacing w:val="-12"/>
                <w:w w:val="97"/>
                <w:sz w:val="24"/>
                <w:lang w:eastAsia="ko-KR"/>
              </w:rPr>
              <w:t>내용이</w:t>
            </w:r>
            <w:r>
              <w:rPr>
                <w:rFonts w:ascii="HY헤드라인M" w:eastAsia="휴먼명조" w:hAnsi="HY헤드라인M" w:cs="휴먼명조"/>
                <w:spacing w:val="-12"/>
                <w:w w:val="97"/>
                <w:sz w:val="24"/>
                <w:lang w:eastAsia="ko-KR"/>
              </w:rPr>
              <w:t xml:space="preserve"> </w:t>
            </w:r>
            <w:r>
              <w:rPr>
                <w:rFonts w:ascii="HY헤드라인M" w:eastAsia="휴먼명조" w:hAnsi="HY헤드라인M" w:cs="휴먼명조"/>
                <w:spacing w:val="-12"/>
                <w:w w:val="97"/>
                <w:sz w:val="24"/>
                <w:lang w:eastAsia="ko-KR"/>
              </w:rPr>
              <w:t>사실과</w:t>
            </w:r>
            <w:r>
              <w:rPr>
                <w:rFonts w:ascii="HY헤드라인M" w:eastAsia="휴먼명조" w:hAnsi="HY헤드라인M" w:cs="휴먼명조"/>
                <w:spacing w:val="-12"/>
                <w:w w:val="97"/>
                <w:sz w:val="24"/>
                <w:lang w:eastAsia="ko-KR"/>
              </w:rPr>
              <w:t xml:space="preserve"> </w:t>
            </w:r>
            <w:r>
              <w:rPr>
                <w:rFonts w:ascii="HY헤드라인M" w:eastAsia="휴먼명조" w:hAnsi="HY헤드라인M" w:cs="휴먼명조"/>
                <w:spacing w:val="-12"/>
                <w:w w:val="97"/>
                <w:sz w:val="24"/>
                <w:lang w:eastAsia="ko-KR"/>
              </w:rPr>
              <w:t>다름이</w:t>
            </w:r>
            <w:r>
              <w:rPr>
                <w:rFonts w:ascii="HY헤드라인M" w:eastAsia="휴먼명조" w:hAnsi="HY헤드라인M" w:cs="휴먼명조"/>
                <w:spacing w:val="-12"/>
                <w:w w:val="97"/>
                <w:sz w:val="24"/>
                <w:lang w:eastAsia="ko-KR"/>
              </w:rPr>
              <w:t xml:space="preserve"> </w:t>
            </w:r>
            <w:r>
              <w:rPr>
                <w:rFonts w:ascii="HY헤드라인M" w:eastAsia="휴먼명조" w:hAnsi="HY헤드라인M" w:cs="휴먼명조"/>
                <w:spacing w:val="-12"/>
                <w:w w:val="97"/>
                <w:sz w:val="24"/>
                <w:lang w:eastAsia="ko-KR"/>
              </w:rPr>
              <w:t>없음을</w:t>
            </w:r>
            <w:r>
              <w:rPr>
                <w:rFonts w:ascii="HY헤드라인M" w:eastAsia="휴먼명조" w:hAnsi="HY헤드라인M" w:cs="휴먼명조"/>
                <w:spacing w:val="-12"/>
                <w:w w:val="97"/>
                <w:sz w:val="24"/>
                <w:lang w:eastAsia="ko-KR"/>
              </w:rPr>
              <w:t xml:space="preserve"> </w:t>
            </w:r>
            <w:r>
              <w:rPr>
                <w:rFonts w:ascii="HY헤드라인M" w:eastAsia="휴먼명조" w:hAnsi="HY헤드라인M" w:cs="휴먼명조"/>
                <w:spacing w:val="-12"/>
                <w:w w:val="97"/>
                <w:sz w:val="24"/>
                <w:lang w:eastAsia="ko-KR"/>
              </w:rPr>
              <w:t>확인합니다</w:t>
            </w:r>
            <w:r>
              <w:rPr>
                <w:rFonts w:ascii="HY헤드라인M" w:eastAsia="휴먼명조" w:hAnsi="HY헤드라인M" w:cs="휴먼명조"/>
                <w:spacing w:val="-12"/>
                <w:w w:val="97"/>
                <w:sz w:val="24"/>
                <w:lang w:eastAsia="ko-KR"/>
              </w:rPr>
              <w:t>.</w:t>
            </w:r>
          </w:p>
          <w:p w:rsidR="00DA08A1" w:rsidRDefault="00DA08A1" w:rsidP="002A5F8B">
            <w:pPr>
              <w:spacing w:line="260" w:lineRule="exact"/>
              <w:jc w:val="both"/>
              <w:rPr>
                <w:rFonts w:ascii="HY헤드라인M" w:eastAsia="휴먼명조" w:hAnsi="HY헤드라인M"/>
                <w:sz w:val="12"/>
                <w:szCs w:val="12"/>
                <w:lang w:eastAsia="ko-KR"/>
              </w:rPr>
            </w:pPr>
          </w:p>
          <w:p w:rsidR="00DA08A1" w:rsidRDefault="00F3557A" w:rsidP="002A5F8B">
            <w:pPr>
              <w:spacing w:line="260" w:lineRule="exact"/>
              <w:jc w:val="both"/>
              <w:rPr>
                <w:rFonts w:ascii="HY헤드라인M" w:eastAsia="휴먼명조" w:hAnsi="HY헤드라인M"/>
                <w:sz w:val="24"/>
                <w:szCs w:val="24"/>
                <w:lang w:eastAsia="ko-KR"/>
              </w:rPr>
            </w:pPr>
            <w:r>
              <w:rPr>
                <w:rFonts w:ascii="HY헤드라인M" w:eastAsia="휴먼명조" w:hAnsi="HY헤드라인M" w:cs="휴먼명조"/>
                <w:spacing w:val="-12"/>
                <w:w w:val="97"/>
                <w:sz w:val="24"/>
                <w:lang w:eastAsia="ko-KR"/>
              </w:rPr>
              <w:t>또한</w:t>
            </w:r>
            <w:r>
              <w:rPr>
                <w:rFonts w:ascii="HY헤드라인M" w:eastAsia="휴먼명조" w:hAnsi="HY헤드라인M" w:cs="휴먼명조"/>
                <w:spacing w:val="-12"/>
                <w:w w:val="97"/>
                <w:sz w:val="24"/>
                <w:lang w:eastAsia="ko-KR"/>
              </w:rPr>
              <w:t xml:space="preserve"> </w:t>
            </w:r>
            <w:r>
              <w:rPr>
                <w:rFonts w:ascii="HY헤드라인M" w:eastAsia="휴먼명조" w:hAnsi="HY헤드라인M" w:cs="휴먼명조"/>
                <w:spacing w:val="-12"/>
                <w:w w:val="97"/>
                <w:sz w:val="24"/>
                <w:lang w:eastAsia="ko-KR"/>
              </w:rPr>
              <w:t>제출한</w:t>
            </w:r>
            <w:r>
              <w:rPr>
                <w:rFonts w:ascii="HY헤드라인M" w:eastAsia="휴먼명조" w:hAnsi="HY헤드라인M" w:cs="휴먼명조"/>
                <w:spacing w:val="-12"/>
                <w:w w:val="97"/>
                <w:sz w:val="24"/>
                <w:lang w:eastAsia="ko-KR"/>
              </w:rPr>
              <w:t xml:space="preserve"> </w:t>
            </w:r>
            <w:r>
              <w:rPr>
                <w:rFonts w:ascii="HY헤드라인M" w:eastAsia="휴먼명조" w:hAnsi="HY헤드라인M" w:cs="휴먼명조"/>
                <w:spacing w:val="-12"/>
                <w:w w:val="97"/>
                <w:sz w:val="24"/>
                <w:lang w:eastAsia="ko-KR"/>
              </w:rPr>
              <w:t>서류</w:t>
            </w:r>
            <w:r>
              <w:rPr>
                <w:rFonts w:ascii="HY헤드라인M" w:eastAsia="휴먼명조" w:hAnsi="HY헤드라인M" w:cs="휴먼명조"/>
                <w:spacing w:val="-12"/>
                <w:w w:val="97"/>
                <w:sz w:val="24"/>
                <w:lang w:eastAsia="ko-KR"/>
              </w:rPr>
              <w:t xml:space="preserve"> </w:t>
            </w:r>
            <w:r>
              <w:rPr>
                <w:rFonts w:ascii="HY헤드라인M" w:eastAsia="휴먼명조" w:hAnsi="HY헤드라인M" w:cs="휴먼명조"/>
                <w:spacing w:val="-12"/>
                <w:w w:val="97"/>
                <w:sz w:val="24"/>
                <w:lang w:eastAsia="ko-KR"/>
              </w:rPr>
              <w:t>및</w:t>
            </w:r>
            <w:r>
              <w:rPr>
                <w:rFonts w:ascii="HY헤드라인M" w:eastAsia="휴먼명조" w:hAnsi="HY헤드라인M" w:cs="휴먼명조"/>
                <w:spacing w:val="-12"/>
                <w:w w:val="97"/>
                <w:sz w:val="24"/>
                <w:lang w:eastAsia="ko-KR"/>
              </w:rPr>
              <w:t xml:space="preserve"> </w:t>
            </w:r>
            <w:r>
              <w:rPr>
                <w:rFonts w:ascii="HY헤드라인M" w:eastAsia="휴먼명조" w:hAnsi="HY헤드라인M" w:cs="휴먼명조"/>
                <w:spacing w:val="-12"/>
                <w:w w:val="97"/>
                <w:sz w:val="24"/>
                <w:lang w:eastAsia="ko-KR"/>
              </w:rPr>
              <w:t>정보가</w:t>
            </w:r>
            <w:r>
              <w:rPr>
                <w:rFonts w:ascii="HY헤드라인M" w:eastAsia="휴먼명조" w:hAnsi="HY헤드라인M" w:cs="휴먼명조"/>
                <w:spacing w:val="-12"/>
                <w:w w:val="97"/>
                <w:sz w:val="24"/>
                <w:lang w:eastAsia="ko-KR"/>
              </w:rPr>
              <w:t xml:space="preserve"> </w:t>
            </w:r>
            <w:r>
              <w:rPr>
                <w:rFonts w:ascii="HY헤드라인M" w:eastAsia="휴먼명조" w:hAnsi="HY헤드라인M" w:cs="휴먼명조"/>
                <w:spacing w:val="-12"/>
                <w:w w:val="97"/>
                <w:sz w:val="24"/>
                <w:lang w:eastAsia="ko-KR"/>
              </w:rPr>
              <w:t>중소벤처기업진흥공단</w:t>
            </w:r>
            <w:r>
              <w:rPr>
                <w:rFonts w:ascii="HY헤드라인M" w:eastAsia="휴먼명조" w:hAnsi="HY헤드라인M" w:cs="휴먼명조"/>
                <w:spacing w:val="-12"/>
                <w:w w:val="97"/>
                <w:sz w:val="24"/>
                <w:lang w:eastAsia="ko-KR"/>
              </w:rPr>
              <w:t xml:space="preserve"> </w:t>
            </w:r>
            <w:r>
              <w:rPr>
                <w:rFonts w:ascii="HY헤드라인M" w:eastAsia="휴먼명조" w:hAnsi="HY헤드라인M" w:cs="휴먼명조"/>
                <w:spacing w:val="-12"/>
                <w:w w:val="97"/>
                <w:sz w:val="24"/>
                <w:lang w:eastAsia="ko-KR"/>
              </w:rPr>
              <w:t>지원사업</w:t>
            </w:r>
            <w:r>
              <w:rPr>
                <w:rFonts w:ascii="HY헤드라인M" w:eastAsia="휴먼명조" w:hAnsi="HY헤드라인M" w:cs="휴먼명조"/>
                <w:spacing w:val="-12"/>
                <w:w w:val="97"/>
                <w:sz w:val="24"/>
                <w:lang w:eastAsia="ko-KR"/>
              </w:rPr>
              <w:t xml:space="preserve"> </w:t>
            </w:r>
            <w:r>
              <w:rPr>
                <w:rFonts w:ascii="HY헤드라인M" w:eastAsia="휴먼명조" w:hAnsi="HY헤드라인M" w:cs="휴먼명조"/>
                <w:spacing w:val="-12"/>
                <w:w w:val="97"/>
                <w:sz w:val="24"/>
                <w:lang w:eastAsia="ko-KR"/>
              </w:rPr>
              <w:t>심사</w:t>
            </w:r>
            <w:r>
              <w:rPr>
                <w:rFonts w:ascii="HY헤드라인M" w:eastAsia="휴먼명조" w:hAnsi="HY헤드라인M" w:cs="휴먼명조"/>
                <w:spacing w:val="-12"/>
                <w:w w:val="97"/>
                <w:sz w:val="24"/>
                <w:lang w:eastAsia="ko-KR"/>
              </w:rPr>
              <w:t xml:space="preserve"> </w:t>
            </w:r>
            <w:r>
              <w:rPr>
                <w:rFonts w:ascii="HY헤드라인M" w:eastAsia="휴먼명조" w:hAnsi="HY헤드라인M" w:cs="휴먼명조"/>
                <w:spacing w:val="-12"/>
                <w:w w:val="97"/>
                <w:sz w:val="24"/>
                <w:lang w:eastAsia="ko-KR"/>
              </w:rPr>
              <w:t>및</w:t>
            </w:r>
            <w:r>
              <w:rPr>
                <w:rFonts w:ascii="HY헤드라인M" w:eastAsia="휴먼명조" w:hAnsi="HY헤드라인M" w:cs="휴먼명조"/>
                <w:spacing w:val="-12"/>
                <w:w w:val="97"/>
                <w:sz w:val="24"/>
                <w:lang w:eastAsia="ko-KR"/>
              </w:rPr>
              <w:t xml:space="preserve"> </w:t>
            </w:r>
            <w:r>
              <w:rPr>
                <w:rFonts w:ascii="HY헤드라인M" w:eastAsia="휴먼명조" w:hAnsi="HY헤드라인M" w:cs="휴먼명조"/>
                <w:spacing w:val="-12"/>
                <w:w w:val="97"/>
                <w:sz w:val="24"/>
                <w:lang w:eastAsia="ko-KR"/>
              </w:rPr>
              <w:t>신용정보</w:t>
            </w:r>
            <w:r>
              <w:rPr>
                <w:rFonts w:ascii="HY헤드라인M" w:eastAsia="휴먼명조" w:hAnsi="HY헤드라인M" w:cs="휴먼명조"/>
                <w:spacing w:val="-12"/>
                <w:w w:val="97"/>
                <w:sz w:val="24"/>
                <w:lang w:eastAsia="ko-KR"/>
              </w:rPr>
              <w:t xml:space="preserve"> </w:t>
            </w:r>
            <w:r>
              <w:rPr>
                <w:rFonts w:ascii="HY헤드라인M" w:eastAsia="휴먼명조" w:hAnsi="HY헤드라인M" w:cs="휴먼명조"/>
                <w:spacing w:val="-12"/>
                <w:w w:val="97"/>
                <w:sz w:val="24"/>
                <w:lang w:eastAsia="ko-KR"/>
              </w:rPr>
              <w:t>제공</w:t>
            </w:r>
            <w:r>
              <w:rPr>
                <w:rFonts w:ascii="HY헤드라인M" w:eastAsia="휴먼명조" w:hAnsi="HY헤드라인M" w:cs="휴먼명조"/>
                <w:spacing w:val="-12"/>
                <w:w w:val="97"/>
                <w:sz w:val="24"/>
                <w:lang w:eastAsia="ko-KR"/>
              </w:rPr>
              <w:t>·</w:t>
            </w:r>
            <w:r>
              <w:rPr>
                <w:rFonts w:ascii="HY헤드라인M" w:eastAsia="휴먼명조" w:hAnsi="HY헤드라인M" w:cs="휴먼명조"/>
                <w:spacing w:val="-12"/>
                <w:w w:val="97"/>
                <w:sz w:val="24"/>
                <w:lang w:eastAsia="ko-KR"/>
              </w:rPr>
              <w:t>조회</w:t>
            </w:r>
            <w:r>
              <w:rPr>
                <w:rFonts w:ascii="HY헤드라인M" w:eastAsia="휴먼명조" w:hAnsi="HY헤드라인M" w:cs="휴먼명조"/>
                <w:spacing w:val="-17"/>
                <w:w w:val="97"/>
                <w:sz w:val="24"/>
                <w:lang w:eastAsia="ko-KR"/>
              </w:rPr>
              <w:t>에</w:t>
            </w:r>
            <w:r>
              <w:rPr>
                <w:rFonts w:ascii="HY헤드라인M" w:eastAsia="휴먼명조" w:hAnsi="HY헤드라인M" w:cs="휴먼명조"/>
                <w:spacing w:val="-17"/>
                <w:w w:val="97"/>
                <w:sz w:val="24"/>
                <w:lang w:eastAsia="ko-KR"/>
              </w:rPr>
              <w:t xml:space="preserve"> </w:t>
            </w:r>
            <w:r>
              <w:rPr>
                <w:rFonts w:ascii="HY헤드라인M" w:eastAsia="휴먼명조" w:hAnsi="HY헤드라인M" w:cs="휴먼명조"/>
                <w:spacing w:val="-17"/>
                <w:w w:val="97"/>
                <w:sz w:val="24"/>
                <w:lang w:eastAsia="ko-KR"/>
              </w:rPr>
              <w:t>활용되는</w:t>
            </w:r>
            <w:r>
              <w:rPr>
                <w:rFonts w:ascii="HY헤드라인M" w:eastAsia="휴먼명조" w:hAnsi="HY헤드라인M" w:cs="휴먼명조"/>
                <w:spacing w:val="-17"/>
                <w:w w:val="97"/>
                <w:sz w:val="24"/>
                <w:lang w:eastAsia="ko-KR"/>
              </w:rPr>
              <w:t xml:space="preserve"> </w:t>
            </w:r>
            <w:r>
              <w:rPr>
                <w:rFonts w:ascii="HY헤드라인M" w:eastAsia="휴먼명조" w:hAnsi="HY헤드라인M" w:cs="휴먼명조"/>
                <w:spacing w:val="-17"/>
                <w:w w:val="97"/>
                <w:sz w:val="24"/>
                <w:lang w:eastAsia="ko-KR"/>
              </w:rPr>
              <w:t>것에</w:t>
            </w:r>
            <w:r>
              <w:rPr>
                <w:rFonts w:ascii="HY헤드라인M" w:eastAsia="휴먼명조" w:hAnsi="HY헤드라인M" w:cs="휴먼명조"/>
                <w:spacing w:val="-17"/>
                <w:w w:val="97"/>
                <w:sz w:val="24"/>
                <w:lang w:eastAsia="ko-KR"/>
              </w:rPr>
              <w:t xml:space="preserve"> </w:t>
            </w:r>
            <w:r>
              <w:rPr>
                <w:rFonts w:ascii="HY헤드라인M" w:eastAsia="휴먼명조" w:hAnsi="HY헤드라인M" w:cs="휴먼명조"/>
                <w:spacing w:val="-17"/>
                <w:w w:val="97"/>
                <w:sz w:val="24"/>
                <w:lang w:eastAsia="ko-KR"/>
              </w:rPr>
              <w:t>동의하며</w:t>
            </w:r>
            <w:r>
              <w:rPr>
                <w:rFonts w:ascii="HY헤드라인M" w:eastAsia="휴먼명조" w:hAnsi="HY헤드라인M" w:cs="휴먼명조"/>
                <w:spacing w:val="-17"/>
                <w:w w:val="97"/>
                <w:sz w:val="24"/>
                <w:lang w:eastAsia="ko-KR"/>
              </w:rPr>
              <w:t xml:space="preserve">, </w:t>
            </w:r>
            <w:r>
              <w:rPr>
                <w:rFonts w:ascii="HY헤드라인M" w:eastAsia="휴먼명조" w:hAnsi="HY헤드라인M" w:cs="휴먼명조"/>
                <w:spacing w:val="-17"/>
                <w:w w:val="97"/>
                <w:sz w:val="24"/>
                <w:lang w:eastAsia="ko-KR"/>
              </w:rPr>
              <w:t>해외민간네트워크로</w:t>
            </w:r>
            <w:r>
              <w:rPr>
                <w:rFonts w:ascii="HY헤드라인M" w:eastAsia="휴먼명조" w:hAnsi="HY헤드라인M" w:cs="휴먼명조"/>
                <w:spacing w:val="-17"/>
                <w:w w:val="97"/>
                <w:sz w:val="24"/>
                <w:lang w:eastAsia="ko-KR"/>
              </w:rPr>
              <w:t xml:space="preserve"> </w:t>
            </w:r>
            <w:r>
              <w:rPr>
                <w:rFonts w:ascii="HY헤드라인M" w:eastAsia="휴먼명조" w:hAnsi="HY헤드라인M" w:cs="휴먼명조"/>
                <w:spacing w:val="-17"/>
                <w:w w:val="97"/>
                <w:sz w:val="24"/>
                <w:lang w:eastAsia="ko-KR"/>
              </w:rPr>
              <w:t>선정될</w:t>
            </w:r>
            <w:r>
              <w:rPr>
                <w:rFonts w:ascii="HY헤드라인M" w:eastAsia="휴먼명조" w:hAnsi="HY헤드라인M" w:cs="휴먼명조"/>
                <w:spacing w:val="-17"/>
                <w:w w:val="97"/>
                <w:sz w:val="24"/>
                <w:lang w:eastAsia="ko-KR"/>
              </w:rPr>
              <w:t xml:space="preserve"> </w:t>
            </w:r>
            <w:r>
              <w:rPr>
                <w:rFonts w:ascii="HY헤드라인M" w:eastAsia="휴먼명조" w:hAnsi="HY헤드라인M" w:cs="휴먼명조"/>
                <w:spacing w:val="-17"/>
                <w:w w:val="97"/>
                <w:sz w:val="24"/>
                <w:lang w:eastAsia="ko-KR"/>
              </w:rPr>
              <w:t>경우</w:t>
            </w:r>
            <w:r>
              <w:rPr>
                <w:rFonts w:ascii="HY헤드라인M" w:eastAsia="휴먼명조" w:hAnsi="HY헤드라인M" w:cs="휴먼명조"/>
                <w:spacing w:val="-17"/>
                <w:w w:val="97"/>
                <w:sz w:val="24"/>
                <w:lang w:eastAsia="ko-KR"/>
              </w:rPr>
              <w:t xml:space="preserve"> </w:t>
            </w:r>
            <w:proofErr w:type="spellStart"/>
            <w:r>
              <w:rPr>
                <w:rFonts w:ascii="HY헤드라인M" w:eastAsia="휴먼명조" w:hAnsi="HY헤드라인M" w:cs="휴먼명조"/>
                <w:spacing w:val="-17"/>
                <w:w w:val="97"/>
                <w:sz w:val="24"/>
                <w:lang w:eastAsia="ko-KR"/>
              </w:rPr>
              <w:t>보조금법</w:t>
            </w:r>
            <w:proofErr w:type="spellEnd"/>
            <w:r>
              <w:rPr>
                <w:rFonts w:ascii="HY헤드라인M" w:eastAsia="휴먼명조" w:hAnsi="HY헤드라인M" w:cs="휴먼명조"/>
                <w:spacing w:val="-17"/>
                <w:w w:val="97"/>
                <w:sz w:val="24"/>
                <w:lang w:eastAsia="ko-KR"/>
              </w:rPr>
              <w:t xml:space="preserve"> </w:t>
            </w:r>
            <w:r>
              <w:rPr>
                <w:rFonts w:ascii="HY헤드라인M" w:eastAsia="휴먼명조" w:hAnsi="HY헤드라인M" w:cs="휴먼명조"/>
                <w:spacing w:val="-17"/>
                <w:w w:val="97"/>
                <w:sz w:val="24"/>
                <w:lang w:eastAsia="ko-KR"/>
              </w:rPr>
              <w:t>등</w:t>
            </w:r>
            <w:r>
              <w:rPr>
                <w:rFonts w:ascii="HY헤드라인M" w:eastAsia="휴먼명조" w:hAnsi="HY헤드라인M" w:cs="휴먼명조"/>
                <w:spacing w:val="-17"/>
                <w:w w:val="97"/>
                <w:sz w:val="24"/>
                <w:lang w:eastAsia="ko-KR"/>
              </w:rPr>
              <w:t xml:space="preserve"> </w:t>
            </w:r>
            <w:r>
              <w:rPr>
                <w:rFonts w:ascii="HY헤드라인M" w:eastAsia="휴먼명조" w:hAnsi="HY헤드라인M" w:cs="휴먼명조"/>
                <w:spacing w:val="-17"/>
                <w:w w:val="97"/>
                <w:sz w:val="24"/>
                <w:lang w:eastAsia="ko-KR"/>
              </w:rPr>
              <w:t>관련</w:t>
            </w:r>
            <w:r>
              <w:rPr>
                <w:rFonts w:ascii="HY헤드라인M" w:eastAsia="휴먼명조" w:hAnsi="HY헤드라인M" w:cs="휴먼명조"/>
                <w:spacing w:val="-17"/>
                <w:w w:val="97"/>
                <w:sz w:val="24"/>
                <w:lang w:eastAsia="ko-KR"/>
              </w:rPr>
              <w:t xml:space="preserve"> </w:t>
            </w:r>
            <w:r>
              <w:rPr>
                <w:rFonts w:ascii="HY헤드라인M" w:eastAsia="휴먼명조" w:hAnsi="HY헤드라인M" w:cs="휴먼명조"/>
                <w:spacing w:val="-17"/>
                <w:w w:val="97"/>
                <w:sz w:val="24"/>
                <w:lang w:eastAsia="ko-KR"/>
              </w:rPr>
              <w:t>법령</w:t>
            </w:r>
            <w:r>
              <w:rPr>
                <w:rFonts w:ascii="HY헤드라인M" w:eastAsia="휴먼명조" w:hAnsi="HY헤드라인M" w:cs="휴먼명조"/>
                <w:spacing w:val="-17"/>
                <w:w w:val="97"/>
                <w:sz w:val="24"/>
                <w:lang w:eastAsia="ko-KR"/>
              </w:rPr>
              <w:t xml:space="preserve"> </w:t>
            </w:r>
            <w:r>
              <w:rPr>
                <w:rFonts w:ascii="HY헤드라인M" w:eastAsia="휴먼명조" w:hAnsi="HY헤드라인M" w:cs="휴먼명조"/>
                <w:spacing w:val="-17"/>
                <w:w w:val="97"/>
                <w:sz w:val="24"/>
                <w:lang w:eastAsia="ko-KR"/>
              </w:rPr>
              <w:t>및</w:t>
            </w:r>
            <w:r>
              <w:rPr>
                <w:rFonts w:ascii="HY헤드라인M" w:eastAsia="휴먼명조" w:hAnsi="HY헤드라인M" w:cs="휴먼명조"/>
                <w:spacing w:val="-17"/>
                <w:w w:val="97"/>
                <w:sz w:val="24"/>
                <w:lang w:eastAsia="ko-KR"/>
              </w:rPr>
              <w:t xml:space="preserve"> </w:t>
            </w:r>
            <w:proofErr w:type="spellStart"/>
            <w:r>
              <w:rPr>
                <w:rFonts w:ascii="HY헤드라인M" w:eastAsia="휴먼명조" w:hAnsi="HY헤드라인M" w:cs="휴먼명조"/>
                <w:spacing w:val="-17"/>
                <w:w w:val="97"/>
                <w:sz w:val="24"/>
                <w:lang w:eastAsia="ko-KR"/>
              </w:rPr>
              <w:t>사업지침을</w:t>
            </w:r>
            <w:proofErr w:type="spellEnd"/>
            <w:r>
              <w:rPr>
                <w:rFonts w:ascii="HY헤드라인M" w:eastAsia="휴먼명조" w:hAnsi="HY헤드라인M" w:cs="휴먼명조"/>
                <w:spacing w:val="-17"/>
                <w:w w:val="97"/>
                <w:sz w:val="24"/>
                <w:lang w:eastAsia="ko-KR"/>
              </w:rPr>
              <w:t xml:space="preserve"> </w:t>
            </w:r>
            <w:r>
              <w:rPr>
                <w:rFonts w:ascii="HY헤드라인M" w:eastAsia="휴먼명조" w:hAnsi="HY헤드라인M" w:cs="휴먼명조"/>
                <w:spacing w:val="-17"/>
                <w:w w:val="97"/>
                <w:sz w:val="24"/>
                <w:lang w:eastAsia="ko-KR"/>
              </w:rPr>
              <w:t>준수하고</w:t>
            </w:r>
            <w:r>
              <w:rPr>
                <w:rFonts w:ascii="HY헤드라인M" w:eastAsia="휴먼명조" w:hAnsi="HY헤드라인M" w:cs="휴먼명조"/>
                <w:spacing w:val="-17"/>
                <w:w w:val="97"/>
                <w:sz w:val="24"/>
                <w:lang w:eastAsia="ko-KR"/>
              </w:rPr>
              <w:t xml:space="preserve"> </w:t>
            </w:r>
            <w:r>
              <w:rPr>
                <w:rFonts w:ascii="HY헤드라인M" w:eastAsia="휴먼명조" w:hAnsi="HY헤드라인M" w:cs="휴먼명조"/>
                <w:spacing w:val="-17"/>
                <w:w w:val="97"/>
                <w:sz w:val="24"/>
                <w:lang w:eastAsia="ko-KR"/>
              </w:rPr>
              <w:t>부정수급</w:t>
            </w:r>
            <w:r>
              <w:rPr>
                <w:rFonts w:ascii="HY헤드라인M" w:eastAsia="휴먼명조" w:hAnsi="HY헤드라인M" w:cs="휴먼명조"/>
                <w:spacing w:val="-17"/>
                <w:w w:val="97"/>
                <w:sz w:val="24"/>
                <w:lang w:eastAsia="ko-KR"/>
              </w:rPr>
              <w:t xml:space="preserve"> </w:t>
            </w:r>
            <w:r>
              <w:rPr>
                <w:rFonts w:ascii="HY헤드라인M" w:eastAsia="휴먼명조" w:hAnsi="HY헤드라인M" w:cs="휴먼명조"/>
                <w:spacing w:val="-17"/>
                <w:w w:val="97"/>
                <w:sz w:val="24"/>
                <w:lang w:eastAsia="ko-KR"/>
              </w:rPr>
              <w:t>방지</w:t>
            </w:r>
            <w:r>
              <w:rPr>
                <w:rFonts w:ascii="HY헤드라인M" w:eastAsia="휴먼명조" w:hAnsi="HY헤드라인M" w:cs="휴먼명조"/>
                <w:spacing w:val="-17"/>
                <w:w w:val="97"/>
                <w:sz w:val="24"/>
                <w:lang w:eastAsia="ko-KR"/>
              </w:rPr>
              <w:t xml:space="preserve"> </w:t>
            </w:r>
            <w:r>
              <w:rPr>
                <w:rFonts w:ascii="HY헤드라인M" w:eastAsia="휴먼명조" w:hAnsi="HY헤드라인M" w:cs="휴먼명조"/>
                <w:spacing w:val="-17"/>
                <w:w w:val="97"/>
                <w:sz w:val="24"/>
                <w:lang w:eastAsia="ko-KR"/>
              </w:rPr>
              <w:t>의무를</w:t>
            </w:r>
            <w:r>
              <w:rPr>
                <w:rFonts w:ascii="HY헤드라인M" w:eastAsia="휴먼명조" w:hAnsi="HY헤드라인M" w:cs="휴먼명조"/>
                <w:spacing w:val="-17"/>
                <w:w w:val="97"/>
                <w:sz w:val="24"/>
                <w:lang w:eastAsia="ko-KR"/>
              </w:rPr>
              <w:t xml:space="preserve"> </w:t>
            </w:r>
            <w:r>
              <w:rPr>
                <w:rFonts w:ascii="HY헤드라인M" w:eastAsia="휴먼명조" w:hAnsi="HY헤드라인M" w:cs="휴먼명조"/>
                <w:spacing w:val="-17"/>
                <w:w w:val="97"/>
                <w:sz w:val="24"/>
                <w:lang w:eastAsia="ko-KR"/>
              </w:rPr>
              <w:t>성실히</w:t>
            </w:r>
            <w:r>
              <w:rPr>
                <w:rFonts w:ascii="HY헤드라인M" w:eastAsia="휴먼명조" w:hAnsi="HY헤드라인M" w:cs="휴먼명조"/>
                <w:spacing w:val="-17"/>
                <w:w w:val="97"/>
                <w:sz w:val="24"/>
                <w:lang w:eastAsia="ko-KR"/>
              </w:rPr>
              <w:t xml:space="preserve"> </w:t>
            </w:r>
            <w:r>
              <w:rPr>
                <w:rFonts w:ascii="HY헤드라인M" w:eastAsia="휴먼명조" w:hAnsi="HY헤드라인M" w:cs="휴먼명조"/>
                <w:spacing w:val="-17"/>
                <w:w w:val="97"/>
                <w:sz w:val="24"/>
                <w:lang w:eastAsia="ko-KR"/>
              </w:rPr>
              <w:t>이행할</w:t>
            </w:r>
            <w:r>
              <w:rPr>
                <w:rFonts w:ascii="HY헤드라인M" w:eastAsia="휴먼명조" w:hAnsi="HY헤드라인M" w:cs="휴먼명조"/>
                <w:spacing w:val="-17"/>
                <w:w w:val="97"/>
                <w:sz w:val="24"/>
                <w:lang w:eastAsia="ko-KR"/>
              </w:rPr>
              <w:t xml:space="preserve"> </w:t>
            </w:r>
            <w:r>
              <w:rPr>
                <w:rFonts w:ascii="HY헤드라인M" w:eastAsia="휴먼명조" w:hAnsi="HY헤드라인M" w:cs="휴먼명조"/>
                <w:spacing w:val="-17"/>
                <w:w w:val="97"/>
                <w:sz w:val="24"/>
                <w:lang w:eastAsia="ko-KR"/>
              </w:rPr>
              <w:t>것을</w:t>
            </w:r>
            <w:r>
              <w:rPr>
                <w:rFonts w:ascii="HY헤드라인M" w:eastAsia="휴먼명조" w:hAnsi="HY헤드라인M" w:cs="휴먼명조"/>
                <w:spacing w:val="-17"/>
                <w:w w:val="97"/>
                <w:sz w:val="24"/>
                <w:lang w:eastAsia="ko-KR"/>
              </w:rPr>
              <w:t xml:space="preserve"> </w:t>
            </w:r>
            <w:r>
              <w:rPr>
                <w:rFonts w:ascii="HY헤드라인M" w:eastAsia="휴먼명조" w:hAnsi="HY헤드라인M" w:cs="휴먼명조"/>
                <w:spacing w:val="-17"/>
                <w:w w:val="97"/>
                <w:sz w:val="24"/>
                <w:lang w:eastAsia="ko-KR"/>
              </w:rPr>
              <w:t>확인합니다</w:t>
            </w:r>
            <w:r>
              <w:rPr>
                <w:rFonts w:ascii="HY헤드라인M" w:eastAsia="휴먼명조" w:hAnsi="HY헤드라인M" w:cs="휴먼명조"/>
                <w:spacing w:val="-17"/>
                <w:w w:val="97"/>
                <w:sz w:val="24"/>
                <w:lang w:eastAsia="ko-KR"/>
              </w:rPr>
              <w:t>.</w:t>
            </w:r>
          </w:p>
          <w:p w:rsidR="00DA08A1" w:rsidRDefault="00DA08A1" w:rsidP="002A5F8B">
            <w:pPr>
              <w:spacing w:line="260" w:lineRule="exact"/>
              <w:jc w:val="both"/>
              <w:rPr>
                <w:rFonts w:ascii="HY헤드라인M" w:eastAsia="휴먼명조" w:hAnsi="HY헤드라인M"/>
                <w:sz w:val="24"/>
                <w:szCs w:val="24"/>
                <w:lang w:eastAsia="ko-KR"/>
              </w:rPr>
            </w:pPr>
          </w:p>
          <w:p w:rsidR="00DA08A1" w:rsidRDefault="00F3557A" w:rsidP="002A5F8B">
            <w:pPr>
              <w:spacing w:line="260" w:lineRule="exact"/>
              <w:jc w:val="right"/>
              <w:rPr>
                <w:rFonts w:ascii="HY헤드라인M" w:eastAsia="휴먼명조" w:hAnsi="HY헤드라인M"/>
                <w:sz w:val="24"/>
                <w:szCs w:val="24"/>
                <w:lang w:eastAsia="ko-KR"/>
              </w:rPr>
            </w:pPr>
            <w:r>
              <w:rPr>
                <w:rFonts w:ascii="HY헤드라인M" w:eastAsia="휴먼명조" w:hAnsi="HY헤드라인M" w:cs="휴먼명조"/>
                <w:spacing w:val="-12"/>
                <w:w w:val="97"/>
                <w:sz w:val="24"/>
                <w:lang w:eastAsia="ko-KR"/>
              </w:rPr>
              <w:t>2026</w:t>
            </w:r>
            <w:r>
              <w:rPr>
                <w:rFonts w:ascii="HY헤드라인M" w:eastAsia="휴먼명조" w:hAnsi="HY헤드라인M" w:cs="휴먼명조"/>
                <w:spacing w:val="-12"/>
                <w:w w:val="97"/>
                <w:sz w:val="24"/>
                <w:lang w:eastAsia="ko-KR"/>
              </w:rPr>
              <w:t>년</w:t>
            </w:r>
            <w:r>
              <w:rPr>
                <w:rFonts w:ascii="HY헤드라인M" w:eastAsia="휴먼명조" w:hAnsi="HY헤드라인M" w:cs="휴먼명조"/>
                <w:spacing w:val="-12"/>
                <w:w w:val="97"/>
                <w:sz w:val="24"/>
                <w:lang w:eastAsia="ko-KR"/>
              </w:rPr>
              <w:t xml:space="preserve">     </w:t>
            </w:r>
            <w:r>
              <w:rPr>
                <w:rFonts w:ascii="HY헤드라인M" w:eastAsia="휴먼명조" w:hAnsi="HY헤드라인M" w:cs="휴먼명조"/>
                <w:spacing w:val="-12"/>
                <w:w w:val="97"/>
                <w:sz w:val="24"/>
                <w:lang w:eastAsia="ko-KR"/>
              </w:rPr>
              <w:t>월</w:t>
            </w:r>
            <w:r>
              <w:rPr>
                <w:rFonts w:ascii="HY헤드라인M" w:eastAsia="휴먼명조" w:hAnsi="HY헤드라인M" w:cs="휴먼명조"/>
                <w:spacing w:val="-12"/>
                <w:w w:val="97"/>
                <w:sz w:val="24"/>
                <w:lang w:eastAsia="ko-KR"/>
              </w:rPr>
              <w:t xml:space="preserve">     </w:t>
            </w:r>
            <w:r>
              <w:rPr>
                <w:rFonts w:ascii="HY헤드라인M" w:eastAsia="휴먼명조" w:hAnsi="HY헤드라인M" w:cs="휴먼명조"/>
                <w:spacing w:val="-12"/>
                <w:w w:val="97"/>
                <w:sz w:val="24"/>
                <w:lang w:eastAsia="ko-KR"/>
              </w:rPr>
              <w:t>일</w:t>
            </w:r>
          </w:p>
          <w:p w:rsidR="00DA08A1" w:rsidRDefault="00F3557A" w:rsidP="002A5F8B">
            <w:pPr>
              <w:spacing w:line="260" w:lineRule="exact"/>
              <w:jc w:val="right"/>
              <w:rPr>
                <w:rFonts w:ascii="HY헤드라인M" w:eastAsia="휴먼명조" w:hAnsi="HY헤드라인M"/>
                <w:sz w:val="24"/>
                <w:szCs w:val="24"/>
                <w:lang w:eastAsia="ko-KR"/>
              </w:rPr>
            </w:pPr>
            <w:proofErr w:type="spellStart"/>
            <w:r>
              <w:rPr>
                <w:rFonts w:ascii="HY헤드라인M" w:eastAsia="휴먼명조" w:hAnsi="HY헤드라인M" w:cs="휴먼명조"/>
                <w:spacing w:val="-12"/>
                <w:w w:val="97"/>
                <w:sz w:val="24"/>
                <w:lang w:eastAsia="ko-KR"/>
              </w:rPr>
              <w:t>신청기업</w:t>
            </w:r>
            <w:proofErr w:type="spellEnd"/>
            <w:r>
              <w:rPr>
                <w:rFonts w:ascii="HY헤드라인M" w:eastAsia="휴먼명조" w:hAnsi="HY헤드라인M" w:cs="휴먼명조"/>
                <w:spacing w:val="-12"/>
                <w:w w:val="97"/>
                <w:sz w:val="24"/>
                <w:lang w:eastAsia="ko-KR"/>
              </w:rPr>
              <w:t xml:space="preserve"> </w:t>
            </w:r>
            <w:r>
              <w:rPr>
                <w:rFonts w:ascii="HY헤드라인M" w:eastAsia="휴먼명조" w:hAnsi="HY헤드라인M" w:cs="휴먼명조"/>
                <w:spacing w:val="-12"/>
                <w:w w:val="97"/>
                <w:sz w:val="24"/>
                <w:lang w:eastAsia="ko-KR"/>
              </w:rPr>
              <w:t>대표</w:t>
            </w:r>
            <w:r>
              <w:rPr>
                <w:rFonts w:ascii="HY헤드라인M" w:eastAsia="휴먼명조" w:hAnsi="HY헤드라인M" w:cs="휴먼명조"/>
                <w:spacing w:val="-12"/>
                <w:w w:val="97"/>
                <w:sz w:val="24"/>
                <w:lang w:eastAsia="ko-KR"/>
              </w:rPr>
              <w:t>(</w:t>
            </w:r>
            <w:r>
              <w:rPr>
                <w:rFonts w:ascii="HY헤드라인M" w:eastAsia="휴먼명조" w:hAnsi="HY헤드라인M" w:cs="휴먼명조"/>
                <w:spacing w:val="-12"/>
                <w:w w:val="97"/>
                <w:sz w:val="24"/>
                <w:lang w:eastAsia="ko-KR"/>
              </w:rPr>
              <w:t>이사</w:t>
            </w:r>
            <w:r>
              <w:rPr>
                <w:rFonts w:ascii="HY헤드라인M" w:eastAsia="휴먼명조" w:hAnsi="HY헤드라인M" w:cs="휴먼명조"/>
                <w:spacing w:val="-12"/>
                <w:w w:val="97"/>
                <w:sz w:val="24"/>
                <w:lang w:eastAsia="ko-KR"/>
              </w:rPr>
              <w:t>)                (</w:t>
            </w:r>
            <w:r>
              <w:rPr>
                <w:rFonts w:ascii="HY헤드라인M" w:eastAsia="휴먼명조" w:hAnsi="HY헤드라인M" w:cs="휴먼명조"/>
                <w:spacing w:val="-12"/>
                <w:w w:val="97"/>
                <w:sz w:val="24"/>
                <w:lang w:eastAsia="ko-KR"/>
              </w:rPr>
              <w:t>인</w:t>
            </w:r>
            <w:r>
              <w:rPr>
                <w:rFonts w:ascii="HY헤드라인M" w:eastAsia="휴먼명조" w:hAnsi="HY헤드라인M" w:cs="휴먼명조"/>
                <w:spacing w:val="-12"/>
                <w:w w:val="97"/>
                <w:sz w:val="24"/>
                <w:lang w:eastAsia="ko-KR"/>
              </w:rPr>
              <w:t>)</w:t>
            </w:r>
          </w:p>
          <w:p w:rsidR="00DA08A1" w:rsidRDefault="00DA08A1" w:rsidP="002A5F8B">
            <w:pPr>
              <w:spacing w:line="260" w:lineRule="exact"/>
              <w:jc w:val="right"/>
              <w:rPr>
                <w:rFonts w:ascii="HY헤드라인M" w:eastAsia="휴먼명조" w:hAnsi="HY헤드라인M"/>
                <w:sz w:val="16"/>
                <w:szCs w:val="16"/>
                <w:lang w:eastAsia="ko-KR"/>
              </w:rPr>
            </w:pPr>
          </w:p>
          <w:p w:rsidR="00DA08A1" w:rsidRDefault="00F3557A" w:rsidP="002A5F8B">
            <w:pPr>
              <w:spacing w:line="260" w:lineRule="exact"/>
              <w:jc w:val="center"/>
              <w:rPr>
                <w:rFonts w:ascii="HY헤드라인M" w:eastAsia="휴먼명조" w:hAnsi="HY헤드라인M"/>
                <w:b/>
                <w:sz w:val="24"/>
                <w:szCs w:val="24"/>
                <w:lang w:eastAsia="ko-KR"/>
              </w:rPr>
            </w:pPr>
            <w:r>
              <w:rPr>
                <w:rFonts w:ascii="HY헤드라인M" w:eastAsia="휴먼명조" w:hAnsi="HY헤드라인M" w:cs="휴먼명조"/>
                <w:b/>
                <w:spacing w:val="-12"/>
                <w:w w:val="97"/>
                <w:sz w:val="24"/>
                <w:lang w:eastAsia="ko-KR"/>
              </w:rPr>
              <w:t>중소벤처기업진흥공단</w:t>
            </w:r>
            <w:r>
              <w:rPr>
                <w:rFonts w:ascii="HY헤드라인M" w:eastAsia="휴먼명조" w:hAnsi="HY헤드라인M" w:cs="휴먼명조"/>
                <w:b/>
                <w:spacing w:val="-12"/>
                <w:w w:val="97"/>
                <w:sz w:val="24"/>
                <w:lang w:eastAsia="ko-KR"/>
              </w:rPr>
              <w:t xml:space="preserve"> </w:t>
            </w:r>
            <w:r>
              <w:rPr>
                <w:rFonts w:ascii="HY헤드라인M" w:eastAsia="휴먼명조" w:hAnsi="HY헤드라인M" w:cs="휴먼명조"/>
                <w:b/>
                <w:spacing w:val="-12"/>
                <w:w w:val="97"/>
                <w:sz w:val="24"/>
                <w:lang w:eastAsia="ko-KR"/>
              </w:rPr>
              <w:t>이사장</w:t>
            </w:r>
            <w:r>
              <w:rPr>
                <w:rFonts w:ascii="HY헤드라인M" w:eastAsia="휴먼명조" w:hAnsi="HY헤드라인M" w:cs="휴먼명조"/>
                <w:b/>
                <w:spacing w:val="-12"/>
                <w:w w:val="97"/>
                <w:sz w:val="24"/>
                <w:lang w:eastAsia="ko-KR"/>
              </w:rPr>
              <w:t xml:space="preserve"> </w:t>
            </w:r>
            <w:r>
              <w:rPr>
                <w:rFonts w:ascii="HY헤드라인M" w:eastAsia="휴먼명조" w:hAnsi="HY헤드라인M" w:cs="휴먼명조"/>
                <w:b/>
                <w:spacing w:val="-12"/>
                <w:w w:val="97"/>
                <w:sz w:val="24"/>
                <w:lang w:eastAsia="ko-KR"/>
              </w:rPr>
              <w:t>귀하</w:t>
            </w:r>
          </w:p>
        </w:tc>
      </w:tr>
    </w:tbl>
    <w:p w:rsidR="00F66D34" w:rsidRPr="00F5615F" w:rsidRDefault="00F66D34" w:rsidP="00BD0FC7">
      <w:pPr>
        <w:spacing w:after="200" w:line="276" w:lineRule="auto"/>
        <w:rPr>
          <w:rFonts w:ascii="HY울릉도M" w:eastAsia="HY헤드라인M" w:hAnsi="HY울릉도M" w:hint="eastAsia"/>
          <w:sz w:val="2"/>
          <w:szCs w:val="2"/>
          <w:lang w:eastAsia="ko-KR"/>
        </w:rPr>
      </w:pPr>
    </w:p>
    <w:tbl>
      <w:tblPr>
        <w:tblStyle w:val="af9"/>
        <w:tblW w:w="0" w:type="auto"/>
        <w:jc w:val="center"/>
        <w:tblLayout w:type="fixed"/>
        <w:tblLook w:val="04A0" w:firstRow="1" w:lastRow="0" w:firstColumn="1" w:lastColumn="0" w:noHBand="0" w:noVBand="1"/>
      </w:tblPr>
      <w:tblGrid>
        <w:gridCol w:w="5336"/>
      </w:tblGrid>
      <w:tr w:rsidR="00DA08A1" w:rsidTr="00BD0FC7">
        <w:trPr>
          <w:trHeight w:hRule="exact" w:val="735"/>
          <w:jc w:val="center"/>
        </w:trPr>
        <w:tc>
          <w:tcPr>
            <w:tcW w:w="5336" w:type="dxa"/>
            <w:tcBorders>
              <w:top w:val="single" w:sz="7" w:space="0" w:color="000000"/>
              <w:left w:val="single" w:sz="7" w:space="0" w:color="000000"/>
              <w:bottom w:val="single" w:sz="7" w:space="0" w:color="000000"/>
              <w:right w:val="single" w:sz="7" w:space="0" w:color="000000"/>
            </w:tcBorders>
            <w:tcMar>
              <w:top w:w="0" w:type="dxa"/>
              <w:left w:w="28" w:type="dxa"/>
              <w:bottom w:w="0" w:type="dxa"/>
              <w:right w:w="28" w:type="dxa"/>
            </w:tcMar>
            <w:vAlign w:val="center"/>
          </w:tcPr>
          <w:p w:rsidR="00DA08A1" w:rsidRDefault="00F3557A" w:rsidP="0020081B">
            <w:pPr>
              <w:spacing w:line="276" w:lineRule="auto"/>
              <w:jc w:val="center"/>
              <w:rPr>
                <w:rFonts w:ascii="HY울릉도M" w:eastAsia="HY헤드라인M" w:hAnsi="HY울릉도M"/>
                <w:sz w:val="40"/>
                <w:szCs w:val="40"/>
              </w:rPr>
            </w:pPr>
            <w:proofErr w:type="spellStart"/>
            <w:r>
              <w:rPr>
                <w:rFonts w:ascii="HY울릉도M" w:eastAsia="HY헤드라인M" w:hAnsi="HY울릉도M" w:cs="HY헤드라인M"/>
                <w:sz w:val="40"/>
              </w:rPr>
              <w:lastRenderedPageBreak/>
              <w:t>해외진출</w:t>
            </w:r>
            <w:proofErr w:type="spellEnd"/>
            <w:r>
              <w:rPr>
                <w:rFonts w:ascii="HY울릉도M" w:eastAsia="HY헤드라인M" w:hAnsi="HY울릉도M" w:cs="HY헤드라인M"/>
                <w:sz w:val="40"/>
              </w:rPr>
              <w:t xml:space="preserve"> </w:t>
            </w:r>
            <w:proofErr w:type="spellStart"/>
            <w:r>
              <w:rPr>
                <w:rFonts w:ascii="HY울릉도M" w:eastAsia="HY헤드라인M" w:hAnsi="HY울릉도M" w:cs="HY헤드라인M"/>
                <w:sz w:val="40"/>
              </w:rPr>
              <w:t>지원</w:t>
            </w:r>
            <w:proofErr w:type="spellEnd"/>
            <w:r>
              <w:rPr>
                <w:rFonts w:ascii="HY울릉도M" w:eastAsia="HY헤드라인M" w:hAnsi="HY울릉도M" w:cs="HY헤드라인M"/>
                <w:sz w:val="40"/>
              </w:rPr>
              <w:t xml:space="preserve"> </w:t>
            </w:r>
            <w:proofErr w:type="spellStart"/>
            <w:r>
              <w:rPr>
                <w:rFonts w:ascii="HY울릉도M" w:eastAsia="HY헤드라인M" w:hAnsi="HY울릉도M" w:cs="HY헤드라인M"/>
                <w:sz w:val="40"/>
              </w:rPr>
              <w:t>계획서</w:t>
            </w:r>
            <w:proofErr w:type="spellEnd"/>
          </w:p>
        </w:tc>
      </w:tr>
    </w:tbl>
    <w:p w:rsidR="00DA08A1" w:rsidRDefault="00DA08A1" w:rsidP="004B2A73">
      <w:pPr>
        <w:spacing w:line="348" w:lineRule="auto"/>
        <w:jc w:val="center"/>
        <w:rPr>
          <w:rFonts w:ascii="HY헤드라인M" w:eastAsia="휴먼명조" w:hAnsi="HY헤드라인M"/>
          <w:sz w:val="8"/>
          <w:szCs w:val="8"/>
        </w:rPr>
      </w:pPr>
    </w:p>
    <w:p w:rsidR="00BD0FC7" w:rsidRPr="006F2CD4" w:rsidRDefault="00BD0FC7" w:rsidP="00BD0FC7">
      <w:pPr>
        <w:spacing w:line="348" w:lineRule="auto"/>
        <w:textAlignment w:val="baseline"/>
        <w:rPr>
          <w:rFonts w:ascii="함초롬바탕" w:eastAsia="굴림" w:hAnsi="굴림" w:cs="굴림"/>
          <w:color w:val="000000"/>
          <w:sz w:val="8"/>
          <w:szCs w:val="8"/>
        </w:rPr>
      </w:pPr>
    </w:p>
    <w:tbl>
      <w:tblPr>
        <w:tblOverlap w:val="never"/>
        <w:tblW w:w="0" w:type="auto"/>
        <w:tblCellMar>
          <w:top w:w="15" w:type="dxa"/>
          <w:left w:w="15" w:type="dxa"/>
          <w:bottom w:w="15" w:type="dxa"/>
          <w:right w:w="15" w:type="dxa"/>
        </w:tblCellMar>
        <w:tblLook w:val="04A0" w:firstRow="1" w:lastRow="0" w:firstColumn="1" w:lastColumn="0" w:noHBand="0" w:noVBand="1"/>
      </w:tblPr>
      <w:tblGrid>
        <w:gridCol w:w="2807"/>
      </w:tblGrid>
      <w:tr w:rsidR="00BD0FC7" w:rsidRPr="006F2CD4" w:rsidTr="004B2A73">
        <w:trPr>
          <w:trHeight w:val="431"/>
        </w:trPr>
        <w:tc>
          <w:tcPr>
            <w:tcW w:w="2807" w:type="dxa"/>
            <w:tcBorders>
              <w:top w:val="single" w:sz="8" w:space="0" w:color="315F97"/>
              <w:left w:val="nil"/>
              <w:bottom w:val="single" w:sz="8" w:space="0" w:color="315F97"/>
              <w:right w:val="nil"/>
            </w:tcBorders>
            <w:tcMar>
              <w:top w:w="28" w:type="dxa"/>
              <w:left w:w="102" w:type="dxa"/>
              <w:bottom w:w="28" w:type="dxa"/>
              <w:right w:w="102" w:type="dxa"/>
            </w:tcMar>
            <w:vAlign w:val="center"/>
            <w:hideMark/>
          </w:tcPr>
          <w:p w:rsidR="00BD0FC7" w:rsidRPr="001A45B2" w:rsidRDefault="00BD0FC7" w:rsidP="0020081B">
            <w:pPr>
              <w:tabs>
                <w:tab w:val="left" w:pos="2122"/>
              </w:tabs>
              <w:ind w:left="616" w:right="96" w:hanging="616"/>
              <w:textAlignment w:val="baseline"/>
              <w:rPr>
                <w:rFonts w:ascii="HY헤드라인M" w:eastAsia="HY헤드라인M" w:hAnsi="굴림" w:cs="굴림"/>
                <w:color w:val="000000"/>
                <w:sz w:val="30"/>
                <w:szCs w:val="30"/>
              </w:rPr>
            </w:pPr>
            <w:r w:rsidRPr="001A45B2">
              <w:rPr>
                <w:rFonts w:ascii="HY헤드라인M" w:eastAsia="HY헤드라인M" w:hAnsi="굴림" w:cs="굴림" w:hint="eastAsia"/>
                <w:color w:val="000000"/>
                <w:sz w:val="30"/>
                <w:szCs w:val="30"/>
              </w:rPr>
              <w:t>Ⅰ</w:t>
            </w:r>
            <w:r w:rsidRPr="001A45B2">
              <w:rPr>
                <w:rFonts w:ascii="HY헤드라인M" w:eastAsia="HY헤드라인M" w:hAnsi="HCI Poppy" w:cs="굴림" w:hint="eastAsia"/>
                <w:color w:val="000000"/>
                <w:sz w:val="30"/>
                <w:szCs w:val="30"/>
              </w:rPr>
              <w:t xml:space="preserve">. </w:t>
            </w:r>
            <w:proofErr w:type="spellStart"/>
            <w:r w:rsidRPr="001A45B2">
              <w:rPr>
                <w:rFonts w:ascii="HY헤드라인M" w:eastAsia="HY헤드라인M" w:hAnsi="굴림" w:cs="굴림" w:hint="eastAsia"/>
                <w:color w:val="000000"/>
                <w:sz w:val="30"/>
                <w:szCs w:val="30"/>
              </w:rPr>
              <w:t>신청업체</w:t>
            </w:r>
            <w:proofErr w:type="spellEnd"/>
            <w:r w:rsidRPr="001A45B2">
              <w:rPr>
                <w:rFonts w:ascii="HY헤드라인M" w:eastAsia="HY헤드라인M" w:hAnsi="굴림" w:cs="굴림" w:hint="eastAsia"/>
                <w:color w:val="000000"/>
                <w:sz w:val="30"/>
                <w:szCs w:val="30"/>
              </w:rPr>
              <w:t xml:space="preserve"> </w:t>
            </w:r>
            <w:proofErr w:type="spellStart"/>
            <w:r w:rsidRPr="001A45B2">
              <w:rPr>
                <w:rFonts w:ascii="HY헤드라인M" w:eastAsia="HY헤드라인M" w:hAnsi="굴림" w:cs="굴림" w:hint="eastAsia"/>
                <w:color w:val="000000"/>
                <w:sz w:val="30"/>
                <w:szCs w:val="30"/>
              </w:rPr>
              <w:t>개요</w:t>
            </w:r>
            <w:proofErr w:type="spellEnd"/>
          </w:p>
        </w:tc>
      </w:tr>
    </w:tbl>
    <w:p w:rsidR="00DA08A1" w:rsidRPr="00544E99" w:rsidRDefault="00DA08A1">
      <w:pPr>
        <w:spacing w:line="348" w:lineRule="auto"/>
        <w:jc w:val="both"/>
        <w:rPr>
          <w:rFonts w:ascii="휴먼명조" w:eastAsia="HY중고딕" w:hAnsi="휴먼명조"/>
          <w:b/>
          <w:sz w:val="24"/>
          <w:szCs w:val="24"/>
        </w:rPr>
      </w:pPr>
    </w:p>
    <w:p w:rsidR="00DA08A1" w:rsidRPr="00F612A4" w:rsidRDefault="00F3557A">
      <w:pPr>
        <w:spacing w:line="348" w:lineRule="auto"/>
        <w:jc w:val="both"/>
        <w:rPr>
          <w:rFonts w:ascii="HY울릉도M" w:eastAsia="HY울릉도M" w:hAnsi="함초롬바탕"/>
          <w:sz w:val="26"/>
          <w:szCs w:val="26"/>
        </w:rPr>
      </w:pPr>
      <w:r w:rsidRPr="00F612A4">
        <w:rPr>
          <w:rFonts w:ascii="HY울릉도M" w:eastAsia="HY울릉도M" w:hAnsi="함초롬바탕" w:cs="HY울릉도M" w:hint="eastAsia"/>
          <w:sz w:val="26"/>
        </w:rPr>
        <w:t>1. 대표자 이력사항</w:t>
      </w:r>
    </w:p>
    <w:p w:rsidR="00DA08A1" w:rsidRDefault="00F3557A" w:rsidP="007B51EB">
      <w:pPr>
        <w:spacing w:line="348" w:lineRule="auto"/>
        <w:ind w:firstLine="105"/>
        <w:jc w:val="both"/>
        <w:rPr>
          <w:rFonts w:ascii="HY중고딕" w:eastAsia="한양중고딕" w:hAnsi="HY중고딕" w:cs="한양중고딕"/>
          <w:i/>
          <w:color w:val="0000FF"/>
          <w:sz w:val="22"/>
          <w:lang w:eastAsia="ko-KR"/>
        </w:rPr>
      </w:pPr>
      <w:r>
        <w:rPr>
          <w:rFonts w:ascii="HY중고딕" w:eastAsia="한양중고딕" w:hAnsi="HY중고딕" w:cs="한양중고딕"/>
          <w:i/>
          <w:color w:val="0000FF"/>
          <w:sz w:val="22"/>
          <w:lang w:eastAsia="ko-KR"/>
        </w:rPr>
        <w:t xml:space="preserve">* </w:t>
      </w:r>
      <w:proofErr w:type="spellStart"/>
      <w:r>
        <w:rPr>
          <w:rFonts w:ascii="HY중고딕" w:eastAsia="한양중고딕" w:hAnsi="HY중고딕" w:cs="한양중고딕"/>
          <w:i/>
          <w:color w:val="0000FF"/>
          <w:sz w:val="22"/>
          <w:lang w:eastAsia="ko-KR"/>
        </w:rPr>
        <w:t>주요경력</w:t>
      </w:r>
      <w:proofErr w:type="spellEnd"/>
      <w:r>
        <w:rPr>
          <w:rFonts w:ascii="HY중고딕" w:eastAsia="한양중고딕" w:hAnsi="HY중고딕" w:cs="한양중고딕"/>
          <w:i/>
          <w:color w:val="0000FF"/>
          <w:sz w:val="22"/>
          <w:lang w:eastAsia="ko-KR"/>
        </w:rPr>
        <w:t>(</w:t>
      </w:r>
      <w:r>
        <w:rPr>
          <w:rFonts w:ascii="HY중고딕" w:eastAsia="한양중고딕" w:hAnsi="HY중고딕" w:cs="한양중고딕"/>
          <w:i/>
          <w:color w:val="0000FF"/>
          <w:sz w:val="22"/>
          <w:lang w:eastAsia="ko-KR"/>
        </w:rPr>
        <w:t>근무처</w:t>
      </w:r>
      <w:r>
        <w:rPr>
          <w:rFonts w:ascii="HY중고딕" w:eastAsia="한양중고딕" w:hAnsi="HY중고딕" w:cs="한양중고딕"/>
          <w:i/>
          <w:color w:val="0000FF"/>
          <w:sz w:val="22"/>
          <w:lang w:eastAsia="ko-KR"/>
        </w:rPr>
        <w:t xml:space="preserve">, </w:t>
      </w:r>
      <w:r>
        <w:rPr>
          <w:rFonts w:ascii="HY중고딕" w:eastAsia="한양중고딕" w:hAnsi="HY중고딕" w:cs="한양중고딕"/>
          <w:i/>
          <w:color w:val="0000FF"/>
          <w:sz w:val="22"/>
          <w:lang w:eastAsia="ko-KR"/>
        </w:rPr>
        <w:t>직책</w:t>
      </w:r>
      <w:r>
        <w:rPr>
          <w:rFonts w:ascii="HY중고딕" w:eastAsia="한양중고딕" w:hAnsi="HY중고딕" w:cs="한양중고딕"/>
          <w:i/>
          <w:color w:val="0000FF"/>
          <w:sz w:val="22"/>
          <w:lang w:eastAsia="ko-KR"/>
        </w:rPr>
        <w:t xml:space="preserve">, </w:t>
      </w:r>
      <w:r>
        <w:rPr>
          <w:rFonts w:ascii="HY중고딕" w:eastAsia="한양중고딕" w:hAnsi="HY중고딕" w:cs="한양중고딕"/>
          <w:i/>
          <w:color w:val="0000FF"/>
          <w:sz w:val="22"/>
          <w:lang w:eastAsia="ko-KR"/>
        </w:rPr>
        <w:t>근무기간</w:t>
      </w:r>
      <w:r>
        <w:rPr>
          <w:rFonts w:ascii="HY중고딕" w:eastAsia="한양중고딕" w:hAnsi="HY중고딕" w:cs="한양중고딕"/>
          <w:i/>
          <w:color w:val="0000FF"/>
          <w:sz w:val="22"/>
          <w:lang w:eastAsia="ko-KR"/>
        </w:rPr>
        <w:t xml:space="preserve">), </w:t>
      </w:r>
      <w:r>
        <w:rPr>
          <w:rFonts w:ascii="HY중고딕" w:eastAsia="한양중고딕" w:hAnsi="HY중고딕" w:cs="한양중고딕"/>
          <w:i/>
          <w:color w:val="0000FF"/>
          <w:sz w:val="22"/>
          <w:lang w:eastAsia="ko-KR"/>
        </w:rPr>
        <w:t>최종학력</w:t>
      </w:r>
      <w:r>
        <w:rPr>
          <w:rFonts w:ascii="HY중고딕" w:eastAsia="한양중고딕" w:hAnsi="HY중고딕" w:cs="한양중고딕"/>
          <w:i/>
          <w:color w:val="0000FF"/>
          <w:sz w:val="22"/>
          <w:lang w:eastAsia="ko-KR"/>
        </w:rPr>
        <w:t xml:space="preserve"> </w:t>
      </w:r>
      <w:r>
        <w:rPr>
          <w:rFonts w:ascii="HY중고딕" w:eastAsia="한양중고딕" w:hAnsi="HY중고딕" w:cs="한양중고딕"/>
          <w:i/>
          <w:color w:val="0000FF"/>
          <w:sz w:val="22"/>
          <w:lang w:eastAsia="ko-KR"/>
        </w:rPr>
        <w:t>등을</w:t>
      </w:r>
      <w:r>
        <w:rPr>
          <w:rFonts w:ascii="HY중고딕" w:eastAsia="한양중고딕" w:hAnsi="HY중고딕" w:cs="한양중고딕"/>
          <w:i/>
          <w:color w:val="0000FF"/>
          <w:sz w:val="22"/>
          <w:lang w:eastAsia="ko-KR"/>
        </w:rPr>
        <w:t xml:space="preserve"> </w:t>
      </w:r>
      <w:r>
        <w:rPr>
          <w:rFonts w:ascii="HY중고딕" w:eastAsia="한양중고딕" w:hAnsi="HY중고딕" w:cs="한양중고딕"/>
          <w:i/>
          <w:color w:val="0000FF"/>
          <w:sz w:val="22"/>
          <w:lang w:eastAsia="ko-KR"/>
        </w:rPr>
        <w:t>구체적으로</w:t>
      </w:r>
      <w:r>
        <w:rPr>
          <w:rFonts w:ascii="HY중고딕" w:eastAsia="한양중고딕" w:hAnsi="HY중고딕" w:cs="한양중고딕"/>
          <w:i/>
          <w:color w:val="0000FF"/>
          <w:sz w:val="22"/>
          <w:lang w:eastAsia="ko-KR"/>
        </w:rPr>
        <w:t xml:space="preserve"> </w:t>
      </w:r>
      <w:r>
        <w:rPr>
          <w:rFonts w:ascii="HY중고딕" w:eastAsia="한양중고딕" w:hAnsi="HY중고딕" w:cs="한양중고딕"/>
          <w:i/>
          <w:color w:val="0000FF"/>
          <w:sz w:val="22"/>
          <w:lang w:eastAsia="ko-KR"/>
        </w:rPr>
        <w:t>명시</w:t>
      </w:r>
    </w:p>
    <w:p w:rsidR="007B51EB" w:rsidRPr="007B51EB" w:rsidRDefault="007B51EB" w:rsidP="007B51EB">
      <w:pPr>
        <w:spacing w:line="348" w:lineRule="auto"/>
        <w:jc w:val="both"/>
        <w:rPr>
          <w:rFonts w:ascii="HY중고딕" w:eastAsia="한양중고딕" w:hAnsi="HY중고딕" w:hint="eastAsia"/>
          <w:sz w:val="22"/>
          <w:lang w:eastAsia="ko-KR"/>
        </w:rPr>
      </w:pPr>
    </w:p>
    <w:p w:rsidR="00855EB3" w:rsidRDefault="00855EB3">
      <w:pPr>
        <w:spacing w:line="348" w:lineRule="auto"/>
        <w:jc w:val="both"/>
        <w:rPr>
          <w:rFonts w:ascii="HY헤드라인M" w:eastAsia="휴먼명조" w:hAnsi="HY헤드라인M"/>
          <w:szCs w:val="20"/>
          <w:lang w:eastAsia="ko-KR"/>
        </w:rPr>
      </w:pPr>
    </w:p>
    <w:p w:rsidR="005423DB" w:rsidRDefault="005423DB">
      <w:pPr>
        <w:spacing w:line="348" w:lineRule="auto"/>
        <w:jc w:val="both"/>
        <w:rPr>
          <w:rFonts w:ascii="HY헤드라인M" w:eastAsia="휴먼명조" w:hAnsi="HY헤드라인M" w:hint="eastAsia"/>
          <w:szCs w:val="20"/>
          <w:lang w:eastAsia="ko-KR"/>
        </w:rPr>
      </w:pPr>
    </w:p>
    <w:p w:rsidR="00855EB3" w:rsidRPr="00855EB3" w:rsidRDefault="00F3557A">
      <w:pPr>
        <w:spacing w:line="348" w:lineRule="auto"/>
        <w:jc w:val="both"/>
        <w:rPr>
          <w:rFonts w:ascii="HY울릉도M" w:eastAsia="HY울릉도M" w:hAnsi="함초롬바탕" w:hint="eastAsia"/>
          <w:sz w:val="26"/>
          <w:szCs w:val="26"/>
          <w:lang w:eastAsia="ko-KR"/>
        </w:rPr>
      </w:pPr>
      <w:r w:rsidRPr="00F612A4">
        <w:rPr>
          <w:rFonts w:ascii="HY울릉도M" w:eastAsia="HY울릉도M" w:hAnsi="함초롬바탕" w:cs="HY울릉도M" w:hint="eastAsia"/>
          <w:sz w:val="26"/>
          <w:lang w:eastAsia="ko-KR"/>
        </w:rPr>
        <w:t xml:space="preserve">2. </w:t>
      </w:r>
      <w:proofErr w:type="spellStart"/>
      <w:r w:rsidRPr="00F612A4">
        <w:rPr>
          <w:rFonts w:ascii="HY울릉도M" w:eastAsia="HY울릉도M" w:hAnsi="함초롬바탕" w:cs="HY울릉도M" w:hint="eastAsia"/>
          <w:sz w:val="26"/>
          <w:lang w:eastAsia="ko-KR"/>
        </w:rPr>
        <w:t>회사연혁</w:t>
      </w:r>
      <w:proofErr w:type="spellEnd"/>
      <w:r w:rsidRPr="00F612A4">
        <w:rPr>
          <w:rFonts w:ascii="HY울릉도M" w:eastAsia="HY울릉도M" w:hAnsi="함초롬바탕" w:cs="HY울릉도M" w:hint="eastAsia"/>
          <w:sz w:val="26"/>
          <w:lang w:eastAsia="ko-KR"/>
        </w:rPr>
        <w:t xml:space="preserve"> 및 경영실적 지표</w:t>
      </w:r>
    </w:p>
    <w:p w:rsidR="00DA08A1" w:rsidRDefault="00F3557A">
      <w:pPr>
        <w:spacing w:line="348" w:lineRule="auto"/>
        <w:jc w:val="both"/>
        <w:rPr>
          <w:rFonts w:ascii="HY헤드라인M" w:eastAsia="휴먼명조" w:hAnsi="HY헤드라인M"/>
          <w:b/>
          <w:sz w:val="26"/>
          <w:szCs w:val="26"/>
        </w:rPr>
      </w:pPr>
      <w:r>
        <w:rPr>
          <w:rFonts w:ascii="HY헤드라인M" w:eastAsia="휴먼명조" w:hAnsi="HY헤드라인M" w:cs="휴먼명조"/>
          <w:b/>
          <w:sz w:val="26"/>
          <w:lang w:eastAsia="ko-KR"/>
        </w:rPr>
        <w:t xml:space="preserve"> </w:t>
      </w:r>
      <w:r>
        <w:rPr>
          <w:rFonts w:ascii="HY헤드라인M" w:eastAsia="휴먼명조" w:hAnsi="HY헤드라인M" w:cs="휴먼명조"/>
          <w:b/>
          <w:sz w:val="26"/>
        </w:rPr>
        <w:t>가</w:t>
      </w:r>
      <w:r>
        <w:rPr>
          <w:rFonts w:ascii="HY헤드라인M" w:eastAsia="휴먼명조" w:hAnsi="HY헤드라인M" w:cs="휴먼명조"/>
          <w:b/>
          <w:sz w:val="26"/>
        </w:rPr>
        <w:t xml:space="preserve">. </w:t>
      </w:r>
      <w:r>
        <w:rPr>
          <w:rFonts w:ascii="HY헤드라인M" w:eastAsia="휴먼명조" w:hAnsi="HY헤드라인M" w:cs="휴먼명조"/>
          <w:b/>
          <w:sz w:val="26"/>
        </w:rPr>
        <w:t>회사연혁</w:t>
      </w:r>
    </w:p>
    <w:tbl>
      <w:tblPr>
        <w:tblStyle w:val="af9"/>
        <w:tblW w:w="0" w:type="auto"/>
        <w:jc w:val="center"/>
        <w:tblLayout w:type="fixed"/>
        <w:tblLook w:val="04A0" w:firstRow="1" w:lastRow="0" w:firstColumn="1" w:lastColumn="0" w:noHBand="0" w:noVBand="1"/>
      </w:tblPr>
      <w:tblGrid>
        <w:gridCol w:w="1945"/>
        <w:gridCol w:w="7224"/>
      </w:tblGrid>
      <w:tr w:rsidR="00DA08A1" w:rsidTr="007B51EB">
        <w:trPr>
          <w:trHeight w:hRule="exact" w:val="543"/>
          <w:jc w:val="center"/>
        </w:trPr>
        <w:tc>
          <w:tcPr>
            <w:tcW w:w="1945" w:type="dxa"/>
            <w:tcBorders>
              <w:top w:val="single" w:sz="2" w:space="0" w:color="000000"/>
              <w:left w:val="single" w:sz="2" w:space="0" w:color="000000"/>
              <w:bottom w:val="double" w:sz="4" w:space="0" w:color="auto"/>
              <w:right w:val="single" w:sz="4" w:space="0" w:color="000000"/>
            </w:tcBorders>
            <w:shd w:val="clear" w:color="auto" w:fill="F2F2F2"/>
            <w:tcMar>
              <w:top w:w="0" w:type="dxa"/>
              <w:left w:w="28" w:type="dxa"/>
              <w:bottom w:w="0" w:type="dxa"/>
              <w:right w:w="28" w:type="dxa"/>
            </w:tcMar>
            <w:vAlign w:val="center"/>
          </w:tcPr>
          <w:p w:rsidR="00DA08A1" w:rsidRDefault="00F3557A" w:rsidP="00285475">
            <w:pPr>
              <w:jc w:val="center"/>
              <w:rPr>
                <w:rFonts w:ascii="HY헤드라인M" w:eastAsia="휴먼명조" w:hAnsi="HY헤드라인M"/>
                <w:b/>
                <w:sz w:val="24"/>
                <w:szCs w:val="24"/>
              </w:rPr>
            </w:pPr>
            <w:r>
              <w:rPr>
                <w:rFonts w:ascii="HY헤드라인M" w:eastAsia="휴먼명조" w:hAnsi="HY헤드라인M" w:cs="휴먼명조"/>
                <w:b/>
                <w:spacing w:val="-12"/>
                <w:w w:val="97"/>
                <w:sz w:val="24"/>
              </w:rPr>
              <w:t xml:space="preserve">     </w:t>
            </w:r>
            <w:r>
              <w:rPr>
                <w:rFonts w:ascii="HY헤드라인M" w:eastAsia="휴먼명조" w:hAnsi="HY헤드라인M" w:cs="휴먼명조"/>
                <w:b/>
                <w:spacing w:val="-12"/>
                <w:w w:val="97"/>
                <w:sz w:val="24"/>
              </w:rPr>
              <w:t>년</w:t>
            </w:r>
            <w:r>
              <w:rPr>
                <w:rFonts w:ascii="HY헤드라인M" w:eastAsia="휴먼명조" w:hAnsi="HY헤드라인M" w:cs="휴먼명조"/>
                <w:b/>
                <w:spacing w:val="-12"/>
                <w:w w:val="97"/>
                <w:sz w:val="24"/>
              </w:rPr>
              <w:t xml:space="preserve"> </w:t>
            </w:r>
            <w:r w:rsidR="007B51EB">
              <w:rPr>
                <w:rFonts w:ascii="HY헤드라인M" w:eastAsia="휴먼명조" w:hAnsi="HY헤드라인M" w:cs="휴먼명조"/>
                <w:b/>
                <w:spacing w:val="-12"/>
                <w:w w:val="97"/>
                <w:sz w:val="24"/>
              </w:rPr>
              <w:t xml:space="preserve"> </w:t>
            </w:r>
            <w:r>
              <w:rPr>
                <w:rFonts w:ascii="HY헤드라인M" w:eastAsia="휴먼명조" w:hAnsi="HY헤드라인M" w:cs="휴먼명조"/>
                <w:b/>
                <w:spacing w:val="-12"/>
                <w:w w:val="97"/>
                <w:sz w:val="24"/>
              </w:rPr>
              <w:t xml:space="preserve">   </w:t>
            </w:r>
            <w:r>
              <w:rPr>
                <w:rFonts w:ascii="HY헤드라인M" w:eastAsia="휴먼명조" w:hAnsi="HY헤드라인M" w:cs="휴먼명조"/>
                <w:b/>
                <w:spacing w:val="-12"/>
                <w:w w:val="97"/>
                <w:sz w:val="24"/>
              </w:rPr>
              <w:t>월</w:t>
            </w:r>
          </w:p>
        </w:tc>
        <w:tc>
          <w:tcPr>
            <w:tcW w:w="7224" w:type="dxa"/>
            <w:tcBorders>
              <w:top w:val="single" w:sz="2" w:space="0" w:color="000000"/>
              <w:left w:val="single" w:sz="4" w:space="0" w:color="000000"/>
              <w:bottom w:val="double" w:sz="4" w:space="0" w:color="auto"/>
              <w:right w:val="single" w:sz="2" w:space="0" w:color="000000"/>
            </w:tcBorders>
            <w:shd w:val="clear" w:color="auto" w:fill="F2F2F2"/>
            <w:tcMar>
              <w:top w:w="0" w:type="dxa"/>
              <w:left w:w="28" w:type="dxa"/>
              <w:bottom w:w="0" w:type="dxa"/>
              <w:right w:w="28" w:type="dxa"/>
            </w:tcMar>
            <w:vAlign w:val="center"/>
          </w:tcPr>
          <w:p w:rsidR="00DA08A1" w:rsidRDefault="00F3557A">
            <w:pPr>
              <w:spacing w:line="239" w:lineRule="exact"/>
              <w:jc w:val="center"/>
              <w:rPr>
                <w:rFonts w:ascii="HY헤드라인M" w:eastAsia="휴먼명조" w:hAnsi="HY헤드라인M"/>
                <w:b/>
                <w:sz w:val="24"/>
                <w:szCs w:val="24"/>
                <w:lang w:eastAsia="ko-KR"/>
              </w:rPr>
            </w:pPr>
            <w:r>
              <w:rPr>
                <w:rFonts w:ascii="HY헤드라인M" w:eastAsia="휴먼명조" w:hAnsi="HY헤드라인M" w:cs="휴먼명조"/>
                <w:b/>
                <w:spacing w:val="-12"/>
                <w:w w:val="97"/>
                <w:sz w:val="24"/>
                <w:lang w:eastAsia="ko-KR"/>
              </w:rPr>
              <w:t>주요</w:t>
            </w:r>
            <w:r>
              <w:rPr>
                <w:rFonts w:ascii="HY헤드라인M" w:eastAsia="휴먼명조" w:hAnsi="HY헤드라인M" w:cs="휴먼명조"/>
                <w:b/>
                <w:spacing w:val="-12"/>
                <w:w w:val="97"/>
                <w:sz w:val="24"/>
                <w:lang w:eastAsia="ko-KR"/>
              </w:rPr>
              <w:t xml:space="preserve"> </w:t>
            </w:r>
            <w:r>
              <w:rPr>
                <w:rFonts w:ascii="HY헤드라인M" w:eastAsia="휴먼명조" w:hAnsi="HY헤드라인M" w:cs="휴먼명조"/>
                <w:b/>
                <w:spacing w:val="-12"/>
                <w:w w:val="97"/>
                <w:sz w:val="24"/>
                <w:lang w:eastAsia="ko-KR"/>
              </w:rPr>
              <w:t>내용</w:t>
            </w:r>
          </w:p>
          <w:p w:rsidR="00DA08A1" w:rsidRDefault="00F3557A">
            <w:pPr>
              <w:spacing w:line="239" w:lineRule="exact"/>
              <w:jc w:val="center"/>
              <w:rPr>
                <w:rFonts w:ascii="HY헤드라인M" w:eastAsia="휴먼명조" w:hAnsi="HY헤드라인M"/>
                <w:szCs w:val="20"/>
                <w:lang w:eastAsia="ko-KR"/>
              </w:rPr>
            </w:pPr>
            <w:r>
              <w:rPr>
                <w:rFonts w:ascii="HY헤드라인M" w:eastAsia="휴먼명조" w:hAnsi="HY헤드라인M" w:cs="휴먼명조"/>
                <w:spacing w:val="-10"/>
                <w:w w:val="97"/>
                <w:lang w:eastAsia="ko-KR"/>
              </w:rPr>
              <w:t>(</w:t>
            </w:r>
            <w:r>
              <w:rPr>
                <w:rFonts w:ascii="HY헤드라인M" w:eastAsia="휴먼명조" w:hAnsi="HY헤드라인M" w:cs="휴먼명조"/>
                <w:spacing w:val="-10"/>
                <w:w w:val="97"/>
                <w:lang w:eastAsia="ko-KR"/>
              </w:rPr>
              <w:t>설립</w:t>
            </w:r>
            <w:r>
              <w:rPr>
                <w:rFonts w:ascii="HY헤드라인M" w:eastAsia="휴먼명조" w:hAnsi="HY헤드라인M" w:cs="휴먼명조"/>
                <w:spacing w:val="-10"/>
                <w:w w:val="97"/>
                <w:lang w:eastAsia="ko-KR"/>
              </w:rPr>
              <w:t xml:space="preserve">, </w:t>
            </w:r>
            <w:r>
              <w:rPr>
                <w:rFonts w:ascii="HY헤드라인M" w:eastAsia="휴먼명조" w:hAnsi="HY헤드라인M" w:cs="휴먼명조"/>
                <w:spacing w:val="-10"/>
                <w:w w:val="97"/>
                <w:lang w:eastAsia="ko-KR"/>
              </w:rPr>
              <w:t>상호</w:t>
            </w:r>
            <w:r>
              <w:rPr>
                <w:rFonts w:ascii="HY헤드라인M" w:eastAsia="휴먼명조" w:hAnsi="HY헤드라인M" w:cs="휴먼명조"/>
                <w:spacing w:val="-10"/>
                <w:w w:val="97"/>
                <w:lang w:eastAsia="ko-KR"/>
              </w:rPr>
              <w:t>/</w:t>
            </w:r>
            <w:proofErr w:type="spellStart"/>
            <w:r>
              <w:rPr>
                <w:rFonts w:ascii="HY헤드라인M" w:eastAsia="휴먼명조" w:hAnsi="HY헤드라인M" w:cs="휴먼명조"/>
                <w:spacing w:val="-10"/>
                <w:w w:val="97"/>
                <w:lang w:eastAsia="ko-KR"/>
              </w:rPr>
              <w:t>대표자변경</w:t>
            </w:r>
            <w:proofErr w:type="spellEnd"/>
            <w:r>
              <w:rPr>
                <w:rFonts w:ascii="HY헤드라인M" w:eastAsia="휴먼명조" w:hAnsi="HY헤드라인M" w:cs="휴먼명조"/>
                <w:spacing w:val="-10"/>
                <w:w w:val="97"/>
                <w:lang w:eastAsia="ko-KR"/>
              </w:rPr>
              <w:t xml:space="preserve">, </w:t>
            </w:r>
            <w:r>
              <w:rPr>
                <w:rFonts w:ascii="HY헤드라인M" w:eastAsia="휴먼명조" w:hAnsi="HY헤드라인M" w:cs="휴먼명조"/>
                <w:spacing w:val="-10"/>
                <w:w w:val="97"/>
                <w:lang w:eastAsia="ko-KR"/>
              </w:rPr>
              <w:t>법인전환</w:t>
            </w:r>
            <w:r>
              <w:rPr>
                <w:rFonts w:ascii="HY헤드라인M" w:eastAsia="휴먼명조" w:hAnsi="HY헤드라인M" w:cs="휴먼명조"/>
                <w:spacing w:val="-10"/>
                <w:w w:val="97"/>
                <w:lang w:eastAsia="ko-KR"/>
              </w:rPr>
              <w:t xml:space="preserve"> </w:t>
            </w:r>
            <w:r>
              <w:rPr>
                <w:rFonts w:ascii="HY헤드라인M" w:eastAsia="휴먼명조" w:hAnsi="HY헤드라인M" w:cs="휴먼명조"/>
                <w:spacing w:val="-10"/>
                <w:w w:val="97"/>
                <w:lang w:eastAsia="ko-KR"/>
              </w:rPr>
              <w:t>등</w:t>
            </w:r>
            <w:r>
              <w:rPr>
                <w:rFonts w:ascii="HY헤드라인M" w:eastAsia="휴먼명조" w:hAnsi="HY헤드라인M" w:cs="휴먼명조"/>
                <w:spacing w:val="-10"/>
                <w:w w:val="97"/>
                <w:lang w:eastAsia="ko-KR"/>
              </w:rPr>
              <w:t xml:space="preserve"> </w:t>
            </w:r>
            <w:r>
              <w:rPr>
                <w:rFonts w:ascii="HY헤드라인M" w:eastAsia="휴먼명조" w:hAnsi="HY헤드라인M" w:cs="휴먼명조"/>
                <w:spacing w:val="-10"/>
                <w:w w:val="97"/>
                <w:lang w:eastAsia="ko-KR"/>
              </w:rPr>
              <w:t>주요사항</w:t>
            </w:r>
            <w:r>
              <w:rPr>
                <w:rFonts w:ascii="HY헤드라인M" w:eastAsia="휴먼명조" w:hAnsi="HY헤드라인M" w:cs="휴먼명조"/>
                <w:spacing w:val="-10"/>
                <w:w w:val="97"/>
                <w:lang w:eastAsia="ko-KR"/>
              </w:rPr>
              <w:t xml:space="preserve"> </w:t>
            </w:r>
            <w:r>
              <w:rPr>
                <w:rFonts w:ascii="HY헤드라인M" w:eastAsia="휴먼명조" w:hAnsi="HY헤드라인M" w:cs="휴먼명조"/>
                <w:spacing w:val="-10"/>
                <w:w w:val="97"/>
                <w:lang w:eastAsia="ko-KR"/>
              </w:rPr>
              <w:t>기재</w:t>
            </w:r>
            <w:r>
              <w:rPr>
                <w:rFonts w:ascii="HY헤드라인M" w:eastAsia="휴먼명조" w:hAnsi="HY헤드라인M" w:cs="휴먼명조"/>
                <w:spacing w:val="-10"/>
                <w:w w:val="97"/>
                <w:lang w:eastAsia="ko-KR"/>
              </w:rPr>
              <w:t>)</w:t>
            </w:r>
          </w:p>
        </w:tc>
      </w:tr>
      <w:tr w:rsidR="00DA08A1" w:rsidTr="007B51EB">
        <w:trPr>
          <w:trHeight w:hRule="exact" w:val="407"/>
          <w:jc w:val="center"/>
        </w:trPr>
        <w:tc>
          <w:tcPr>
            <w:tcW w:w="1945" w:type="dxa"/>
            <w:tcBorders>
              <w:top w:val="double" w:sz="4" w:space="0" w:color="auto"/>
              <w:left w:val="single" w:sz="2" w:space="0" w:color="000000"/>
              <w:bottom w:val="single" w:sz="3" w:space="0" w:color="000000"/>
              <w:right w:val="single" w:sz="3" w:space="0" w:color="000000"/>
            </w:tcBorders>
            <w:tcMar>
              <w:top w:w="0" w:type="dxa"/>
              <w:left w:w="28" w:type="dxa"/>
              <w:bottom w:w="0" w:type="dxa"/>
              <w:right w:w="28" w:type="dxa"/>
            </w:tcMar>
            <w:vAlign w:val="center"/>
          </w:tcPr>
          <w:p w:rsidR="00EA64AD" w:rsidRPr="007B51EB" w:rsidRDefault="00EA64AD" w:rsidP="00EA64AD">
            <w:pPr>
              <w:spacing w:line="348" w:lineRule="auto"/>
              <w:jc w:val="both"/>
              <w:rPr>
                <w:rFonts w:ascii="HY중고딕" w:eastAsia="한양중고딕" w:hAnsi="HY중고딕" w:hint="eastAsia"/>
                <w:sz w:val="22"/>
                <w:lang w:eastAsia="ko-KR"/>
              </w:rPr>
            </w:pPr>
          </w:p>
          <w:p w:rsidR="00297B9C" w:rsidRDefault="00297B9C" w:rsidP="00297B9C">
            <w:pPr>
              <w:spacing w:line="348" w:lineRule="auto"/>
              <w:jc w:val="both"/>
              <w:rPr>
                <w:rFonts w:ascii="HY중고딕" w:eastAsia="한양중고딕" w:hAnsi="HY중고딕" w:hint="eastAsia"/>
                <w:lang w:eastAsia="ko-KR"/>
              </w:rPr>
            </w:pPr>
          </w:p>
          <w:p w:rsidR="00297B9C" w:rsidRPr="00B27688" w:rsidRDefault="00297B9C" w:rsidP="00297B9C">
            <w:pPr>
              <w:spacing w:line="348" w:lineRule="auto"/>
              <w:jc w:val="both"/>
              <w:rPr>
                <w:rFonts w:ascii="HY헤드라인M" w:eastAsia="휴먼명조" w:hAnsi="HY헤드라인M" w:hint="eastAsia"/>
                <w:b/>
                <w:szCs w:val="20"/>
                <w:lang w:eastAsia="ko-KR"/>
              </w:rPr>
            </w:pPr>
          </w:p>
          <w:p w:rsidR="00DA08A1" w:rsidRDefault="00DA08A1">
            <w:pPr>
              <w:spacing w:line="359" w:lineRule="exact"/>
              <w:jc w:val="center"/>
              <w:rPr>
                <w:rFonts w:ascii="HY헤드라인M" w:eastAsia="휴먼명조" w:hAnsi="HY헤드라인M"/>
                <w:szCs w:val="20"/>
                <w:lang w:eastAsia="ko-KR"/>
              </w:rPr>
            </w:pPr>
          </w:p>
        </w:tc>
        <w:tc>
          <w:tcPr>
            <w:tcW w:w="7224" w:type="dxa"/>
            <w:tcBorders>
              <w:top w:val="double" w:sz="4" w:space="0" w:color="auto"/>
              <w:left w:val="single" w:sz="3" w:space="0" w:color="000000"/>
              <w:bottom w:val="single" w:sz="3" w:space="0" w:color="000000"/>
              <w:right w:val="single" w:sz="2" w:space="0" w:color="000000"/>
            </w:tcBorders>
            <w:tcMar>
              <w:top w:w="0" w:type="dxa"/>
              <w:left w:w="28" w:type="dxa"/>
              <w:bottom w:w="0" w:type="dxa"/>
              <w:right w:w="28" w:type="dxa"/>
            </w:tcMar>
            <w:vAlign w:val="center"/>
          </w:tcPr>
          <w:p w:rsidR="00EA64AD" w:rsidRPr="007B51EB" w:rsidRDefault="00EA64AD" w:rsidP="00EA64AD">
            <w:pPr>
              <w:spacing w:line="348" w:lineRule="auto"/>
              <w:jc w:val="both"/>
              <w:rPr>
                <w:rFonts w:ascii="HY중고딕" w:eastAsia="한양중고딕" w:hAnsi="HY중고딕" w:hint="eastAsia"/>
                <w:sz w:val="22"/>
                <w:lang w:eastAsia="ko-KR"/>
              </w:rPr>
            </w:pPr>
          </w:p>
          <w:p w:rsidR="00297B9C" w:rsidRDefault="00297B9C" w:rsidP="00297B9C">
            <w:pPr>
              <w:spacing w:line="348" w:lineRule="auto"/>
              <w:jc w:val="both"/>
              <w:rPr>
                <w:rFonts w:ascii="HY중고딕" w:eastAsia="한양중고딕" w:hAnsi="HY중고딕" w:hint="eastAsia"/>
                <w:lang w:eastAsia="ko-KR"/>
              </w:rPr>
            </w:pPr>
          </w:p>
          <w:p w:rsidR="00297B9C" w:rsidRPr="00B27688" w:rsidRDefault="00297B9C" w:rsidP="00297B9C">
            <w:pPr>
              <w:spacing w:line="348" w:lineRule="auto"/>
              <w:jc w:val="both"/>
              <w:rPr>
                <w:rFonts w:ascii="HY헤드라인M" w:eastAsia="휴먼명조" w:hAnsi="HY헤드라인M" w:hint="eastAsia"/>
                <w:b/>
                <w:szCs w:val="20"/>
                <w:lang w:eastAsia="ko-KR"/>
              </w:rPr>
            </w:pPr>
          </w:p>
          <w:p w:rsidR="00DA08A1" w:rsidRDefault="00DA08A1">
            <w:pPr>
              <w:spacing w:line="359" w:lineRule="exact"/>
              <w:jc w:val="center"/>
              <w:rPr>
                <w:rFonts w:ascii="HY헤드라인M" w:eastAsia="휴먼명조" w:hAnsi="HY헤드라인M"/>
                <w:szCs w:val="20"/>
                <w:lang w:eastAsia="ko-KR"/>
              </w:rPr>
            </w:pPr>
          </w:p>
        </w:tc>
      </w:tr>
      <w:tr w:rsidR="00DA08A1">
        <w:trPr>
          <w:trHeight w:hRule="exact" w:val="407"/>
          <w:jc w:val="center"/>
        </w:trPr>
        <w:tc>
          <w:tcPr>
            <w:tcW w:w="1945" w:type="dxa"/>
            <w:tcBorders>
              <w:top w:val="single" w:sz="3" w:space="0" w:color="000000"/>
              <w:left w:val="single" w:sz="2" w:space="0" w:color="000000"/>
              <w:bottom w:val="single" w:sz="3" w:space="0" w:color="000000"/>
              <w:right w:val="single" w:sz="3" w:space="0" w:color="000000"/>
            </w:tcBorders>
            <w:tcMar>
              <w:top w:w="0" w:type="dxa"/>
              <w:left w:w="28" w:type="dxa"/>
              <w:bottom w:w="0" w:type="dxa"/>
              <w:right w:w="28" w:type="dxa"/>
            </w:tcMar>
            <w:vAlign w:val="center"/>
          </w:tcPr>
          <w:p w:rsidR="00EA64AD" w:rsidRPr="007B51EB" w:rsidRDefault="00EA64AD" w:rsidP="00EA64AD">
            <w:pPr>
              <w:spacing w:line="348" w:lineRule="auto"/>
              <w:jc w:val="both"/>
              <w:rPr>
                <w:rFonts w:ascii="HY중고딕" w:eastAsia="한양중고딕" w:hAnsi="HY중고딕" w:hint="eastAsia"/>
                <w:sz w:val="22"/>
                <w:lang w:eastAsia="ko-KR"/>
              </w:rPr>
            </w:pPr>
          </w:p>
          <w:p w:rsidR="00297B9C" w:rsidRPr="00B27688" w:rsidRDefault="00297B9C" w:rsidP="00297B9C">
            <w:pPr>
              <w:spacing w:line="348" w:lineRule="auto"/>
              <w:jc w:val="both"/>
              <w:rPr>
                <w:rFonts w:ascii="HY헤드라인M" w:eastAsia="휴먼명조" w:hAnsi="HY헤드라인M" w:hint="eastAsia"/>
                <w:b/>
                <w:szCs w:val="20"/>
                <w:lang w:eastAsia="ko-KR"/>
              </w:rPr>
            </w:pPr>
          </w:p>
          <w:p w:rsidR="00DA08A1" w:rsidRDefault="00DA08A1">
            <w:pPr>
              <w:spacing w:line="359" w:lineRule="exact"/>
              <w:jc w:val="center"/>
              <w:rPr>
                <w:rFonts w:ascii="HY헤드라인M" w:eastAsia="휴먼명조" w:hAnsi="HY헤드라인M"/>
                <w:szCs w:val="20"/>
                <w:lang w:eastAsia="ko-KR"/>
              </w:rPr>
            </w:pPr>
          </w:p>
        </w:tc>
        <w:tc>
          <w:tcPr>
            <w:tcW w:w="7224" w:type="dxa"/>
            <w:tcBorders>
              <w:top w:val="single" w:sz="3" w:space="0" w:color="000000"/>
              <w:left w:val="single" w:sz="3" w:space="0" w:color="000000"/>
              <w:bottom w:val="single" w:sz="3" w:space="0" w:color="000000"/>
              <w:right w:val="single" w:sz="2" w:space="0" w:color="000000"/>
            </w:tcBorders>
            <w:tcMar>
              <w:top w:w="0" w:type="dxa"/>
              <w:left w:w="28" w:type="dxa"/>
              <w:bottom w:w="0" w:type="dxa"/>
              <w:right w:w="28" w:type="dxa"/>
            </w:tcMar>
            <w:vAlign w:val="center"/>
          </w:tcPr>
          <w:p w:rsidR="00EA64AD" w:rsidRPr="007B51EB" w:rsidRDefault="00EA64AD" w:rsidP="00EA64AD">
            <w:pPr>
              <w:spacing w:line="348" w:lineRule="auto"/>
              <w:jc w:val="both"/>
              <w:rPr>
                <w:rFonts w:ascii="HY중고딕" w:eastAsia="한양중고딕" w:hAnsi="HY중고딕" w:hint="eastAsia"/>
                <w:sz w:val="22"/>
                <w:lang w:eastAsia="ko-KR"/>
              </w:rPr>
            </w:pPr>
          </w:p>
          <w:p w:rsidR="00297B9C" w:rsidRDefault="00297B9C" w:rsidP="00297B9C">
            <w:pPr>
              <w:spacing w:line="348" w:lineRule="auto"/>
              <w:jc w:val="both"/>
              <w:rPr>
                <w:rFonts w:ascii="HY중고딕" w:eastAsia="한양중고딕" w:hAnsi="HY중고딕" w:hint="eastAsia"/>
                <w:lang w:eastAsia="ko-KR"/>
              </w:rPr>
            </w:pPr>
          </w:p>
          <w:p w:rsidR="00297B9C" w:rsidRPr="00B27688" w:rsidRDefault="00297B9C" w:rsidP="00297B9C">
            <w:pPr>
              <w:spacing w:line="348" w:lineRule="auto"/>
              <w:jc w:val="both"/>
              <w:rPr>
                <w:rFonts w:ascii="HY헤드라인M" w:eastAsia="휴먼명조" w:hAnsi="HY헤드라인M" w:hint="eastAsia"/>
                <w:b/>
                <w:szCs w:val="20"/>
                <w:lang w:eastAsia="ko-KR"/>
              </w:rPr>
            </w:pPr>
          </w:p>
          <w:p w:rsidR="00DA08A1" w:rsidRDefault="00DA08A1">
            <w:pPr>
              <w:spacing w:line="359" w:lineRule="exact"/>
              <w:jc w:val="center"/>
              <w:rPr>
                <w:rFonts w:ascii="HY헤드라인M" w:eastAsia="휴먼명조" w:hAnsi="HY헤드라인M"/>
                <w:szCs w:val="20"/>
                <w:lang w:eastAsia="ko-KR"/>
              </w:rPr>
            </w:pPr>
          </w:p>
        </w:tc>
      </w:tr>
      <w:tr w:rsidR="00DA08A1">
        <w:trPr>
          <w:trHeight w:hRule="exact" w:val="407"/>
          <w:jc w:val="center"/>
        </w:trPr>
        <w:tc>
          <w:tcPr>
            <w:tcW w:w="1945" w:type="dxa"/>
            <w:tcBorders>
              <w:top w:val="single" w:sz="3" w:space="0" w:color="000000"/>
              <w:left w:val="single" w:sz="2" w:space="0" w:color="000000"/>
              <w:bottom w:val="single" w:sz="2" w:space="0" w:color="000000"/>
              <w:right w:val="single" w:sz="3" w:space="0" w:color="000000"/>
            </w:tcBorders>
            <w:tcMar>
              <w:top w:w="0" w:type="dxa"/>
              <w:left w:w="28" w:type="dxa"/>
              <w:bottom w:w="0" w:type="dxa"/>
              <w:right w:w="28" w:type="dxa"/>
            </w:tcMar>
            <w:vAlign w:val="center"/>
          </w:tcPr>
          <w:p w:rsidR="00EA64AD" w:rsidRPr="007B51EB" w:rsidRDefault="00EA64AD" w:rsidP="00EA64AD">
            <w:pPr>
              <w:spacing w:line="348" w:lineRule="auto"/>
              <w:jc w:val="both"/>
              <w:rPr>
                <w:rFonts w:ascii="HY중고딕" w:eastAsia="한양중고딕" w:hAnsi="HY중고딕" w:hint="eastAsia"/>
                <w:sz w:val="22"/>
                <w:lang w:eastAsia="ko-KR"/>
              </w:rPr>
            </w:pPr>
          </w:p>
          <w:p w:rsidR="00297B9C" w:rsidRDefault="00297B9C" w:rsidP="00297B9C">
            <w:pPr>
              <w:spacing w:line="348" w:lineRule="auto"/>
              <w:jc w:val="both"/>
              <w:rPr>
                <w:rFonts w:ascii="HY중고딕" w:eastAsia="한양중고딕" w:hAnsi="HY중고딕" w:hint="eastAsia"/>
                <w:lang w:eastAsia="ko-KR"/>
              </w:rPr>
            </w:pPr>
          </w:p>
          <w:p w:rsidR="00297B9C" w:rsidRPr="00B27688" w:rsidRDefault="00297B9C" w:rsidP="00297B9C">
            <w:pPr>
              <w:spacing w:line="348" w:lineRule="auto"/>
              <w:jc w:val="both"/>
              <w:rPr>
                <w:rFonts w:ascii="HY헤드라인M" w:eastAsia="휴먼명조" w:hAnsi="HY헤드라인M" w:hint="eastAsia"/>
                <w:b/>
                <w:szCs w:val="20"/>
                <w:lang w:eastAsia="ko-KR"/>
              </w:rPr>
            </w:pPr>
          </w:p>
          <w:p w:rsidR="00DA08A1" w:rsidRDefault="00DA08A1">
            <w:pPr>
              <w:spacing w:line="358" w:lineRule="exact"/>
              <w:jc w:val="center"/>
              <w:rPr>
                <w:rFonts w:ascii="HY헤드라인M" w:eastAsia="휴먼명조" w:hAnsi="HY헤드라인M"/>
                <w:szCs w:val="20"/>
                <w:lang w:eastAsia="ko-KR"/>
              </w:rPr>
            </w:pPr>
          </w:p>
        </w:tc>
        <w:tc>
          <w:tcPr>
            <w:tcW w:w="7224" w:type="dxa"/>
            <w:tcBorders>
              <w:top w:val="single" w:sz="3" w:space="0" w:color="000000"/>
              <w:left w:val="single" w:sz="3" w:space="0" w:color="000000"/>
              <w:bottom w:val="single" w:sz="2" w:space="0" w:color="000000"/>
              <w:right w:val="single" w:sz="2" w:space="0" w:color="000000"/>
            </w:tcBorders>
            <w:tcMar>
              <w:top w:w="0" w:type="dxa"/>
              <w:left w:w="28" w:type="dxa"/>
              <w:bottom w:w="0" w:type="dxa"/>
              <w:right w:w="28" w:type="dxa"/>
            </w:tcMar>
            <w:vAlign w:val="center"/>
          </w:tcPr>
          <w:p w:rsidR="00EA64AD" w:rsidRPr="007B51EB" w:rsidRDefault="00EA64AD" w:rsidP="00EA64AD">
            <w:pPr>
              <w:spacing w:line="348" w:lineRule="auto"/>
              <w:jc w:val="both"/>
              <w:rPr>
                <w:rFonts w:ascii="HY중고딕" w:eastAsia="한양중고딕" w:hAnsi="HY중고딕" w:hint="eastAsia"/>
                <w:sz w:val="22"/>
                <w:lang w:eastAsia="ko-KR"/>
              </w:rPr>
            </w:pPr>
          </w:p>
          <w:p w:rsidR="00297B9C" w:rsidRDefault="00297B9C" w:rsidP="00297B9C">
            <w:pPr>
              <w:spacing w:line="348" w:lineRule="auto"/>
              <w:jc w:val="both"/>
              <w:rPr>
                <w:rFonts w:ascii="HY중고딕" w:eastAsia="한양중고딕" w:hAnsi="HY중고딕" w:hint="eastAsia"/>
                <w:lang w:eastAsia="ko-KR"/>
              </w:rPr>
            </w:pPr>
          </w:p>
          <w:p w:rsidR="00297B9C" w:rsidRPr="00B27688" w:rsidRDefault="00297B9C" w:rsidP="00297B9C">
            <w:pPr>
              <w:spacing w:line="348" w:lineRule="auto"/>
              <w:jc w:val="both"/>
              <w:rPr>
                <w:rFonts w:ascii="HY헤드라인M" w:eastAsia="휴먼명조" w:hAnsi="HY헤드라인M" w:hint="eastAsia"/>
                <w:b/>
                <w:szCs w:val="20"/>
                <w:lang w:eastAsia="ko-KR"/>
              </w:rPr>
            </w:pPr>
          </w:p>
          <w:p w:rsidR="00DA08A1" w:rsidRDefault="00297B9C">
            <w:pPr>
              <w:spacing w:line="358" w:lineRule="exact"/>
              <w:jc w:val="center"/>
              <w:rPr>
                <w:rFonts w:ascii="HY헤드라인M" w:eastAsia="휴먼명조" w:hAnsi="HY헤드라인M"/>
                <w:szCs w:val="20"/>
                <w:lang w:eastAsia="ko-KR"/>
              </w:rPr>
            </w:pPr>
            <w:proofErr w:type="spellStart"/>
            <w:r>
              <w:rPr>
                <w:rFonts w:ascii="HY헤드라인M" w:eastAsia="휴먼명조" w:hAnsi="HY헤드라인M" w:hint="eastAsia"/>
                <w:szCs w:val="20"/>
                <w:lang w:eastAsia="ko-KR"/>
              </w:rPr>
              <w:t>ㅇㅇ</w:t>
            </w:r>
            <w:proofErr w:type="spellEnd"/>
          </w:p>
        </w:tc>
      </w:tr>
    </w:tbl>
    <w:p w:rsidR="00DA08A1" w:rsidRDefault="00DA08A1">
      <w:pPr>
        <w:spacing w:line="348" w:lineRule="auto"/>
        <w:jc w:val="both"/>
        <w:rPr>
          <w:rFonts w:ascii="HY헤드라인M" w:eastAsia="휴먼명조" w:hAnsi="HY헤드라인M"/>
          <w:b/>
          <w:szCs w:val="20"/>
          <w:lang w:eastAsia="ko-KR"/>
        </w:rPr>
      </w:pPr>
    </w:p>
    <w:p w:rsidR="00855EB3" w:rsidRDefault="00855EB3">
      <w:pPr>
        <w:spacing w:line="348" w:lineRule="auto"/>
        <w:jc w:val="both"/>
        <w:rPr>
          <w:rFonts w:ascii="HY헤드라인M" w:eastAsia="휴먼명조" w:hAnsi="HY헤드라인M" w:hint="eastAsia"/>
          <w:b/>
          <w:szCs w:val="20"/>
          <w:lang w:eastAsia="ko-KR"/>
        </w:rPr>
      </w:pPr>
    </w:p>
    <w:p w:rsidR="00DA08A1" w:rsidRDefault="00F3557A">
      <w:pPr>
        <w:spacing w:line="348" w:lineRule="auto"/>
        <w:jc w:val="both"/>
        <w:rPr>
          <w:rFonts w:ascii="HY헤드라인M" w:eastAsia="휴먼명조" w:hAnsi="HY헤드라인M"/>
          <w:b/>
          <w:sz w:val="26"/>
          <w:szCs w:val="26"/>
        </w:rPr>
      </w:pPr>
      <w:r>
        <w:rPr>
          <w:rFonts w:ascii="HY헤드라인M" w:eastAsia="휴먼명조" w:hAnsi="HY헤드라인M" w:cs="휴먼명조"/>
          <w:b/>
          <w:sz w:val="26"/>
          <w:lang w:eastAsia="ko-KR"/>
        </w:rPr>
        <w:t xml:space="preserve"> </w:t>
      </w:r>
      <w:r>
        <w:rPr>
          <w:rFonts w:ascii="HY헤드라인M" w:eastAsia="휴먼명조" w:hAnsi="HY헤드라인M" w:cs="휴먼명조"/>
          <w:b/>
          <w:sz w:val="26"/>
        </w:rPr>
        <w:t>나</w:t>
      </w:r>
      <w:r>
        <w:rPr>
          <w:rFonts w:ascii="HY헤드라인M" w:eastAsia="휴먼명조" w:hAnsi="HY헤드라인M" w:cs="휴먼명조"/>
          <w:b/>
          <w:sz w:val="26"/>
        </w:rPr>
        <w:t xml:space="preserve">. </w:t>
      </w:r>
      <w:r>
        <w:rPr>
          <w:rFonts w:ascii="HY헤드라인M" w:eastAsia="휴먼명조" w:hAnsi="HY헤드라인M" w:cs="휴먼명조"/>
          <w:b/>
          <w:sz w:val="26"/>
        </w:rPr>
        <w:t>경영실적</w:t>
      </w:r>
      <w:r>
        <w:rPr>
          <w:rFonts w:ascii="HY헤드라인M" w:eastAsia="휴먼명조" w:hAnsi="HY헤드라인M" w:cs="휴먼명조"/>
          <w:b/>
          <w:sz w:val="26"/>
        </w:rPr>
        <w:t xml:space="preserve"> </w:t>
      </w:r>
      <w:r>
        <w:rPr>
          <w:rFonts w:ascii="HY헤드라인M" w:eastAsia="휴먼명조" w:hAnsi="HY헤드라인M" w:cs="휴먼명조"/>
          <w:b/>
          <w:sz w:val="26"/>
        </w:rPr>
        <w:t>지표</w:t>
      </w:r>
    </w:p>
    <w:tbl>
      <w:tblPr>
        <w:tblStyle w:val="af9"/>
        <w:tblW w:w="0" w:type="auto"/>
        <w:jc w:val="center"/>
        <w:tblLayout w:type="fixed"/>
        <w:tblLook w:val="04A0" w:firstRow="1" w:lastRow="0" w:firstColumn="1" w:lastColumn="0" w:noHBand="0" w:noVBand="1"/>
      </w:tblPr>
      <w:tblGrid>
        <w:gridCol w:w="709"/>
        <w:gridCol w:w="1589"/>
        <w:gridCol w:w="2889"/>
        <w:gridCol w:w="2889"/>
        <w:gridCol w:w="1101"/>
      </w:tblGrid>
      <w:tr w:rsidR="00DA08A1" w:rsidTr="00A04DD8">
        <w:trPr>
          <w:trHeight w:hRule="exact" w:val="296"/>
          <w:jc w:val="center"/>
        </w:trPr>
        <w:tc>
          <w:tcPr>
            <w:tcW w:w="9177" w:type="dxa"/>
            <w:gridSpan w:val="5"/>
            <w:tcBorders>
              <w:top w:val="nil"/>
              <w:left w:val="nil"/>
              <w:bottom w:val="single" w:sz="2" w:space="0" w:color="000000"/>
              <w:right w:val="nil"/>
            </w:tcBorders>
            <w:tcMar>
              <w:top w:w="0" w:type="dxa"/>
              <w:left w:w="28" w:type="dxa"/>
              <w:bottom w:w="0" w:type="dxa"/>
              <w:right w:w="28" w:type="dxa"/>
            </w:tcMar>
            <w:vAlign w:val="center"/>
          </w:tcPr>
          <w:p w:rsidR="00DA08A1" w:rsidRDefault="00F3557A">
            <w:pPr>
              <w:spacing w:line="260" w:lineRule="exact"/>
              <w:jc w:val="right"/>
              <w:rPr>
                <w:rFonts w:ascii="HY헤드라인M" w:eastAsia="휴먼명조" w:hAnsi="HY헤드라인M"/>
                <w:szCs w:val="20"/>
                <w:lang w:eastAsia="ko-KR"/>
              </w:rPr>
            </w:pPr>
            <w:r>
              <w:rPr>
                <w:rFonts w:ascii="HY헤드라인M" w:eastAsia="휴먼명조" w:hAnsi="HY헤드라인M" w:cs="휴먼명조"/>
                <w:lang w:eastAsia="ko-KR"/>
              </w:rPr>
              <w:t xml:space="preserve">   (</w:t>
            </w:r>
            <w:r>
              <w:rPr>
                <w:rFonts w:ascii="HY헤드라인M" w:eastAsia="휴먼명조" w:hAnsi="HY헤드라인M" w:cs="휴먼명조"/>
                <w:lang w:eastAsia="ko-KR"/>
              </w:rPr>
              <w:t>단위</w:t>
            </w:r>
            <w:r>
              <w:rPr>
                <w:rFonts w:ascii="HY헤드라인M" w:eastAsia="휴먼명조" w:hAnsi="HY헤드라인M" w:cs="휴먼명조"/>
                <w:lang w:eastAsia="ko-KR"/>
              </w:rPr>
              <w:t xml:space="preserve">: </w:t>
            </w:r>
            <w:r>
              <w:rPr>
                <w:rFonts w:ascii="HY헤드라인M" w:eastAsia="휴먼명조" w:hAnsi="HY헤드라인M" w:cs="휴먼명조"/>
                <w:lang w:eastAsia="ko-KR"/>
              </w:rPr>
              <w:t>국내기업</w:t>
            </w:r>
            <w:r>
              <w:rPr>
                <w:rFonts w:ascii="HY헤드라인M" w:eastAsia="휴먼명조" w:hAnsi="HY헤드라인M" w:cs="휴먼명조"/>
                <w:lang w:eastAsia="ko-KR"/>
              </w:rPr>
              <w:t>/</w:t>
            </w:r>
            <w:r>
              <w:rPr>
                <w:rFonts w:ascii="HY헤드라인M" w:eastAsia="휴먼명조" w:hAnsi="HY헤드라인M" w:cs="휴먼명조"/>
                <w:lang w:eastAsia="ko-KR"/>
              </w:rPr>
              <w:t>원</w:t>
            </w:r>
            <w:r>
              <w:rPr>
                <w:rFonts w:ascii="HY헤드라인M" w:eastAsia="휴먼명조" w:hAnsi="HY헤드라인M" w:cs="휴먼명조"/>
                <w:lang w:eastAsia="ko-KR"/>
              </w:rPr>
              <w:t xml:space="preserve">, </w:t>
            </w:r>
            <w:r>
              <w:rPr>
                <w:rFonts w:ascii="HY헤드라인M" w:eastAsia="휴먼명조" w:hAnsi="HY헤드라인M" w:cs="휴먼명조"/>
                <w:lang w:eastAsia="ko-KR"/>
              </w:rPr>
              <w:t>해외기업</w:t>
            </w:r>
            <w:r>
              <w:rPr>
                <w:rFonts w:ascii="HY헤드라인M" w:eastAsia="휴먼명조" w:hAnsi="HY헤드라인M" w:cs="휴먼명조"/>
                <w:lang w:eastAsia="ko-KR"/>
              </w:rPr>
              <w:t>/</w:t>
            </w:r>
            <w:proofErr w:type="spellStart"/>
            <w:r>
              <w:rPr>
                <w:rFonts w:ascii="HY헤드라인M" w:eastAsia="휴먼명조" w:hAnsi="HY헤드라인M" w:cs="휴먼명조"/>
                <w:lang w:eastAsia="ko-KR"/>
              </w:rPr>
              <w:t>현지통화</w:t>
            </w:r>
            <w:proofErr w:type="spellEnd"/>
            <w:r>
              <w:rPr>
                <w:rFonts w:ascii="HY헤드라인M" w:eastAsia="휴먼명조" w:hAnsi="HY헤드라인M" w:cs="휴먼명조"/>
                <w:lang w:eastAsia="ko-KR"/>
              </w:rPr>
              <w:t xml:space="preserve"> </w:t>
            </w:r>
            <w:r>
              <w:rPr>
                <w:rFonts w:ascii="HY헤드라인M" w:eastAsia="휴먼명조" w:hAnsi="HY헤드라인M" w:cs="휴먼명조"/>
                <w:lang w:eastAsia="ko-KR"/>
              </w:rPr>
              <w:t>기준</w:t>
            </w:r>
            <w:r>
              <w:rPr>
                <w:rFonts w:ascii="HY헤드라인M" w:eastAsia="휴먼명조" w:hAnsi="HY헤드라인M" w:cs="휴먼명조"/>
                <w:lang w:eastAsia="ko-KR"/>
              </w:rPr>
              <w:t>)</w:t>
            </w:r>
          </w:p>
        </w:tc>
      </w:tr>
      <w:tr w:rsidR="00DA08A1" w:rsidTr="00A04DD8">
        <w:trPr>
          <w:trHeight w:val="296"/>
          <w:jc w:val="center"/>
        </w:trPr>
        <w:tc>
          <w:tcPr>
            <w:tcW w:w="709" w:type="dxa"/>
            <w:tcBorders>
              <w:top w:val="single" w:sz="2" w:space="0" w:color="000000"/>
              <w:left w:val="single" w:sz="2" w:space="0" w:color="000000"/>
              <w:bottom w:val="double" w:sz="4" w:space="0" w:color="auto"/>
              <w:right w:val="single" w:sz="4" w:space="0" w:color="000000"/>
            </w:tcBorders>
            <w:shd w:val="clear" w:color="auto" w:fill="F2F2F2"/>
            <w:tcMar>
              <w:top w:w="28" w:type="dxa"/>
              <w:left w:w="28" w:type="dxa"/>
              <w:bottom w:w="28" w:type="dxa"/>
              <w:right w:w="28" w:type="dxa"/>
            </w:tcMar>
            <w:vAlign w:val="center"/>
          </w:tcPr>
          <w:p w:rsidR="00DA08A1" w:rsidRDefault="00F3557A" w:rsidP="00A04DD8">
            <w:pPr>
              <w:jc w:val="center"/>
              <w:rPr>
                <w:rFonts w:ascii="HY헤드라인M" w:eastAsia="휴먼명조" w:hAnsi="HY헤드라인M"/>
                <w:b/>
                <w:sz w:val="24"/>
                <w:szCs w:val="24"/>
              </w:rPr>
            </w:pPr>
            <w:r>
              <w:rPr>
                <w:rFonts w:ascii="HY헤드라인M" w:eastAsia="휴먼명조" w:hAnsi="HY헤드라인M" w:cs="휴먼명조"/>
                <w:b/>
                <w:spacing w:val="-12"/>
                <w:w w:val="97"/>
                <w:sz w:val="24"/>
              </w:rPr>
              <w:t>구</w:t>
            </w:r>
            <w:r>
              <w:rPr>
                <w:rFonts w:ascii="HY헤드라인M" w:eastAsia="휴먼명조" w:hAnsi="HY헤드라인M" w:cs="휴먼명조"/>
                <w:b/>
                <w:spacing w:val="-12"/>
                <w:w w:val="97"/>
                <w:sz w:val="24"/>
              </w:rPr>
              <w:t xml:space="preserve"> </w:t>
            </w:r>
            <w:r>
              <w:rPr>
                <w:rFonts w:ascii="HY헤드라인M" w:eastAsia="휴먼명조" w:hAnsi="HY헤드라인M" w:cs="휴먼명조"/>
                <w:b/>
                <w:spacing w:val="-12"/>
                <w:w w:val="97"/>
                <w:sz w:val="24"/>
              </w:rPr>
              <w:t>분</w:t>
            </w:r>
          </w:p>
        </w:tc>
        <w:tc>
          <w:tcPr>
            <w:tcW w:w="1589" w:type="dxa"/>
            <w:tcBorders>
              <w:top w:val="single" w:sz="2" w:space="0" w:color="000000"/>
              <w:left w:val="single" w:sz="4" w:space="0" w:color="000000"/>
              <w:bottom w:val="double" w:sz="4" w:space="0" w:color="auto"/>
              <w:right w:val="single" w:sz="4" w:space="0" w:color="000000"/>
            </w:tcBorders>
            <w:shd w:val="clear" w:color="auto" w:fill="F2F2F2"/>
            <w:tcMar>
              <w:top w:w="28" w:type="dxa"/>
              <w:left w:w="28" w:type="dxa"/>
              <w:bottom w:w="28" w:type="dxa"/>
              <w:right w:w="28" w:type="dxa"/>
            </w:tcMar>
            <w:vAlign w:val="center"/>
          </w:tcPr>
          <w:p w:rsidR="00DA08A1" w:rsidRDefault="00F3557A" w:rsidP="00A04DD8">
            <w:pPr>
              <w:jc w:val="center"/>
              <w:rPr>
                <w:rFonts w:ascii="HY헤드라인M" w:eastAsia="휴먼명조" w:hAnsi="HY헤드라인M"/>
                <w:b/>
                <w:sz w:val="24"/>
                <w:szCs w:val="24"/>
              </w:rPr>
            </w:pPr>
            <w:proofErr w:type="spellStart"/>
            <w:r>
              <w:rPr>
                <w:rFonts w:ascii="HY헤드라인M" w:eastAsia="휴먼명조" w:hAnsi="HY헤드라인M" w:cs="휴먼명조"/>
                <w:b/>
                <w:spacing w:val="-12"/>
                <w:w w:val="97"/>
                <w:sz w:val="24"/>
              </w:rPr>
              <w:t>지표명</w:t>
            </w:r>
            <w:proofErr w:type="spellEnd"/>
          </w:p>
        </w:tc>
        <w:tc>
          <w:tcPr>
            <w:tcW w:w="2889" w:type="dxa"/>
            <w:tcBorders>
              <w:top w:val="single" w:sz="2" w:space="0" w:color="000000"/>
              <w:left w:val="single" w:sz="4" w:space="0" w:color="000000"/>
              <w:bottom w:val="double" w:sz="4" w:space="0" w:color="auto"/>
              <w:right w:val="single" w:sz="4" w:space="0" w:color="000000"/>
            </w:tcBorders>
            <w:shd w:val="clear" w:color="auto" w:fill="F2F2F2"/>
            <w:tcMar>
              <w:top w:w="28" w:type="dxa"/>
              <w:left w:w="28" w:type="dxa"/>
              <w:bottom w:w="28" w:type="dxa"/>
              <w:right w:w="28" w:type="dxa"/>
            </w:tcMar>
            <w:vAlign w:val="center"/>
          </w:tcPr>
          <w:p w:rsidR="00DA08A1" w:rsidRDefault="008F640F" w:rsidP="00A04DD8">
            <w:pPr>
              <w:jc w:val="center"/>
              <w:rPr>
                <w:rFonts w:ascii="HY헤드라인M" w:eastAsia="휴먼명조" w:hAnsi="HY헤드라인M"/>
                <w:b/>
                <w:sz w:val="24"/>
                <w:szCs w:val="24"/>
              </w:rPr>
            </w:pPr>
            <w:r>
              <w:rPr>
                <w:rFonts w:ascii="HY헤드라인M" w:eastAsia="휴먼명조" w:hAnsi="HY헤드라인M" w:cs="휴먼명조"/>
                <w:b/>
                <w:spacing w:val="-12"/>
                <w:w w:val="97"/>
                <w:sz w:val="24"/>
              </w:rPr>
              <w:t>’</w:t>
            </w:r>
            <w:r w:rsidR="00F3557A">
              <w:rPr>
                <w:rFonts w:ascii="HY헤드라인M" w:eastAsia="휴먼명조" w:hAnsi="HY헤드라인M" w:cs="휴먼명조"/>
                <w:b/>
                <w:spacing w:val="-12"/>
                <w:w w:val="97"/>
                <w:sz w:val="24"/>
              </w:rPr>
              <w:t>24</w:t>
            </w:r>
            <w:r w:rsidR="00F3557A">
              <w:rPr>
                <w:rFonts w:ascii="HY헤드라인M" w:eastAsia="휴먼명조" w:hAnsi="HY헤드라인M" w:cs="휴먼명조"/>
                <w:b/>
                <w:spacing w:val="-12"/>
                <w:w w:val="97"/>
                <w:sz w:val="24"/>
              </w:rPr>
              <w:t>년</w:t>
            </w:r>
          </w:p>
        </w:tc>
        <w:tc>
          <w:tcPr>
            <w:tcW w:w="2889" w:type="dxa"/>
            <w:tcBorders>
              <w:top w:val="single" w:sz="2" w:space="0" w:color="000000"/>
              <w:left w:val="single" w:sz="4" w:space="0" w:color="000000"/>
              <w:bottom w:val="double" w:sz="4" w:space="0" w:color="auto"/>
              <w:right w:val="single" w:sz="4" w:space="0" w:color="000000"/>
            </w:tcBorders>
            <w:shd w:val="clear" w:color="auto" w:fill="F2F2F2"/>
            <w:tcMar>
              <w:top w:w="28" w:type="dxa"/>
              <w:left w:w="28" w:type="dxa"/>
              <w:bottom w:w="28" w:type="dxa"/>
              <w:right w:w="28" w:type="dxa"/>
            </w:tcMar>
            <w:vAlign w:val="center"/>
          </w:tcPr>
          <w:p w:rsidR="00DA08A1" w:rsidRDefault="008F640F" w:rsidP="00A04DD8">
            <w:pPr>
              <w:jc w:val="center"/>
              <w:rPr>
                <w:rFonts w:ascii="HY헤드라인M" w:eastAsia="휴먼명조" w:hAnsi="HY헤드라인M"/>
                <w:b/>
                <w:sz w:val="24"/>
                <w:szCs w:val="24"/>
              </w:rPr>
            </w:pPr>
            <w:r>
              <w:rPr>
                <w:rFonts w:ascii="HY헤드라인M" w:eastAsia="휴먼명조" w:hAnsi="HY헤드라인M" w:cs="휴먼명조"/>
                <w:b/>
                <w:spacing w:val="-12"/>
                <w:w w:val="97"/>
                <w:sz w:val="24"/>
              </w:rPr>
              <w:t>’</w:t>
            </w:r>
            <w:r w:rsidR="00F3557A">
              <w:rPr>
                <w:rFonts w:ascii="HY헤드라인M" w:eastAsia="휴먼명조" w:hAnsi="HY헤드라인M" w:cs="휴먼명조"/>
                <w:b/>
                <w:spacing w:val="-12"/>
                <w:w w:val="97"/>
                <w:sz w:val="24"/>
              </w:rPr>
              <w:t>25</w:t>
            </w:r>
            <w:r w:rsidR="00F3557A">
              <w:rPr>
                <w:rFonts w:ascii="HY헤드라인M" w:eastAsia="휴먼명조" w:hAnsi="HY헤드라인M" w:cs="휴먼명조"/>
                <w:b/>
                <w:spacing w:val="-12"/>
                <w:w w:val="97"/>
                <w:sz w:val="24"/>
              </w:rPr>
              <w:t>년</w:t>
            </w:r>
          </w:p>
        </w:tc>
        <w:tc>
          <w:tcPr>
            <w:tcW w:w="1101" w:type="dxa"/>
            <w:tcBorders>
              <w:top w:val="single" w:sz="2" w:space="0" w:color="000000"/>
              <w:left w:val="single" w:sz="4" w:space="0" w:color="000000"/>
              <w:bottom w:val="double" w:sz="4" w:space="0" w:color="auto"/>
              <w:right w:val="single" w:sz="2" w:space="0" w:color="000000"/>
            </w:tcBorders>
            <w:shd w:val="clear" w:color="auto" w:fill="F2F2F2"/>
            <w:tcMar>
              <w:top w:w="28" w:type="dxa"/>
              <w:left w:w="28" w:type="dxa"/>
              <w:bottom w:w="28" w:type="dxa"/>
              <w:right w:w="28" w:type="dxa"/>
            </w:tcMar>
            <w:vAlign w:val="center"/>
          </w:tcPr>
          <w:p w:rsidR="00DA08A1" w:rsidRDefault="00F3557A" w:rsidP="00A04DD8">
            <w:pPr>
              <w:jc w:val="center"/>
              <w:rPr>
                <w:rFonts w:ascii="HY헤드라인M" w:eastAsia="휴먼명조" w:hAnsi="HY헤드라인M"/>
                <w:b/>
                <w:sz w:val="24"/>
                <w:szCs w:val="24"/>
              </w:rPr>
            </w:pPr>
            <w:r>
              <w:rPr>
                <w:rFonts w:ascii="HY헤드라인M" w:eastAsia="휴먼명조" w:hAnsi="HY헤드라인M" w:cs="휴먼명조"/>
                <w:b/>
                <w:spacing w:val="-12"/>
                <w:w w:val="97"/>
                <w:sz w:val="24"/>
              </w:rPr>
              <w:t>비고</w:t>
            </w:r>
          </w:p>
        </w:tc>
      </w:tr>
      <w:tr w:rsidR="00207F27" w:rsidTr="00A04DD8">
        <w:trPr>
          <w:trHeight w:val="493"/>
          <w:jc w:val="center"/>
        </w:trPr>
        <w:tc>
          <w:tcPr>
            <w:tcW w:w="709" w:type="dxa"/>
            <w:tcBorders>
              <w:top w:val="double" w:sz="4" w:space="0" w:color="auto"/>
              <w:left w:val="single" w:sz="2" w:space="0" w:color="000000"/>
              <w:bottom w:val="single" w:sz="3" w:space="0" w:color="000000"/>
              <w:right w:val="single" w:sz="3" w:space="0" w:color="000000"/>
            </w:tcBorders>
            <w:tcMar>
              <w:top w:w="0" w:type="dxa"/>
              <w:left w:w="28" w:type="dxa"/>
              <w:bottom w:w="0" w:type="dxa"/>
              <w:right w:w="28" w:type="dxa"/>
            </w:tcMar>
            <w:vAlign w:val="center"/>
          </w:tcPr>
          <w:p w:rsidR="00207F27" w:rsidRPr="00207F27" w:rsidRDefault="00207F27" w:rsidP="00207F27">
            <w:pPr>
              <w:jc w:val="center"/>
              <w:rPr>
                <w:rFonts w:ascii="HY헤드라인M" w:eastAsia="휴먼명조" w:hAnsi="HY헤드라인M" w:hint="eastAsia"/>
                <w:sz w:val="24"/>
                <w:szCs w:val="24"/>
                <w:lang w:eastAsia="ko-KR"/>
              </w:rPr>
            </w:pPr>
            <w:r w:rsidRPr="00207F27">
              <w:rPr>
                <w:rFonts w:ascii="HY헤드라인M" w:eastAsia="휴먼명조" w:hAnsi="HY헤드라인M" w:cs="휴먼명조" w:hint="eastAsia"/>
                <w:spacing w:val="-12"/>
                <w:w w:val="97"/>
                <w:sz w:val="24"/>
                <w:lang w:eastAsia="ko-KR"/>
              </w:rPr>
              <w:t>1</w:t>
            </w:r>
          </w:p>
        </w:tc>
        <w:tc>
          <w:tcPr>
            <w:tcW w:w="1589" w:type="dxa"/>
            <w:tcBorders>
              <w:top w:val="double" w:sz="4" w:space="0" w:color="auto"/>
              <w:left w:val="single" w:sz="3" w:space="0" w:color="000000"/>
              <w:bottom w:val="single" w:sz="3" w:space="0" w:color="000000"/>
              <w:right w:val="single" w:sz="3" w:space="0" w:color="000000"/>
            </w:tcBorders>
            <w:tcMar>
              <w:top w:w="0" w:type="dxa"/>
              <w:left w:w="28" w:type="dxa"/>
              <w:bottom w:w="0" w:type="dxa"/>
              <w:right w:w="28" w:type="dxa"/>
            </w:tcMar>
            <w:vAlign w:val="center"/>
          </w:tcPr>
          <w:p w:rsidR="00207F27" w:rsidRPr="00207F27" w:rsidRDefault="00207F27" w:rsidP="00207F27">
            <w:pPr>
              <w:jc w:val="center"/>
              <w:rPr>
                <w:rFonts w:ascii="HY헤드라인M" w:eastAsia="휴먼명조" w:hAnsi="HY헤드라인M"/>
                <w:sz w:val="24"/>
                <w:szCs w:val="24"/>
              </w:rPr>
            </w:pPr>
            <w:r w:rsidRPr="00207F27">
              <w:rPr>
                <w:rFonts w:ascii="HY헤드라인M" w:eastAsia="휴먼명조" w:hAnsi="HY헤드라인M" w:hint="eastAsia"/>
                <w:sz w:val="24"/>
                <w:szCs w:val="24"/>
                <w:lang w:eastAsia="ko-KR"/>
              </w:rPr>
              <w:t>매출액</w:t>
            </w:r>
          </w:p>
        </w:tc>
        <w:tc>
          <w:tcPr>
            <w:tcW w:w="2889" w:type="dxa"/>
            <w:tcBorders>
              <w:top w:val="double" w:sz="4" w:space="0" w:color="auto"/>
              <w:left w:val="single" w:sz="3" w:space="0" w:color="000000"/>
              <w:bottom w:val="single" w:sz="3" w:space="0" w:color="000000"/>
              <w:right w:val="single" w:sz="3" w:space="0" w:color="000000"/>
            </w:tcBorders>
            <w:tcMar>
              <w:top w:w="0" w:type="dxa"/>
              <w:left w:w="28" w:type="dxa"/>
              <w:bottom w:w="0" w:type="dxa"/>
              <w:right w:w="28" w:type="dxa"/>
            </w:tcMar>
            <w:vAlign w:val="center"/>
          </w:tcPr>
          <w:p w:rsidR="00207F27" w:rsidRDefault="00207F27" w:rsidP="00297B9C">
            <w:pPr>
              <w:spacing w:line="377" w:lineRule="exact"/>
              <w:rPr>
                <w:rFonts w:ascii="HY헤드라인M" w:eastAsia="휴먼명조" w:hAnsi="HY헤드라인M"/>
                <w:sz w:val="24"/>
                <w:szCs w:val="24"/>
              </w:rPr>
            </w:pPr>
          </w:p>
        </w:tc>
        <w:tc>
          <w:tcPr>
            <w:tcW w:w="2889" w:type="dxa"/>
            <w:tcBorders>
              <w:top w:val="double" w:sz="4" w:space="0" w:color="auto"/>
              <w:left w:val="single" w:sz="3" w:space="0" w:color="000000"/>
              <w:bottom w:val="single" w:sz="3" w:space="0" w:color="000000"/>
              <w:right w:val="single" w:sz="3" w:space="0" w:color="000000"/>
            </w:tcBorders>
            <w:tcMar>
              <w:top w:w="0" w:type="dxa"/>
              <w:left w:w="28" w:type="dxa"/>
              <w:bottom w:w="0" w:type="dxa"/>
              <w:right w:w="28" w:type="dxa"/>
            </w:tcMar>
            <w:vAlign w:val="center"/>
          </w:tcPr>
          <w:p w:rsidR="00207F27" w:rsidRDefault="00207F27" w:rsidP="00297B9C">
            <w:pPr>
              <w:spacing w:line="377" w:lineRule="exact"/>
              <w:rPr>
                <w:rFonts w:ascii="HY헤드라인M" w:eastAsia="휴먼명조" w:hAnsi="HY헤드라인M"/>
                <w:sz w:val="24"/>
                <w:szCs w:val="24"/>
              </w:rPr>
            </w:pPr>
          </w:p>
        </w:tc>
        <w:tc>
          <w:tcPr>
            <w:tcW w:w="1101" w:type="dxa"/>
            <w:tcBorders>
              <w:top w:val="double" w:sz="4" w:space="0" w:color="auto"/>
              <w:left w:val="single" w:sz="3" w:space="0" w:color="000000"/>
              <w:bottom w:val="single" w:sz="3" w:space="0" w:color="000000"/>
              <w:right w:val="single" w:sz="2" w:space="0" w:color="000000"/>
            </w:tcBorders>
            <w:tcMar>
              <w:top w:w="0" w:type="dxa"/>
              <w:left w:w="28" w:type="dxa"/>
              <w:bottom w:w="0" w:type="dxa"/>
              <w:right w:w="28" w:type="dxa"/>
            </w:tcMar>
            <w:vAlign w:val="center"/>
          </w:tcPr>
          <w:p w:rsidR="00207F27" w:rsidRDefault="00207F27" w:rsidP="00297B9C">
            <w:pPr>
              <w:spacing w:line="377" w:lineRule="exact"/>
              <w:rPr>
                <w:rFonts w:ascii="HY헤드라인M" w:eastAsia="휴먼명조" w:hAnsi="HY헤드라인M"/>
                <w:sz w:val="24"/>
                <w:szCs w:val="24"/>
              </w:rPr>
            </w:pPr>
          </w:p>
        </w:tc>
      </w:tr>
      <w:tr w:rsidR="00207F27" w:rsidTr="00A04DD8">
        <w:trPr>
          <w:trHeight w:val="493"/>
          <w:jc w:val="center"/>
        </w:trPr>
        <w:tc>
          <w:tcPr>
            <w:tcW w:w="709" w:type="dxa"/>
            <w:tcBorders>
              <w:top w:val="single" w:sz="3" w:space="0" w:color="000000"/>
              <w:left w:val="single" w:sz="2" w:space="0" w:color="000000"/>
              <w:bottom w:val="single" w:sz="2" w:space="0" w:color="000000"/>
              <w:right w:val="single" w:sz="3" w:space="0" w:color="000000"/>
            </w:tcBorders>
            <w:tcMar>
              <w:top w:w="0" w:type="dxa"/>
              <w:left w:w="28" w:type="dxa"/>
              <w:bottom w:w="0" w:type="dxa"/>
              <w:right w:w="28" w:type="dxa"/>
            </w:tcMar>
            <w:vAlign w:val="center"/>
          </w:tcPr>
          <w:p w:rsidR="00207F27" w:rsidRPr="00207F27" w:rsidRDefault="00207F27" w:rsidP="00207F27">
            <w:pPr>
              <w:jc w:val="center"/>
              <w:rPr>
                <w:rFonts w:ascii="HY헤드라인M" w:eastAsia="휴먼명조" w:hAnsi="HY헤드라인M" w:hint="eastAsia"/>
                <w:sz w:val="24"/>
                <w:szCs w:val="24"/>
                <w:lang w:eastAsia="ko-KR"/>
              </w:rPr>
            </w:pPr>
            <w:r w:rsidRPr="00207F27">
              <w:rPr>
                <w:rFonts w:ascii="HY헤드라인M" w:eastAsia="휴먼명조" w:hAnsi="HY헤드라인M" w:cs="휴먼명조"/>
                <w:spacing w:val="-12"/>
                <w:w w:val="97"/>
                <w:sz w:val="24"/>
                <w:lang w:eastAsia="ko-KR"/>
              </w:rPr>
              <w:t>2</w:t>
            </w:r>
          </w:p>
        </w:tc>
        <w:tc>
          <w:tcPr>
            <w:tcW w:w="1589" w:type="dxa"/>
            <w:tcBorders>
              <w:top w:val="single" w:sz="3" w:space="0" w:color="000000"/>
              <w:left w:val="single" w:sz="3" w:space="0" w:color="000000"/>
              <w:bottom w:val="single" w:sz="2" w:space="0" w:color="000000"/>
              <w:right w:val="single" w:sz="3" w:space="0" w:color="000000"/>
            </w:tcBorders>
            <w:tcMar>
              <w:top w:w="0" w:type="dxa"/>
              <w:left w:w="28" w:type="dxa"/>
              <w:bottom w:w="0" w:type="dxa"/>
              <w:right w:w="28" w:type="dxa"/>
            </w:tcMar>
            <w:vAlign w:val="center"/>
          </w:tcPr>
          <w:p w:rsidR="00207F27" w:rsidRPr="00207F27" w:rsidRDefault="00207F27" w:rsidP="00207F27">
            <w:pPr>
              <w:jc w:val="center"/>
              <w:rPr>
                <w:rFonts w:ascii="HY헤드라인M" w:eastAsia="휴먼명조" w:hAnsi="HY헤드라인M"/>
                <w:sz w:val="24"/>
                <w:szCs w:val="24"/>
              </w:rPr>
            </w:pPr>
            <w:r w:rsidRPr="00207F27">
              <w:rPr>
                <w:rFonts w:ascii="HY헤드라인M" w:eastAsia="휴먼명조" w:hAnsi="HY헤드라인M" w:hint="eastAsia"/>
                <w:sz w:val="24"/>
                <w:szCs w:val="24"/>
                <w:lang w:eastAsia="ko-KR"/>
              </w:rPr>
              <w:t>영업이익</w:t>
            </w:r>
          </w:p>
        </w:tc>
        <w:tc>
          <w:tcPr>
            <w:tcW w:w="2889" w:type="dxa"/>
            <w:tcBorders>
              <w:top w:val="single" w:sz="3" w:space="0" w:color="000000"/>
              <w:left w:val="single" w:sz="3" w:space="0" w:color="000000"/>
              <w:bottom w:val="single" w:sz="2" w:space="0" w:color="000000"/>
              <w:right w:val="single" w:sz="3" w:space="0" w:color="000000"/>
            </w:tcBorders>
            <w:tcMar>
              <w:top w:w="0" w:type="dxa"/>
              <w:left w:w="28" w:type="dxa"/>
              <w:bottom w:w="0" w:type="dxa"/>
              <w:right w:w="28" w:type="dxa"/>
            </w:tcMar>
            <w:vAlign w:val="center"/>
          </w:tcPr>
          <w:p w:rsidR="00207F27" w:rsidRDefault="00207F27" w:rsidP="00297B9C">
            <w:pPr>
              <w:spacing w:line="377" w:lineRule="exact"/>
              <w:rPr>
                <w:rFonts w:ascii="HY헤드라인M" w:eastAsia="휴먼명조" w:hAnsi="HY헤드라인M" w:hint="eastAsia"/>
                <w:sz w:val="24"/>
                <w:szCs w:val="24"/>
              </w:rPr>
            </w:pPr>
          </w:p>
        </w:tc>
        <w:tc>
          <w:tcPr>
            <w:tcW w:w="2889" w:type="dxa"/>
            <w:tcBorders>
              <w:top w:val="single" w:sz="3" w:space="0" w:color="000000"/>
              <w:left w:val="single" w:sz="3" w:space="0" w:color="000000"/>
              <w:bottom w:val="single" w:sz="2" w:space="0" w:color="000000"/>
              <w:right w:val="single" w:sz="3" w:space="0" w:color="000000"/>
            </w:tcBorders>
            <w:tcMar>
              <w:top w:w="0" w:type="dxa"/>
              <w:left w:w="28" w:type="dxa"/>
              <w:bottom w:w="0" w:type="dxa"/>
              <w:right w:w="28" w:type="dxa"/>
            </w:tcMar>
            <w:vAlign w:val="center"/>
          </w:tcPr>
          <w:p w:rsidR="00207F27" w:rsidRDefault="00207F27" w:rsidP="00297B9C">
            <w:pPr>
              <w:spacing w:line="377" w:lineRule="exact"/>
              <w:rPr>
                <w:rFonts w:ascii="HY헤드라인M" w:eastAsia="휴먼명조" w:hAnsi="HY헤드라인M"/>
                <w:sz w:val="24"/>
                <w:szCs w:val="24"/>
              </w:rPr>
            </w:pPr>
          </w:p>
        </w:tc>
        <w:tc>
          <w:tcPr>
            <w:tcW w:w="1101" w:type="dxa"/>
            <w:tcBorders>
              <w:top w:val="single" w:sz="3" w:space="0" w:color="000000"/>
              <w:left w:val="single" w:sz="3" w:space="0" w:color="000000"/>
              <w:bottom w:val="single" w:sz="2" w:space="0" w:color="000000"/>
              <w:right w:val="single" w:sz="2" w:space="0" w:color="000000"/>
            </w:tcBorders>
            <w:tcMar>
              <w:top w:w="0" w:type="dxa"/>
              <w:left w:w="28" w:type="dxa"/>
              <w:bottom w:w="0" w:type="dxa"/>
              <w:right w:w="28" w:type="dxa"/>
            </w:tcMar>
            <w:vAlign w:val="center"/>
          </w:tcPr>
          <w:p w:rsidR="00207F27" w:rsidRDefault="00207F27" w:rsidP="00297B9C">
            <w:pPr>
              <w:spacing w:line="377" w:lineRule="exact"/>
              <w:rPr>
                <w:rFonts w:ascii="HY헤드라인M" w:eastAsia="휴먼명조" w:hAnsi="HY헤드라인M"/>
                <w:sz w:val="24"/>
                <w:szCs w:val="24"/>
              </w:rPr>
            </w:pPr>
          </w:p>
        </w:tc>
      </w:tr>
    </w:tbl>
    <w:p w:rsidR="00DA08A1" w:rsidRPr="00F612A4" w:rsidRDefault="00DA08A1">
      <w:pPr>
        <w:spacing w:line="348" w:lineRule="auto"/>
        <w:jc w:val="both"/>
        <w:rPr>
          <w:rFonts w:ascii="HY울릉도M" w:eastAsia="HY울릉도M" w:hAnsi="HY헤드라인M"/>
          <w:szCs w:val="20"/>
        </w:rPr>
      </w:pPr>
    </w:p>
    <w:p w:rsidR="00DA08A1" w:rsidRPr="00F612A4" w:rsidRDefault="00F3557A">
      <w:pPr>
        <w:spacing w:line="348" w:lineRule="auto"/>
        <w:jc w:val="both"/>
        <w:rPr>
          <w:rFonts w:ascii="HY울릉도M" w:eastAsia="HY울릉도M" w:hAnsi="함초롬바탕"/>
          <w:sz w:val="26"/>
          <w:szCs w:val="26"/>
          <w:lang w:eastAsia="ko-KR"/>
        </w:rPr>
      </w:pPr>
      <w:r w:rsidRPr="00F612A4">
        <w:rPr>
          <w:rFonts w:ascii="HY울릉도M" w:eastAsia="HY울릉도M" w:hAnsi="함초롬바탕" w:cs="HY울릉도M" w:hint="eastAsia"/>
          <w:sz w:val="26"/>
          <w:lang w:eastAsia="ko-KR"/>
        </w:rPr>
        <w:t>3. 주요 사업 분야(Business area &amp; Strategy)</w:t>
      </w:r>
    </w:p>
    <w:p w:rsidR="005C65FA" w:rsidRDefault="00F3557A">
      <w:pPr>
        <w:spacing w:line="348" w:lineRule="auto"/>
        <w:ind w:left="828" w:hanging="828"/>
        <w:jc w:val="both"/>
        <w:rPr>
          <w:rFonts w:ascii="HY중고딕" w:eastAsia="한양중고딕" w:hAnsi="HY중고딕" w:cs="한양중고딕"/>
          <w:i/>
          <w:color w:val="0000FF"/>
          <w:sz w:val="22"/>
          <w:lang w:eastAsia="ko-KR"/>
        </w:rPr>
      </w:pPr>
      <w:r>
        <w:rPr>
          <w:rFonts w:ascii="HY중고딕" w:eastAsia="한양중고딕" w:hAnsi="HY중고딕" w:cs="한양중고딕"/>
          <w:i/>
          <w:color w:val="0000FF"/>
          <w:sz w:val="22"/>
          <w:lang w:eastAsia="ko-KR"/>
        </w:rPr>
        <w:t xml:space="preserve">  * </w:t>
      </w:r>
      <w:r>
        <w:rPr>
          <w:rFonts w:ascii="HY중고딕" w:eastAsia="한양중고딕" w:hAnsi="HY중고딕" w:cs="한양중고딕"/>
          <w:i/>
          <w:color w:val="0000FF"/>
          <w:spacing w:val="-2"/>
          <w:sz w:val="22"/>
          <w:lang w:eastAsia="ko-KR"/>
        </w:rPr>
        <w:t>시장조사</w:t>
      </w:r>
      <w:r>
        <w:rPr>
          <w:rFonts w:ascii="HY중고딕" w:eastAsia="한양중고딕" w:hAnsi="HY중고딕" w:cs="한양중고딕"/>
          <w:i/>
          <w:color w:val="0000FF"/>
          <w:spacing w:val="-2"/>
          <w:sz w:val="22"/>
          <w:lang w:eastAsia="ko-KR"/>
        </w:rPr>
        <w:t>․</w:t>
      </w:r>
      <w:r>
        <w:rPr>
          <w:rFonts w:ascii="HY중고딕" w:eastAsia="한양중고딕" w:hAnsi="HY중고딕" w:cs="한양중고딕"/>
          <w:i/>
          <w:color w:val="0000FF"/>
          <w:spacing w:val="-2"/>
          <w:sz w:val="22"/>
          <w:lang w:eastAsia="ko-KR"/>
        </w:rPr>
        <w:t>정보제공</w:t>
      </w:r>
      <w:r>
        <w:rPr>
          <w:rFonts w:ascii="HY중고딕" w:eastAsia="한양중고딕" w:hAnsi="HY중고딕" w:cs="한양중고딕"/>
          <w:i/>
          <w:color w:val="0000FF"/>
          <w:spacing w:val="-2"/>
          <w:sz w:val="22"/>
          <w:lang w:eastAsia="ko-KR"/>
        </w:rPr>
        <w:t>/</w:t>
      </w:r>
      <w:proofErr w:type="spellStart"/>
      <w:r>
        <w:rPr>
          <w:rFonts w:ascii="HY중고딕" w:eastAsia="한양중고딕" w:hAnsi="HY중고딕" w:cs="한양중고딕"/>
          <w:i/>
          <w:color w:val="0000FF"/>
          <w:spacing w:val="-2"/>
          <w:sz w:val="22"/>
          <w:lang w:eastAsia="ko-KR"/>
        </w:rPr>
        <w:t>수출컨설팅</w:t>
      </w:r>
      <w:proofErr w:type="spellEnd"/>
      <w:r>
        <w:rPr>
          <w:rFonts w:ascii="HY중고딕" w:eastAsia="한양중고딕" w:hAnsi="HY중고딕" w:cs="한양중고딕"/>
          <w:i/>
          <w:color w:val="0000FF"/>
          <w:spacing w:val="-2"/>
          <w:sz w:val="22"/>
          <w:lang w:eastAsia="ko-KR"/>
        </w:rPr>
        <w:t>/</w:t>
      </w:r>
      <w:r>
        <w:rPr>
          <w:rFonts w:ascii="HY중고딕" w:eastAsia="한양중고딕" w:hAnsi="HY중고딕" w:cs="한양중고딕"/>
          <w:i/>
          <w:color w:val="0000FF"/>
          <w:spacing w:val="-2"/>
          <w:sz w:val="22"/>
          <w:lang w:eastAsia="ko-KR"/>
        </w:rPr>
        <w:t>무역</w:t>
      </w:r>
      <w:r>
        <w:rPr>
          <w:rFonts w:ascii="HY중고딕" w:eastAsia="한양중고딕" w:hAnsi="HY중고딕" w:cs="한양중고딕"/>
          <w:i/>
          <w:color w:val="0000FF"/>
          <w:spacing w:val="-2"/>
          <w:sz w:val="22"/>
          <w:lang w:eastAsia="ko-KR"/>
        </w:rPr>
        <w:t>/</w:t>
      </w:r>
      <w:r>
        <w:rPr>
          <w:rFonts w:ascii="HY중고딕" w:eastAsia="한양중고딕" w:hAnsi="HY중고딕" w:cs="한양중고딕"/>
          <w:i/>
          <w:color w:val="0000FF"/>
          <w:spacing w:val="-2"/>
          <w:sz w:val="22"/>
          <w:lang w:eastAsia="ko-KR"/>
        </w:rPr>
        <w:t>도</w:t>
      </w:r>
      <w:r>
        <w:rPr>
          <w:rFonts w:ascii="HY중고딕" w:eastAsia="한양중고딕" w:hAnsi="HY중고딕" w:cs="한양중고딕"/>
          <w:i/>
          <w:color w:val="0000FF"/>
          <w:spacing w:val="-2"/>
          <w:sz w:val="22"/>
          <w:lang w:eastAsia="ko-KR"/>
        </w:rPr>
        <w:t>․</w:t>
      </w:r>
      <w:r>
        <w:rPr>
          <w:rFonts w:ascii="HY중고딕" w:eastAsia="한양중고딕" w:hAnsi="HY중고딕" w:cs="한양중고딕"/>
          <w:i/>
          <w:color w:val="0000FF"/>
          <w:spacing w:val="-2"/>
          <w:sz w:val="22"/>
          <w:lang w:eastAsia="ko-KR"/>
        </w:rPr>
        <w:t>소매</w:t>
      </w:r>
      <w:r>
        <w:rPr>
          <w:rFonts w:ascii="HY중고딕" w:eastAsia="한양중고딕" w:hAnsi="HY중고딕" w:cs="한양중고딕"/>
          <w:i/>
          <w:color w:val="0000FF"/>
          <w:spacing w:val="-2"/>
          <w:sz w:val="22"/>
          <w:lang w:eastAsia="ko-KR"/>
        </w:rPr>
        <w:t>/</w:t>
      </w:r>
      <w:r>
        <w:rPr>
          <w:rFonts w:ascii="HY중고딕" w:eastAsia="한양중고딕" w:hAnsi="HY중고딕" w:cs="한양중고딕"/>
          <w:i/>
          <w:color w:val="0000FF"/>
          <w:spacing w:val="-2"/>
          <w:sz w:val="22"/>
          <w:lang w:eastAsia="ko-KR"/>
        </w:rPr>
        <w:t>물류</w:t>
      </w:r>
      <w:r>
        <w:rPr>
          <w:rFonts w:ascii="HY중고딕" w:eastAsia="한양중고딕" w:hAnsi="HY중고딕" w:cs="한양중고딕"/>
          <w:i/>
          <w:color w:val="0000FF"/>
          <w:spacing w:val="-2"/>
          <w:sz w:val="22"/>
          <w:lang w:eastAsia="ko-KR"/>
        </w:rPr>
        <w:t>․</w:t>
      </w:r>
      <w:r>
        <w:rPr>
          <w:rFonts w:ascii="HY중고딕" w:eastAsia="한양중고딕" w:hAnsi="HY중고딕" w:cs="한양중고딕"/>
          <w:i/>
          <w:color w:val="0000FF"/>
          <w:spacing w:val="-2"/>
          <w:sz w:val="22"/>
          <w:lang w:eastAsia="ko-KR"/>
        </w:rPr>
        <w:t>창고</w:t>
      </w:r>
      <w:r>
        <w:rPr>
          <w:rFonts w:ascii="HY중고딕" w:eastAsia="한양중고딕" w:hAnsi="HY중고딕" w:cs="한양중고딕"/>
          <w:i/>
          <w:color w:val="0000FF"/>
          <w:spacing w:val="-2"/>
          <w:sz w:val="22"/>
          <w:lang w:eastAsia="ko-KR"/>
        </w:rPr>
        <w:t>/</w:t>
      </w:r>
      <w:r>
        <w:rPr>
          <w:rFonts w:ascii="HY중고딕" w:eastAsia="한양중고딕" w:hAnsi="HY중고딕" w:cs="한양중고딕"/>
          <w:i/>
          <w:color w:val="0000FF"/>
          <w:spacing w:val="-2"/>
          <w:sz w:val="22"/>
          <w:lang w:eastAsia="ko-KR"/>
        </w:rPr>
        <w:t>제조</w:t>
      </w:r>
      <w:r>
        <w:rPr>
          <w:rFonts w:ascii="HY중고딕" w:eastAsia="한양중고딕" w:hAnsi="HY중고딕" w:cs="한양중고딕"/>
          <w:i/>
          <w:color w:val="0000FF"/>
          <w:spacing w:val="-2"/>
          <w:sz w:val="22"/>
          <w:lang w:eastAsia="ko-KR"/>
        </w:rPr>
        <w:t>/</w:t>
      </w:r>
      <w:r>
        <w:rPr>
          <w:rFonts w:ascii="HY중고딕" w:eastAsia="한양중고딕" w:hAnsi="HY중고딕" w:cs="한양중고딕"/>
          <w:i/>
          <w:color w:val="0000FF"/>
          <w:spacing w:val="-2"/>
          <w:sz w:val="22"/>
          <w:lang w:eastAsia="ko-KR"/>
        </w:rPr>
        <w:t>홍보</w:t>
      </w:r>
      <w:r>
        <w:rPr>
          <w:rFonts w:ascii="HY중고딕" w:eastAsia="한양중고딕" w:hAnsi="HY중고딕" w:cs="한양중고딕"/>
          <w:i/>
          <w:color w:val="0000FF"/>
          <w:spacing w:val="-2"/>
          <w:sz w:val="22"/>
          <w:lang w:eastAsia="ko-KR"/>
        </w:rPr>
        <w:t>/</w:t>
      </w:r>
      <w:proofErr w:type="spellStart"/>
      <w:r>
        <w:rPr>
          <w:rFonts w:ascii="HY중고딕" w:eastAsia="한양중고딕" w:hAnsi="HY중고딕" w:cs="한양중고딕"/>
          <w:i/>
          <w:color w:val="0000FF"/>
          <w:spacing w:val="-2"/>
          <w:sz w:val="22"/>
          <w:lang w:eastAsia="ko-KR"/>
        </w:rPr>
        <w:t>브랜드개발</w:t>
      </w:r>
      <w:proofErr w:type="spellEnd"/>
      <w:r>
        <w:rPr>
          <w:rFonts w:ascii="HY중고딕" w:eastAsia="한양중고딕" w:hAnsi="HY중고딕" w:cs="한양중고딕"/>
          <w:i/>
          <w:color w:val="0000FF"/>
          <w:spacing w:val="-2"/>
          <w:sz w:val="22"/>
          <w:lang w:eastAsia="ko-KR"/>
        </w:rPr>
        <w:t xml:space="preserve"> </w:t>
      </w:r>
      <w:r>
        <w:rPr>
          <w:rFonts w:ascii="HY중고딕" w:eastAsia="한양중고딕" w:hAnsi="HY중고딕" w:cs="한양중고딕"/>
          <w:i/>
          <w:color w:val="0000FF"/>
          <w:spacing w:val="-2"/>
          <w:sz w:val="22"/>
          <w:lang w:eastAsia="ko-KR"/>
        </w:rPr>
        <w:t>등</w:t>
      </w:r>
      <w:r>
        <w:rPr>
          <w:rFonts w:ascii="HY중고딕" w:eastAsia="한양중고딕" w:hAnsi="HY중고딕" w:cs="한양중고딕"/>
          <w:i/>
          <w:color w:val="0000FF"/>
          <w:spacing w:val="-2"/>
          <w:sz w:val="22"/>
          <w:lang w:eastAsia="ko-KR"/>
        </w:rPr>
        <w:t xml:space="preserve"> </w:t>
      </w:r>
      <w:r>
        <w:rPr>
          <w:rFonts w:ascii="HY중고딕" w:eastAsia="한양중고딕" w:hAnsi="HY중고딕" w:cs="한양중고딕"/>
          <w:i/>
          <w:color w:val="0000FF"/>
          <w:spacing w:val="-2"/>
          <w:sz w:val="22"/>
          <w:lang w:eastAsia="ko-KR"/>
        </w:rPr>
        <w:t>주요</w:t>
      </w:r>
      <w:r>
        <w:rPr>
          <w:rFonts w:ascii="HY중고딕" w:eastAsia="한양중고딕" w:hAnsi="HY중고딕" w:cs="한양중고딕"/>
          <w:i/>
          <w:color w:val="0000FF"/>
          <w:spacing w:val="-2"/>
          <w:sz w:val="22"/>
          <w:lang w:eastAsia="ko-KR"/>
        </w:rPr>
        <w:t xml:space="preserve"> </w:t>
      </w:r>
      <w:r>
        <w:rPr>
          <w:rFonts w:ascii="HY중고딕" w:eastAsia="한양중고딕" w:hAnsi="HY중고딕" w:cs="한양중고딕"/>
          <w:i/>
          <w:color w:val="0000FF"/>
          <w:spacing w:val="-2"/>
          <w:sz w:val="22"/>
          <w:lang w:eastAsia="ko-KR"/>
        </w:rPr>
        <w:t>사업</w:t>
      </w:r>
    </w:p>
    <w:p w:rsidR="00DA08A1" w:rsidRDefault="00F3557A" w:rsidP="00E760D2">
      <w:pPr>
        <w:spacing w:line="348" w:lineRule="auto"/>
        <w:ind w:firstLineChars="100" w:firstLine="220"/>
        <w:jc w:val="both"/>
        <w:rPr>
          <w:rFonts w:ascii="HY중고딕" w:eastAsia="한양중고딕" w:hAnsi="HY중고딕" w:cs="한양중고딕"/>
          <w:i/>
          <w:color w:val="0000FF"/>
          <w:sz w:val="22"/>
          <w:lang w:eastAsia="ko-KR"/>
        </w:rPr>
      </w:pPr>
      <w:r>
        <w:rPr>
          <w:rFonts w:ascii="HY중고딕" w:eastAsia="한양중고딕" w:hAnsi="HY중고딕" w:cs="한양중고딕"/>
          <w:i/>
          <w:color w:val="0000FF"/>
          <w:sz w:val="22"/>
          <w:lang w:eastAsia="ko-KR"/>
        </w:rPr>
        <w:t>분야의</w:t>
      </w:r>
      <w:r>
        <w:rPr>
          <w:rFonts w:ascii="HY중고딕" w:eastAsia="한양중고딕" w:hAnsi="HY중고딕" w:cs="한양중고딕"/>
          <w:i/>
          <w:color w:val="0000FF"/>
          <w:sz w:val="22"/>
          <w:lang w:eastAsia="ko-KR"/>
        </w:rPr>
        <w:t xml:space="preserve"> </w:t>
      </w:r>
      <w:r>
        <w:rPr>
          <w:rFonts w:ascii="HY중고딕" w:eastAsia="한양중고딕" w:hAnsi="HY중고딕" w:cs="한양중고딕"/>
          <w:i/>
          <w:color w:val="0000FF"/>
          <w:sz w:val="22"/>
          <w:lang w:eastAsia="ko-KR"/>
        </w:rPr>
        <w:t>실적</w:t>
      </w:r>
      <w:r>
        <w:rPr>
          <w:rFonts w:ascii="HY중고딕" w:eastAsia="한양중고딕" w:hAnsi="HY중고딕" w:cs="한양중고딕"/>
          <w:i/>
          <w:color w:val="0000FF"/>
          <w:sz w:val="22"/>
          <w:lang w:eastAsia="ko-KR"/>
        </w:rPr>
        <w:t xml:space="preserve"> </w:t>
      </w:r>
      <w:r>
        <w:rPr>
          <w:rFonts w:ascii="HY중고딕" w:eastAsia="한양중고딕" w:hAnsi="HY중고딕" w:cs="한양중고딕"/>
          <w:i/>
          <w:color w:val="0000FF"/>
          <w:sz w:val="22"/>
          <w:lang w:eastAsia="ko-KR"/>
        </w:rPr>
        <w:t>및</w:t>
      </w:r>
      <w:r>
        <w:rPr>
          <w:rFonts w:ascii="HY중고딕" w:eastAsia="한양중고딕" w:hAnsi="HY중고딕" w:cs="한양중고딕"/>
          <w:i/>
          <w:color w:val="0000FF"/>
          <w:sz w:val="22"/>
          <w:lang w:eastAsia="ko-KR"/>
        </w:rPr>
        <w:t xml:space="preserve"> </w:t>
      </w:r>
      <w:r>
        <w:rPr>
          <w:rFonts w:ascii="HY중고딕" w:eastAsia="한양중고딕" w:hAnsi="HY중고딕" w:cs="한양중고딕"/>
          <w:i/>
          <w:color w:val="0000FF"/>
          <w:sz w:val="22"/>
          <w:lang w:eastAsia="ko-KR"/>
        </w:rPr>
        <w:t>현황에</w:t>
      </w:r>
      <w:r>
        <w:rPr>
          <w:rFonts w:ascii="HY중고딕" w:eastAsia="한양중고딕" w:hAnsi="HY중고딕" w:cs="한양중고딕"/>
          <w:i/>
          <w:color w:val="0000FF"/>
          <w:sz w:val="22"/>
          <w:lang w:eastAsia="ko-KR"/>
        </w:rPr>
        <w:t xml:space="preserve"> </w:t>
      </w:r>
      <w:r>
        <w:rPr>
          <w:rFonts w:ascii="HY중고딕" w:eastAsia="한양중고딕" w:hAnsi="HY중고딕" w:cs="한양중고딕"/>
          <w:i/>
          <w:color w:val="0000FF"/>
          <w:sz w:val="22"/>
          <w:lang w:eastAsia="ko-KR"/>
        </w:rPr>
        <w:t>대해</w:t>
      </w:r>
      <w:r>
        <w:rPr>
          <w:rFonts w:ascii="HY중고딕" w:eastAsia="한양중고딕" w:hAnsi="HY중고딕" w:cs="한양중고딕"/>
          <w:i/>
          <w:color w:val="0000FF"/>
          <w:sz w:val="22"/>
          <w:lang w:eastAsia="ko-KR"/>
        </w:rPr>
        <w:t xml:space="preserve"> </w:t>
      </w:r>
      <w:r>
        <w:rPr>
          <w:rFonts w:ascii="HY중고딕" w:eastAsia="한양중고딕" w:hAnsi="HY중고딕" w:cs="한양중고딕"/>
          <w:i/>
          <w:color w:val="0000FF"/>
          <w:sz w:val="22"/>
          <w:lang w:eastAsia="ko-KR"/>
        </w:rPr>
        <w:t>기술</w:t>
      </w:r>
    </w:p>
    <w:p w:rsidR="00DA08A1" w:rsidRDefault="00DA08A1">
      <w:pPr>
        <w:spacing w:line="348" w:lineRule="auto"/>
        <w:jc w:val="both"/>
        <w:rPr>
          <w:rFonts w:ascii="HY중고딕" w:eastAsia="한양중고딕" w:hAnsi="HY중고딕" w:hint="eastAsia"/>
          <w:lang w:eastAsia="ko-KR"/>
        </w:rPr>
      </w:pPr>
    </w:p>
    <w:p w:rsidR="00B27688" w:rsidRPr="00B27688" w:rsidRDefault="00B27688">
      <w:pPr>
        <w:spacing w:line="348" w:lineRule="auto"/>
        <w:jc w:val="both"/>
        <w:rPr>
          <w:rFonts w:ascii="HY헤드라인M" w:eastAsia="휴먼명조" w:hAnsi="HY헤드라인M" w:hint="eastAsia"/>
          <w:b/>
          <w:szCs w:val="20"/>
          <w:lang w:eastAsia="ko-KR"/>
        </w:rPr>
      </w:pPr>
    </w:p>
    <w:p w:rsidR="00DA08A1" w:rsidRPr="00F612A4" w:rsidRDefault="00F3557A">
      <w:pPr>
        <w:spacing w:line="348" w:lineRule="auto"/>
        <w:jc w:val="both"/>
        <w:rPr>
          <w:rFonts w:ascii="HY울릉도M" w:eastAsia="HY울릉도M" w:hAnsi="함초롬바탕"/>
          <w:sz w:val="26"/>
          <w:szCs w:val="26"/>
          <w:lang w:eastAsia="ko-KR"/>
        </w:rPr>
      </w:pPr>
      <w:r w:rsidRPr="00F612A4">
        <w:rPr>
          <w:rFonts w:ascii="HY울릉도M" w:eastAsia="HY울릉도M" w:hAnsi="함초롬바탕" w:cs="HY울릉도M" w:hint="eastAsia"/>
          <w:sz w:val="26"/>
          <w:lang w:eastAsia="ko-KR"/>
        </w:rPr>
        <w:t xml:space="preserve">4. 조직 및 </w:t>
      </w:r>
      <w:proofErr w:type="spellStart"/>
      <w:r w:rsidRPr="00F612A4">
        <w:rPr>
          <w:rFonts w:ascii="HY울릉도M" w:eastAsia="HY울릉도M" w:hAnsi="함초롬바탕" w:cs="HY울릉도M" w:hint="eastAsia"/>
          <w:sz w:val="26"/>
          <w:lang w:eastAsia="ko-KR"/>
        </w:rPr>
        <w:t>보유인력</w:t>
      </w:r>
      <w:proofErr w:type="spellEnd"/>
      <w:r w:rsidRPr="00F612A4">
        <w:rPr>
          <w:rFonts w:ascii="HY울릉도M" w:eastAsia="HY울릉도M" w:hAnsi="함초롬바탕" w:cs="HY울릉도M" w:hint="eastAsia"/>
          <w:sz w:val="26"/>
          <w:lang w:eastAsia="ko-KR"/>
        </w:rPr>
        <w:t xml:space="preserve"> 현황</w:t>
      </w:r>
    </w:p>
    <w:p w:rsidR="00DA08A1" w:rsidRDefault="00F3557A">
      <w:pPr>
        <w:spacing w:line="348" w:lineRule="auto"/>
        <w:jc w:val="both"/>
        <w:rPr>
          <w:rFonts w:ascii="HY헤드라인M" w:eastAsia="휴먼명조" w:hAnsi="HY헤드라인M"/>
          <w:b/>
          <w:sz w:val="26"/>
          <w:szCs w:val="26"/>
          <w:lang w:eastAsia="ko-KR"/>
        </w:rPr>
      </w:pPr>
      <w:r>
        <w:rPr>
          <w:rFonts w:ascii="HY헤드라인M" w:eastAsia="휴먼명조" w:hAnsi="HY헤드라인M" w:cs="휴먼명조"/>
          <w:b/>
          <w:sz w:val="26"/>
          <w:lang w:eastAsia="ko-KR"/>
        </w:rPr>
        <w:t xml:space="preserve">  - </w:t>
      </w:r>
      <w:r>
        <w:rPr>
          <w:rFonts w:ascii="HY헤드라인M" w:eastAsia="휴먼명조" w:hAnsi="HY헤드라인M" w:cs="휴먼명조"/>
          <w:b/>
          <w:sz w:val="26"/>
          <w:lang w:eastAsia="ko-KR"/>
        </w:rPr>
        <w:t>조직도</w:t>
      </w:r>
      <w:r>
        <w:rPr>
          <w:rFonts w:ascii="HY헤드라인M" w:eastAsia="휴먼명조" w:hAnsi="HY헤드라인M" w:cs="휴먼명조"/>
          <w:b/>
          <w:sz w:val="26"/>
          <w:lang w:eastAsia="ko-KR"/>
        </w:rPr>
        <w:t xml:space="preserve"> </w:t>
      </w:r>
      <w:r>
        <w:rPr>
          <w:rFonts w:ascii="HY중고딕" w:eastAsia="한양중고딕" w:hAnsi="HY중고딕" w:cs="한양중고딕"/>
          <w:i/>
          <w:color w:val="0000FF"/>
          <w:sz w:val="22"/>
          <w:lang w:eastAsia="ko-KR"/>
        </w:rPr>
        <w:t>(</w:t>
      </w:r>
      <w:r>
        <w:rPr>
          <w:rFonts w:ascii="HY중고딕" w:eastAsia="한양중고딕" w:hAnsi="HY중고딕" w:cs="한양중고딕"/>
          <w:i/>
          <w:color w:val="0000FF"/>
          <w:sz w:val="22"/>
          <w:lang w:eastAsia="ko-KR"/>
        </w:rPr>
        <w:t>본사</w:t>
      </w:r>
      <w:r>
        <w:rPr>
          <w:rFonts w:ascii="HY중고딕" w:eastAsia="한양중고딕" w:hAnsi="HY중고딕" w:cs="한양중고딕"/>
          <w:i/>
          <w:color w:val="0000FF"/>
          <w:sz w:val="22"/>
          <w:lang w:eastAsia="ko-KR"/>
        </w:rPr>
        <w:t xml:space="preserve"> </w:t>
      </w:r>
      <w:r>
        <w:rPr>
          <w:rFonts w:ascii="HY중고딕" w:eastAsia="한양중고딕" w:hAnsi="HY중고딕" w:cs="한양중고딕"/>
          <w:i/>
          <w:color w:val="0000FF"/>
          <w:sz w:val="22"/>
          <w:lang w:eastAsia="ko-KR"/>
        </w:rPr>
        <w:t>및</w:t>
      </w:r>
      <w:r>
        <w:rPr>
          <w:rFonts w:ascii="HY중고딕" w:eastAsia="한양중고딕" w:hAnsi="HY중고딕" w:cs="한양중고딕"/>
          <w:i/>
          <w:color w:val="0000FF"/>
          <w:sz w:val="22"/>
          <w:lang w:eastAsia="ko-KR"/>
        </w:rPr>
        <w:t xml:space="preserve"> </w:t>
      </w:r>
      <w:r>
        <w:rPr>
          <w:rFonts w:ascii="HY중고딕" w:eastAsia="한양중고딕" w:hAnsi="HY중고딕" w:cs="한양중고딕"/>
          <w:i/>
          <w:color w:val="0000FF"/>
          <w:sz w:val="22"/>
          <w:lang w:eastAsia="ko-KR"/>
        </w:rPr>
        <w:t>지사</w:t>
      </w:r>
      <w:r>
        <w:rPr>
          <w:rFonts w:ascii="HY중고딕" w:eastAsia="한양중고딕" w:hAnsi="HY중고딕" w:cs="한양중고딕"/>
          <w:i/>
          <w:color w:val="0000FF"/>
          <w:sz w:val="22"/>
          <w:lang w:eastAsia="ko-KR"/>
        </w:rPr>
        <w:t xml:space="preserve">, </w:t>
      </w:r>
      <w:r>
        <w:rPr>
          <w:rFonts w:ascii="HY중고딕" w:eastAsia="한양중고딕" w:hAnsi="HY중고딕" w:cs="한양중고딕"/>
          <w:i/>
          <w:color w:val="0000FF"/>
          <w:sz w:val="22"/>
          <w:lang w:eastAsia="ko-KR"/>
        </w:rPr>
        <w:t>도형으로</w:t>
      </w:r>
      <w:r>
        <w:rPr>
          <w:rFonts w:ascii="HY중고딕" w:eastAsia="한양중고딕" w:hAnsi="HY중고딕" w:cs="한양중고딕"/>
          <w:i/>
          <w:color w:val="0000FF"/>
          <w:sz w:val="22"/>
          <w:lang w:eastAsia="ko-KR"/>
        </w:rPr>
        <w:t xml:space="preserve"> </w:t>
      </w:r>
      <w:r>
        <w:rPr>
          <w:rFonts w:ascii="HY중고딕" w:eastAsia="한양중고딕" w:hAnsi="HY중고딕" w:cs="한양중고딕"/>
          <w:i/>
          <w:color w:val="0000FF"/>
          <w:sz w:val="22"/>
          <w:lang w:eastAsia="ko-KR"/>
        </w:rPr>
        <w:t>기능</w:t>
      </w:r>
      <w:r>
        <w:rPr>
          <w:rFonts w:ascii="HY중고딕" w:eastAsia="한양중고딕" w:hAnsi="HY중고딕" w:cs="한양중고딕"/>
          <w:i/>
          <w:color w:val="0000FF"/>
          <w:sz w:val="22"/>
          <w:lang w:eastAsia="ko-KR"/>
        </w:rPr>
        <w:t xml:space="preserve"> </w:t>
      </w:r>
      <w:r>
        <w:rPr>
          <w:rFonts w:ascii="HY중고딕" w:eastAsia="한양중고딕" w:hAnsi="HY중고딕" w:cs="한양중고딕"/>
          <w:i/>
          <w:color w:val="0000FF"/>
          <w:sz w:val="22"/>
          <w:lang w:eastAsia="ko-KR"/>
        </w:rPr>
        <w:t>및</w:t>
      </w:r>
      <w:r>
        <w:rPr>
          <w:rFonts w:ascii="HY중고딕" w:eastAsia="한양중고딕" w:hAnsi="HY중고딕" w:cs="한양중고딕"/>
          <w:i/>
          <w:color w:val="0000FF"/>
          <w:sz w:val="22"/>
          <w:lang w:eastAsia="ko-KR"/>
        </w:rPr>
        <w:t xml:space="preserve"> </w:t>
      </w:r>
      <w:r>
        <w:rPr>
          <w:rFonts w:ascii="HY중고딕" w:eastAsia="한양중고딕" w:hAnsi="HY중고딕" w:cs="한양중고딕"/>
          <w:i/>
          <w:color w:val="0000FF"/>
          <w:sz w:val="22"/>
          <w:lang w:eastAsia="ko-KR"/>
        </w:rPr>
        <w:t>계층</w:t>
      </w:r>
      <w:r>
        <w:rPr>
          <w:rFonts w:ascii="HY중고딕" w:eastAsia="한양중고딕" w:hAnsi="HY중고딕" w:cs="한양중고딕"/>
          <w:i/>
          <w:color w:val="0000FF"/>
          <w:sz w:val="22"/>
          <w:lang w:eastAsia="ko-KR"/>
        </w:rPr>
        <w:t xml:space="preserve"> </w:t>
      </w:r>
      <w:r>
        <w:rPr>
          <w:rFonts w:ascii="HY중고딕" w:eastAsia="한양중고딕" w:hAnsi="HY중고딕" w:cs="한양중고딕"/>
          <w:i/>
          <w:color w:val="0000FF"/>
          <w:sz w:val="22"/>
          <w:lang w:eastAsia="ko-KR"/>
        </w:rPr>
        <w:t>구조</w:t>
      </w:r>
      <w:r>
        <w:rPr>
          <w:rFonts w:ascii="HY중고딕" w:eastAsia="한양중고딕" w:hAnsi="HY중고딕" w:cs="한양중고딕"/>
          <w:i/>
          <w:color w:val="0000FF"/>
          <w:sz w:val="22"/>
          <w:lang w:eastAsia="ko-KR"/>
        </w:rPr>
        <w:t xml:space="preserve"> </w:t>
      </w:r>
      <w:r>
        <w:rPr>
          <w:rFonts w:ascii="HY중고딕" w:eastAsia="한양중고딕" w:hAnsi="HY중고딕" w:cs="한양중고딕"/>
          <w:i/>
          <w:color w:val="0000FF"/>
          <w:sz w:val="22"/>
          <w:lang w:eastAsia="ko-KR"/>
        </w:rPr>
        <w:t>표시</w:t>
      </w:r>
      <w:r>
        <w:rPr>
          <w:rFonts w:ascii="HY중고딕" w:eastAsia="한양중고딕" w:hAnsi="HY중고딕" w:cs="한양중고딕"/>
          <w:i/>
          <w:color w:val="0000FF"/>
          <w:sz w:val="22"/>
          <w:lang w:eastAsia="ko-KR"/>
        </w:rPr>
        <w:t>)</w:t>
      </w:r>
    </w:p>
    <w:p w:rsidR="00B27688" w:rsidRDefault="00B27688" w:rsidP="00B27688">
      <w:pPr>
        <w:spacing w:line="348" w:lineRule="auto"/>
        <w:jc w:val="both"/>
        <w:rPr>
          <w:rFonts w:ascii="HY중고딕" w:eastAsia="한양중고딕" w:hAnsi="HY중고딕" w:hint="eastAsia"/>
          <w:lang w:eastAsia="ko-KR"/>
        </w:rPr>
      </w:pPr>
    </w:p>
    <w:p w:rsidR="00B27688" w:rsidRPr="00B27688" w:rsidRDefault="00B27688" w:rsidP="00B27688">
      <w:pPr>
        <w:spacing w:line="348" w:lineRule="auto"/>
        <w:jc w:val="both"/>
        <w:rPr>
          <w:rFonts w:ascii="HY헤드라인M" w:eastAsia="휴먼명조" w:hAnsi="HY헤드라인M" w:hint="eastAsia"/>
          <w:b/>
          <w:szCs w:val="20"/>
          <w:lang w:eastAsia="ko-KR"/>
        </w:rPr>
      </w:pPr>
    </w:p>
    <w:p w:rsidR="00DA08A1" w:rsidRPr="004463B7" w:rsidRDefault="00F3557A">
      <w:pPr>
        <w:spacing w:line="348" w:lineRule="auto"/>
        <w:jc w:val="both"/>
        <w:rPr>
          <w:rFonts w:ascii="HY울릉도M" w:eastAsia="HY울릉도M" w:hAnsi="함초롬바탕"/>
          <w:sz w:val="26"/>
          <w:szCs w:val="26"/>
          <w:lang w:eastAsia="ko-KR"/>
        </w:rPr>
      </w:pPr>
      <w:r w:rsidRPr="004463B7">
        <w:rPr>
          <w:rFonts w:ascii="HY울릉도M" w:eastAsia="HY울릉도M" w:hAnsi="함초롬바탕" w:cs="HY울릉도M" w:hint="eastAsia"/>
          <w:sz w:val="26"/>
          <w:lang w:eastAsia="ko-KR"/>
        </w:rPr>
        <w:lastRenderedPageBreak/>
        <w:t>5. 시설현황(</w:t>
      </w:r>
      <w:proofErr w:type="spellStart"/>
      <w:r w:rsidRPr="004463B7">
        <w:rPr>
          <w:rFonts w:ascii="HY울릉도M" w:eastAsia="HY울릉도M" w:hAnsi="함초롬바탕" w:cs="HY울릉도M" w:hint="eastAsia"/>
          <w:sz w:val="26"/>
          <w:lang w:eastAsia="ko-KR"/>
        </w:rPr>
        <w:t>해외조직</w:t>
      </w:r>
      <w:proofErr w:type="spellEnd"/>
      <w:r w:rsidRPr="004463B7">
        <w:rPr>
          <w:rFonts w:ascii="HY울릉도M" w:eastAsia="HY울릉도M" w:hAnsi="함초롬바탕" w:cs="HY울릉도M" w:hint="eastAsia"/>
          <w:sz w:val="26"/>
          <w:lang w:eastAsia="ko-KR"/>
        </w:rPr>
        <w:t xml:space="preserve"> 포함)</w:t>
      </w:r>
    </w:p>
    <w:p w:rsidR="00DA08A1" w:rsidRDefault="00DA08A1">
      <w:pPr>
        <w:spacing w:line="348" w:lineRule="auto"/>
        <w:jc w:val="both"/>
        <w:rPr>
          <w:rFonts w:ascii="HY헤드라인M" w:eastAsia="휴먼명조" w:hAnsi="HY헤드라인M"/>
          <w:sz w:val="16"/>
          <w:szCs w:val="16"/>
          <w:lang w:eastAsia="ko-KR"/>
        </w:rPr>
      </w:pPr>
    </w:p>
    <w:p w:rsidR="00DA08A1" w:rsidRPr="00ED5204" w:rsidRDefault="00F3557A">
      <w:pPr>
        <w:spacing w:line="348" w:lineRule="auto"/>
        <w:jc w:val="both"/>
        <w:rPr>
          <w:rFonts w:ascii="HY헤드라인M" w:eastAsia="휴먼명조" w:hAnsi="HY헤드라인M"/>
          <w:sz w:val="24"/>
          <w:szCs w:val="24"/>
          <w:lang w:eastAsia="ko-KR"/>
        </w:rPr>
      </w:pPr>
      <w:r w:rsidRPr="00ED5204">
        <w:rPr>
          <w:rFonts w:ascii="HY헤드라인M" w:eastAsia="휴먼명조" w:hAnsi="HY헤드라인M" w:cs="휴먼명조"/>
          <w:sz w:val="24"/>
          <w:szCs w:val="24"/>
          <w:lang w:eastAsia="ko-KR"/>
        </w:rPr>
        <w:t xml:space="preserve">- </w:t>
      </w:r>
      <w:r w:rsidRPr="00ED5204">
        <w:rPr>
          <w:rFonts w:ascii="HY헤드라인M" w:eastAsia="휴먼명조" w:hAnsi="HY헤드라인M" w:cs="휴먼명조"/>
          <w:sz w:val="24"/>
          <w:szCs w:val="24"/>
          <w:lang w:eastAsia="ko-KR"/>
        </w:rPr>
        <w:t>해당</w:t>
      </w:r>
      <w:r w:rsidRPr="00ED5204">
        <w:rPr>
          <w:rFonts w:ascii="HY헤드라인M" w:eastAsia="휴먼명조" w:hAnsi="HY헤드라인M" w:cs="휴먼명조"/>
          <w:sz w:val="24"/>
          <w:szCs w:val="24"/>
          <w:lang w:eastAsia="ko-KR"/>
        </w:rPr>
        <w:t xml:space="preserve"> </w:t>
      </w:r>
      <w:r w:rsidRPr="00ED5204">
        <w:rPr>
          <w:rFonts w:ascii="HY헤드라인M" w:eastAsia="휴먼명조" w:hAnsi="HY헤드라인M" w:cs="휴먼명조"/>
          <w:sz w:val="24"/>
          <w:szCs w:val="24"/>
          <w:lang w:eastAsia="ko-KR"/>
        </w:rPr>
        <w:t>항목에</w:t>
      </w:r>
      <w:r w:rsidRPr="00ED5204">
        <w:rPr>
          <w:rFonts w:ascii="HY헤드라인M" w:eastAsia="휴먼명조" w:hAnsi="HY헤드라인M" w:cs="휴먼명조"/>
          <w:sz w:val="24"/>
          <w:szCs w:val="24"/>
          <w:lang w:eastAsia="ko-KR"/>
        </w:rPr>
        <w:t xml:space="preserve"> </w:t>
      </w:r>
      <w:r w:rsidRPr="00ED5204">
        <w:rPr>
          <w:rFonts w:ascii="HY헤드라인M" w:eastAsia="휴먼명조" w:hAnsi="HY헤드라인M" w:cs="휴먼명조"/>
          <w:sz w:val="24"/>
          <w:szCs w:val="24"/>
          <w:lang w:eastAsia="ko-KR"/>
        </w:rPr>
        <w:t>체크</w:t>
      </w:r>
      <w:r w:rsidRPr="00ED5204">
        <w:rPr>
          <w:rFonts w:ascii="HY헤드라인M" w:eastAsia="휴먼명조" w:hAnsi="HY헤드라인M" w:cs="휴먼명조"/>
          <w:sz w:val="24"/>
          <w:szCs w:val="24"/>
          <w:lang w:eastAsia="ko-KR"/>
        </w:rPr>
        <w:t>(V)</w:t>
      </w:r>
    </w:p>
    <w:p w:rsidR="00DA08A1" w:rsidRDefault="00DA08A1">
      <w:pPr>
        <w:spacing w:line="348" w:lineRule="auto"/>
        <w:jc w:val="both"/>
        <w:rPr>
          <w:rFonts w:ascii="HY헤드라인M" w:eastAsia="휴먼명조" w:hAnsi="HY헤드라인M"/>
          <w:sz w:val="8"/>
          <w:szCs w:val="8"/>
          <w:lang w:eastAsia="ko-KR"/>
        </w:rPr>
      </w:pPr>
    </w:p>
    <w:tbl>
      <w:tblPr>
        <w:tblStyle w:val="af9"/>
        <w:tblW w:w="0" w:type="auto"/>
        <w:jc w:val="center"/>
        <w:tblLayout w:type="fixed"/>
        <w:tblLook w:val="04A0" w:firstRow="1" w:lastRow="0" w:firstColumn="1" w:lastColumn="0" w:noHBand="0" w:noVBand="1"/>
      </w:tblPr>
      <w:tblGrid>
        <w:gridCol w:w="1699"/>
        <w:gridCol w:w="1332"/>
        <w:gridCol w:w="1388"/>
        <w:gridCol w:w="1262"/>
        <w:gridCol w:w="1262"/>
        <w:gridCol w:w="1262"/>
        <w:gridCol w:w="1263"/>
      </w:tblGrid>
      <w:tr w:rsidR="00DA08A1" w:rsidTr="007E6509">
        <w:trPr>
          <w:trHeight w:hRule="exact" w:val="510"/>
          <w:jc w:val="center"/>
        </w:trPr>
        <w:tc>
          <w:tcPr>
            <w:tcW w:w="1699" w:type="dxa"/>
            <w:vMerge w:val="restart"/>
            <w:tcBorders>
              <w:top w:val="single" w:sz="4" w:space="0" w:color="000000"/>
              <w:left w:val="single" w:sz="3" w:space="0" w:color="000000"/>
              <w:bottom w:val="double" w:sz="11" w:space="0" w:color="000000"/>
              <w:right w:val="single" w:sz="3" w:space="0" w:color="000000"/>
            </w:tcBorders>
            <w:shd w:val="clear" w:color="auto" w:fill="F2F2F2"/>
            <w:tcMar>
              <w:top w:w="0" w:type="dxa"/>
              <w:left w:w="28" w:type="dxa"/>
              <w:bottom w:w="0" w:type="dxa"/>
              <w:right w:w="28" w:type="dxa"/>
            </w:tcMar>
            <w:vAlign w:val="center"/>
          </w:tcPr>
          <w:p w:rsidR="00DA08A1" w:rsidRDefault="00F3557A" w:rsidP="007E6509">
            <w:pPr>
              <w:spacing w:line="460" w:lineRule="exact"/>
              <w:jc w:val="center"/>
              <w:rPr>
                <w:rFonts w:ascii="HY헤드라인M" w:eastAsia="휴먼명조" w:hAnsi="HY헤드라인M"/>
                <w:b/>
                <w:sz w:val="24"/>
                <w:szCs w:val="24"/>
                <w:lang w:eastAsia="ko-KR"/>
              </w:rPr>
            </w:pPr>
            <w:r>
              <w:rPr>
                <w:rFonts w:ascii="HY헤드라인M" w:eastAsia="휴먼명조" w:hAnsi="HY헤드라인M" w:cs="휴먼명조"/>
                <w:b/>
                <w:spacing w:val="-12"/>
                <w:w w:val="97"/>
                <w:sz w:val="24"/>
                <w:lang w:eastAsia="ko-KR"/>
              </w:rPr>
              <w:t>면적</w:t>
            </w:r>
          </w:p>
        </w:tc>
        <w:tc>
          <w:tcPr>
            <w:tcW w:w="2720" w:type="dxa"/>
            <w:gridSpan w:val="2"/>
            <w:tcBorders>
              <w:top w:val="single" w:sz="4" w:space="0" w:color="000000"/>
              <w:left w:val="single" w:sz="3" w:space="0" w:color="000000"/>
              <w:bottom w:val="single" w:sz="3" w:space="0" w:color="000000"/>
              <w:right w:val="single" w:sz="3" w:space="0" w:color="000000"/>
            </w:tcBorders>
            <w:shd w:val="clear" w:color="auto" w:fill="F2F2F2"/>
            <w:tcMar>
              <w:top w:w="0" w:type="dxa"/>
              <w:left w:w="28" w:type="dxa"/>
              <w:bottom w:w="0" w:type="dxa"/>
              <w:right w:w="28" w:type="dxa"/>
            </w:tcMar>
            <w:vAlign w:val="center"/>
          </w:tcPr>
          <w:p w:rsidR="00DA08A1" w:rsidRDefault="00F3557A">
            <w:pPr>
              <w:spacing w:line="460" w:lineRule="exact"/>
              <w:jc w:val="center"/>
              <w:rPr>
                <w:rFonts w:ascii="HY헤드라인M" w:eastAsia="휴먼명조" w:hAnsi="HY헤드라인M"/>
                <w:b/>
                <w:sz w:val="24"/>
                <w:szCs w:val="24"/>
                <w:lang w:eastAsia="ko-KR"/>
              </w:rPr>
            </w:pPr>
            <w:r>
              <w:rPr>
                <w:rFonts w:ascii="HY헤드라인M" w:eastAsia="휴먼명조" w:hAnsi="HY헤드라인M" w:cs="휴먼명조"/>
                <w:b/>
                <w:spacing w:val="-12"/>
                <w:w w:val="97"/>
                <w:sz w:val="24"/>
                <w:lang w:eastAsia="ko-KR"/>
              </w:rPr>
              <w:t>소유</w:t>
            </w:r>
            <w:r>
              <w:rPr>
                <w:rFonts w:ascii="HY헤드라인M" w:eastAsia="휴먼명조" w:hAnsi="HY헤드라인M" w:cs="휴먼명조"/>
                <w:b/>
                <w:spacing w:val="-12"/>
                <w:w w:val="97"/>
                <w:sz w:val="24"/>
                <w:lang w:eastAsia="ko-KR"/>
              </w:rPr>
              <w:t xml:space="preserve"> </w:t>
            </w:r>
            <w:r>
              <w:rPr>
                <w:rFonts w:ascii="HY헤드라인M" w:eastAsia="휴먼명조" w:hAnsi="HY헤드라인M" w:cs="휴먼명조"/>
                <w:b/>
                <w:spacing w:val="-12"/>
                <w:w w:val="97"/>
                <w:sz w:val="24"/>
                <w:lang w:eastAsia="ko-KR"/>
              </w:rPr>
              <w:t>구분</w:t>
            </w:r>
          </w:p>
        </w:tc>
        <w:tc>
          <w:tcPr>
            <w:tcW w:w="5049" w:type="dxa"/>
            <w:gridSpan w:val="4"/>
            <w:tcBorders>
              <w:top w:val="single" w:sz="4" w:space="0" w:color="000000"/>
              <w:left w:val="single" w:sz="3" w:space="0" w:color="000000"/>
              <w:bottom w:val="single" w:sz="3" w:space="0" w:color="000000"/>
              <w:right w:val="single" w:sz="4" w:space="0" w:color="000000"/>
            </w:tcBorders>
            <w:shd w:val="clear" w:color="auto" w:fill="F2F2F2"/>
            <w:tcMar>
              <w:top w:w="0" w:type="dxa"/>
              <w:left w:w="28" w:type="dxa"/>
              <w:bottom w:w="0" w:type="dxa"/>
              <w:right w:w="28" w:type="dxa"/>
            </w:tcMar>
            <w:vAlign w:val="center"/>
          </w:tcPr>
          <w:p w:rsidR="00DA08A1" w:rsidRDefault="00F3557A">
            <w:pPr>
              <w:spacing w:line="460" w:lineRule="exact"/>
              <w:jc w:val="center"/>
              <w:rPr>
                <w:rFonts w:ascii="HY헤드라인M" w:eastAsia="휴먼명조" w:hAnsi="HY헤드라인M"/>
                <w:b/>
                <w:sz w:val="24"/>
                <w:szCs w:val="24"/>
                <w:lang w:eastAsia="ko-KR"/>
              </w:rPr>
            </w:pPr>
            <w:r>
              <w:rPr>
                <w:rFonts w:ascii="HY헤드라인M" w:eastAsia="휴먼명조" w:hAnsi="HY헤드라인M" w:cs="휴먼명조"/>
                <w:b/>
                <w:spacing w:val="-12"/>
                <w:w w:val="97"/>
                <w:sz w:val="24"/>
                <w:lang w:eastAsia="ko-KR"/>
              </w:rPr>
              <w:t>시설</w:t>
            </w:r>
            <w:r>
              <w:rPr>
                <w:rFonts w:ascii="HY헤드라인M" w:eastAsia="휴먼명조" w:hAnsi="HY헤드라인M" w:cs="휴먼명조"/>
                <w:b/>
                <w:spacing w:val="-12"/>
                <w:w w:val="97"/>
                <w:sz w:val="24"/>
                <w:lang w:eastAsia="ko-KR"/>
              </w:rPr>
              <w:t xml:space="preserve"> </w:t>
            </w:r>
            <w:r>
              <w:rPr>
                <w:rFonts w:ascii="HY헤드라인M" w:eastAsia="휴먼명조" w:hAnsi="HY헤드라인M" w:cs="휴먼명조"/>
                <w:b/>
                <w:spacing w:val="-12"/>
                <w:w w:val="97"/>
                <w:sz w:val="24"/>
                <w:lang w:eastAsia="ko-KR"/>
              </w:rPr>
              <w:t>구분</w:t>
            </w:r>
          </w:p>
        </w:tc>
      </w:tr>
      <w:tr w:rsidR="00DA08A1" w:rsidTr="007E6509">
        <w:trPr>
          <w:trHeight w:hRule="exact" w:val="510"/>
          <w:jc w:val="center"/>
        </w:trPr>
        <w:tc>
          <w:tcPr>
            <w:tcW w:w="1699" w:type="dxa"/>
            <w:vMerge/>
            <w:tcBorders>
              <w:bottom w:val="double" w:sz="4" w:space="0" w:color="auto"/>
            </w:tcBorders>
          </w:tcPr>
          <w:p w:rsidR="00DA08A1" w:rsidRDefault="00DA08A1">
            <w:pPr>
              <w:rPr>
                <w:lang w:eastAsia="ko-KR"/>
              </w:rPr>
            </w:pPr>
          </w:p>
        </w:tc>
        <w:tc>
          <w:tcPr>
            <w:tcW w:w="1332" w:type="dxa"/>
            <w:tcBorders>
              <w:top w:val="single" w:sz="3" w:space="0" w:color="000000"/>
              <w:left w:val="single" w:sz="3" w:space="0" w:color="000000"/>
              <w:bottom w:val="double" w:sz="4" w:space="0" w:color="auto"/>
              <w:right w:val="single" w:sz="3" w:space="0" w:color="000000"/>
            </w:tcBorders>
            <w:shd w:val="clear" w:color="auto" w:fill="F2F2F2"/>
            <w:tcMar>
              <w:top w:w="0" w:type="dxa"/>
              <w:left w:w="28" w:type="dxa"/>
              <w:bottom w:w="0" w:type="dxa"/>
              <w:right w:w="28" w:type="dxa"/>
            </w:tcMar>
            <w:vAlign w:val="center"/>
          </w:tcPr>
          <w:p w:rsidR="00DA08A1" w:rsidRDefault="00F3557A">
            <w:pPr>
              <w:spacing w:line="460" w:lineRule="exact"/>
              <w:jc w:val="center"/>
              <w:rPr>
                <w:rFonts w:ascii="HY헤드라인M" w:eastAsia="휴먼명조" w:hAnsi="HY헤드라인M"/>
                <w:b/>
                <w:sz w:val="24"/>
                <w:szCs w:val="24"/>
              </w:rPr>
            </w:pPr>
            <w:proofErr w:type="spellStart"/>
            <w:r>
              <w:rPr>
                <w:rFonts w:ascii="HY헤드라인M" w:eastAsia="휴먼명조" w:hAnsi="HY헤드라인M" w:cs="휴먼명조"/>
                <w:b/>
                <w:spacing w:val="-12"/>
                <w:w w:val="97"/>
                <w:sz w:val="24"/>
              </w:rPr>
              <w:t>자가</w:t>
            </w:r>
            <w:proofErr w:type="spellEnd"/>
          </w:p>
        </w:tc>
        <w:tc>
          <w:tcPr>
            <w:tcW w:w="1388" w:type="dxa"/>
            <w:tcBorders>
              <w:top w:val="single" w:sz="3" w:space="0" w:color="000000"/>
              <w:left w:val="single" w:sz="3" w:space="0" w:color="000000"/>
              <w:bottom w:val="double" w:sz="4" w:space="0" w:color="auto"/>
              <w:right w:val="single" w:sz="3" w:space="0" w:color="000000"/>
            </w:tcBorders>
            <w:shd w:val="clear" w:color="auto" w:fill="F2F2F2"/>
            <w:tcMar>
              <w:top w:w="0" w:type="dxa"/>
              <w:left w:w="28" w:type="dxa"/>
              <w:bottom w:w="0" w:type="dxa"/>
              <w:right w:w="28" w:type="dxa"/>
            </w:tcMar>
            <w:vAlign w:val="center"/>
          </w:tcPr>
          <w:p w:rsidR="00DA08A1" w:rsidRDefault="00F3557A">
            <w:pPr>
              <w:spacing w:line="460" w:lineRule="exact"/>
              <w:jc w:val="center"/>
              <w:rPr>
                <w:rFonts w:ascii="HY헤드라인M" w:eastAsia="휴먼명조" w:hAnsi="HY헤드라인M"/>
                <w:b/>
                <w:sz w:val="24"/>
                <w:szCs w:val="24"/>
              </w:rPr>
            </w:pPr>
            <w:r>
              <w:rPr>
                <w:rFonts w:ascii="HY헤드라인M" w:eastAsia="휴먼명조" w:hAnsi="HY헤드라인M" w:cs="휴먼명조"/>
                <w:b/>
                <w:spacing w:val="-12"/>
                <w:w w:val="97"/>
                <w:sz w:val="24"/>
              </w:rPr>
              <w:t>임차</w:t>
            </w:r>
          </w:p>
        </w:tc>
        <w:tc>
          <w:tcPr>
            <w:tcW w:w="1262" w:type="dxa"/>
            <w:tcBorders>
              <w:top w:val="single" w:sz="3" w:space="0" w:color="000000"/>
              <w:left w:val="single" w:sz="3" w:space="0" w:color="000000"/>
              <w:bottom w:val="double" w:sz="4" w:space="0" w:color="auto"/>
              <w:right w:val="single" w:sz="3" w:space="0" w:color="000000"/>
            </w:tcBorders>
            <w:shd w:val="clear" w:color="auto" w:fill="F2F2F2"/>
            <w:tcMar>
              <w:top w:w="0" w:type="dxa"/>
              <w:left w:w="28" w:type="dxa"/>
              <w:bottom w:w="0" w:type="dxa"/>
              <w:right w:w="28" w:type="dxa"/>
            </w:tcMar>
            <w:vAlign w:val="center"/>
          </w:tcPr>
          <w:p w:rsidR="00DA08A1" w:rsidRDefault="00F3557A">
            <w:pPr>
              <w:spacing w:line="460" w:lineRule="exact"/>
              <w:jc w:val="center"/>
              <w:rPr>
                <w:rFonts w:ascii="HY헤드라인M" w:eastAsia="휴먼명조" w:hAnsi="HY헤드라인M"/>
                <w:b/>
                <w:sz w:val="24"/>
                <w:szCs w:val="24"/>
              </w:rPr>
            </w:pPr>
            <w:r>
              <w:rPr>
                <w:rFonts w:ascii="HY헤드라인M" w:eastAsia="휴먼명조" w:hAnsi="HY헤드라인M" w:cs="휴먼명조"/>
                <w:b/>
                <w:spacing w:val="-12"/>
                <w:w w:val="97"/>
                <w:sz w:val="24"/>
              </w:rPr>
              <w:t>사무실</w:t>
            </w:r>
          </w:p>
        </w:tc>
        <w:tc>
          <w:tcPr>
            <w:tcW w:w="1262" w:type="dxa"/>
            <w:tcBorders>
              <w:top w:val="single" w:sz="3" w:space="0" w:color="000000"/>
              <w:left w:val="single" w:sz="3" w:space="0" w:color="000000"/>
              <w:bottom w:val="double" w:sz="4" w:space="0" w:color="auto"/>
              <w:right w:val="single" w:sz="3" w:space="0" w:color="000000"/>
            </w:tcBorders>
            <w:shd w:val="clear" w:color="auto" w:fill="F2F2F2"/>
            <w:tcMar>
              <w:top w:w="0" w:type="dxa"/>
              <w:left w:w="28" w:type="dxa"/>
              <w:bottom w:w="0" w:type="dxa"/>
              <w:right w:w="28" w:type="dxa"/>
            </w:tcMar>
            <w:vAlign w:val="center"/>
          </w:tcPr>
          <w:p w:rsidR="00DA08A1" w:rsidRDefault="00F3557A">
            <w:pPr>
              <w:spacing w:line="460" w:lineRule="exact"/>
              <w:jc w:val="center"/>
              <w:rPr>
                <w:rFonts w:ascii="HY헤드라인M" w:eastAsia="휴먼명조" w:hAnsi="HY헤드라인M"/>
                <w:b/>
                <w:sz w:val="24"/>
                <w:szCs w:val="24"/>
              </w:rPr>
            </w:pPr>
            <w:r>
              <w:rPr>
                <w:rFonts w:ascii="HY헤드라인M" w:eastAsia="휴먼명조" w:hAnsi="HY헤드라인M" w:cs="휴먼명조"/>
                <w:b/>
                <w:spacing w:val="-12"/>
                <w:w w:val="97"/>
                <w:sz w:val="24"/>
              </w:rPr>
              <w:t>전시장</w:t>
            </w:r>
          </w:p>
        </w:tc>
        <w:tc>
          <w:tcPr>
            <w:tcW w:w="1262" w:type="dxa"/>
            <w:tcBorders>
              <w:top w:val="single" w:sz="3" w:space="0" w:color="000000"/>
              <w:left w:val="single" w:sz="3" w:space="0" w:color="000000"/>
              <w:bottom w:val="double" w:sz="4" w:space="0" w:color="auto"/>
              <w:right w:val="single" w:sz="3" w:space="0" w:color="000000"/>
            </w:tcBorders>
            <w:shd w:val="clear" w:color="auto" w:fill="F2F2F2"/>
            <w:tcMar>
              <w:top w:w="0" w:type="dxa"/>
              <w:left w:w="28" w:type="dxa"/>
              <w:bottom w:w="0" w:type="dxa"/>
              <w:right w:w="28" w:type="dxa"/>
            </w:tcMar>
            <w:vAlign w:val="center"/>
          </w:tcPr>
          <w:p w:rsidR="00DA08A1" w:rsidRDefault="00F3557A">
            <w:pPr>
              <w:spacing w:line="460" w:lineRule="exact"/>
              <w:jc w:val="center"/>
              <w:rPr>
                <w:rFonts w:ascii="HY헤드라인M" w:eastAsia="휴먼명조" w:hAnsi="HY헤드라인M"/>
                <w:b/>
                <w:sz w:val="24"/>
                <w:szCs w:val="24"/>
              </w:rPr>
            </w:pPr>
            <w:r>
              <w:rPr>
                <w:rFonts w:ascii="HY헤드라인M" w:eastAsia="휴먼명조" w:hAnsi="HY헤드라인M" w:cs="휴먼명조"/>
                <w:b/>
                <w:spacing w:val="-12"/>
                <w:w w:val="97"/>
                <w:sz w:val="24"/>
              </w:rPr>
              <w:t>창고</w:t>
            </w:r>
          </w:p>
        </w:tc>
        <w:tc>
          <w:tcPr>
            <w:tcW w:w="1262" w:type="dxa"/>
            <w:tcBorders>
              <w:top w:val="single" w:sz="3" w:space="0" w:color="000000"/>
              <w:left w:val="single" w:sz="3" w:space="0" w:color="000000"/>
              <w:bottom w:val="double" w:sz="4" w:space="0" w:color="auto"/>
              <w:right w:val="single" w:sz="4" w:space="0" w:color="000000"/>
            </w:tcBorders>
            <w:shd w:val="clear" w:color="auto" w:fill="F2F2F2"/>
            <w:tcMar>
              <w:top w:w="0" w:type="dxa"/>
              <w:left w:w="28" w:type="dxa"/>
              <w:bottom w:w="0" w:type="dxa"/>
              <w:right w:w="28" w:type="dxa"/>
            </w:tcMar>
            <w:vAlign w:val="center"/>
          </w:tcPr>
          <w:p w:rsidR="00DA08A1" w:rsidRDefault="00F3557A">
            <w:pPr>
              <w:spacing w:line="460" w:lineRule="exact"/>
              <w:jc w:val="center"/>
              <w:rPr>
                <w:rFonts w:ascii="HY헤드라인M" w:eastAsia="휴먼명조" w:hAnsi="HY헤드라인M"/>
                <w:b/>
                <w:sz w:val="24"/>
                <w:szCs w:val="24"/>
              </w:rPr>
            </w:pPr>
            <w:r>
              <w:rPr>
                <w:rFonts w:ascii="HY헤드라인M" w:eastAsia="휴먼명조" w:hAnsi="HY헤드라인M" w:cs="휴먼명조"/>
                <w:b/>
                <w:spacing w:val="-12"/>
                <w:w w:val="97"/>
                <w:sz w:val="24"/>
              </w:rPr>
              <w:t>기타</w:t>
            </w:r>
          </w:p>
        </w:tc>
      </w:tr>
      <w:tr w:rsidR="00DA08A1" w:rsidTr="00BE3A45">
        <w:trPr>
          <w:trHeight w:hRule="exact" w:val="522"/>
          <w:jc w:val="center"/>
        </w:trPr>
        <w:tc>
          <w:tcPr>
            <w:tcW w:w="1699" w:type="dxa"/>
            <w:tcBorders>
              <w:top w:val="double" w:sz="4" w:space="0" w:color="auto"/>
              <w:left w:val="single" w:sz="3" w:space="0" w:color="000000"/>
              <w:bottom w:val="single" w:sz="3" w:space="0" w:color="000000"/>
              <w:right w:val="single" w:sz="3" w:space="0" w:color="000000"/>
            </w:tcBorders>
            <w:tcMar>
              <w:top w:w="0" w:type="dxa"/>
              <w:left w:w="28" w:type="dxa"/>
              <w:bottom w:w="0" w:type="dxa"/>
              <w:right w:w="28" w:type="dxa"/>
            </w:tcMar>
            <w:vAlign w:val="center"/>
          </w:tcPr>
          <w:p w:rsidR="00DA08A1" w:rsidRDefault="00F3557A">
            <w:pPr>
              <w:spacing w:line="459" w:lineRule="exact"/>
              <w:jc w:val="right"/>
              <w:rPr>
                <w:rFonts w:ascii="HY헤드라인M" w:eastAsia="휴먼명조" w:hAnsi="HY헤드라인M"/>
                <w:sz w:val="24"/>
                <w:szCs w:val="24"/>
              </w:rPr>
            </w:pPr>
            <w:r>
              <w:rPr>
                <w:rFonts w:ascii="HY헤드라인M" w:eastAsia="휴먼명조" w:hAnsi="HY헤드라인M" w:cs="휴먼명조"/>
                <w:spacing w:val="-12"/>
                <w:w w:val="97"/>
                <w:sz w:val="24"/>
              </w:rPr>
              <w:t>㎡</w:t>
            </w:r>
          </w:p>
        </w:tc>
        <w:tc>
          <w:tcPr>
            <w:tcW w:w="1332" w:type="dxa"/>
            <w:tcBorders>
              <w:top w:val="double" w:sz="4" w:space="0" w:color="auto"/>
              <w:left w:val="single" w:sz="3" w:space="0" w:color="000000"/>
              <w:bottom w:val="single" w:sz="3" w:space="0" w:color="000000"/>
              <w:right w:val="single" w:sz="3" w:space="0" w:color="000000"/>
            </w:tcBorders>
            <w:tcMar>
              <w:top w:w="0" w:type="dxa"/>
              <w:left w:w="28" w:type="dxa"/>
              <w:bottom w:w="0" w:type="dxa"/>
              <w:right w:w="28" w:type="dxa"/>
            </w:tcMar>
            <w:vAlign w:val="center"/>
          </w:tcPr>
          <w:p w:rsidR="00DA08A1" w:rsidRDefault="00DA08A1">
            <w:pPr>
              <w:spacing w:line="459" w:lineRule="exact"/>
              <w:jc w:val="center"/>
              <w:rPr>
                <w:rFonts w:ascii="HY헤드라인M" w:eastAsia="휴먼명조" w:hAnsi="HY헤드라인M"/>
                <w:sz w:val="24"/>
                <w:szCs w:val="24"/>
              </w:rPr>
            </w:pPr>
          </w:p>
        </w:tc>
        <w:tc>
          <w:tcPr>
            <w:tcW w:w="1388" w:type="dxa"/>
            <w:tcBorders>
              <w:top w:val="double" w:sz="4" w:space="0" w:color="auto"/>
              <w:left w:val="single" w:sz="3" w:space="0" w:color="000000"/>
              <w:bottom w:val="single" w:sz="3" w:space="0" w:color="000000"/>
              <w:right w:val="single" w:sz="3" w:space="0" w:color="000000"/>
            </w:tcBorders>
            <w:tcMar>
              <w:top w:w="0" w:type="dxa"/>
              <w:left w:w="28" w:type="dxa"/>
              <w:bottom w:w="0" w:type="dxa"/>
              <w:right w:w="28" w:type="dxa"/>
            </w:tcMar>
            <w:vAlign w:val="center"/>
          </w:tcPr>
          <w:p w:rsidR="00DA08A1" w:rsidRDefault="00DA08A1">
            <w:pPr>
              <w:spacing w:line="459" w:lineRule="exact"/>
              <w:jc w:val="center"/>
              <w:rPr>
                <w:rFonts w:ascii="HY헤드라인M" w:eastAsia="휴먼명조" w:hAnsi="HY헤드라인M"/>
                <w:sz w:val="24"/>
                <w:szCs w:val="24"/>
              </w:rPr>
            </w:pPr>
          </w:p>
        </w:tc>
        <w:tc>
          <w:tcPr>
            <w:tcW w:w="1262" w:type="dxa"/>
            <w:tcBorders>
              <w:top w:val="double" w:sz="4" w:space="0" w:color="auto"/>
              <w:left w:val="single" w:sz="3" w:space="0" w:color="000000"/>
              <w:bottom w:val="single" w:sz="3" w:space="0" w:color="000000"/>
              <w:right w:val="single" w:sz="3" w:space="0" w:color="000000"/>
            </w:tcBorders>
            <w:tcMar>
              <w:top w:w="0" w:type="dxa"/>
              <w:left w:w="28" w:type="dxa"/>
              <w:bottom w:w="0" w:type="dxa"/>
              <w:right w:w="28" w:type="dxa"/>
            </w:tcMar>
            <w:vAlign w:val="center"/>
          </w:tcPr>
          <w:p w:rsidR="00DA08A1" w:rsidRDefault="00DA08A1">
            <w:pPr>
              <w:spacing w:line="459" w:lineRule="exact"/>
              <w:jc w:val="center"/>
              <w:rPr>
                <w:rFonts w:ascii="HY헤드라인M" w:eastAsia="휴먼명조" w:hAnsi="HY헤드라인M"/>
                <w:sz w:val="24"/>
                <w:szCs w:val="24"/>
              </w:rPr>
            </w:pPr>
          </w:p>
        </w:tc>
        <w:tc>
          <w:tcPr>
            <w:tcW w:w="1262" w:type="dxa"/>
            <w:tcBorders>
              <w:top w:val="double" w:sz="4" w:space="0" w:color="auto"/>
              <w:left w:val="single" w:sz="3" w:space="0" w:color="000000"/>
              <w:bottom w:val="single" w:sz="3" w:space="0" w:color="000000"/>
              <w:right w:val="single" w:sz="3" w:space="0" w:color="000000"/>
            </w:tcBorders>
            <w:tcMar>
              <w:top w:w="0" w:type="dxa"/>
              <w:left w:w="28" w:type="dxa"/>
              <w:bottom w:w="0" w:type="dxa"/>
              <w:right w:w="28" w:type="dxa"/>
            </w:tcMar>
            <w:vAlign w:val="center"/>
          </w:tcPr>
          <w:p w:rsidR="00DA08A1" w:rsidRDefault="00DA08A1">
            <w:pPr>
              <w:spacing w:line="459" w:lineRule="exact"/>
              <w:jc w:val="center"/>
              <w:rPr>
                <w:rFonts w:ascii="HY헤드라인M" w:eastAsia="휴먼명조" w:hAnsi="HY헤드라인M"/>
                <w:sz w:val="24"/>
                <w:szCs w:val="24"/>
              </w:rPr>
            </w:pPr>
          </w:p>
        </w:tc>
        <w:tc>
          <w:tcPr>
            <w:tcW w:w="1262" w:type="dxa"/>
            <w:tcBorders>
              <w:top w:val="double" w:sz="4" w:space="0" w:color="auto"/>
              <w:left w:val="single" w:sz="3" w:space="0" w:color="000000"/>
              <w:bottom w:val="single" w:sz="3" w:space="0" w:color="000000"/>
              <w:right w:val="single" w:sz="3" w:space="0" w:color="000000"/>
            </w:tcBorders>
            <w:tcMar>
              <w:top w:w="0" w:type="dxa"/>
              <w:left w:w="28" w:type="dxa"/>
              <w:bottom w:w="0" w:type="dxa"/>
              <w:right w:w="28" w:type="dxa"/>
            </w:tcMar>
            <w:vAlign w:val="center"/>
          </w:tcPr>
          <w:p w:rsidR="00DA08A1" w:rsidRDefault="00DA08A1">
            <w:pPr>
              <w:spacing w:line="459" w:lineRule="exact"/>
              <w:jc w:val="center"/>
              <w:rPr>
                <w:rFonts w:ascii="HY헤드라인M" w:eastAsia="휴먼명조" w:hAnsi="HY헤드라인M"/>
                <w:sz w:val="24"/>
                <w:szCs w:val="24"/>
              </w:rPr>
            </w:pPr>
          </w:p>
        </w:tc>
        <w:tc>
          <w:tcPr>
            <w:tcW w:w="1262" w:type="dxa"/>
            <w:tcBorders>
              <w:top w:val="double" w:sz="4" w:space="0" w:color="auto"/>
              <w:left w:val="single" w:sz="3" w:space="0" w:color="000000"/>
              <w:bottom w:val="single" w:sz="3" w:space="0" w:color="000000"/>
              <w:right w:val="single" w:sz="3" w:space="0" w:color="000000"/>
            </w:tcBorders>
            <w:tcMar>
              <w:top w:w="0" w:type="dxa"/>
              <w:left w:w="28" w:type="dxa"/>
              <w:bottom w:w="0" w:type="dxa"/>
              <w:right w:w="28" w:type="dxa"/>
            </w:tcMar>
            <w:vAlign w:val="center"/>
          </w:tcPr>
          <w:p w:rsidR="00DA08A1" w:rsidRDefault="00DA08A1">
            <w:pPr>
              <w:spacing w:line="459" w:lineRule="exact"/>
              <w:jc w:val="center"/>
              <w:rPr>
                <w:rFonts w:ascii="HY헤드라인M" w:eastAsia="휴먼명조" w:hAnsi="HY헤드라인M"/>
                <w:sz w:val="24"/>
                <w:szCs w:val="24"/>
              </w:rPr>
            </w:pPr>
          </w:p>
        </w:tc>
      </w:tr>
    </w:tbl>
    <w:p w:rsidR="00DA08A1" w:rsidRDefault="00DA08A1">
      <w:pPr>
        <w:rPr>
          <w:rFonts w:ascii="HY헤드라인M" w:eastAsia="휴먼명조" w:hAnsi="HY헤드라인M"/>
          <w:sz w:val="26"/>
          <w:szCs w:val="26"/>
        </w:rPr>
      </w:pPr>
    </w:p>
    <w:tbl>
      <w:tblPr>
        <w:tblStyle w:val="af9"/>
        <w:tblW w:w="0" w:type="auto"/>
        <w:jc w:val="center"/>
        <w:tblLayout w:type="fixed"/>
        <w:tblLook w:val="04A0" w:firstRow="1" w:lastRow="0" w:firstColumn="1" w:lastColumn="0" w:noHBand="0" w:noVBand="1"/>
      </w:tblPr>
      <w:tblGrid>
        <w:gridCol w:w="4734"/>
        <w:gridCol w:w="4734"/>
      </w:tblGrid>
      <w:tr w:rsidR="00DA08A1" w:rsidTr="00360742">
        <w:trPr>
          <w:trHeight w:val="3863"/>
          <w:jc w:val="center"/>
        </w:trPr>
        <w:tc>
          <w:tcPr>
            <w:tcW w:w="4734" w:type="dxa"/>
            <w:tcMar>
              <w:top w:w="28" w:type="dxa"/>
              <w:left w:w="28" w:type="dxa"/>
              <w:bottom w:w="28" w:type="dxa"/>
              <w:right w:w="28" w:type="dxa"/>
            </w:tcMar>
            <w:vAlign w:val="center"/>
          </w:tcPr>
          <w:p w:rsidR="00DA08A1" w:rsidRDefault="00F3557A">
            <w:pPr>
              <w:spacing w:line="384" w:lineRule="auto"/>
              <w:jc w:val="center"/>
              <w:rPr>
                <w:rFonts w:ascii="HY중고딕" w:eastAsia="한양중고딕" w:hAnsi="HY중고딕"/>
                <w:sz w:val="24"/>
                <w:szCs w:val="24"/>
              </w:rPr>
            </w:pPr>
            <w:r>
              <w:rPr>
                <w:rFonts w:ascii="HY중고딕" w:eastAsia="한양중고딕" w:hAnsi="HY중고딕" w:cs="한양중고딕"/>
                <w:i/>
                <w:color w:val="0000FF"/>
                <w:sz w:val="24"/>
              </w:rPr>
              <w:t>사진</w:t>
            </w:r>
            <w:r>
              <w:rPr>
                <w:rFonts w:ascii="HY중고딕" w:eastAsia="한양중고딕" w:hAnsi="HY중고딕" w:cs="한양중고딕"/>
                <w:i/>
                <w:color w:val="0000FF"/>
                <w:sz w:val="24"/>
              </w:rPr>
              <w:t>1</w:t>
            </w:r>
          </w:p>
        </w:tc>
        <w:tc>
          <w:tcPr>
            <w:tcW w:w="4734" w:type="dxa"/>
            <w:tcMar>
              <w:top w:w="28" w:type="dxa"/>
              <w:left w:w="28" w:type="dxa"/>
              <w:bottom w:w="28" w:type="dxa"/>
              <w:right w:w="28" w:type="dxa"/>
            </w:tcMar>
            <w:vAlign w:val="center"/>
          </w:tcPr>
          <w:p w:rsidR="00DA08A1" w:rsidRDefault="00F3557A">
            <w:pPr>
              <w:spacing w:line="384" w:lineRule="auto"/>
              <w:jc w:val="center"/>
              <w:rPr>
                <w:rFonts w:ascii="HY중고딕" w:eastAsia="한양중고딕" w:hAnsi="HY중고딕"/>
                <w:sz w:val="24"/>
                <w:szCs w:val="24"/>
              </w:rPr>
            </w:pPr>
            <w:r>
              <w:rPr>
                <w:rFonts w:ascii="HY중고딕" w:eastAsia="한양중고딕" w:hAnsi="HY중고딕" w:cs="한양중고딕"/>
                <w:i/>
                <w:color w:val="0000FF"/>
                <w:sz w:val="24"/>
              </w:rPr>
              <w:t>사진</w:t>
            </w:r>
            <w:r>
              <w:rPr>
                <w:rFonts w:ascii="HY중고딕" w:eastAsia="한양중고딕" w:hAnsi="HY중고딕" w:cs="한양중고딕"/>
                <w:i/>
                <w:color w:val="0000FF"/>
                <w:sz w:val="24"/>
              </w:rPr>
              <w:t>2</w:t>
            </w:r>
          </w:p>
        </w:tc>
      </w:tr>
      <w:tr w:rsidR="00DA08A1" w:rsidTr="00360742">
        <w:trPr>
          <w:trHeight w:hRule="exact" w:val="457"/>
          <w:jc w:val="center"/>
        </w:trPr>
        <w:tc>
          <w:tcPr>
            <w:tcW w:w="4734" w:type="dxa"/>
            <w:tcMar>
              <w:top w:w="0" w:type="dxa"/>
              <w:left w:w="28" w:type="dxa"/>
              <w:bottom w:w="0" w:type="dxa"/>
              <w:right w:w="28" w:type="dxa"/>
            </w:tcMar>
            <w:vAlign w:val="center"/>
          </w:tcPr>
          <w:p w:rsidR="00DA08A1" w:rsidRDefault="00F3557A">
            <w:pPr>
              <w:spacing w:line="403" w:lineRule="exact"/>
              <w:jc w:val="center"/>
              <w:rPr>
                <w:rFonts w:ascii="HY중고딕" w:eastAsia="한양중고딕" w:hAnsi="HY중고딕"/>
                <w:sz w:val="24"/>
                <w:szCs w:val="24"/>
              </w:rPr>
            </w:pPr>
            <w:r>
              <w:rPr>
                <w:rFonts w:ascii="HY중고딕" w:eastAsia="한양중고딕" w:hAnsi="HY중고딕" w:cs="한양중고딕"/>
                <w:i/>
                <w:color w:val="0000FF"/>
                <w:sz w:val="24"/>
              </w:rPr>
              <w:t>사무실</w:t>
            </w:r>
          </w:p>
        </w:tc>
        <w:tc>
          <w:tcPr>
            <w:tcW w:w="4734" w:type="dxa"/>
            <w:tcMar>
              <w:top w:w="0" w:type="dxa"/>
              <w:left w:w="28" w:type="dxa"/>
              <w:bottom w:w="0" w:type="dxa"/>
              <w:right w:w="28" w:type="dxa"/>
            </w:tcMar>
            <w:vAlign w:val="center"/>
          </w:tcPr>
          <w:p w:rsidR="00DA08A1" w:rsidRDefault="00F3557A">
            <w:pPr>
              <w:spacing w:line="403" w:lineRule="exact"/>
              <w:jc w:val="center"/>
              <w:rPr>
                <w:rFonts w:ascii="HY중고딕" w:eastAsia="한양중고딕" w:hAnsi="HY중고딕"/>
                <w:sz w:val="24"/>
                <w:szCs w:val="24"/>
              </w:rPr>
            </w:pPr>
            <w:r>
              <w:rPr>
                <w:rFonts w:ascii="HY중고딕" w:eastAsia="한양중고딕" w:hAnsi="HY중고딕" w:cs="한양중고딕"/>
                <w:i/>
                <w:color w:val="0000FF"/>
                <w:sz w:val="24"/>
              </w:rPr>
              <w:t>시설</w:t>
            </w:r>
            <w:r>
              <w:rPr>
                <w:rFonts w:ascii="HY중고딕" w:eastAsia="한양중고딕" w:hAnsi="HY중고딕" w:cs="한양중고딕"/>
                <w:i/>
                <w:color w:val="0000FF"/>
                <w:sz w:val="24"/>
              </w:rPr>
              <w:t>1</w:t>
            </w:r>
          </w:p>
        </w:tc>
      </w:tr>
      <w:tr w:rsidR="00DA08A1" w:rsidTr="00360742">
        <w:trPr>
          <w:trHeight w:val="3426"/>
          <w:jc w:val="center"/>
        </w:trPr>
        <w:tc>
          <w:tcPr>
            <w:tcW w:w="4734" w:type="dxa"/>
            <w:tcMar>
              <w:top w:w="28" w:type="dxa"/>
              <w:left w:w="28" w:type="dxa"/>
              <w:bottom w:w="28" w:type="dxa"/>
              <w:right w:w="28" w:type="dxa"/>
            </w:tcMar>
            <w:vAlign w:val="center"/>
          </w:tcPr>
          <w:p w:rsidR="00DA08A1" w:rsidRDefault="00F3557A">
            <w:pPr>
              <w:spacing w:line="384" w:lineRule="auto"/>
              <w:jc w:val="center"/>
              <w:rPr>
                <w:rFonts w:ascii="HY중고딕" w:eastAsia="한양중고딕" w:hAnsi="HY중고딕"/>
                <w:sz w:val="24"/>
                <w:szCs w:val="24"/>
              </w:rPr>
            </w:pPr>
            <w:r>
              <w:rPr>
                <w:rFonts w:ascii="HY중고딕" w:eastAsia="한양중고딕" w:hAnsi="HY중고딕" w:cs="한양중고딕"/>
                <w:i/>
                <w:color w:val="0000FF"/>
                <w:sz w:val="24"/>
              </w:rPr>
              <w:t>사진</w:t>
            </w:r>
            <w:r>
              <w:rPr>
                <w:rFonts w:ascii="HY중고딕" w:eastAsia="한양중고딕" w:hAnsi="HY중고딕" w:cs="한양중고딕"/>
                <w:i/>
                <w:color w:val="0000FF"/>
                <w:sz w:val="24"/>
              </w:rPr>
              <w:t>3</w:t>
            </w:r>
          </w:p>
        </w:tc>
        <w:tc>
          <w:tcPr>
            <w:tcW w:w="4734" w:type="dxa"/>
            <w:tcMar>
              <w:top w:w="28" w:type="dxa"/>
              <w:left w:w="28" w:type="dxa"/>
              <w:bottom w:w="28" w:type="dxa"/>
              <w:right w:w="28" w:type="dxa"/>
            </w:tcMar>
            <w:vAlign w:val="center"/>
          </w:tcPr>
          <w:p w:rsidR="00DA08A1" w:rsidRDefault="00F3557A">
            <w:pPr>
              <w:spacing w:line="384" w:lineRule="auto"/>
              <w:jc w:val="center"/>
              <w:rPr>
                <w:rFonts w:ascii="HY중고딕" w:eastAsia="한양중고딕" w:hAnsi="HY중고딕"/>
                <w:sz w:val="24"/>
                <w:szCs w:val="24"/>
              </w:rPr>
            </w:pPr>
            <w:r>
              <w:rPr>
                <w:rFonts w:ascii="HY중고딕" w:eastAsia="한양중고딕" w:hAnsi="HY중고딕" w:cs="한양중고딕"/>
                <w:i/>
                <w:color w:val="0000FF"/>
                <w:sz w:val="24"/>
              </w:rPr>
              <w:t>사진</w:t>
            </w:r>
            <w:r>
              <w:rPr>
                <w:rFonts w:ascii="HY중고딕" w:eastAsia="한양중고딕" w:hAnsi="HY중고딕" w:cs="한양중고딕"/>
                <w:i/>
                <w:color w:val="0000FF"/>
                <w:sz w:val="24"/>
              </w:rPr>
              <w:t>4</w:t>
            </w:r>
          </w:p>
        </w:tc>
      </w:tr>
      <w:tr w:rsidR="00DA08A1" w:rsidTr="00360742">
        <w:trPr>
          <w:trHeight w:hRule="exact" w:val="457"/>
          <w:jc w:val="center"/>
        </w:trPr>
        <w:tc>
          <w:tcPr>
            <w:tcW w:w="4734" w:type="dxa"/>
            <w:tcMar>
              <w:top w:w="0" w:type="dxa"/>
              <w:left w:w="28" w:type="dxa"/>
              <w:bottom w:w="0" w:type="dxa"/>
              <w:right w:w="28" w:type="dxa"/>
            </w:tcMar>
            <w:vAlign w:val="center"/>
          </w:tcPr>
          <w:p w:rsidR="00DA08A1" w:rsidRDefault="00F3557A">
            <w:pPr>
              <w:spacing w:line="402" w:lineRule="exact"/>
              <w:jc w:val="center"/>
              <w:rPr>
                <w:rFonts w:ascii="HY중고딕" w:eastAsia="한양중고딕" w:hAnsi="HY중고딕"/>
                <w:sz w:val="24"/>
                <w:szCs w:val="24"/>
              </w:rPr>
            </w:pPr>
            <w:r>
              <w:rPr>
                <w:rFonts w:ascii="HY중고딕" w:eastAsia="한양중고딕" w:hAnsi="HY중고딕" w:cs="한양중고딕"/>
                <w:i/>
                <w:color w:val="0000FF"/>
                <w:sz w:val="24"/>
              </w:rPr>
              <w:t>시설</w:t>
            </w:r>
            <w:r>
              <w:rPr>
                <w:rFonts w:ascii="HY중고딕" w:eastAsia="한양중고딕" w:hAnsi="HY중고딕" w:cs="한양중고딕"/>
                <w:i/>
                <w:color w:val="0000FF"/>
                <w:sz w:val="24"/>
              </w:rPr>
              <w:t>2</w:t>
            </w:r>
          </w:p>
        </w:tc>
        <w:tc>
          <w:tcPr>
            <w:tcW w:w="4734" w:type="dxa"/>
            <w:tcMar>
              <w:top w:w="0" w:type="dxa"/>
              <w:left w:w="28" w:type="dxa"/>
              <w:bottom w:w="0" w:type="dxa"/>
              <w:right w:w="28" w:type="dxa"/>
            </w:tcMar>
            <w:vAlign w:val="center"/>
          </w:tcPr>
          <w:p w:rsidR="00DA08A1" w:rsidRDefault="00F3557A">
            <w:pPr>
              <w:spacing w:line="402" w:lineRule="exact"/>
              <w:jc w:val="center"/>
              <w:rPr>
                <w:rFonts w:ascii="HY중고딕" w:eastAsia="한양중고딕" w:hAnsi="HY중고딕"/>
                <w:sz w:val="24"/>
                <w:szCs w:val="24"/>
              </w:rPr>
            </w:pPr>
            <w:r>
              <w:rPr>
                <w:rFonts w:ascii="HY중고딕" w:eastAsia="한양중고딕" w:hAnsi="HY중고딕" w:cs="한양중고딕"/>
                <w:i/>
                <w:color w:val="0000FF"/>
                <w:sz w:val="24"/>
              </w:rPr>
              <w:t>시설</w:t>
            </w:r>
            <w:r>
              <w:rPr>
                <w:rFonts w:ascii="HY중고딕" w:eastAsia="한양중고딕" w:hAnsi="HY중고딕" w:cs="한양중고딕"/>
                <w:i/>
                <w:color w:val="0000FF"/>
                <w:sz w:val="24"/>
              </w:rPr>
              <w:t>3</w:t>
            </w:r>
          </w:p>
        </w:tc>
      </w:tr>
    </w:tbl>
    <w:p w:rsidR="00DA08A1" w:rsidRDefault="00F3557A" w:rsidP="0058646E">
      <w:pPr>
        <w:spacing w:line="348" w:lineRule="auto"/>
        <w:ind w:firstLineChars="100" w:firstLine="220"/>
        <w:jc w:val="both"/>
        <w:rPr>
          <w:rFonts w:ascii="HY중고딕" w:eastAsia="한양중고딕" w:hAnsi="HY중고딕"/>
          <w:sz w:val="22"/>
          <w:lang w:eastAsia="ko-KR"/>
        </w:rPr>
      </w:pPr>
      <w:r>
        <w:rPr>
          <w:rFonts w:ascii="HY중고딕" w:eastAsia="한양중고딕" w:hAnsi="HY중고딕" w:cs="한양중고딕"/>
          <w:i/>
          <w:color w:val="0000FF"/>
          <w:sz w:val="22"/>
          <w:lang w:eastAsia="ko-KR"/>
        </w:rPr>
        <w:t xml:space="preserve"> * </w:t>
      </w:r>
      <w:r>
        <w:rPr>
          <w:rFonts w:ascii="HY중고딕" w:eastAsia="한양중고딕" w:hAnsi="HY중고딕" w:cs="한양중고딕"/>
          <w:i/>
          <w:color w:val="0000FF"/>
          <w:sz w:val="22"/>
          <w:lang w:eastAsia="ko-KR"/>
        </w:rPr>
        <w:t>신청일</w:t>
      </w:r>
      <w:r>
        <w:rPr>
          <w:rFonts w:ascii="HY중고딕" w:eastAsia="한양중고딕" w:hAnsi="HY중고딕" w:cs="한양중고딕"/>
          <w:i/>
          <w:color w:val="0000FF"/>
          <w:sz w:val="22"/>
          <w:lang w:eastAsia="ko-KR"/>
        </w:rPr>
        <w:t xml:space="preserve"> </w:t>
      </w:r>
      <w:r>
        <w:rPr>
          <w:rFonts w:ascii="HY중고딕" w:eastAsia="한양중고딕" w:hAnsi="HY중고딕" w:cs="한양중고딕"/>
          <w:i/>
          <w:color w:val="0000FF"/>
          <w:sz w:val="22"/>
          <w:lang w:eastAsia="ko-KR"/>
        </w:rPr>
        <w:t>기준</w:t>
      </w:r>
      <w:r>
        <w:rPr>
          <w:rFonts w:ascii="HY중고딕" w:eastAsia="한양중고딕" w:hAnsi="HY중고딕" w:cs="한양중고딕"/>
          <w:i/>
          <w:color w:val="0000FF"/>
          <w:sz w:val="22"/>
          <w:lang w:eastAsia="ko-KR"/>
        </w:rPr>
        <w:t xml:space="preserve"> 3</w:t>
      </w:r>
      <w:r>
        <w:rPr>
          <w:rFonts w:ascii="HY중고딕" w:eastAsia="한양중고딕" w:hAnsi="HY중고딕" w:cs="한양중고딕"/>
          <w:i/>
          <w:color w:val="0000FF"/>
          <w:sz w:val="22"/>
          <w:lang w:eastAsia="ko-KR"/>
        </w:rPr>
        <w:t>개월</w:t>
      </w:r>
      <w:r>
        <w:rPr>
          <w:rFonts w:ascii="HY중고딕" w:eastAsia="한양중고딕" w:hAnsi="HY중고딕" w:cs="한양중고딕"/>
          <w:i/>
          <w:color w:val="0000FF"/>
          <w:sz w:val="22"/>
          <w:lang w:eastAsia="ko-KR"/>
        </w:rPr>
        <w:t xml:space="preserve"> </w:t>
      </w:r>
      <w:r>
        <w:rPr>
          <w:rFonts w:ascii="HY중고딕" w:eastAsia="한양중고딕" w:hAnsi="HY중고딕" w:cs="한양중고딕"/>
          <w:i/>
          <w:color w:val="0000FF"/>
          <w:sz w:val="22"/>
          <w:lang w:eastAsia="ko-KR"/>
        </w:rPr>
        <w:t>이내</w:t>
      </w:r>
      <w:r>
        <w:rPr>
          <w:rFonts w:ascii="HY중고딕" w:eastAsia="한양중고딕" w:hAnsi="HY중고딕" w:cs="한양중고딕"/>
          <w:i/>
          <w:color w:val="0000FF"/>
          <w:sz w:val="22"/>
          <w:lang w:eastAsia="ko-KR"/>
        </w:rPr>
        <w:t xml:space="preserve"> </w:t>
      </w:r>
      <w:r>
        <w:rPr>
          <w:rFonts w:ascii="HY중고딕" w:eastAsia="한양중고딕" w:hAnsi="HY중고딕" w:cs="한양중고딕"/>
          <w:i/>
          <w:color w:val="0000FF"/>
          <w:sz w:val="22"/>
          <w:lang w:eastAsia="ko-KR"/>
        </w:rPr>
        <w:t>사진</w:t>
      </w:r>
      <w:r>
        <w:rPr>
          <w:rFonts w:ascii="HY중고딕" w:eastAsia="한양중고딕" w:hAnsi="HY중고딕" w:cs="한양중고딕"/>
          <w:i/>
          <w:color w:val="0000FF"/>
          <w:sz w:val="22"/>
          <w:lang w:eastAsia="ko-KR"/>
        </w:rPr>
        <w:t xml:space="preserve"> </w:t>
      </w:r>
      <w:r>
        <w:rPr>
          <w:rFonts w:ascii="HY중고딕" w:eastAsia="한양중고딕" w:hAnsi="HY중고딕" w:cs="한양중고딕"/>
          <w:i/>
          <w:color w:val="0000FF"/>
          <w:sz w:val="22"/>
          <w:lang w:eastAsia="ko-KR"/>
        </w:rPr>
        <w:t>첨부</w:t>
      </w:r>
      <w:r>
        <w:rPr>
          <w:rFonts w:ascii="HY중고딕" w:eastAsia="한양중고딕" w:hAnsi="HY중고딕" w:cs="한양중고딕"/>
          <w:i/>
          <w:color w:val="0000FF"/>
          <w:sz w:val="22"/>
          <w:lang w:eastAsia="ko-KR"/>
        </w:rPr>
        <w:t xml:space="preserve"> </w:t>
      </w:r>
    </w:p>
    <w:p w:rsidR="00DA08A1" w:rsidRDefault="00DA08A1">
      <w:pPr>
        <w:spacing w:line="348" w:lineRule="auto"/>
        <w:ind w:left="1605" w:hanging="1605"/>
        <w:jc w:val="both"/>
        <w:rPr>
          <w:rFonts w:ascii="HY중고딕" w:eastAsia="한양중고딕" w:hAnsi="HY중고딕"/>
          <w:sz w:val="22"/>
          <w:lang w:eastAsia="ko-KR"/>
        </w:rPr>
      </w:pPr>
    </w:p>
    <w:p w:rsidR="00DA08A1" w:rsidRDefault="00DA08A1">
      <w:pPr>
        <w:spacing w:line="348" w:lineRule="auto"/>
        <w:ind w:left="1605" w:hanging="1605"/>
        <w:jc w:val="both"/>
        <w:rPr>
          <w:rFonts w:ascii="HY중고딕" w:eastAsia="한양중고딕" w:hAnsi="HY중고딕"/>
          <w:sz w:val="22"/>
          <w:lang w:eastAsia="ko-KR"/>
        </w:rPr>
      </w:pPr>
    </w:p>
    <w:p w:rsidR="00DA08A1" w:rsidRDefault="00DA08A1">
      <w:pPr>
        <w:spacing w:line="348" w:lineRule="auto"/>
        <w:ind w:left="1605" w:hanging="1605"/>
        <w:jc w:val="both"/>
        <w:rPr>
          <w:rFonts w:ascii="HY중고딕" w:eastAsia="한양중고딕" w:hAnsi="HY중고딕"/>
          <w:sz w:val="22"/>
          <w:lang w:eastAsia="ko-KR"/>
        </w:rPr>
      </w:pPr>
    </w:p>
    <w:p w:rsidR="00DA08A1" w:rsidRDefault="00DA08A1">
      <w:pPr>
        <w:spacing w:line="348" w:lineRule="auto"/>
        <w:ind w:left="1605" w:hanging="1605"/>
        <w:jc w:val="both"/>
        <w:rPr>
          <w:rFonts w:ascii="HY중고딕" w:eastAsia="한양중고딕" w:hAnsi="HY중고딕"/>
          <w:sz w:val="22"/>
          <w:lang w:eastAsia="ko-KR"/>
        </w:rPr>
      </w:pPr>
    </w:p>
    <w:p w:rsidR="00DA08A1" w:rsidRDefault="00DA08A1" w:rsidP="002A4471">
      <w:pPr>
        <w:spacing w:line="348" w:lineRule="auto"/>
        <w:jc w:val="both"/>
        <w:rPr>
          <w:rFonts w:ascii="HY중고딕" w:eastAsia="한양중고딕" w:hAnsi="HY중고딕"/>
          <w:sz w:val="22"/>
          <w:lang w:eastAsia="ko-KR"/>
        </w:rPr>
      </w:pPr>
    </w:p>
    <w:tbl>
      <w:tblPr>
        <w:tblStyle w:val="af9"/>
        <w:tblW w:w="0" w:type="auto"/>
        <w:tblLayout w:type="fixed"/>
        <w:tblLook w:val="04A0" w:firstRow="1" w:lastRow="0" w:firstColumn="1" w:lastColumn="0" w:noHBand="0" w:noVBand="1"/>
      </w:tblPr>
      <w:tblGrid>
        <w:gridCol w:w="5622"/>
      </w:tblGrid>
      <w:tr w:rsidR="00DA08A1" w:rsidTr="006E49BD">
        <w:trPr>
          <w:trHeight w:val="532"/>
        </w:trPr>
        <w:tc>
          <w:tcPr>
            <w:tcW w:w="5622" w:type="dxa"/>
            <w:tcBorders>
              <w:top w:val="single" w:sz="6" w:space="0" w:color="315F97"/>
              <w:left w:val="nil"/>
              <w:bottom w:val="single" w:sz="6" w:space="0" w:color="315F97"/>
              <w:right w:val="nil"/>
            </w:tcBorders>
            <w:tcMar>
              <w:top w:w="28" w:type="dxa"/>
              <w:left w:w="102" w:type="dxa"/>
              <w:bottom w:w="28" w:type="dxa"/>
              <w:right w:w="102" w:type="dxa"/>
            </w:tcMar>
            <w:vAlign w:val="center"/>
          </w:tcPr>
          <w:p w:rsidR="00DA08A1" w:rsidRPr="003F01E3" w:rsidRDefault="00F3557A" w:rsidP="00B510D6">
            <w:pPr>
              <w:ind w:left="1233" w:right="192" w:hanging="1233"/>
              <w:jc w:val="both"/>
              <w:rPr>
                <w:rFonts w:ascii="HY헤드라인M" w:eastAsia="HY헤드라인M" w:hAnsi="함초롬돋움" w:hint="eastAsia"/>
                <w:sz w:val="30"/>
                <w:szCs w:val="30"/>
                <w:lang w:eastAsia="ko-KR"/>
              </w:rPr>
            </w:pPr>
            <w:r w:rsidRPr="003F01E3">
              <w:rPr>
                <w:rFonts w:ascii="HY헤드라인M" w:eastAsia="HY헤드라인M" w:hAnsi="함초롬돋움" w:cs="함초롬바탕" w:hint="eastAsia"/>
                <w:sz w:val="30"/>
                <w:szCs w:val="30"/>
                <w:lang w:eastAsia="ko-KR"/>
              </w:rPr>
              <w:lastRenderedPageBreak/>
              <w:t>Ⅱ.</w:t>
            </w:r>
            <w:r w:rsidRPr="003F01E3">
              <w:rPr>
                <w:rFonts w:ascii="HY헤드라인M" w:eastAsia="HY헤드라인M" w:hAnsi="HY울릉도M" w:cs="HY헤드라인M" w:hint="eastAsia"/>
                <w:sz w:val="30"/>
                <w:szCs w:val="30"/>
                <w:lang w:eastAsia="ko-KR"/>
              </w:rPr>
              <w:t xml:space="preserve"> 중소벤처기업 해외진출 지원 계획</w:t>
            </w:r>
          </w:p>
        </w:tc>
      </w:tr>
    </w:tbl>
    <w:p w:rsidR="00DA08A1" w:rsidRDefault="00DA08A1">
      <w:pPr>
        <w:spacing w:line="348" w:lineRule="auto"/>
        <w:jc w:val="both"/>
        <w:rPr>
          <w:rFonts w:ascii="HY헤드라인M" w:eastAsia="휴먼명조" w:hAnsi="HY헤드라인M"/>
          <w:b/>
          <w:sz w:val="24"/>
          <w:szCs w:val="24"/>
          <w:lang w:eastAsia="ko-KR"/>
        </w:rPr>
      </w:pPr>
    </w:p>
    <w:p w:rsidR="00DA08A1" w:rsidRPr="00347343" w:rsidRDefault="00F3557A">
      <w:pPr>
        <w:spacing w:line="348" w:lineRule="auto"/>
        <w:jc w:val="both"/>
        <w:rPr>
          <w:rFonts w:ascii="HY울릉도M" w:eastAsia="HY울릉도M" w:hAnsi="함초롬바탕"/>
          <w:sz w:val="26"/>
          <w:szCs w:val="26"/>
          <w:lang w:eastAsia="ko-KR"/>
        </w:rPr>
      </w:pPr>
      <w:r w:rsidRPr="00347343">
        <w:rPr>
          <w:rFonts w:ascii="HY울릉도M" w:eastAsia="HY울릉도M" w:hAnsi="함초롬바탕" w:cs="HY울릉도M" w:hint="eastAsia"/>
          <w:sz w:val="26"/>
          <w:lang w:eastAsia="ko-KR"/>
        </w:rPr>
        <w:t>1. 컨설팅 수행 가능 분야</w:t>
      </w:r>
    </w:p>
    <w:p w:rsidR="00DA08A1" w:rsidRDefault="00F3557A">
      <w:pPr>
        <w:spacing w:line="348" w:lineRule="auto"/>
        <w:ind w:left="1256" w:hanging="1256"/>
        <w:jc w:val="both"/>
        <w:rPr>
          <w:rFonts w:ascii="HY중고딕" w:eastAsia="한양중고딕" w:hAnsi="HY중고딕"/>
          <w:sz w:val="22"/>
          <w:lang w:eastAsia="ko-KR"/>
        </w:rPr>
      </w:pPr>
      <w:r>
        <w:rPr>
          <w:rFonts w:ascii="HY중고딕" w:eastAsia="한양중고딕" w:hAnsi="HY중고딕" w:cs="한양중고딕"/>
          <w:i/>
          <w:color w:val="0000FF"/>
          <w:sz w:val="22"/>
          <w:lang w:eastAsia="ko-KR"/>
        </w:rPr>
        <w:t xml:space="preserve">  * </w:t>
      </w:r>
      <w:r>
        <w:rPr>
          <w:rFonts w:ascii="HY중고딕" w:eastAsia="한양중고딕" w:hAnsi="HY중고딕" w:cs="한양중고딕"/>
          <w:i/>
          <w:color w:val="0000FF"/>
          <w:sz w:val="22"/>
          <w:lang w:eastAsia="ko-KR"/>
        </w:rPr>
        <w:t>주요</w:t>
      </w:r>
      <w:r>
        <w:rPr>
          <w:rFonts w:ascii="HY중고딕" w:eastAsia="한양중고딕" w:hAnsi="HY중고딕" w:cs="한양중고딕"/>
          <w:i/>
          <w:color w:val="0000FF"/>
          <w:sz w:val="22"/>
          <w:lang w:eastAsia="ko-KR"/>
        </w:rPr>
        <w:t xml:space="preserve"> </w:t>
      </w:r>
      <w:r>
        <w:rPr>
          <w:rFonts w:ascii="HY중고딕" w:eastAsia="한양중고딕" w:hAnsi="HY중고딕" w:cs="한양중고딕"/>
          <w:i/>
          <w:color w:val="0000FF"/>
          <w:sz w:val="22"/>
          <w:lang w:eastAsia="ko-KR"/>
        </w:rPr>
        <w:t>지원가능</w:t>
      </w:r>
      <w:r>
        <w:rPr>
          <w:rFonts w:ascii="HY중고딕" w:eastAsia="한양중고딕" w:hAnsi="HY중고딕" w:cs="한양중고딕"/>
          <w:i/>
          <w:color w:val="0000FF"/>
          <w:sz w:val="22"/>
          <w:lang w:eastAsia="ko-KR"/>
        </w:rPr>
        <w:t xml:space="preserve"> </w:t>
      </w:r>
      <w:proofErr w:type="gramStart"/>
      <w:r>
        <w:rPr>
          <w:rFonts w:ascii="HY중고딕" w:eastAsia="한양중고딕" w:hAnsi="HY중고딕" w:cs="한양중고딕"/>
          <w:i/>
          <w:color w:val="0000FF"/>
          <w:sz w:val="22"/>
          <w:lang w:eastAsia="ko-KR"/>
        </w:rPr>
        <w:t>분야</w:t>
      </w:r>
      <w:r>
        <w:rPr>
          <w:rFonts w:ascii="HY중고딕" w:eastAsia="한양중고딕" w:hAnsi="HY중고딕" w:cs="한양중고딕"/>
          <w:i/>
          <w:color w:val="0000FF"/>
          <w:sz w:val="22"/>
          <w:lang w:eastAsia="ko-KR"/>
        </w:rPr>
        <w:t xml:space="preserve"> :</w:t>
      </w:r>
      <w:proofErr w:type="gramEnd"/>
      <w:r>
        <w:rPr>
          <w:rFonts w:ascii="HY중고딕" w:eastAsia="한양중고딕" w:hAnsi="HY중고딕" w:cs="한양중고딕"/>
          <w:i/>
          <w:color w:val="0000FF"/>
          <w:sz w:val="22"/>
          <w:lang w:eastAsia="ko-KR"/>
        </w:rPr>
        <w:t xml:space="preserve"> </w:t>
      </w:r>
      <w:r>
        <w:rPr>
          <w:rFonts w:ascii="HY중고딕" w:eastAsia="한양중고딕" w:hAnsi="HY중고딕" w:cs="한양중고딕"/>
          <w:i/>
          <w:color w:val="0000FF"/>
          <w:sz w:val="22"/>
          <w:lang w:eastAsia="ko-KR"/>
        </w:rPr>
        <w:t>모집분야</w:t>
      </w:r>
      <w:r>
        <w:rPr>
          <w:rFonts w:ascii="HY중고딕" w:eastAsia="한양중고딕" w:hAnsi="HY중고딕" w:cs="한양중고딕"/>
          <w:i/>
          <w:color w:val="0000FF"/>
          <w:sz w:val="22"/>
          <w:lang w:eastAsia="ko-KR"/>
        </w:rPr>
        <w:t xml:space="preserve">(4p) </w:t>
      </w:r>
      <w:r>
        <w:rPr>
          <w:rFonts w:ascii="HY중고딕" w:eastAsia="한양중고딕" w:hAnsi="HY중고딕" w:cs="한양중고딕"/>
          <w:i/>
          <w:color w:val="0000FF"/>
          <w:sz w:val="22"/>
          <w:lang w:eastAsia="ko-KR"/>
        </w:rPr>
        <w:t>참조하여</w:t>
      </w:r>
      <w:r>
        <w:rPr>
          <w:rFonts w:ascii="HY중고딕" w:eastAsia="한양중고딕" w:hAnsi="HY중고딕" w:cs="한양중고딕"/>
          <w:i/>
          <w:color w:val="0000FF"/>
          <w:sz w:val="22"/>
          <w:lang w:eastAsia="ko-KR"/>
        </w:rPr>
        <w:t xml:space="preserve"> </w:t>
      </w:r>
      <w:r>
        <w:rPr>
          <w:rFonts w:ascii="HY중고딕" w:eastAsia="한양중고딕" w:hAnsi="HY중고딕" w:cs="한양중고딕"/>
          <w:i/>
          <w:color w:val="0000FF"/>
          <w:sz w:val="22"/>
          <w:lang w:eastAsia="ko-KR"/>
        </w:rPr>
        <w:t>지원가능</w:t>
      </w:r>
      <w:r>
        <w:rPr>
          <w:rFonts w:ascii="HY중고딕" w:eastAsia="한양중고딕" w:hAnsi="HY중고딕" w:cs="한양중고딕"/>
          <w:i/>
          <w:color w:val="0000FF"/>
          <w:sz w:val="22"/>
          <w:lang w:eastAsia="ko-KR"/>
        </w:rPr>
        <w:t xml:space="preserve"> </w:t>
      </w:r>
      <w:r>
        <w:rPr>
          <w:rFonts w:ascii="HY중고딕" w:eastAsia="한양중고딕" w:hAnsi="HY중고딕" w:cs="한양중고딕"/>
          <w:i/>
          <w:color w:val="0000FF"/>
          <w:sz w:val="22"/>
          <w:lang w:eastAsia="ko-KR"/>
        </w:rPr>
        <w:t>분야</w:t>
      </w:r>
      <w:r>
        <w:rPr>
          <w:rFonts w:ascii="HY중고딕" w:eastAsia="한양중고딕" w:hAnsi="HY중고딕" w:cs="한양중고딕"/>
          <w:i/>
          <w:color w:val="0000FF"/>
          <w:sz w:val="22"/>
          <w:lang w:eastAsia="ko-KR"/>
        </w:rPr>
        <w:t xml:space="preserve"> </w:t>
      </w:r>
      <w:r>
        <w:rPr>
          <w:rFonts w:ascii="HY중고딕" w:eastAsia="한양중고딕" w:hAnsi="HY중고딕" w:cs="한양중고딕"/>
          <w:i/>
          <w:color w:val="0000FF"/>
          <w:sz w:val="22"/>
          <w:lang w:eastAsia="ko-KR"/>
        </w:rPr>
        <w:t>기재</w:t>
      </w:r>
      <w:r>
        <w:rPr>
          <w:rFonts w:ascii="HY중고딕" w:eastAsia="한양중고딕" w:hAnsi="HY중고딕" w:cs="한양중고딕"/>
          <w:i/>
          <w:color w:val="0000FF"/>
          <w:sz w:val="22"/>
          <w:lang w:eastAsia="ko-KR"/>
        </w:rPr>
        <w:t>(</w:t>
      </w:r>
      <w:proofErr w:type="spellStart"/>
      <w:r>
        <w:rPr>
          <w:rFonts w:ascii="HY중고딕" w:eastAsia="한양중고딕" w:hAnsi="HY중고딕" w:cs="한양중고딕"/>
          <w:i/>
          <w:color w:val="0000FF"/>
          <w:sz w:val="22"/>
          <w:lang w:eastAsia="ko-KR"/>
        </w:rPr>
        <w:t>복수내용</w:t>
      </w:r>
      <w:proofErr w:type="spellEnd"/>
      <w:r>
        <w:rPr>
          <w:rFonts w:ascii="HY중고딕" w:eastAsia="한양중고딕" w:hAnsi="HY중고딕" w:cs="한양중고딕"/>
          <w:i/>
          <w:color w:val="0000FF"/>
          <w:sz w:val="22"/>
          <w:lang w:eastAsia="ko-KR"/>
        </w:rPr>
        <w:t xml:space="preserve"> </w:t>
      </w:r>
      <w:r>
        <w:rPr>
          <w:rFonts w:ascii="HY중고딕" w:eastAsia="한양중고딕" w:hAnsi="HY중고딕" w:cs="한양중고딕"/>
          <w:i/>
          <w:color w:val="0000FF"/>
          <w:sz w:val="22"/>
          <w:lang w:eastAsia="ko-KR"/>
        </w:rPr>
        <w:t>가능</w:t>
      </w:r>
      <w:r>
        <w:rPr>
          <w:rFonts w:ascii="HY중고딕" w:eastAsia="한양중고딕" w:hAnsi="HY중고딕" w:cs="한양중고딕"/>
          <w:i/>
          <w:color w:val="0000FF"/>
          <w:sz w:val="22"/>
          <w:lang w:eastAsia="ko-KR"/>
        </w:rPr>
        <w:t>)</w:t>
      </w:r>
    </w:p>
    <w:p w:rsidR="00DA08A1" w:rsidRDefault="00DA08A1">
      <w:pPr>
        <w:spacing w:line="348" w:lineRule="auto"/>
        <w:jc w:val="both"/>
        <w:rPr>
          <w:rFonts w:ascii="함초롬바탕" w:eastAsia="HY울릉도M" w:hAnsi="함초롬바탕"/>
          <w:sz w:val="26"/>
          <w:szCs w:val="26"/>
          <w:lang w:eastAsia="ko-KR"/>
        </w:rPr>
      </w:pPr>
    </w:p>
    <w:p w:rsidR="00DA08A1" w:rsidRDefault="00DA08A1">
      <w:pPr>
        <w:spacing w:line="348" w:lineRule="auto"/>
        <w:jc w:val="both"/>
        <w:rPr>
          <w:rFonts w:ascii="함초롬바탕" w:eastAsia="HY울릉도M" w:hAnsi="함초롬바탕"/>
          <w:sz w:val="26"/>
          <w:szCs w:val="26"/>
          <w:lang w:eastAsia="ko-KR"/>
        </w:rPr>
      </w:pPr>
    </w:p>
    <w:p w:rsidR="00DA08A1" w:rsidRPr="00347343" w:rsidRDefault="00F3557A">
      <w:pPr>
        <w:spacing w:line="348" w:lineRule="auto"/>
        <w:jc w:val="both"/>
        <w:rPr>
          <w:rFonts w:ascii="HY울릉도M" w:eastAsia="HY울릉도M" w:hAnsi="함초롬바탕"/>
          <w:sz w:val="26"/>
          <w:szCs w:val="26"/>
          <w:lang w:eastAsia="ko-KR"/>
        </w:rPr>
      </w:pPr>
      <w:r w:rsidRPr="00347343">
        <w:rPr>
          <w:rFonts w:ascii="HY울릉도M" w:eastAsia="HY울릉도M" w:hAnsi="함초롬바탕" w:cs="HY울릉도M" w:hint="eastAsia"/>
          <w:sz w:val="26"/>
          <w:lang w:eastAsia="ko-KR"/>
        </w:rPr>
        <w:t>2</w:t>
      </w:r>
      <w:r w:rsidR="00347343">
        <w:rPr>
          <w:rFonts w:ascii="HY울릉도M" w:eastAsia="HY울릉도M" w:hAnsi="함초롬바탕" w:cs="HY울릉도M"/>
          <w:sz w:val="26"/>
          <w:lang w:eastAsia="ko-KR"/>
        </w:rPr>
        <w:t>.</w:t>
      </w:r>
      <w:r w:rsidRPr="00347343">
        <w:rPr>
          <w:rFonts w:ascii="HY울릉도M" w:eastAsia="HY울릉도M" w:hAnsi="함초롬바탕" w:cs="HY울릉도M" w:hint="eastAsia"/>
          <w:sz w:val="26"/>
          <w:lang w:eastAsia="ko-KR"/>
        </w:rPr>
        <w:t xml:space="preserve"> 지원가능 세부 품목</w:t>
      </w:r>
    </w:p>
    <w:p w:rsidR="00DA08A1" w:rsidRDefault="00DA08A1">
      <w:pPr>
        <w:spacing w:line="348" w:lineRule="auto"/>
        <w:jc w:val="both"/>
        <w:rPr>
          <w:rFonts w:ascii="HY헤드라인M" w:eastAsia="휴먼명조" w:hAnsi="HY헤드라인M"/>
          <w:b/>
          <w:sz w:val="8"/>
          <w:szCs w:val="8"/>
          <w:lang w:eastAsia="ko-KR"/>
        </w:rPr>
      </w:pPr>
    </w:p>
    <w:p w:rsidR="00DA08A1" w:rsidRDefault="00F3557A">
      <w:pPr>
        <w:spacing w:line="348" w:lineRule="auto"/>
        <w:ind w:left="1106" w:hanging="1106"/>
        <w:jc w:val="both"/>
        <w:rPr>
          <w:rFonts w:ascii="HY중고딕" w:eastAsia="한양중고딕" w:hAnsi="HY중고딕"/>
          <w:sz w:val="22"/>
          <w:lang w:eastAsia="ko-KR"/>
        </w:rPr>
      </w:pPr>
      <w:r>
        <w:rPr>
          <w:rFonts w:ascii="HY중고딕" w:eastAsia="한양중고딕" w:hAnsi="HY중고딕" w:cs="한양중고딕"/>
          <w:i/>
          <w:color w:val="0000FF"/>
          <w:sz w:val="22"/>
          <w:lang w:eastAsia="ko-KR"/>
        </w:rPr>
        <w:t xml:space="preserve">   * </w:t>
      </w:r>
      <w:r>
        <w:rPr>
          <w:rFonts w:ascii="HY중고딕" w:eastAsia="한양중고딕" w:hAnsi="HY중고딕" w:cs="한양중고딕"/>
          <w:i/>
          <w:color w:val="0000FF"/>
          <w:sz w:val="22"/>
          <w:lang w:eastAsia="ko-KR"/>
        </w:rPr>
        <w:t>주요</w:t>
      </w:r>
      <w:r>
        <w:rPr>
          <w:rFonts w:ascii="HY중고딕" w:eastAsia="한양중고딕" w:hAnsi="HY중고딕" w:cs="한양중고딕"/>
          <w:i/>
          <w:color w:val="0000FF"/>
          <w:sz w:val="22"/>
          <w:lang w:eastAsia="ko-KR"/>
        </w:rPr>
        <w:t xml:space="preserve"> </w:t>
      </w:r>
      <w:proofErr w:type="spellStart"/>
      <w:r>
        <w:rPr>
          <w:rFonts w:ascii="HY중고딕" w:eastAsia="한양중고딕" w:hAnsi="HY중고딕" w:cs="한양중고딕"/>
          <w:i/>
          <w:color w:val="0000FF"/>
          <w:sz w:val="22"/>
          <w:lang w:eastAsia="ko-KR"/>
        </w:rPr>
        <w:t>지원업종</w:t>
      </w:r>
      <w:proofErr w:type="spellEnd"/>
      <w:r>
        <w:rPr>
          <w:rFonts w:ascii="HY중고딕" w:eastAsia="한양중고딕" w:hAnsi="HY중고딕" w:cs="한양중고딕"/>
          <w:i/>
          <w:color w:val="0000FF"/>
          <w:sz w:val="22"/>
          <w:lang w:eastAsia="ko-KR"/>
        </w:rPr>
        <w:t>(</w:t>
      </w:r>
      <w:r>
        <w:rPr>
          <w:rFonts w:ascii="HY중고딕" w:eastAsia="한양중고딕" w:hAnsi="HY중고딕" w:cs="한양중고딕"/>
          <w:i/>
          <w:color w:val="0000FF"/>
          <w:sz w:val="22"/>
          <w:u w:val="single"/>
          <w:lang w:eastAsia="ko-KR"/>
        </w:rPr>
        <w:t>①</w:t>
      </w:r>
      <w:r>
        <w:rPr>
          <w:rFonts w:ascii="HY중고딕" w:eastAsia="한양중고딕" w:hAnsi="HY중고딕" w:cs="한양중고딕"/>
          <w:i/>
          <w:color w:val="0000FF"/>
          <w:sz w:val="22"/>
          <w:u w:val="single"/>
          <w:lang w:eastAsia="ko-KR"/>
        </w:rPr>
        <w:t>기계금속</w:t>
      </w:r>
      <w:r>
        <w:rPr>
          <w:rFonts w:ascii="HY중고딕" w:eastAsia="한양중고딕" w:hAnsi="HY중고딕" w:cs="한양중고딕"/>
          <w:i/>
          <w:color w:val="0000FF"/>
          <w:sz w:val="22"/>
          <w:u w:val="single"/>
          <w:lang w:eastAsia="ko-KR"/>
        </w:rPr>
        <w:t xml:space="preserve"> ②</w:t>
      </w:r>
      <w:r>
        <w:rPr>
          <w:rFonts w:ascii="HY중고딕" w:eastAsia="한양중고딕" w:hAnsi="HY중고딕" w:cs="한양중고딕"/>
          <w:i/>
          <w:color w:val="0000FF"/>
          <w:sz w:val="22"/>
          <w:u w:val="single"/>
          <w:lang w:eastAsia="ko-KR"/>
        </w:rPr>
        <w:t>전기전자</w:t>
      </w:r>
      <w:r>
        <w:rPr>
          <w:rFonts w:ascii="HY중고딕" w:eastAsia="한양중고딕" w:hAnsi="HY중고딕" w:cs="한양중고딕"/>
          <w:i/>
          <w:color w:val="0000FF"/>
          <w:sz w:val="22"/>
          <w:u w:val="single"/>
          <w:lang w:eastAsia="ko-KR"/>
        </w:rPr>
        <w:t xml:space="preserve"> ③</w:t>
      </w:r>
      <w:r>
        <w:rPr>
          <w:rFonts w:ascii="HY중고딕" w:eastAsia="한양중고딕" w:hAnsi="HY중고딕" w:cs="한양중고딕"/>
          <w:i/>
          <w:color w:val="0000FF"/>
          <w:sz w:val="22"/>
          <w:u w:val="single"/>
          <w:lang w:eastAsia="ko-KR"/>
        </w:rPr>
        <w:t>정보통신</w:t>
      </w:r>
      <w:r>
        <w:rPr>
          <w:rFonts w:ascii="HY중고딕" w:eastAsia="한양중고딕" w:hAnsi="HY중고딕" w:cs="한양중고딕"/>
          <w:i/>
          <w:color w:val="0000FF"/>
          <w:sz w:val="22"/>
          <w:u w:val="single"/>
          <w:lang w:eastAsia="ko-KR"/>
        </w:rPr>
        <w:t>(SW) ④</w:t>
      </w:r>
      <w:proofErr w:type="spellStart"/>
      <w:r>
        <w:rPr>
          <w:rFonts w:ascii="HY중고딕" w:eastAsia="한양중고딕" w:hAnsi="HY중고딕" w:cs="한양중고딕"/>
          <w:i/>
          <w:color w:val="0000FF"/>
          <w:sz w:val="22"/>
          <w:u w:val="single"/>
          <w:lang w:eastAsia="ko-KR"/>
        </w:rPr>
        <w:t>섬유화공</w:t>
      </w:r>
      <w:proofErr w:type="spellEnd"/>
      <w:r>
        <w:rPr>
          <w:rFonts w:ascii="HY중고딕" w:eastAsia="한양중고딕" w:hAnsi="HY중고딕" w:cs="한양중고딕"/>
          <w:i/>
          <w:color w:val="0000FF"/>
          <w:sz w:val="22"/>
          <w:u w:val="single"/>
          <w:lang w:eastAsia="ko-KR"/>
        </w:rPr>
        <w:t xml:space="preserve"> ⑤</w:t>
      </w:r>
      <w:r>
        <w:rPr>
          <w:rFonts w:ascii="HY중고딕" w:eastAsia="한양중고딕" w:hAnsi="HY중고딕" w:cs="한양중고딕"/>
          <w:i/>
          <w:color w:val="0000FF"/>
          <w:sz w:val="22"/>
          <w:u w:val="single"/>
          <w:lang w:eastAsia="ko-KR"/>
        </w:rPr>
        <w:t>바이오</w:t>
      </w:r>
      <w:r>
        <w:rPr>
          <w:rFonts w:ascii="HY중고딕" w:eastAsia="한양중고딕" w:hAnsi="HY중고딕" w:cs="한양중고딕"/>
          <w:i/>
          <w:color w:val="0000FF"/>
          <w:sz w:val="22"/>
          <w:u w:val="single"/>
          <w:lang w:eastAsia="ko-KR"/>
        </w:rPr>
        <w:t xml:space="preserve"> ⑥</w:t>
      </w:r>
      <w:r>
        <w:rPr>
          <w:rFonts w:ascii="HY중고딕" w:eastAsia="한양중고딕" w:hAnsi="HY중고딕" w:cs="한양중고딕"/>
          <w:i/>
          <w:color w:val="0000FF"/>
          <w:sz w:val="22"/>
          <w:u w:val="single"/>
          <w:lang w:eastAsia="ko-KR"/>
        </w:rPr>
        <w:t>의료기기</w:t>
      </w:r>
      <w:r>
        <w:rPr>
          <w:rFonts w:ascii="HY중고딕" w:eastAsia="한양중고딕" w:hAnsi="HY중고딕" w:cs="한양중고딕"/>
          <w:i/>
          <w:color w:val="0000FF"/>
          <w:sz w:val="22"/>
          <w:u w:val="single"/>
          <w:lang w:eastAsia="ko-KR"/>
        </w:rPr>
        <w:t xml:space="preserve"> </w:t>
      </w:r>
      <w:r>
        <w:rPr>
          <w:rFonts w:ascii="HY중고딕" w:eastAsia="한양중고딕" w:hAnsi="HY중고딕" w:cs="한양중고딕"/>
          <w:i/>
          <w:color w:val="0000FF"/>
          <w:spacing w:val="-2"/>
          <w:sz w:val="22"/>
          <w:u w:val="single"/>
          <w:lang w:eastAsia="ko-KR"/>
        </w:rPr>
        <w:t>⑦</w:t>
      </w:r>
      <w:r>
        <w:rPr>
          <w:rFonts w:ascii="HY중고딕" w:eastAsia="한양중고딕" w:hAnsi="HY중고딕" w:cs="한양중고딕"/>
          <w:i/>
          <w:color w:val="0000FF"/>
          <w:spacing w:val="-2"/>
          <w:sz w:val="22"/>
          <w:u w:val="single"/>
          <w:lang w:eastAsia="ko-KR"/>
        </w:rPr>
        <w:t>건설</w:t>
      </w:r>
      <w:r>
        <w:rPr>
          <w:rFonts w:ascii="HY중고딕" w:eastAsia="한양중고딕" w:hAnsi="HY중고딕" w:cs="한양중고딕"/>
          <w:i/>
          <w:color w:val="0000FF"/>
          <w:spacing w:val="-2"/>
          <w:sz w:val="22"/>
          <w:u w:val="single"/>
          <w:lang w:eastAsia="ko-KR"/>
        </w:rPr>
        <w:t>·</w:t>
      </w:r>
      <w:r>
        <w:rPr>
          <w:rFonts w:ascii="HY중고딕" w:eastAsia="한양중고딕" w:hAnsi="HY중고딕" w:cs="한양중고딕"/>
          <w:i/>
          <w:color w:val="0000FF"/>
          <w:spacing w:val="-2"/>
          <w:sz w:val="22"/>
          <w:u w:val="single"/>
          <w:lang w:eastAsia="ko-KR"/>
        </w:rPr>
        <w:t>환경</w:t>
      </w:r>
      <w:r>
        <w:rPr>
          <w:rFonts w:ascii="HY중고딕" w:eastAsia="한양중고딕" w:hAnsi="HY중고딕" w:cs="한양중고딕"/>
          <w:i/>
          <w:color w:val="0000FF"/>
          <w:spacing w:val="-2"/>
          <w:sz w:val="22"/>
          <w:u w:val="single"/>
          <w:lang w:eastAsia="ko-KR"/>
        </w:rPr>
        <w:t>·</w:t>
      </w:r>
      <w:r>
        <w:rPr>
          <w:rFonts w:ascii="HY중고딕" w:eastAsia="한양중고딕" w:hAnsi="HY중고딕" w:cs="한양중고딕"/>
          <w:i/>
          <w:color w:val="0000FF"/>
          <w:spacing w:val="-2"/>
          <w:sz w:val="22"/>
          <w:u w:val="single"/>
          <w:lang w:eastAsia="ko-KR"/>
        </w:rPr>
        <w:t>에너지</w:t>
      </w:r>
      <w:r>
        <w:rPr>
          <w:rFonts w:ascii="HY중고딕" w:eastAsia="한양중고딕" w:hAnsi="HY중고딕" w:cs="한양중고딕"/>
          <w:i/>
          <w:color w:val="0000FF"/>
          <w:spacing w:val="-2"/>
          <w:sz w:val="22"/>
          <w:u w:val="single"/>
          <w:lang w:eastAsia="ko-KR"/>
        </w:rPr>
        <w:t xml:space="preserve"> ⑧</w:t>
      </w:r>
      <w:r>
        <w:rPr>
          <w:rFonts w:ascii="HY중고딕" w:eastAsia="한양중고딕" w:hAnsi="HY중고딕" w:cs="한양중고딕"/>
          <w:i/>
          <w:color w:val="0000FF"/>
          <w:spacing w:val="-2"/>
          <w:sz w:val="22"/>
          <w:u w:val="single"/>
          <w:lang w:eastAsia="ko-KR"/>
        </w:rPr>
        <w:t>생활용품</w:t>
      </w:r>
      <w:r>
        <w:rPr>
          <w:rFonts w:ascii="HY중고딕" w:eastAsia="한양중고딕" w:hAnsi="HY중고딕" w:cs="한양중고딕"/>
          <w:i/>
          <w:color w:val="0000FF"/>
          <w:spacing w:val="-2"/>
          <w:sz w:val="22"/>
          <w:u w:val="single"/>
          <w:lang w:eastAsia="ko-KR"/>
        </w:rPr>
        <w:t xml:space="preserve"> ⑨</w:t>
      </w:r>
      <w:r>
        <w:rPr>
          <w:rFonts w:ascii="HY중고딕" w:eastAsia="한양중고딕" w:hAnsi="HY중고딕" w:cs="한양중고딕"/>
          <w:i/>
          <w:color w:val="0000FF"/>
          <w:spacing w:val="-2"/>
          <w:sz w:val="22"/>
          <w:u w:val="single"/>
          <w:lang w:eastAsia="ko-KR"/>
        </w:rPr>
        <w:t>기타</w:t>
      </w:r>
      <w:r>
        <w:rPr>
          <w:rFonts w:ascii="HY중고딕" w:eastAsia="한양중고딕" w:hAnsi="HY중고딕" w:cs="한양중고딕"/>
          <w:i/>
          <w:color w:val="0000FF"/>
          <w:spacing w:val="-2"/>
          <w:sz w:val="22"/>
          <w:lang w:eastAsia="ko-KR"/>
        </w:rPr>
        <w:t xml:space="preserve"> </w:t>
      </w:r>
      <w:r>
        <w:rPr>
          <w:rFonts w:ascii="HY중고딕" w:eastAsia="한양중고딕" w:hAnsi="HY중고딕" w:cs="한양중고딕"/>
          <w:i/>
          <w:color w:val="0000FF"/>
          <w:spacing w:val="-2"/>
          <w:sz w:val="22"/>
          <w:lang w:eastAsia="ko-KR"/>
        </w:rPr>
        <w:t>중</w:t>
      </w:r>
      <w:r>
        <w:rPr>
          <w:rFonts w:ascii="HY중고딕" w:eastAsia="한양중고딕" w:hAnsi="HY중고딕" w:cs="한양중고딕"/>
          <w:i/>
          <w:color w:val="0000FF"/>
          <w:spacing w:val="-2"/>
          <w:sz w:val="22"/>
          <w:lang w:eastAsia="ko-KR"/>
        </w:rPr>
        <w:t xml:space="preserve"> </w:t>
      </w:r>
      <w:proofErr w:type="spellStart"/>
      <w:r>
        <w:rPr>
          <w:rFonts w:ascii="HY중고딕" w:eastAsia="한양중고딕" w:hAnsi="HY중고딕" w:cs="한양중고딕"/>
          <w:i/>
          <w:color w:val="0000FF"/>
          <w:spacing w:val="-2"/>
          <w:sz w:val="22"/>
          <w:lang w:eastAsia="ko-KR"/>
        </w:rPr>
        <w:t>택</w:t>
      </w:r>
      <w:proofErr w:type="spellEnd"/>
      <w:r>
        <w:rPr>
          <w:rFonts w:ascii="HY중고딕" w:eastAsia="한양중고딕" w:hAnsi="HY중고딕" w:cs="한양중고딕"/>
          <w:i/>
          <w:color w:val="0000FF"/>
          <w:spacing w:val="-2"/>
          <w:sz w:val="22"/>
          <w:lang w:eastAsia="ko-KR"/>
        </w:rPr>
        <w:t xml:space="preserve"> 1)</w:t>
      </w:r>
      <w:r>
        <w:rPr>
          <w:rFonts w:ascii="HY중고딕" w:eastAsia="한양중고딕" w:hAnsi="HY중고딕" w:cs="한양중고딕"/>
          <w:i/>
          <w:color w:val="0000FF"/>
          <w:spacing w:val="-2"/>
          <w:sz w:val="22"/>
          <w:lang w:eastAsia="ko-KR"/>
        </w:rPr>
        <w:t>중</w:t>
      </w:r>
      <w:r>
        <w:rPr>
          <w:rFonts w:ascii="HY중고딕" w:eastAsia="한양중고딕" w:hAnsi="HY중고딕" w:cs="한양중고딕"/>
          <w:i/>
          <w:color w:val="0000FF"/>
          <w:spacing w:val="-2"/>
          <w:sz w:val="22"/>
          <w:lang w:eastAsia="ko-KR"/>
        </w:rPr>
        <w:t xml:space="preserve"> </w:t>
      </w:r>
      <w:r>
        <w:rPr>
          <w:rFonts w:ascii="HY중고딕" w:eastAsia="한양중고딕" w:hAnsi="HY중고딕" w:cs="한양중고딕"/>
          <w:i/>
          <w:color w:val="0000FF"/>
          <w:spacing w:val="-2"/>
          <w:sz w:val="22"/>
          <w:lang w:eastAsia="ko-KR"/>
        </w:rPr>
        <w:t>세부</w:t>
      </w:r>
      <w:r>
        <w:rPr>
          <w:rFonts w:ascii="HY중고딕" w:eastAsia="한양중고딕" w:hAnsi="HY중고딕" w:cs="한양중고딕"/>
          <w:i/>
          <w:color w:val="0000FF"/>
          <w:spacing w:val="-2"/>
          <w:sz w:val="22"/>
          <w:lang w:eastAsia="ko-KR"/>
        </w:rPr>
        <w:t xml:space="preserve"> </w:t>
      </w:r>
      <w:r>
        <w:rPr>
          <w:rFonts w:ascii="HY중고딕" w:eastAsia="한양중고딕" w:hAnsi="HY중고딕" w:cs="한양중고딕"/>
          <w:i/>
          <w:color w:val="0000FF"/>
          <w:spacing w:val="-2"/>
          <w:sz w:val="22"/>
          <w:lang w:eastAsia="ko-KR"/>
        </w:rPr>
        <w:t>품목</w:t>
      </w:r>
      <w:r>
        <w:rPr>
          <w:rFonts w:ascii="HY중고딕" w:eastAsia="한양중고딕" w:hAnsi="HY중고딕" w:cs="한양중고딕"/>
          <w:i/>
          <w:color w:val="0000FF"/>
          <w:spacing w:val="-2"/>
          <w:sz w:val="22"/>
          <w:lang w:eastAsia="ko-KR"/>
        </w:rPr>
        <w:t>(</w:t>
      </w:r>
      <w:proofErr w:type="spellStart"/>
      <w:r>
        <w:rPr>
          <w:rFonts w:ascii="HY중고딕" w:eastAsia="한양중고딕" w:hAnsi="HY중고딕" w:cs="한양중고딕"/>
          <w:i/>
          <w:color w:val="0000FF"/>
          <w:spacing w:val="-2"/>
          <w:sz w:val="22"/>
          <w:lang w:eastAsia="ko-KR"/>
        </w:rPr>
        <w:t>제품군</w:t>
      </w:r>
      <w:proofErr w:type="spellEnd"/>
      <w:r>
        <w:rPr>
          <w:rFonts w:ascii="HY중고딕" w:eastAsia="한양중고딕" w:hAnsi="HY중고딕" w:cs="한양중고딕"/>
          <w:i/>
          <w:color w:val="0000FF"/>
          <w:spacing w:val="-2"/>
          <w:sz w:val="22"/>
          <w:lang w:eastAsia="ko-KR"/>
        </w:rPr>
        <w:t xml:space="preserve">) </w:t>
      </w:r>
      <w:r>
        <w:rPr>
          <w:rFonts w:ascii="HY중고딕" w:eastAsia="한양중고딕" w:hAnsi="HY중고딕" w:cs="한양중고딕"/>
          <w:i/>
          <w:color w:val="0000FF"/>
          <w:spacing w:val="-2"/>
          <w:sz w:val="22"/>
          <w:lang w:eastAsia="ko-KR"/>
        </w:rPr>
        <w:t>및</w:t>
      </w:r>
      <w:r>
        <w:rPr>
          <w:rFonts w:ascii="HY중고딕" w:eastAsia="한양중고딕" w:hAnsi="HY중고딕" w:cs="한양중고딕"/>
          <w:i/>
          <w:color w:val="0000FF"/>
          <w:spacing w:val="-2"/>
          <w:sz w:val="22"/>
          <w:lang w:eastAsia="ko-KR"/>
        </w:rPr>
        <w:t xml:space="preserve"> </w:t>
      </w:r>
      <w:r>
        <w:rPr>
          <w:rFonts w:ascii="HY중고딕" w:eastAsia="한양중고딕" w:hAnsi="HY중고딕" w:cs="한양중고딕"/>
          <w:i/>
          <w:color w:val="0000FF"/>
          <w:spacing w:val="-2"/>
          <w:sz w:val="22"/>
          <w:lang w:eastAsia="ko-KR"/>
        </w:rPr>
        <w:t>선정</w:t>
      </w:r>
      <w:r>
        <w:rPr>
          <w:rFonts w:ascii="HY중고딕" w:eastAsia="한양중고딕" w:hAnsi="HY중고딕" w:cs="한양중고딕"/>
          <w:i/>
          <w:color w:val="0000FF"/>
          <w:spacing w:val="-2"/>
          <w:sz w:val="22"/>
          <w:lang w:eastAsia="ko-KR"/>
        </w:rPr>
        <w:t xml:space="preserve"> </w:t>
      </w:r>
      <w:r>
        <w:rPr>
          <w:rFonts w:ascii="HY중고딕" w:eastAsia="한양중고딕" w:hAnsi="HY중고딕" w:cs="한양중고딕"/>
          <w:i/>
          <w:color w:val="0000FF"/>
          <w:spacing w:val="-2"/>
          <w:sz w:val="22"/>
          <w:lang w:eastAsia="ko-KR"/>
        </w:rPr>
        <w:t>사유</w:t>
      </w:r>
      <w:r>
        <w:rPr>
          <w:rFonts w:ascii="HY중고딕" w:eastAsia="한양중고딕" w:hAnsi="HY중고딕" w:cs="한양중고딕"/>
          <w:i/>
          <w:color w:val="0000FF"/>
          <w:spacing w:val="-2"/>
          <w:sz w:val="22"/>
          <w:lang w:eastAsia="ko-KR"/>
        </w:rPr>
        <w:t xml:space="preserve"> </w:t>
      </w:r>
      <w:r>
        <w:rPr>
          <w:rFonts w:ascii="HY중고딕" w:eastAsia="한양중고딕" w:hAnsi="HY중고딕" w:cs="한양중고딕"/>
          <w:i/>
          <w:color w:val="0000FF"/>
          <w:spacing w:val="-2"/>
          <w:sz w:val="22"/>
          <w:lang w:eastAsia="ko-KR"/>
        </w:rPr>
        <w:t>기재</w:t>
      </w:r>
    </w:p>
    <w:p w:rsidR="00DA08A1" w:rsidRDefault="00DA08A1">
      <w:pPr>
        <w:spacing w:line="348" w:lineRule="auto"/>
        <w:ind w:left="1294" w:hanging="1294"/>
        <w:jc w:val="both"/>
        <w:rPr>
          <w:rFonts w:ascii="HY중고딕" w:eastAsia="한양중고딕" w:hAnsi="HY중고딕"/>
          <w:sz w:val="22"/>
          <w:lang w:eastAsia="ko-KR"/>
        </w:rPr>
      </w:pPr>
    </w:p>
    <w:p w:rsidR="00DA08A1" w:rsidRDefault="00F3557A">
      <w:pPr>
        <w:spacing w:line="348" w:lineRule="auto"/>
        <w:ind w:left="1096" w:hanging="1096"/>
        <w:jc w:val="both"/>
        <w:rPr>
          <w:rFonts w:ascii="HY중고딕" w:eastAsia="한양중고딕" w:hAnsi="HY중고딕"/>
          <w:sz w:val="22"/>
          <w:lang w:eastAsia="ko-KR"/>
        </w:rPr>
      </w:pPr>
      <w:r>
        <w:rPr>
          <w:rFonts w:ascii="HY중고딕" w:eastAsia="한양중고딕" w:hAnsi="HY중고딕" w:cs="한양중고딕"/>
          <w:i/>
          <w:color w:val="0000FF"/>
          <w:sz w:val="22"/>
          <w:lang w:eastAsia="ko-KR"/>
        </w:rPr>
        <w:t xml:space="preserve">     (</w:t>
      </w:r>
      <w:r>
        <w:rPr>
          <w:rFonts w:ascii="HY중고딕" w:eastAsia="한양중고딕" w:hAnsi="HY중고딕" w:cs="한양중고딕"/>
          <w:i/>
          <w:color w:val="0000FF"/>
          <w:sz w:val="22"/>
          <w:lang w:eastAsia="ko-KR"/>
        </w:rPr>
        <w:t>예시</w:t>
      </w:r>
      <w:r>
        <w:rPr>
          <w:rFonts w:ascii="HY중고딕" w:eastAsia="한양중고딕" w:hAnsi="HY중고딕" w:cs="한양중고딕"/>
          <w:i/>
          <w:color w:val="0000FF"/>
          <w:sz w:val="22"/>
          <w:lang w:eastAsia="ko-KR"/>
        </w:rPr>
        <w:t xml:space="preserve"> 1) </w:t>
      </w:r>
      <w:r>
        <w:rPr>
          <w:rFonts w:ascii="HY중고딕" w:eastAsia="한양중고딕" w:hAnsi="HY중고딕" w:cs="한양중고딕"/>
          <w:i/>
          <w:color w:val="0000FF"/>
          <w:sz w:val="22"/>
          <w:lang w:eastAsia="ko-KR"/>
        </w:rPr>
        <w:t>정보통신</w:t>
      </w:r>
      <w:r>
        <w:rPr>
          <w:rFonts w:ascii="HY중고딕" w:eastAsia="한양중고딕" w:hAnsi="HY중고딕" w:cs="한양중고딕"/>
          <w:i/>
          <w:color w:val="0000FF"/>
          <w:sz w:val="22"/>
          <w:lang w:eastAsia="ko-KR"/>
        </w:rPr>
        <w:t>(SW)-</w:t>
      </w:r>
      <w:r>
        <w:rPr>
          <w:rFonts w:ascii="HY중고딕" w:eastAsia="한양중고딕" w:hAnsi="HY중고딕" w:cs="한양중고딕"/>
          <w:i/>
          <w:color w:val="0000FF"/>
          <w:sz w:val="22"/>
          <w:lang w:eastAsia="ko-KR"/>
        </w:rPr>
        <w:t>보안</w:t>
      </w:r>
      <w:r>
        <w:rPr>
          <w:rFonts w:ascii="HY중고딕" w:eastAsia="한양중고딕" w:hAnsi="HY중고딕" w:cs="한양중고딕"/>
          <w:i/>
          <w:color w:val="0000FF"/>
          <w:sz w:val="22"/>
          <w:lang w:eastAsia="ko-KR"/>
        </w:rPr>
        <w:t xml:space="preserve"> </w:t>
      </w:r>
      <w:r>
        <w:rPr>
          <w:rFonts w:ascii="HY중고딕" w:eastAsia="한양중고딕" w:hAnsi="HY중고딕" w:cs="한양중고딕"/>
          <w:i/>
          <w:color w:val="0000FF"/>
          <w:sz w:val="22"/>
          <w:lang w:eastAsia="ko-KR"/>
        </w:rPr>
        <w:t>프로그램</w:t>
      </w:r>
      <w:r>
        <w:rPr>
          <w:rFonts w:ascii="HY중고딕" w:eastAsia="한양중고딕" w:hAnsi="HY중고딕" w:cs="한양중고딕"/>
          <w:i/>
          <w:color w:val="0000FF"/>
          <w:sz w:val="22"/>
          <w:lang w:eastAsia="ko-KR"/>
        </w:rPr>
        <w:t xml:space="preserve"> / </w:t>
      </w:r>
      <w:proofErr w:type="spellStart"/>
      <w:r>
        <w:rPr>
          <w:rFonts w:ascii="HY중고딕" w:eastAsia="한양중고딕" w:hAnsi="HY중고딕" w:cs="한양중고딕"/>
          <w:i/>
          <w:color w:val="0000FF"/>
          <w:sz w:val="22"/>
          <w:lang w:eastAsia="ko-KR"/>
        </w:rPr>
        <w:t>선정사유</w:t>
      </w:r>
      <w:proofErr w:type="spellEnd"/>
      <w:r>
        <w:rPr>
          <w:rFonts w:ascii="HY중고딕" w:eastAsia="한양중고딕" w:hAnsi="HY중고딕" w:cs="한양중고딕"/>
          <w:i/>
          <w:color w:val="0000FF"/>
          <w:sz w:val="22"/>
          <w:lang w:eastAsia="ko-KR"/>
        </w:rPr>
        <w:t>-</w:t>
      </w:r>
      <w:r>
        <w:rPr>
          <w:rFonts w:ascii="HY중고딕" w:eastAsia="한양중고딕" w:hAnsi="HY중고딕" w:cs="한양중고딕"/>
          <w:i/>
          <w:color w:val="0000FF"/>
          <w:sz w:val="22"/>
          <w:lang w:eastAsia="ko-KR"/>
        </w:rPr>
        <w:t>최근</w:t>
      </w:r>
      <w:r>
        <w:rPr>
          <w:rFonts w:ascii="HY중고딕" w:eastAsia="한양중고딕" w:hAnsi="HY중고딕" w:cs="한양중고딕"/>
          <w:i/>
          <w:color w:val="0000FF"/>
          <w:sz w:val="22"/>
          <w:lang w:eastAsia="ko-KR"/>
        </w:rPr>
        <w:t xml:space="preserve"> 3</w:t>
      </w:r>
      <w:r>
        <w:rPr>
          <w:rFonts w:ascii="HY중고딕" w:eastAsia="한양중고딕" w:hAnsi="HY중고딕" w:cs="한양중고딕"/>
          <w:i/>
          <w:color w:val="0000FF"/>
          <w:sz w:val="22"/>
          <w:lang w:eastAsia="ko-KR"/>
        </w:rPr>
        <w:t>년간</w:t>
      </w:r>
      <w:r>
        <w:rPr>
          <w:rFonts w:ascii="HY중고딕" w:eastAsia="한양중고딕" w:hAnsi="HY중고딕" w:cs="한양중고딕"/>
          <w:i/>
          <w:color w:val="0000FF"/>
          <w:sz w:val="22"/>
          <w:lang w:eastAsia="ko-KR"/>
        </w:rPr>
        <w:t xml:space="preserve"> </w:t>
      </w:r>
      <w:r>
        <w:rPr>
          <w:rFonts w:ascii="HY중고딕" w:eastAsia="한양중고딕" w:hAnsi="HY중고딕" w:cs="한양중고딕"/>
          <w:i/>
          <w:color w:val="0000FF"/>
          <w:sz w:val="22"/>
          <w:lang w:eastAsia="ko-KR"/>
        </w:rPr>
        <w:t>해당</w:t>
      </w:r>
      <w:r>
        <w:rPr>
          <w:rFonts w:ascii="HY중고딕" w:eastAsia="한양중고딕" w:hAnsi="HY중고딕" w:cs="한양중고딕"/>
          <w:i/>
          <w:color w:val="0000FF"/>
          <w:sz w:val="22"/>
          <w:lang w:eastAsia="ko-KR"/>
        </w:rPr>
        <w:t xml:space="preserve"> </w:t>
      </w:r>
      <w:r>
        <w:rPr>
          <w:rFonts w:ascii="HY중고딕" w:eastAsia="한양중고딕" w:hAnsi="HY중고딕" w:cs="한양중고딕"/>
          <w:i/>
          <w:color w:val="0000FF"/>
          <w:sz w:val="22"/>
          <w:lang w:eastAsia="ko-KR"/>
        </w:rPr>
        <w:t>분야</w:t>
      </w:r>
      <w:r>
        <w:rPr>
          <w:rFonts w:ascii="HY중고딕" w:eastAsia="한양중고딕" w:hAnsi="HY중고딕" w:cs="한양중고딕"/>
          <w:i/>
          <w:color w:val="0000FF"/>
          <w:sz w:val="22"/>
          <w:lang w:eastAsia="ko-KR"/>
        </w:rPr>
        <w:t xml:space="preserve"> </w:t>
      </w:r>
      <w:r>
        <w:rPr>
          <w:rFonts w:ascii="HY중고딕" w:eastAsia="한양중고딕" w:hAnsi="HY중고딕" w:cs="한양중고딕"/>
          <w:i/>
          <w:color w:val="0000FF"/>
          <w:sz w:val="22"/>
          <w:lang w:eastAsia="ko-KR"/>
        </w:rPr>
        <w:t>컨설팅</w:t>
      </w:r>
      <w:r>
        <w:rPr>
          <w:rFonts w:ascii="HY중고딕" w:eastAsia="한양중고딕" w:hAnsi="HY중고딕" w:cs="한양중고딕"/>
          <w:i/>
          <w:color w:val="0000FF"/>
          <w:sz w:val="22"/>
          <w:lang w:eastAsia="ko-KR"/>
        </w:rPr>
        <w:t xml:space="preserve"> </w:t>
      </w:r>
      <w:r>
        <w:rPr>
          <w:rFonts w:ascii="HY중고딕" w:eastAsia="한양중고딕" w:hAnsi="HY중고딕" w:cs="한양중고딕"/>
          <w:i/>
          <w:color w:val="0000FF"/>
          <w:sz w:val="22"/>
          <w:lang w:eastAsia="ko-KR"/>
        </w:rPr>
        <w:t>수행</w:t>
      </w:r>
      <w:r>
        <w:rPr>
          <w:rFonts w:ascii="HY중고딕" w:eastAsia="한양중고딕" w:hAnsi="HY중고딕" w:cs="한양중고딕"/>
          <w:i/>
          <w:color w:val="0000FF"/>
          <w:sz w:val="22"/>
          <w:lang w:eastAsia="ko-KR"/>
        </w:rPr>
        <w:t xml:space="preserve"> </w:t>
      </w:r>
      <w:r>
        <w:rPr>
          <w:rFonts w:ascii="HY중고딕" w:eastAsia="한양중고딕" w:hAnsi="HY중고딕" w:cs="한양중고딕"/>
          <w:i/>
          <w:color w:val="0000FF"/>
          <w:sz w:val="22"/>
          <w:lang w:eastAsia="ko-KR"/>
        </w:rPr>
        <w:t>및</w:t>
      </w:r>
      <w:r>
        <w:rPr>
          <w:rFonts w:ascii="HY중고딕" w:eastAsia="한양중고딕" w:hAnsi="HY중고딕" w:cs="한양중고딕"/>
          <w:i/>
          <w:color w:val="0000FF"/>
          <w:sz w:val="22"/>
          <w:lang w:eastAsia="ko-KR"/>
        </w:rPr>
        <w:t xml:space="preserve"> </w:t>
      </w:r>
      <w:r>
        <w:rPr>
          <w:rFonts w:ascii="HY중고딕" w:eastAsia="한양중고딕" w:hAnsi="HY중고딕" w:cs="한양중고딕"/>
          <w:i/>
          <w:color w:val="0000FF"/>
          <w:sz w:val="22"/>
          <w:lang w:eastAsia="ko-KR"/>
        </w:rPr>
        <w:t>현지</w:t>
      </w:r>
      <w:r>
        <w:rPr>
          <w:rFonts w:ascii="HY중고딕" w:eastAsia="한양중고딕" w:hAnsi="HY중고딕" w:cs="한양중고딕"/>
          <w:i/>
          <w:color w:val="0000FF"/>
          <w:sz w:val="22"/>
          <w:lang w:eastAsia="ko-KR"/>
        </w:rPr>
        <w:t xml:space="preserve"> </w:t>
      </w:r>
      <w:r>
        <w:rPr>
          <w:rFonts w:ascii="HY중고딕" w:eastAsia="한양중고딕" w:hAnsi="HY중고딕" w:cs="한양중고딕"/>
          <w:i/>
          <w:color w:val="0000FF"/>
          <w:sz w:val="22"/>
          <w:lang w:eastAsia="ko-KR"/>
        </w:rPr>
        <w:t>유력</w:t>
      </w:r>
      <w:r>
        <w:rPr>
          <w:rFonts w:ascii="HY중고딕" w:eastAsia="한양중고딕" w:hAnsi="HY중고딕" w:cs="한양중고딕"/>
          <w:i/>
          <w:color w:val="0000FF"/>
          <w:sz w:val="22"/>
          <w:lang w:eastAsia="ko-KR"/>
        </w:rPr>
        <w:t xml:space="preserve"> IT </w:t>
      </w:r>
      <w:r>
        <w:rPr>
          <w:rFonts w:ascii="HY중고딕" w:eastAsia="한양중고딕" w:hAnsi="HY중고딕" w:cs="한양중고딕"/>
          <w:i/>
          <w:color w:val="0000FF"/>
          <w:sz w:val="22"/>
          <w:lang w:eastAsia="ko-KR"/>
        </w:rPr>
        <w:t>바이어</w:t>
      </w:r>
      <w:r>
        <w:rPr>
          <w:rFonts w:ascii="HY중고딕" w:eastAsia="한양중고딕" w:hAnsi="HY중고딕" w:cs="한양중고딕"/>
          <w:i/>
          <w:color w:val="0000FF"/>
          <w:sz w:val="22"/>
          <w:lang w:eastAsia="ko-KR"/>
        </w:rPr>
        <w:t xml:space="preserve"> </w:t>
      </w:r>
      <w:r>
        <w:rPr>
          <w:rFonts w:ascii="HY중고딕" w:eastAsia="한양중고딕" w:hAnsi="HY중고딕" w:cs="한양중고딕"/>
          <w:i/>
          <w:color w:val="0000FF"/>
          <w:sz w:val="22"/>
          <w:lang w:eastAsia="ko-KR"/>
        </w:rPr>
        <w:t>네트워크</w:t>
      </w:r>
      <w:r>
        <w:rPr>
          <w:rFonts w:ascii="HY중고딕" w:eastAsia="한양중고딕" w:hAnsi="HY중고딕" w:cs="한양중고딕"/>
          <w:i/>
          <w:color w:val="0000FF"/>
          <w:sz w:val="22"/>
          <w:lang w:eastAsia="ko-KR"/>
        </w:rPr>
        <w:t xml:space="preserve"> </w:t>
      </w:r>
      <w:r>
        <w:rPr>
          <w:rFonts w:ascii="HY중고딕" w:eastAsia="한양중고딕" w:hAnsi="HY중고딕" w:cs="한양중고딕"/>
          <w:i/>
          <w:color w:val="0000FF"/>
          <w:sz w:val="22"/>
          <w:lang w:eastAsia="ko-KR"/>
        </w:rPr>
        <w:t>보유</w:t>
      </w:r>
    </w:p>
    <w:p w:rsidR="00DA08A1" w:rsidRDefault="00F3557A">
      <w:pPr>
        <w:spacing w:line="348" w:lineRule="auto"/>
        <w:ind w:left="1096" w:hanging="1096"/>
        <w:jc w:val="both"/>
        <w:rPr>
          <w:rFonts w:ascii="HY중고딕" w:eastAsia="한양중고딕" w:hAnsi="HY중고딕"/>
          <w:sz w:val="22"/>
          <w:lang w:eastAsia="ko-KR"/>
        </w:rPr>
      </w:pPr>
      <w:r>
        <w:rPr>
          <w:rFonts w:ascii="HY중고딕" w:eastAsia="한양중고딕" w:hAnsi="HY중고딕" w:cs="한양중고딕"/>
          <w:i/>
          <w:color w:val="0000FF"/>
          <w:sz w:val="22"/>
          <w:lang w:eastAsia="ko-KR"/>
        </w:rPr>
        <w:t xml:space="preserve">     (</w:t>
      </w:r>
      <w:r>
        <w:rPr>
          <w:rFonts w:ascii="HY중고딕" w:eastAsia="한양중고딕" w:hAnsi="HY중고딕" w:cs="한양중고딕"/>
          <w:i/>
          <w:color w:val="0000FF"/>
          <w:sz w:val="22"/>
          <w:lang w:eastAsia="ko-KR"/>
        </w:rPr>
        <w:t>예시</w:t>
      </w:r>
      <w:r>
        <w:rPr>
          <w:rFonts w:ascii="HY중고딕" w:eastAsia="한양중고딕" w:hAnsi="HY중고딕" w:cs="한양중고딕"/>
          <w:i/>
          <w:color w:val="0000FF"/>
          <w:sz w:val="22"/>
          <w:lang w:eastAsia="ko-KR"/>
        </w:rPr>
        <w:t xml:space="preserve"> 2) </w:t>
      </w:r>
      <w:r>
        <w:rPr>
          <w:rFonts w:ascii="HY중고딕" w:eastAsia="한양중고딕" w:hAnsi="HY중고딕" w:cs="한양중고딕"/>
          <w:i/>
          <w:color w:val="0000FF"/>
          <w:sz w:val="22"/>
          <w:lang w:eastAsia="ko-KR"/>
        </w:rPr>
        <w:t>전기전자</w:t>
      </w:r>
      <w:r>
        <w:rPr>
          <w:rFonts w:ascii="HY중고딕" w:eastAsia="한양중고딕" w:hAnsi="HY중고딕" w:cs="한양중고딕"/>
          <w:i/>
          <w:color w:val="0000FF"/>
          <w:sz w:val="22"/>
          <w:lang w:eastAsia="ko-KR"/>
        </w:rPr>
        <w:t>-</w:t>
      </w:r>
      <w:r>
        <w:rPr>
          <w:rFonts w:ascii="HY중고딕" w:eastAsia="한양중고딕" w:hAnsi="HY중고딕" w:cs="한양중고딕"/>
          <w:i/>
          <w:color w:val="0000FF"/>
          <w:sz w:val="22"/>
          <w:lang w:eastAsia="ko-KR"/>
        </w:rPr>
        <w:t>가전제품</w:t>
      </w:r>
      <w:r>
        <w:rPr>
          <w:rFonts w:ascii="HY중고딕" w:eastAsia="한양중고딕" w:hAnsi="HY중고딕" w:cs="한양중고딕"/>
          <w:i/>
          <w:color w:val="0000FF"/>
          <w:sz w:val="22"/>
          <w:lang w:eastAsia="ko-KR"/>
        </w:rPr>
        <w:t xml:space="preserve"> / </w:t>
      </w:r>
      <w:proofErr w:type="spellStart"/>
      <w:r>
        <w:rPr>
          <w:rFonts w:ascii="HY중고딕" w:eastAsia="한양중고딕" w:hAnsi="HY중고딕" w:cs="한양중고딕"/>
          <w:i/>
          <w:color w:val="0000FF"/>
          <w:sz w:val="22"/>
          <w:lang w:eastAsia="ko-KR"/>
        </w:rPr>
        <w:t>선정사유</w:t>
      </w:r>
      <w:proofErr w:type="spellEnd"/>
      <w:r>
        <w:rPr>
          <w:rFonts w:ascii="HY중고딕" w:eastAsia="한양중고딕" w:hAnsi="HY중고딕" w:cs="한양중고딕"/>
          <w:i/>
          <w:color w:val="0000FF"/>
          <w:sz w:val="22"/>
          <w:lang w:eastAsia="ko-KR"/>
        </w:rPr>
        <w:t>-</w:t>
      </w:r>
      <w:r>
        <w:rPr>
          <w:rFonts w:ascii="HY중고딕" w:eastAsia="한양중고딕" w:hAnsi="HY중고딕" w:cs="한양중고딕"/>
          <w:i/>
          <w:color w:val="0000FF"/>
          <w:sz w:val="22"/>
          <w:lang w:eastAsia="ko-KR"/>
        </w:rPr>
        <w:t>자사</w:t>
      </w:r>
      <w:r>
        <w:rPr>
          <w:rFonts w:ascii="HY중고딕" w:eastAsia="한양중고딕" w:hAnsi="HY중고딕" w:cs="한양중고딕"/>
          <w:i/>
          <w:color w:val="0000FF"/>
          <w:sz w:val="22"/>
          <w:lang w:eastAsia="ko-KR"/>
        </w:rPr>
        <w:t xml:space="preserve"> </w:t>
      </w:r>
      <w:r>
        <w:rPr>
          <w:rFonts w:ascii="HY중고딕" w:eastAsia="한양중고딕" w:hAnsi="HY중고딕" w:cs="한양중고딕"/>
          <w:i/>
          <w:color w:val="0000FF"/>
          <w:sz w:val="22"/>
          <w:lang w:eastAsia="ko-KR"/>
        </w:rPr>
        <w:t>전담인력</w:t>
      </w:r>
      <w:r>
        <w:rPr>
          <w:rFonts w:ascii="HY중고딕" w:eastAsia="한양중고딕" w:hAnsi="HY중고딕" w:cs="한양중고딕"/>
          <w:i/>
          <w:color w:val="0000FF"/>
          <w:sz w:val="22"/>
          <w:lang w:eastAsia="ko-KR"/>
        </w:rPr>
        <w:t xml:space="preserve"> </w:t>
      </w:r>
      <w:r>
        <w:rPr>
          <w:rFonts w:ascii="HY중고딕" w:eastAsia="한양중고딕" w:hAnsi="HY중고딕" w:cs="한양중고딕"/>
          <w:i/>
          <w:color w:val="0000FF"/>
          <w:sz w:val="22"/>
          <w:lang w:eastAsia="ko-KR"/>
        </w:rPr>
        <w:t>다수가</w:t>
      </w:r>
      <w:r>
        <w:rPr>
          <w:rFonts w:ascii="HY중고딕" w:eastAsia="한양중고딕" w:hAnsi="HY중고딕" w:cs="한양중고딕"/>
          <w:i/>
          <w:color w:val="0000FF"/>
          <w:sz w:val="22"/>
          <w:lang w:eastAsia="ko-KR"/>
        </w:rPr>
        <w:t xml:space="preserve"> </w:t>
      </w:r>
      <w:r>
        <w:rPr>
          <w:rFonts w:ascii="HY중고딕" w:eastAsia="한양중고딕" w:hAnsi="HY중고딕" w:cs="한양중고딕"/>
          <w:i/>
          <w:color w:val="0000FF"/>
          <w:sz w:val="22"/>
          <w:lang w:eastAsia="ko-KR"/>
        </w:rPr>
        <w:t>전기전자</w:t>
      </w:r>
      <w:r>
        <w:rPr>
          <w:rFonts w:ascii="HY중고딕" w:eastAsia="한양중고딕" w:hAnsi="HY중고딕" w:cs="한양중고딕"/>
          <w:i/>
          <w:color w:val="0000FF"/>
          <w:sz w:val="22"/>
          <w:lang w:eastAsia="ko-KR"/>
        </w:rPr>
        <w:t xml:space="preserve"> </w:t>
      </w:r>
      <w:proofErr w:type="spellStart"/>
      <w:r>
        <w:rPr>
          <w:rFonts w:ascii="HY중고딕" w:eastAsia="한양중고딕" w:hAnsi="HY중고딕" w:cs="한양중고딕"/>
          <w:i/>
          <w:color w:val="0000FF"/>
          <w:sz w:val="22"/>
          <w:lang w:eastAsia="ko-KR"/>
        </w:rPr>
        <w:t>산업군</w:t>
      </w:r>
      <w:proofErr w:type="spellEnd"/>
      <w:r>
        <w:rPr>
          <w:rFonts w:ascii="HY중고딕" w:eastAsia="한양중고딕" w:hAnsi="HY중고딕" w:cs="한양중고딕"/>
          <w:i/>
          <w:color w:val="0000FF"/>
          <w:sz w:val="22"/>
          <w:lang w:eastAsia="ko-KR"/>
        </w:rPr>
        <w:t xml:space="preserve"> </w:t>
      </w:r>
      <w:r>
        <w:rPr>
          <w:rFonts w:ascii="HY중고딕" w:eastAsia="한양중고딕" w:hAnsi="HY중고딕" w:cs="한양중고딕"/>
          <w:i/>
          <w:color w:val="0000FF"/>
          <w:sz w:val="22"/>
          <w:lang w:eastAsia="ko-KR"/>
        </w:rPr>
        <w:t>출신으로</w:t>
      </w:r>
      <w:r>
        <w:rPr>
          <w:rFonts w:ascii="HY중고딕" w:eastAsia="한양중고딕" w:hAnsi="HY중고딕" w:cs="한양중고딕"/>
          <w:i/>
          <w:color w:val="0000FF"/>
          <w:sz w:val="22"/>
          <w:lang w:eastAsia="ko-KR"/>
        </w:rPr>
        <w:t xml:space="preserve"> </w:t>
      </w:r>
      <w:r>
        <w:rPr>
          <w:rFonts w:ascii="HY중고딕" w:eastAsia="한양중고딕" w:hAnsi="HY중고딕" w:cs="한양중고딕"/>
          <w:i/>
          <w:color w:val="0000FF"/>
          <w:sz w:val="22"/>
          <w:lang w:eastAsia="ko-KR"/>
        </w:rPr>
        <w:t>기술</w:t>
      </w:r>
      <w:r>
        <w:rPr>
          <w:rFonts w:ascii="HY중고딕" w:eastAsia="한양중고딕" w:hAnsi="HY중고딕" w:cs="한양중고딕"/>
          <w:i/>
          <w:color w:val="0000FF"/>
          <w:sz w:val="22"/>
          <w:lang w:eastAsia="ko-KR"/>
        </w:rPr>
        <w:t xml:space="preserve"> </w:t>
      </w:r>
      <w:r>
        <w:rPr>
          <w:rFonts w:ascii="HY중고딕" w:eastAsia="한양중고딕" w:hAnsi="HY중고딕" w:cs="한양중고딕"/>
          <w:i/>
          <w:color w:val="0000FF"/>
          <w:sz w:val="22"/>
          <w:lang w:eastAsia="ko-KR"/>
        </w:rPr>
        <w:t>및</w:t>
      </w:r>
      <w:r>
        <w:rPr>
          <w:rFonts w:ascii="HY중고딕" w:eastAsia="한양중고딕" w:hAnsi="HY중고딕" w:cs="한양중고딕"/>
          <w:i/>
          <w:color w:val="0000FF"/>
          <w:sz w:val="22"/>
          <w:lang w:eastAsia="ko-KR"/>
        </w:rPr>
        <w:t xml:space="preserve"> </w:t>
      </w:r>
      <w:r>
        <w:rPr>
          <w:rFonts w:ascii="HY중고딕" w:eastAsia="한양중고딕" w:hAnsi="HY중고딕" w:cs="한양중고딕"/>
          <w:i/>
          <w:color w:val="0000FF"/>
          <w:sz w:val="22"/>
          <w:lang w:eastAsia="ko-KR"/>
        </w:rPr>
        <w:t>영업망</w:t>
      </w:r>
      <w:r>
        <w:rPr>
          <w:rFonts w:ascii="HY중고딕" w:eastAsia="한양중고딕" w:hAnsi="HY중고딕" w:cs="한양중고딕"/>
          <w:i/>
          <w:color w:val="0000FF"/>
          <w:sz w:val="22"/>
          <w:lang w:eastAsia="ko-KR"/>
        </w:rPr>
        <w:t xml:space="preserve"> </w:t>
      </w:r>
      <w:r>
        <w:rPr>
          <w:rFonts w:ascii="HY중고딕" w:eastAsia="한양중고딕" w:hAnsi="HY중고딕" w:cs="한양중고딕"/>
          <w:i/>
          <w:color w:val="0000FF"/>
          <w:sz w:val="22"/>
          <w:lang w:eastAsia="ko-KR"/>
        </w:rPr>
        <w:t>지원에</w:t>
      </w:r>
      <w:r>
        <w:rPr>
          <w:rFonts w:ascii="HY중고딕" w:eastAsia="한양중고딕" w:hAnsi="HY중고딕" w:cs="한양중고딕"/>
          <w:i/>
          <w:color w:val="0000FF"/>
          <w:sz w:val="22"/>
          <w:lang w:eastAsia="ko-KR"/>
        </w:rPr>
        <w:t xml:space="preserve"> </w:t>
      </w:r>
      <w:r>
        <w:rPr>
          <w:rFonts w:ascii="HY중고딕" w:eastAsia="한양중고딕" w:hAnsi="HY중고딕" w:cs="한양중고딕"/>
          <w:i/>
          <w:color w:val="0000FF"/>
          <w:sz w:val="22"/>
          <w:lang w:eastAsia="ko-KR"/>
        </w:rPr>
        <w:t>특화됨</w:t>
      </w:r>
    </w:p>
    <w:p w:rsidR="00DA08A1" w:rsidRDefault="00DA08A1">
      <w:pPr>
        <w:spacing w:line="348" w:lineRule="auto"/>
        <w:jc w:val="both"/>
        <w:rPr>
          <w:rFonts w:ascii="함초롬바탕" w:eastAsia="HY울릉도M" w:hAnsi="함초롬바탕"/>
          <w:sz w:val="26"/>
          <w:szCs w:val="26"/>
          <w:lang w:eastAsia="ko-KR"/>
        </w:rPr>
      </w:pPr>
    </w:p>
    <w:p w:rsidR="00DA08A1" w:rsidRDefault="00DA08A1">
      <w:pPr>
        <w:spacing w:line="348" w:lineRule="auto"/>
        <w:jc w:val="both"/>
        <w:rPr>
          <w:rFonts w:ascii="함초롬바탕" w:eastAsia="HY울릉도M" w:hAnsi="함초롬바탕"/>
          <w:sz w:val="26"/>
          <w:szCs w:val="26"/>
          <w:lang w:eastAsia="ko-KR"/>
        </w:rPr>
      </w:pPr>
    </w:p>
    <w:p w:rsidR="00DA08A1" w:rsidRPr="00347343" w:rsidRDefault="00347343">
      <w:pPr>
        <w:spacing w:line="348" w:lineRule="auto"/>
        <w:jc w:val="both"/>
        <w:rPr>
          <w:rFonts w:ascii="HY울릉도M" w:eastAsia="HY울릉도M" w:hAnsi="함초롬바탕"/>
          <w:sz w:val="26"/>
          <w:szCs w:val="26"/>
          <w:lang w:eastAsia="ko-KR"/>
        </w:rPr>
      </w:pPr>
      <w:r>
        <w:rPr>
          <w:rFonts w:ascii="HY울릉도M" w:eastAsia="HY울릉도M" w:hAnsi="함초롬바탕" w:cs="HY울릉도M" w:hint="eastAsia"/>
          <w:sz w:val="26"/>
          <w:lang w:eastAsia="ko-KR"/>
        </w:rPr>
        <w:t xml:space="preserve">3. </w:t>
      </w:r>
      <w:r w:rsidR="00F3557A" w:rsidRPr="00347343">
        <w:rPr>
          <w:rFonts w:ascii="HY울릉도M" w:eastAsia="HY울릉도M" w:hAnsi="함초롬바탕" w:cs="HY울릉도M" w:hint="eastAsia"/>
          <w:sz w:val="26"/>
          <w:lang w:eastAsia="ko-KR"/>
        </w:rPr>
        <w:t>해외진출 지원분야별 세부 업무</w:t>
      </w:r>
    </w:p>
    <w:p w:rsidR="00DA08A1" w:rsidRDefault="00DA08A1">
      <w:pPr>
        <w:spacing w:line="348" w:lineRule="auto"/>
        <w:jc w:val="both"/>
        <w:rPr>
          <w:rFonts w:ascii="함초롬바탕" w:eastAsia="HY울릉도M" w:hAnsi="함초롬바탕"/>
          <w:sz w:val="10"/>
          <w:szCs w:val="10"/>
          <w:lang w:eastAsia="ko-KR"/>
        </w:rPr>
      </w:pPr>
    </w:p>
    <w:p w:rsidR="00DA08A1" w:rsidRDefault="00F3557A">
      <w:pPr>
        <w:spacing w:line="348" w:lineRule="auto"/>
        <w:ind w:left="1162" w:hanging="1162"/>
        <w:jc w:val="both"/>
        <w:rPr>
          <w:rFonts w:ascii="HY중고딕" w:eastAsia="한양중고딕" w:hAnsi="HY중고딕"/>
          <w:sz w:val="22"/>
          <w:lang w:eastAsia="ko-KR"/>
        </w:rPr>
      </w:pPr>
      <w:r>
        <w:rPr>
          <w:rFonts w:ascii="HY중고딕" w:eastAsia="한양중고딕" w:hAnsi="HY중고딕" w:cs="한양중고딕"/>
          <w:i/>
          <w:color w:val="0000FF"/>
          <w:sz w:val="22"/>
          <w:lang w:eastAsia="ko-KR"/>
        </w:rPr>
        <w:t xml:space="preserve">   * (1</w:t>
      </w:r>
      <w:r>
        <w:rPr>
          <w:rFonts w:ascii="HY중고딕" w:eastAsia="한양중고딕" w:hAnsi="HY중고딕" w:cs="한양중고딕"/>
          <w:i/>
          <w:color w:val="0000FF"/>
          <w:sz w:val="22"/>
          <w:lang w:eastAsia="ko-KR"/>
        </w:rPr>
        <w:t>번</w:t>
      </w:r>
      <w:r>
        <w:rPr>
          <w:rFonts w:ascii="HY중고딕" w:eastAsia="한양중고딕" w:hAnsi="HY중고딕" w:cs="한양중고딕"/>
          <w:i/>
          <w:color w:val="0000FF"/>
          <w:sz w:val="22"/>
          <w:lang w:eastAsia="ko-KR"/>
        </w:rPr>
        <w:t xml:space="preserve"> </w:t>
      </w:r>
      <w:r>
        <w:rPr>
          <w:rFonts w:ascii="HY중고딕" w:eastAsia="한양중고딕" w:hAnsi="HY중고딕" w:cs="한양중고딕"/>
          <w:i/>
          <w:color w:val="0000FF"/>
          <w:sz w:val="22"/>
          <w:lang w:eastAsia="ko-KR"/>
        </w:rPr>
        <w:t>항목</w:t>
      </w:r>
      <w:r>
        <w:rPr>
          <w:rFonts w:ascii="HY중고딕" w:eastAsia="한양중고딕" w:hAnsi="HY중고딕" w:cs="한양중고딕"/>
          <w:i/>
          <w:color w:val="0000FF"/>
          <w:sz w:val="22"/>
          <w:lang w:eastAsia="ko-KR"/>
        </w:rPr>
        <w:t>)</w:t>
      </w:r>
      <w:r>
        <w:rPr>
          <w:rFonts w:ascii="HY중고딕" w:eastAsia="한양중고딕" w:hAnsi="HY중고딕" w:cs="한양중고딕"/>
          <w:i/>
          <w:color w:val="0000FF"/>
          <w:sz w:val="22"/>
          <w:lang w:eastAsia="ko-KR"/>
        </w:rPr>
        <w:t>컨설팅</w:t>
      </w:r>
      <w:r>
        <w:rPr>
          <w:rFonts w:ascii="HY중고딕" w:eastAsia="한양중고딕" w:hAnsi="HY중고딕" w:cs="한양중고딕"/>
          <w:i/>
          <w:color w:val="0000FF"/>
          <w:sz w:val="22"/>
          <w:lang w:eastAsia="ko-KR"/>
        </w:rPr>
        <w:t xml:space="preserve"> </w:t>
      </w:r>
      <w:r>
        <w:rPr>
          <w:rFonts w:ascii="HY중고딕" w:eastAsia="한양중고딕" w:hAnsi="HY중고딕" w:cs="한양중고딕"/>
          <w:i/>
          <w:color w:val="0000FF"/>
          <w:sz w:val="22"/>
          <w:lang w:eastAsia="ko-KR"/>
        </w:rPr>
        <w:t>수행</w:t>
      </w:r>
      <w:r>
        <w:rPr>
          <w:rFonts w:ascii="HY중고딕" w:eastAsia="한양중고딕" w:hAnsi="HY중고딕" w:cs="한양중고딕"/>
          <w:i/>
          <w:color w:val="0000FF"/>
          <w:sz w:val="22"/>
          <w:lang w:eastAsia="ko-KR"/>
        </w:rPr>
        <w:t xml:space="preserve"> </w:t>
      </w:r>
      <w:r>
        <w:rPr>
          <w:rFonts w:ascii="HY중고딕" w:eastAsia="한양중고딕" w:hAnsi="HY중고딕" w:cs="한양중고딕"/>
          <w:i/>
          <w:color w:val="0000FF"/>
          <w:sz w:val="22"/>
          <w:lang w:eastAsia="ko-KR"/>
        </w:rPr>
        <w:t>가능</w:t>
      </w:r>
      <w:r>
        <w:rPr>
          <w:rFonts w:ascii="HY중고딕" w:eastAsia="한양중고딕" w:hAnsi="HY중고딕" w:cs="한양중고딕"/>
          <w:i/>
          <w:color w:val="0000FF"/>
          <w:sz w:val="22"/>
          <w:lang w:eastAsia="ko-KR"/>
        </w:rPr>
        <w:t xml:space="preserve"> </w:t>
      </w:r>
      <w:r>
        <w:rPr>
          <w:rFonts w:ascii="HY중고딕" w:eastAsia="한양중고딕" w:hAnsi="HY중고딕" w:cs="한양중고딕"/>
          <w:i/>
          <w:color w:val="0000FF"/>
          <w:sz w:val="22"/>
          <w:lang w:eastAsia="ko-KR"/>
        </w:rPr>
        <w:t>분야에</w:t>
      </w:r>
      <w:r>
        <w:rPr>
          <w:rFonts w:ascii="HY중고딕" w:eastAsia="한양중고딕" w:hAnsi="HY중고딕" w:cs="한양중고딕"/>
          <w:i/>
          <w:color w:val="0000FF"/>
          <w:sz w:val="22"/>
          <w:lang w:eastAsia="ko-KR"/>
        </w:rPr>
        <w:t xml:space="preserve"> </w:t>
      </w:r>
      <w:r>
        <w:rPr>
          <w:rFonts w:ascii="HY중고딕" w:eastAsia="한양중고딕" w:hAnsi="HY중고딕" w:cs="한양중고딕"/>
          <w:i/>
          <w:color w:val="0000FF"/>
          <w:sz w:val="22"/>
          <w:lang w:eastAsia="ko-KR"/>
        </w:rPr>
        <w:t>대한</w:t>
      </w:r>
      <w:r>
        <w:rPr>
          <w:rFonts w:ascii="HY중고딕" w:eastAsia="한양중고딕" w:hAnsi="HY중고딕" w:cs="한양중고딕"/>
          <w:i/>
          <w:color w:val="0000FF"/>
          <w:sz w:val="22"/>
          <w:lang w:eastAsia="ko-KR"/>
        </w:rPr>
        <w:t xml:space="preserve"> </w:t>
      </w:r>
      <w:r>
        <w:rPr>
          <w:rFonts w:ascii="HY중고딕" w:eastAsia="한양중고딕" w:hAnsi="HY중고딕" w:cs="한양중고딕"/>
          <w:i/>
          <w:color w:val="0000FF"/>
          <w:sz w:val="22"/>
          <w:lang w:eastAsia="ko-KR"/>
        </w:rPr>
        <w:t>구체적인</w:t>
      </w:r>
      <w:r>
        <w:rPr>
          <w:rFonts w:ascii="HY중고딕" w:eastAsia="한양중고딕" w:hAnsi="HY중고딕" w:cs="한양중고딕"/>
          <w:i/>
          <w:color w:val="0000FF"/>
          <w:sz w:val="22"/>
          <w:lang w:eastAsia="ko-KR"/>
        </w:rPr>
        <w:t xml:space="preserve"> </w:t>
      </w:r>
      <w:r>
        <w:rPr>
          <w:rFonts w:ascii="HY중고딕" w:eastAsia="한양중고딕" w:hAnsi="HY중고딕" w:cs="한양중고딕"/>
          <w:i/>
          <w:color w:val="0000FF"/>
          <w:sz w:val="22"/>
          <w:lang w:eastAsia="ko-KR"/>
        </w:rPr>
        <w:t>실행</w:t>
      </w:r>
      <w:r>
        <w:rPr>
          <w:rFonts w:ascii="HY중고딕" w:eastAsia="한양중고딕" w:hAnsi="HY중고딕" w:cs="한양중고딕"/>
          <w:i/>
          <w:color w:val="0000FF"/>
          <w:sz w:val="22"/>
          <w:lang w:eastAsia="ko-KR"/>
        </w:rPr>
        <w:t xml:space="preserve"> </w:t>
      </w:r>
      <w:r>
        <w:rPr>
          <w:rFonts w:ascii="HY중고딕" w:eastAsia="한양중고딕" w:hAnsi="HY중고딕" w:cs="한양중고딕"/>
          <w:i/>
          <w:color w:val="0000FF"/>
          <w:sz w:val="22"/>
          <w:lang w:eastAsia="ko-KR"/>
        </w:rPr>
        <w:t>계획을</w:t>
      </w:r>
      <w:r>
        <w:rPr>
          <w:rFonts w:ascii="HY중고딕" w:eastAsia="한양중고딕" w:hAnsi="HY중고딕" w:cs="한양중고딕"/>
          <w:i/>
          <w:color w:val="0000FF"/>
          <w:sz w:val="22"/>
          <w:lang w:eastAsia="ko-KR"/>
        </w:rPr>
        <w:t xml:space="preserve"> </w:t>
      </w:r>
      <w:r>
        <w:rPr>
          <w:rFonts w:ascii="HY중고딕" w:eastAsia="한양중고딕" w:hAnsi="HY중고딕" w:cs="한양중고딕"/>
          <w:i/>
          <w:color w:val="0000FF"/>
          <w:sz w:val="22"/>
          <w:lang w:eastAsia="ko-KR"/>
        </w:rPr>
        <w:t>상세히</w:t>
      </w:r>
      <w:r>
        <w:rPr>
          <w:rFonts w:ascii="HY중고딕" w:eastAsia="한양중고딕" w:hAnsi="HY중고딕" w:cs="한양중고딕"/>
          <w:i/>
          <w:color w:val="0000FF"/>
          <w:sz w:val="22"/>
          <w:lang w:eastAsia="ko-KR"/>
        </w:rPr>
        <w:t xml:space="preserve"> </w:t>
      </w:r>
      <w:r>
        <w:rPr>
          <w:rFonts w:ascii="HY중고딕" w:eastAsia="한양중고딕" w:hAnsi="HY중고딕" w:cs="한양중고딕"/>
          <w:i/>
          <w:color w:val="0000FF"/>
          <w:sz w:val="22"/>
          <w:lang w:eastAsia="ko-KR"/>
        </w:rPr>
        <w:t>기술</w:t>
      </w:r>
    </w:p>
    <w:p w:rsidR="00DA08A1" w:rsidRDefault="00F3557A">
      <w:pPr>
        <w:spacing w:line="348" w:lineRule="auto"/>
        <w:ind w:left="1162" w:hanging="1162"/>
        <w:jc w:val="both"/>
        <w:rPr>
          <w:rFonts w:ascii="HY중고딕" w:eastAsia="한양중고딕" w:hAnsi="HY중고딕"/>
          <w:sz w:val="22"/>
          <w:lang w:eastAsia="ko-KR"/>
        </w:rPr>
      </w:pPr>
      <w:r>
        <w:rPr>
          <w:rFonts w:ascii="HY중고딕" w:eastAsia="한양중고딕" w:hAnsi="HY중고딕" w:cs="한양중고딕"/>
          <w:i/>
          <w:color w:val="0000FF"/>
          <w:sz w:val="22"/>
          <w:lang w:eastAsia="ko-KR"/>
        </w:rPr>
        <w:t xml:space="preserve">   * </w:t>
      </w:r>
      <w:r>
        <w:rPr>
          <w:rFonts w:ascii="HY중고딕" w:eastAsia="한양중고딕" w:hAnsi="HY중고딕" w:cs="한양중고딕"/>
          <w:i/>
          <w:color w:val="0000FF"/>
          <w:sz w:val="22"/>
          <w:lang w:eastAsia="ko-KR"/>
        </w:rPr>
        <w:t>지원가능</w:t>
      </w:r>
      <w:r>
        <w:rPr>
          <w:rFonts w:ascii="HY중고딕" w:eastAsia="한양중고딕" w:hAnsi="HY중고딕" w:cs="한양중고딕"/>
          <w:i/>
          <w:color w:val="0000FF"/>
          <w:sz w:val="22"/>
          <w:lang w:eastAsia="ko-KR"/>
        </w:rPr>
        <w:t xml:space="preserve"> </w:t>
      </w:r>
      <w:r>
        <w:rPr>
          <w:rFonts w:ascii="HY중고딕" w:eastAsia="한양중고딕" w:hAnsi="HY중고딕" w:cs="한양중고딕"/>
          <w:i/>
          <w:color w:val="0000FF"/>
          <w:sz w:val="22"/>
          <w:lang w:eastAsia="ko-KR"/>
        </w:rPr>
        <w:t>업무별</w:t>
      </w:r>
      <w:r>
        <w:rPr>
          <w:rFonts w:ascii="HY중고딕" w:eastAsia="한양중고딕" w:hAnsi="HY중고딕" w:cs="한양중고딕"/>
          <w:i/>
          <w:color w:val="0000FF"/>
          <w:sz w:val="22"/>
          <w:lang w:eastAsia="ko-KR"/>
        </w:rPr>
        <w:t xml:space="preserve"> </w:t>
      </w:r>
      <w:r>
        <w:rPr>
          <w:rFonts w:ascii="HY중고딕" w:eastAsia="한양중고딕" w:hAnsi="HY중고딕" w:cs="한양중고딕"/>
          <w:i/>
          <w:color w:val="0000FF"/>
          <w:sz w:val="22"/>
          <w:lang w:eastAsia="ko-KR"/>
        </w:rPr>
        <w:t>세부</w:t>
      </w:r>
      <w:r>
        <w:rPr>
          <w:rFonts w:ascii="HY중고딕" w:eastAsia="한양중고딕" w:hAnsi="HY중고딕" w:cs="한양중고딕"/>
          <w:i/>
          <w:color w:val="0000FF"/>
          <w:sz w:val="22"/>
          <w:lang w:eastAsia="ko-KR"/>
        </w:rPr>
        <w:t xml:space="preserve"> </w:t>
      </w:r>
      <w:r>
        <w:rPr>
          <w:rFonts w:ascii="HY중고딕" w:eastAsia="한양중고딕" w:hAnsi="HY중고딕" w:cs="한양중고딕"/>
          <w:i/>
          <w:color w:val="0000FF"/>
          <w:sz w:val="22"/>
          <w:lang w:eastAsia="ko-KR"/>
        </w:rPr>
        <w:t>프로세스</w:t>
      </w:r>
      <w:r>
        <w:rPr>
          <w:rFonts w:ascii="HY중고딕" w:eastAsia="한양중고딕" w:hAnsi="HY중고딕" w:cs="한양중고딕"/>
          <w:i/>
          <w:color w:val="0000FF"/>
          <w:sz w:val="22"/>
          <w:lang w:eastAsia="ko-KR"/>
        </w:rPr>
        <w:t xml:space="preserve">, </w:t>
      </w:r>
      <w:r>
        <w:rPr>
          <w:rFonts w:ascii="HY중고딕" w:eastAsia="한양중고딕" w:hAnsi="HY중고딕" w:cs="한양중고딕"/>
          <w:i/>
          <w:color w:val="0000FF"/>
          <w:sz w:val="22"/>
          <w:lang w:eastAsia="ko-KR"/>
        </w:rPr>
        <w:t>프로젝트</w:t>
      </w:r>
      <w:r>
        <w:rPr>
          <w:rFonts w:ascii="HY중고딕" w:eastAsia="한양중고딕" w:hAnsi="HY중고딕" w:cs="한양중고딕"/>
          <w:i/>
          <w:color w:val="0000FF"/>
          <w:sz w:val="22"/>
          <w:lang w:eastAsia="ko-KR"/>
        </w:rPr>
        <w:t xml:space="preserve"> </w:t>
      </w:r>
      <w:r>
        <w:rPr>
          <w:rFonts w:ascii="HY중고딕" w:eastAsia="한양중고딕" w:hAnsi="HY중고딕" w:cs="한양중고딕"/>
          <w:i/>
          <w:color w:val="0000FF"/>
          <w:sz w:val="22"/>
          <w:lang w:eastAsia="ko-KR"/>
        </w:rPr>
        <w:t>및</w:t>
      </w:r>
      <w:r>
        <w:rPr>
          <w:rFonts w:ascii="HY중고딕" w:eastAsia="한양중고딕" w:hAnsi="HY중고딕" w:cs="한양중고딕"/>
          <w:i/>
          <w:color w:val="0000FF"/>
          <w:sz w:val="22"/>
          <w:lang w:eastAsia="ko-KR"/>
        </w:rPr>
        <w:t xml:space="preserve"> </w:t>
      </w:r>
      <w:r>
        <w:rPr>
          <w:rFonts w:ascii="HY중고딕" w:eastAsia="한양중고딕" w:hAnsi="HY중고딕" w:cs="한양중고딕"/>
          <w:i/>
          <w:color w:val="0000FF"/>
          <w:sz w:val="22"/>
          <w:lang w:eastAsia="ko-KR"/>
        </w:rPr>
        <w:t>사후관리</w:t>
      </w:r>
      <w:r>
        <w:rPr>
          <w:rFonts w:ascii="HY중고딕" w:eastAsia="한양중고딕" w:hAnsi="HY중고딕" w:cs="한양중고딕"/>
          <w:i/>
          <w:color w:val="0000FF"/>
          <w:sz w:val="22"/>
          <w:lang w:eastAsia="ko-KR"/>
        </w:rPr>
        <w:t xml:space="preserve"> </w:t>
      </w:r>
      <w:r>
        <w:rPr>
          <w:rFonts w:ascii="HY중고딕" w:eastAsia="한양중고딕" w:hAnsi="HY중고딕" w:cs="한양중고딕"/>
          <w:i/>
          <w:color w:val="0000FF"/>
          <w:sz w:val="22"/>
          <w:lang w:eastAsia="ko-KR"/>
        </w:rPr>
        <w:t>방안</w:t>
      </w:r>
      <w:r>
        <w:rPr>
          <w:rFonts w:ascii="HY중고딕" w:eastAsia="한양중고딕" w:hAnsi="HY중고딕" w:cs="한양중고딕"/>
          <w:i/>
          <w:color w:val="0000FF"/>
          <w:sz w:val="22"/>
          <w:lang w:eastAsia="ko-KR"/>
        </w:rPr>
        <w:t xml:space="preserve">, </w:t>
      </w:r>
      <w:proofErr w:type="spellStart"/>
      <w:r>
        <w:rPr>
          <w:rFonts w:ascii="HY중고딕" w:eastAsia="한양중고딕" w:hAnsi="HY중고딕" w:cs="한양중고딕"/>
          <w:i/>
          <w:color w:val="0000FF"/>
          <w:sz w:val="22"/>
          <w:lang w:eastAsia="ko-KR"/>
        </w:rPr>
        <w:t>용역비</w:t>
      </w:r>
      <w:proofErr w:type="spellEnd"/>
      <w:r>
        <w:rPr>
          <w:rFonts w:ascii="HY중고딕" w:eastAsia="한양중고딕" w:hAnsi="HY중고딕" w:cs="한양중고딕"/>
          <w:i/>
          <w:color w:val="0000FF"/>
          <w:sz w:val="22"/>
          <w:lang w:eastAsia="ko-KR"/>
        </w:rPr>
        <w:t xml:space="preserve"> </w:t>
      </w:r>
      <w:r>
        <w:rPr>
          <w:rFonts w:ascii="HY중고딕" w:eastAsia="한양중고딕" w:hAnsi="HY중고딕" w:cs="한양중고딕"/>
          <w:i/>
          <w:color w:val="0000FF"/>
          <w:sz w:val="22"/>
          <w:lang w:eastAsia="ko-KR"/>
        </w:rPr>
        <w:t>산정</w:t>
      </w:r>
      <w:r>
        <w:rPr>
          <w:rFonts w:ascii="HY중고딕" w:eastAsia="한양중고딕" w:hAnsi="HY중고딕" w:cs="한양중고딕"/>
          <w:i/>
          <w:color w:val="0000FF"/>
          <w:sz w:val="22"/>
          <w:lang w:eastAsia="ko-KR"/>
        </w:rPr>
        <w:t xml:space="preserve"> </w:t>
      </w:r>
      <w:r>
        <w:rPr>
          <w:rFonts w:ascii="HY중고딕" w:eastAsia="한양중고딕" w:hAnsi="HY중고딕" w:cs="한양중고딕"/>
          <w:i/>
          <w:color w:val="0000FF"/>
          <w:sz w:val="22"/>
          <w:lang w:eastAsia="ko-KR"/>
        </w:rPr>
        <w:t>방식</w:t>
      </w:r>
      <w:r>
        <w:rPr>
          <w:rFonts w:ascii="HY중고딕" w:eastAsia="한양중고딕" w:hAnsi="HY중고딕" w:cs="한양중고딕"/>
          <w:i/>
          <w:color w:val="0000FF"/>
          <w:sz w:val="22"/>
          <w:lang w:eastAsia="ko-KR"/>
        </w:rPr>
        <w:t xml:space="preserve"> </w:t>
      </w:r>
      <w:r>
        <w:rPr>
          <w:rFonts w:ascii="HY중고딕" w:eastAsia="한양중고딕" w:hAnsi="HY중고딕" w:cs="한양중고딕"/>
          <w:i/>
          <w:color w:val="0000FF"/>
          <w:sz w:val="22"/>
          <w:lang w:eastAsia="ko-KR"/>
        </w:rPr>
        <w:t>등</w:t>
      </w:r>
      <w:r>
        <w:rPr>
          <w:rFonts w:ascii="HY중고딕" w:eastAsia="한양중고딕" w:hAnsi="HY중고딕" w:cs="한양중고딕"/>
          <w:i/>
          <w:color w:val="0000FF"/>
          <w:sz w:val="22"/>
          <w:lang w:eastAsia="ko-KR"/>
        </w:rPr>
        <w:t xml:space="preserve"> </w:t>
      </w:r>
      <w:r>
        <w:rPr>
          <w:rFonts w:ascii="HY중고딕" w:eastAsia="한양중고딕" w:hAnsi="HY중고딕" w:cs="한양중고딕"/>
          <w:i/>
          <w:color w:val="0000FF"/>
          <w:sz w:val="22"/>
          <w:lang w:eastAsia="ko-KR"/>
        </w:rPr>
        <w:t>포함</w:t>
      </w:r>
    </w:p>
    <w:p w:rsidR="00DA08A1" w:rsidRDefault="00DA08A1">
      <w:pPr>
        <w:spacing w:line="348" w:lineRule="auto"/>
        <w:jc w:val="both"/>
        <w:rPr>
          <w:rFonts w:ascii="HY헤드라인M" w:eastAsia="휴먼명조" w:hAnsi="HY헤드라인M"/>
          <w:b/>
          <w:sz w:val="24"/>
          <w:szCs w:val="24"/>
          <w:lang w:eastAsia="ko-KR"/>
        </w:rPr>
      </w:pPr>
    </w:p>
    <w:p w:rsidR="00DA08A1" w:rsidRDefault="00DA08A1">
      <w:pPr>
        <w:spacing w:line="348" w:lineRule="auto"/>
        <w:jc w:val="both"/>
        <w:rPr>
          <w:rFonts w:ascii="HY헤드라인M" w:eastAsia="휴먼명조" w:hAnsi="HY헤드라인M"/>
          <w:b/>
          <w:sz w:val="24"/>
          <w:szCs w:val="24"/>
          <w:lang w:eastAsia="ko-KR"/>
        </w:rPr>
      </w:pPr>
    </w:p>
    <w:p w:rsidR="00DA08A1" w:rsidRDefault="00DA08A1">
      <w:pPr>
        <w:spacing w:line="348" w:lineRule="auto"/>
        <w:jc w:val="both"/>
        <w:rPr>
          <w:rFonts w:ascii="HY헤드라인M" w:eastAsia="휴먼명조" w:hAnsi="HY헤드라인M"/>
          <w:b/>
          <w:sz w:val="24"/>
          <w:szCs w:val="24"/>
          <w:lang w:eastAsia="ko-KR"/>
        </w:rPr>
      </w:pPr>
    </w:p>
    <w:p w:rsidR="00DA08A1" w:rsidRDefault="00DA08A1">
      <w:pPr>
        <w:rPr>
          <w:lang w:eastAsia="ko-KR"/>
        </w:rPr>
        <w:sectPr w:rsidR="00DA08A1" w:rsidSect="00E71829">
          <w:pgSz w:w="11906" w:h="16838"/>
          <w:pgMar w:top="1440" w:right="1080" w:bottom="1440" w:left="1080" w:header="567" w:footer="567" w:gutter="0"/>
          <w:cols w:space="720"/>
          <w:docGrid w:linePitch="360"/>
        </w:sectPr>
      </w:pPr>
    </w:p>
    <w:tbl>
      <w:tblPr>
        <w:tblStyle w:val="af9"/>
        <w:tblW w:w="0" w:type="auto"/>
        <w:tblLayout w:type="fixed"/>
        <w:tblLook w:val="04A0" w:firstRow="1" w:lastRow="0" w:firstColumn="1" w:lastColumn="0" w:noHBand="0" w:noVBand="1"/>
      </w:tblPr>
      <w:tblGrid>
        <w:gridCol w:w="5215"/>
      </w:tblGrid>
      <w:tr w:rsidR="00DA08A1" w:rsidTr="00D8649A">
        <w:trPr>
          <w:trHeight w:val="392"/>
        </w:trPr>
        <w:tc>
          <w:tcPr>
            <w:tcW w:w="5215" w:type="dxa"/>
            <w:tcBorders>
              <w:top w:val="single" w:sz="6" w:space="0" w:color="315F97"/>
              <w:left w:val="nil"/>
              <w:bottom w:val="single" w:sz="6" w:space="0" w:color="315F97"/>
              <w:right w:val="nil"/>
            </w:tcBorders>
            <w:tcMar>
              <w:top w:w="28" w:type="dxa"/>
              <w:left w:w="102" w:type="dxa"/>
              <w:bottom w:w="28" w:type="dxa"/>
              <w:right w:w="102" w:type="dxa"/>
            </w:tcMar>
            <w:vAlign w:val="center"/>
          </w:tcPr>
          <w:p w:rsidR="00DA08A1" w:rsidRPr="00AB2701" w:rsidRDefault="00F3557A" w:rsidP="00BA3E01">
            <w:pPr>
              <w:ind w:left="1233" w:right="192" w:hanging="1233"/>
              <w:rPr>
                <w:rFonts w:ascii="HY헤드라인M" w:eastAsia="HY헤드라인M" w:hAnsi="함초롬돋움"/>
                <w:sz w:val="30"/>
                <w:szCs w:val="30"/>
                <w:lang w:eastAsia="ko-KR"/>
              </w:rPr>
            </w:pPr>
            <w:r w:rsidRPr="00AB2701">
              <w:rPr>
                <w:rFonts w:ascii="HY헤드라인M" w:eastAsia="HY헤드라인M" w:hAnsi="함초롬돋움" w:cs="함초롬바탕" w:hint="eastAsia"/>
                <w:sz w:val="30"/>
                <w:szCs w:val="30"/>
                <w:lang w:eastAsia="ko-KR"/>
              </w:rPr>
              <w:lastRenderedPageBreak/>
              <w:t>Ⅲ.</w:t>
            </w:r>
            <w:r w:rsidRPr="00AB2701">
              <w:rPr>
                <w:rFonts w:ascii="HY헤드라인M" w:eastAsia="HY헤드라인M" w:hAnsi="HY울릉도M" w:cs="HY헤드라인M" w:hint="eastAsia"/>
                <w:sz w:val="30"/>
                <w:szCs w:val="30"/>
                <w:lang w:eastAsia="ko-KR"/>
              </w:rPr>
              <w:t xml:space="preserve"> 컨설팅 실적 및 </w:t>
            </w:r>
            <w:proofErr w:type="spellStart"/>
            <w:r w:rsidRPr="00AB2701">
              <w:rPr>
                <w:rFonts w:ascii="HY헤드라인M" w:eastAsia="HY헤드라인M" w:hAnsi="HY울릉도M" w:cs="HY헤드라인M" w:hint="eastAsia"/>
                <w:sz w:val="30"/>
                <w:szCs w:val="30"/>
                <w:lang w:eastAsia="ko-KR"/>
              </w:rPr>
              <w:t>참여인력</w:t>
            </w:r>
            <w:proofErr w:type="spellEnd"/>
            <w:r w:rsidRPr="00AB2701">
              <w:rPr>
                <w:rFonts w:ascii="HY헤드라인M" w:eastAsia="HY헤드라인M" w:hAnsi="HY울릉도M" w:cs="HY헤드라인M" w:hint="eastAsia"/>
                <w:sz w:val="30"/>
                <w:szCs w:val="30"/>
                <w:lang w:eastAsia="ko-KR"/>
              </w:rPr>
              <w:t xml:space="preserve"> 현황</w:t>
            </w:r>
          </w:p>
        </w:tc>
      </w:tr>
    </w:tbl>
    <w:p w:rsidR="00CF11E0" w:rsidRPr="00CF11E0" w:rsidRDefault="00CF11E0" w:rsidP="00F95036">
      <w:pPr>
        <w:spacing w:line="360" w:lineRule="auto"/>
        <w:ind w:left="1208" w:hanging="1208"/>
        <w:jc w:val="center"/>
        <w:rPr>
          <w:rFonts w:ascii="HY중고딕" w:eastAsia="한양중고딕" w:hAnsi="HY중고딕" w:cs="한양중고딕"/>
          <w:b/>
          <w:color w:val="FF0000"/>
          <w:sz w:val="6"/>
          <w:szCs w:val="6"/>
          <w:u w:val="single"/>
          <w:lang w:eastAsia="ko-KR"/>
        </w:rPr>
      </w:pPr>
    </w:p>
    <w:p w:rsidR="00DA08A1" w:rsidRPr="00CF11E0" w:rsidRDefault="00F3557A" w:rsidP="00F95036">
      <w:pPr>
        <w:spacing w:line="360" w:lineRule="auto"/>
        <w:ind w:left="1208" w:hanging="1208"/>
        <w:jc w:val="center"/>
        <w:rPr>
          <w:rFonts w:ascii="HY중고딕" w:eastAsia="한양중고딕" w:hAnsi="HY중고딕"/>
          <w:b/>
          <w:lang w:eastAsia="ko-KR"/>
        </w:rPr>
      </w:pPr>
      <w:r w:rsidRPr="00CF11E0">
        <w:rPr>
          <w:rFonts w:ascii="HY중고딕" w:eastAsia="한양중고딕" w:hAnsi="HY중고딕" w:cs="한양중고딕"/>
          <w:b/>
          <w:color w:val="FF0000"/>
          <w:u w:val="single"/>
          <w:lang w:eastAsia="ko-KR"/>
        </w:rPr>
        <w:t>*</w:t>
      </w:r>
      <w:r w:rsidR="00A464BC">
        <w:rPr>
          <w:rFonts w:ascii="HY중고딕" w:eastAsia="한양중고딕" w:hAnsi="HY중고딕" w:cs="한양중고딕"/>
          <w:b/>
          <w:color w:val="FF0000"/>
          <w:u w:val="single"/>
          <w:lang w:eastAsia="ko-KR"/>
        </w:rPr>
        <w:t xml:space="preserve"> </w:t>
      </w:r>
      <w:r w:rsidRPr="00CF11E0">
        <w:rPr>
          <w:rFonts w:ascii="HY중고딕" w:eastAsia="한양중고딕" w:hAnsi="HY중고딕" w:cs="한양중고딕"/>
          <w:b/>
          <w:color w:val="FF0000"/>
          <w:u w:val="single"/>
          <w:lang w:eastAsia="ko-KR"/>
        </w:rPr>
        <w:t xml:space="preserve"> </w:t>
      </w:r>
      <w:r w:rsidRPr="00CF11E0">
        <w:rPr>
          <w:rFonts w:ascii="HY중고딕" w:eastAsia="한양중고딕" w:hAnsi="HY중고딕" w:cs="한양중고딕"/>
          <w:b/>
          <w:color w:val="FF0000"/>
          <w:u w:val="single"/>
          <w:lang w:eastAsia="ko-KR"/>
        </w:rPr>
        <w:t>컨설팅</w:t>
      </w:r>
      <w:r w:rsidRPr="00CF11E0">
        <w:rPr>
          <w:rFonts w:ascii="HY중고딕" w:eastAsia="한양중고딕" w:hAnsi="HY중고딕" w:cs="한양중고딕"/>
          <w:b/>
          <w:color w:val="FF0000"/>
          <w:u w:val="single"/>
          <w:lang w:eastAsia="ko-KR"/>
        </w:rPr>
        <w:t xml:space="preserve"> </w:t>
      </w:r>
      <w:r w:rsidRPr="00CF11E0">
        <w:rPr>
          <w:rFonts w:ascii="HY중고딕" w:eastAsia="한양중고딕" w:hAnsi="HY중고딕" w:cs="한양중고딕"/>
          <w:b/>
          <w:color w:val="FF0000"/>
          <w:u w:val="single"/>
          <w:lang w:eastAsia="ko-KR"/>
        </w:rPr>
        <w:t>실적</w:t>
      </w:r>
      <w:r w:rsidRPr="00CF11E0">
        <w:rPr>
          <w:rFonts w:ascii="HY중고딕" w:eastAsia="한양중고딕" w:hAnsi="HY중고딕" w:cs="한양중고딕"/>
          <w:b/>
          <w:color w:val="FF0000"/>
          <w:u w:val="single"/>
          <w:lang w:eastAsia="ko-KR"/>
        </w:rPr>
        <w:t xml:space="preserve"> </w:t>
      </w:r>
      <w:r w:rsidRPr="00CF11E0">
        <w:rPr>
          <w:rFonts w:ascii="HY중고딕" w:eastAsia="한양중고딕" w:hAnsi="HY중고딕" w:cs="한양중고딕"/>
          <w:b/>
          <w:color w:val="FF0000"/>
          <w:u w:val="single"/>
          <w:lang w:eastAsia="ko-KR"/>
        </w:rPr>
        <w:t>및</w:t>
      </w:r>
      <w:r w:rsidRPr="00CF11E0">
        <w:rPr>
          <w:rFonts w:ascii="HY중고딕" w:eastAsia="한양중고딕" w:hAnsi="HY중고딕" w:cs="한양중고딕"/>
          <w:b/>
          <w:color w:val="FF0000"/>
          <w:u w:val="single"/>
          <w:lang w:eastAsia="ko-KR"/>
        </w:rPr>
        <w:t xml:space="preserve"> </w:t>
      </w:r>
      <w:r w:rsidRPr="00CF11E0">
        <w:rPr>
          <w:rFonts w:ascii="HY중고딕" w:eastAsia="한양중고딕" w:hAnsi="HY중고딕" w:cs="한양중고딕"/>
          <w:b/>
          <w:color w:val="FF0000"/>
          <w:u w:val="single"/>
          <w:lang w:eastAsia="ko-KR"/>
        </w:rPr>
        <w:t>직원</w:t>
      </w:r>
      <w:r w:rsidRPr="00CF11E0">
        <w:rPr>
          <w:rFonts w:ascii="HY중고딕" w:eastAsia="한양중고딕" w:hAnsi="HY중고딕" w:cs="한양중고딕"/>
          <w:b/>
          <w:color w:val="FF0000"/>
          <w:u w:val="single"/>
          <w:lang w:eastAsia="ko-KR"/>
        </w:rPr>
        <w:t xml:space="preserve"> </w:t>
      </w:r>
      <w:r w:rsidRPr="00CF11E0">
        <w:rPr>
          <w:rFonts w:ascii="HY중고딕" w:eastAsia="한양중고딕" w:hAnsi="HY중고딕" w:cs="한양중고딕"/>
          <w:b/>
          <w:color w:val="FF0000"/>
          <w:u w:val="single"/>
          <w:lang w:eastAsia="ko-KR"/>
        </w:rPr>
        <w:t>현황은</w:t>
      </w:r>
      <w:r w:rsidRPr="00CF11E0">
        <w:rPr>
          <w:rFonts w:ascii="HY중고딕" w:eastAsia="한양중고딕" w:hAnsi="HY중고딕" w:cs="한양중고딕"/>
          <w:b/>
          <w:color w:val="FF0000"/>
          <w:u w:val="single"/>
          <w:lang w:eastAsia="ko-KR"/>
        </w:rPr>
        <w:t xml:space="preserve"> </w:t>
      </w:r>
      <w:r w:rsidRPr="00CF11E0">
        <w:rPr>
          <w:rFonts w:ascii="HY중고딕" w:eastAsia="한양중고딕" w:hAnsi="HY중고딕" w:cs="한양중고딕"/>
          <w:b/>
          <w:color w:val="FF0000"/>
          <w:u w:val="single"/>
          <w:lang w:eastAsia="ko-KR"/>
        </w:rPr>
        <w:t>실태조사</w:t>
      </w:r>
      <w:r w:rsidRPr="00CF11E0">
        <w:rPr>
          <w:rFonts w:ascii="HY중고딕" w:eastAsia="한양중고딕" w:hAnsi="HY중고딕" w:cs="한양중고딕"/>
          <w:b/>
          <w:color w:val="FF0000"/>
          <w:u w:val="single"/>
          <w:lang w:eastAsia="ko-KR"/>
        </w:rPr>
        <w:t xml:space="preserve"> </w:t>
      </w:r>
      <w:r w:rsidRPr="00CF11E0">
        <w:rPr>
          <w:rFonts w:ascii="HY중고딕" w:eastAsia="한양중고딕" w:hAnsi="HY중고딕" w:cs="한양중고딕"/>
          <w:b/>
          <w:color w:val="FF0000"/>
          <w:u w:val="single"/>
          <w:lang w:eastAsia="ko-KR"/>
        </w:rPr>
        <w:t>시</w:t>
      </w:r>
      <w:r w:rsidRPr="00CF11E0">
        <w:rPr>
          <w:rFonts w:ascii="HY중고딕" w:eastAsia="한양중고딕" w:hAnsi="HY중고딕" w:cs="한양중고딕"/>
          <w:b/>
          <w:color w:val="FF0000"/>
          <w:u w:val="single"/>
          <w:lang w:eastAsia="ko-KR"/>
        </w:rPr>
        <w:t xml:space="preserve"> </w:t>
      </w:r>
      <w:r w:rsidRPr="00CF11E0">
        <w:rPr>
          <w:rFonts w:ascii="HY중고딕" w:eastAsia="한양중고딕" w:hAnsi="HY중고딕" w:cs="한양중고딕"/>
          <w:b/>
          <w:color w:val="FF0000"/>
          <w:u w:val="single"/>
          <w:lang w:eastAsia="ko-KR"/>
        </w:rPr>
        <w:t>관련</w:t>
      </w:r>
      <w:r w:rsidRPr="00CF11E0">
        <w:rPr>
          <w:rFonts w:ascii="HY중고딕" w:eastAsia="한양중고딕" w:hAnsi="HY중고딕" w:cs="한양중고딕"/>
          <w:b/>
          <w:color w:val="FF0000"/>
          <w:u w:val="single"/>
          <w:lang w:eastAsia="ko-KR"/>
        </w:rPr>
        <w:t xml:space="preserve"> </w:t>
      </w:r>
      <w:r w:rsidRPr="00CF11E0">
        <w:rPr>
          <w:rFonts w:ascii="HY중고딕" w:eastAsia="한양중고딕" w:hAnsi="HY중고딕" w:cs="한양중고딕"/>
          <w:b/>
          <w:color w:val="FF0000"/>
          <w:u w:val="single"/>
          <w:lang w:eastAsia="ko-KR"/>
        </w:rPr>
        <w:t>증빙자료</w:t>
      </w:r>
      <w:r w:rsidRPr="00CF11E0">
        <w:rPr>
          <w:rFonts w:ascii="HY중고딕" w:eastAsia="한양중고딕" w:hAnsi="HY중고딕" w:cs="한양중고딕"/>
          <w:b/>
          <w:color w:val="FF0000"/>
          <w:u w:val="single"/>
          <w:lang w:eastAsia="ko-KR"/>
        </w:rPr>
        <w:t xml:space="preserve"> </w:t>
      </w:r>
      <w:r w:rsidRPr="00CF11E0">
        <w:rPr>
          <w:rFonts w:ascii="HY중고딕" w:eastAsia="한양중고딕" w:hAnsi="HY중고딕" w:cs="한양중고딕"/>
          <w:b/>
          <w:color w:val="FF0000"/>
          <w:u w:val="single"/>
          <w:lang w:eastAsia="ko-KR"/>
        </w:rPr>
        <w:t>확인</w:t>
      </w:r>
      <w:r w:rsidRPr="00CF11E0">
        <w:rPr>
          <w:rFonts w:ascii="HY중고딕" w:eastAsia="한양중고딕" w:hAnsi="HY중고딕" w:cs="한양중고딕"/>
          <w:b/>
          <w:color w:val="FF0000"/>
          <w:u w:val="single"/>
          <w:lang w:eastAsia="ko-KR"/>
        </w:rPr>
        <w:t xml:space="preserve"> </w:t>
      </w:r>
      <w:r w:rsidRPr="00CF11E0">
        <w:rPr>
          <w:rFonts w:ascii="HY중고딕" w:eastAsia="한양중고딕" w:hAnsi="HY중고딕" w:cs="한양중고딕"/>
          <w:b/>
          <w:color w:val="FF0000"/>
          <w:u w:val="single"/>
          <w:lang w:eastAsia="ko-KR"/>
        </w:rPr>
        <w:t>예정</w:t>
      </w:r>
    </w:p>
    <w:p w:rsidR="00DA08A1" w:rsidRPr="009478B6" w:rsidRDefault="00DA08A1">
      <w:pPr>
        <w:spacing w:line="360" w:lineRule="auto"/>
        <w:ind w:left="1208" w:hanging="1208"/>
        <w:jc w:val="center"/>
        <w:rPr>
          <w:rFonts w:ascii="HY중고딕" w:eastAsia="한양중고딕" w:hAnsi="HY중고딕"/>
          <w:b/>
          <w:sz w:val="10"/>
          <w:szCs w:val="20"/>
          <w:lang w:eastAsia="ko-KR"/>
        </w:rPr>
      </w:pPr>
    </w:p>
    <w:p w:rsidR="00DA08A1" w:rsidRPr="00D8649A" w:rsidRDefault="00F3557A" w:rsidP="003B716A">
      <w:pPr>
        <w:jc w:val="both"/>
        <w:rPr>
          <w:rFonts w:ascii="HY울릉도M" w:eastAsia="HY울릉도M" w:hAnsi="함초롬바탕"/>
          <w:sz w:val="28"/>
          <w:szCs w:val="28"/>
          <w:lang w:eastAsia="ko-KR"/>
        </w:rPr>
      </w:pPr>
      <w:r w:rsidRPr="00E323BB">
        <w:rPr>
          <w:rFonts w:ascii="HY울릉도M" w:eastAsia="HY울릉도M" w:hAnsi="함초롬바탕" w:cs="HY울릉도M" w:hint="eastAsia"/>
          <w:sz w:val="28"/>
          <w:shd w:val="pct15" w:color="auto" w:fill="FFFFFF"/>
          <w:lang w:eastAsia="ko-KR"/>
        </w:rPr>
        <w:t xml:space="preserve">1. </w:t>
      </w:r>
      <w:proofErr w:type="spellStart"/>
      <w:r w:rsidRPr="00E323BB">
        <w:rPr>
          <w:rFonts w:ascii="HY울릉도M" w:eastAsia="HY울릉도M" w:hAnsi="함초롬바탕" w:cs="HY울릉도M" w:hint="eastAsia"/>
          <w:sz w:val="28"/>
          <w:shd w:val="pct15" w:color="auto" w:fill="FFFFFF"/>
          <w:lang w:eastAsia="ko-KR"/>
        </w:rPr>
        <w:t>수출컨설팅</w:t>
      </w:r>
      <w:proofErr w:type="spellEnd"/>
      <w:r w:rsidRPr="00E323BB">
        <w:rPr>
          <w:rFonts w:ascii="HY울릉도M" w:eastAsia="HY울릉도M" w:hAnsi="함초롬바탕" w:cs="HY울릉도M" w:hint="eastAsia"/>
          <w:sz w:val="28"/>
          <w:shd w:val="pct15" w:color="auto" w:fill="FFFFFF"/>
          <w:lang w:eastAsia="ko-KR"/>
        </w:rPr>
        <w:t xml:space="preserve"> 실적 및 성과(</w:t>
      </w:r>
      <w:r w:rsidR="00D8649A" w:rsidRPr="00E323BB">
        <w:rPr>
          <w:rFonts w:ascii="HY울릉도M" w:eastAsia="HY울릉도M"/>
          <w:b/>
          <w:sz w:val="28"/>
          <w:shd w:val="pct15" w:color="auto" w:fill="FFFFFF"/>
          <w:lang w:eastAsia="ko-KR"/>
        </w:rPr>
        <w:t>‘</w:t>
      </w:r>
      <w:r w:rsidRPr="00E323BB">
        <w:rPr>
          <w:rFonts w:ascii="HY울릉도M" w:eastAsia="HY울릉도M" w:hAnsi="함초롬바탕" w:cs="HY울릉도M" w:hint="eastAsia"/>
          <w:sz w:val="28"/>
          <w:shd w:val="pct15" w:color="auto" w:fill="FFFFFF"/>
          <w:lang w:eastAsia="ko-KR"/>
        </w:rPr>
        <w:t xml:space="preserve">24.9 ~ </w:t>
      </w:r>
      <w:r w:rsidR="00D8649A" w:rsidRPr="00E323BB">
        <w:rPr>
          <w:rFonts w:ascii="HY울릉도M" w:eastAsia="HY울릉도M"/>
          <w:b/>
          <w:sz w:val="28"/>
          <w:shd w:val="pct15" w:color="auto" w:fill="FFFFFF"/>
          <w:lang w:eastAsia="ko-KR"/>
        </w:rPr>
        <w:t>‘</w:t>
      </w:r>
      <w:r w:rsidRPr="00E323BB">
        <w:rPr>
          <w:rFonts w:ascii="HY울릉도M" w:eastAsia="HY울릉도M" w:hAnsi="함초롬바탕" w:cs="HY울릉도M" w:hint="eastAsia"/>
          <w:sz w:val="28"/>
          <w:shd w:val="pct15" w:color="auto" w:fill="FFFFFF"/>
          <w:lang w:eastAsia="ko-KR"/>
        </w:rPr>
        <w:t>26.8)</w:t>
      </w:r>
    </w:p>
    <w:p w:rsidR="00DA08A1" w:rsidRDefault="00F3557A">
      <w:pPr>
        <w:spacing w:line="348" w:lineRule="auto"/>
        <w:jc w:val="both"/>
        <w:rPr>
          <w:rFonts w:ascii="HY헤드라인M" w:eastAsia="휴먼명조" w:hAnsi="HY헤드라인M"/>
          <w:b/>
          <w:sz w:val="8"/>
          <w:szCs w:val="8"/>
          <w:lang w:eastAsia="ko-KR"/>
        </w:rPr>
      </w:pPr>
      <w:r>
        <w:rPr>
          <w:rFonts w:ascii="HY헤드라인M" w:eastAsia="휴먼명조" w:hAnsi="HY헤드라인M" w:cs="휴먼명조"/>
          <w:b/>
          <w:sz w:val="8"/>
          <w:lang w:eastAsia="ko-KR"/>
        </w:rPr>
        <w:t xml:space="preserve"> </w:t>
      </w:r>
    </w:p>
    <w:tbl>
      <w:tblPr>
        <w:tblStyle w:val="af9"/>
        <w:tblW w:w="0" w:type="auto"/>
        <w:jc w:val="center"/>
        <w:tblLayout w:type="fixed"/>
        <w:tblLook w:val="04A0" w:firstRow="1" w:lastRow="0" w:firstColumn="1" w:lastColumn="0" w:noHBand="0" w:noVBand="1"/>
      </w:tblPr>
      <w:tblGrid>
        <w:gridCol w:w="1257"/>
        <w:gridCol w:w="1134"/>
        <w:gridCol w:w="1155"/>
        <w:gridCol w:w="1660"/>
        <w:gridCol w:w="1248"/>
        <w:gridCol w:w="1294"/>
        <w:gridCol w:w="1567"/>
      </w:tblGrid>
      <w:tr w:rsidR="00DA08A1" w:rsidTr="00AA3189">
        <w:trPr>
          <w:trHeight w:val="562"/>
          <w:jc w:val="center"/>
        </w:trPr>
        <w:tc>
          <w:tcPr>
            <w:tcW w:w="1257" w:type="dxa"/>
            <w:tcBorders>
              <w:top w:val="single" w:sz="12" w:space="0" w:color="000000"/>
              <w:left w:val="nil"/>
              <w:bottom w:val="double" w:sz="4" w:space="0" w:color="auto"/>
              <w:right w:val="single" w:sz="4" w:space="0" w:color="000000"/>
            </w:tcBorders>
            <w:shd w:val="clear" w:color="auto" w:fill="E6E6E6"/>
            <w:tcMar>
              <w:top w:w="28" w:type="dxa"/>
              <w:left w:w="102" w:type="dxa"/>
              <w:bottom w:w="28" w:type="dxa"/>
              <w:right w:w="102" w:type="dxa"/>
            </w:tcMar>
            <w:vAlign w:val="center"/>
          </w:tcPr>
          <w:p w:rsidR="00DA08A1" w:rsidRDefault="00F3557A" w:rsidP="00263F66">
            <w:pPr>
              <w:jc w:val="center"/>
              <w:rPr>
                <w:b/>
                <w:szCs w:val="20"/>
              </w:rPr>
            </w:pPr>
            <w:proofErr w:type="spellStart"/>
            <w:r>
              <w:rPr>
                <w:b/>
                <w:spacing w:val="-12"/>
                <w:w w:val="97"/>
              </w:rPr>
              <w:t>컨설팅분야</w:t>
            </w:r>
            <w:proofErr w:type="spellEnd"/>
            <w:r>
              <w:rPr>
                <w:b/>
                <w:spacing w:val="-12"/>
                <w:w w:val="97"/>
                <w:vertAlign w:val="superscript"/>
              </w:rPr>
              <w:t>*</w:t>
            </w:r>
          </w:p>
        </w:tc>
        <w:tc>
          <w:tcPr>
            <w:tcW w:w="1134" w:type="dxa"/>
            <w:tcBorders>
              <w:top w:val="single" w:sz="12" w:space="0" w:color="000000"/>
              <w:left w:val="single" w:sz="4" w:space="0" w:color="000000"/>
              <w:bottom w:val="double" w:sz="4" w:space="0" w:color="auto"/>
              <w:right w:val="single" w:sz="4" w:space="0" w:color="000000"/>
            </w:tcBorders>
            <w:shd w:val="clear" w:color="auto" w:fill="E6E6E6"/>
            <w:tcMar>
              <w:top w:w="28" w:type="dxa"/>
              <w:left w:w="102" w:type="dxa"/>
              <w:bottom w:w="28" w:type="dxa"/>
              <w:right w:w="102" w:type="dxa"/>
            </w:tcMar>
            <w:vAlign w:val="center"/>
          </w:tcPr>
          <w:p w:rsidR="00DA08A1" w:rsidRDefault="00F3557A" w:rsidP="00263F66">
            <w:pPr>
              <w:jc w:val="center"/>
              <w:rPr>
                <w:b/>
                <w:szCs w:val="20"/>
              </w:rPr>
            </w:pPr>
            <w:r>
              <w:rPr>
                <w:b/>
                <w:spacing w:val="-10"/>
                <w:w w:val="97"/>
              </w:rPr>
              <w:t>지원기업명</w:t>
            </w:r>
          </w:p>
        </w:tc>
        <w:tc>
          <w:tcPr>
            <w:tcW w:w="1155" w:type="dxa"/>
            <w:tcBorders>
              <w:top w:val="single" w:sz="12" w:space="0" w:color="000000"/>
              <w:left w:val="single" w:sz="4" w:space="0" w:color="000000"/>
              <w:bottom w:val="double" w:sz="4" w:space="0" w:color="auto"/>
              <w:right w:val="single" w:sz="4" w:space="0" w:color="000000"/>
            </w:tcBorders>
            <w:shd w:val="clear" w:color="auto" w:fill="E6E6E6"/>
            <w:tcMar>
              <w:top w:w="28" w:type="dxa"/>
              <w:left w:w="102" w:type="dxa"/>
              <w:bottom w:w="28" w:type="dxa"/>
              <w:right w:w="102" w:type="dxa"/>
            </w:tcMar>
            <w:vAlign w:val="center"/>
          </w:tcPr>
          <w:p w:rsidR="00DA08A1" w:rsidRDefault="00F3557A" w:rsidP="00263F66">
            <w:pPr>
              <w:jc w:val="center"/>
              <w:rPr>
                <w:b/>
                <w:sz w:val="18"/>
                <w:szCs w:val="18"/>
              </w:rPr>
            </w:pPr>
            <w:r>
              <w:rPr>
                <w:b/>
                <w:spacing w:val="-9"/>
                <w:w w:val="97"/>
                <w:sz w:val="18"/>
              </w:rPr>
              <w:t>(해당시)</w:t>
            </w:r>
          </w:p>
          <w:p w:rsidR="00DA08A1" w:rsidRDefault="00F3557A" w:rsidP="00263F66">
            <w:pPr>
              <w:jc w:val="center"/>
              <w:rPr>
                <w:b/>
                <w:szCs w:val="20"/>
              </w:rPr>
            </w:pPr>
            <w:r>
              <w:rPr>
                <w:b/>
                <w:spacing w:val="-10"/>
                <w:w w:val="97"/>
              </w:rPr>
              <w:t>사업명</w:t>
            </w:r>
          </w:p>
        </w:tc>
        <w:tc>
          <w:tcPr>
            <w:tcW w:w="1660" w:type="dxa"/>
            <w:tcBorders>
              <w:top w:val="single" w:sz="12" w:space="0" w:color="000000"/>
              <w:left w:val="single" w:sz="4" w:space="0" w:color="000000"/>
              <w:bottom w:val="double" w:sz="4" w:space="0" w:color="auto"/>
              <w:right w:val="single" w:sz="4" w:space="0" w:color="000000"/>
            </w:tcBorders>
            <w:shd w:val="clear" w:color="auto" w:fill="E6E6E6"/>
            <w:tcMar>
              <w:top w:w="28" w:type="dxa"/>
              <w:left w:w="102" w:type="dxa"/>
              <w:bottom w:w="28" w:type="dxa"/>
              <w:right w:w="102" w:type="dxa"/>
            </w:tcMar>
            <w:vAlign w:val="center"/>
          </w:tcPr>
          <w:p w:rsidR="00DA08A1" w:rsidRDefault="00F3557A" w:rsidP="00263F66">
            <w:pPr>
              <w:jc w:val="center"/>
              <w:rPr>
                <w:b/>
                <w:szCs w:val="20"/>
              </w:rPr>
            </w:pPr>
            <w:r>
              <w:rPr>
                <w:b/>
                <w:spacing w:val="-10"/>
                <w:w w:val="97"/>
              </w:rPr>
              <w:t>컨설팅기간</w:t>
            </w:r>
          </w:p>
        </w:tc>
        <w:tc>
          <w:tcPr>
            <w:tcW w:w="1248" w:type="dxa"/>
            <w:tcBorders>
              <w:top w:val="single" w:sz="12" w:space="0" w:color="000000"/>
              <w:left w:val="single" w:sz="4" w:space="0" w:color="000000"/>
              <w:bottom w:val="double" w:sz="4" w:space="0" w:color="auto"/>
              <w:right w:val="single" w:sz="4" w:space="0" w:color="000000"/>
            </w:tcBorders>
            <w:shd w:val="clear" w:color="auto" w:fill="E6E6E6"/>
            <w:tcMar>
              <w:top w:w="28" w:type="dxa"/>
              <w:left w:w="102" w:type="dxa"/>
              <w:bottom w:w="28" w:type="dxa"/>
              <w:right w:w="102" w:type="dxa"/>
            </w:tcMar>
            <w:vAlign w:val="center"/>
          </w:tcPr>
          <w:p w:rsidR="00DA08A1" w:rsidRDefault="00F3557A" w:rsidP="00263F66">
            <w:pPr>
              <w:jc w:val="center"/>
              <w:rPr>
                <w:b/>
                <w:szCs w:val="20"/>
              </w:rPr>
            </w:pPr>
            <w:r>
              <w:rPr>
                <w:b/>
                <w:spacing w:val="-10"/>
                <w:w w:val="97"/>
              </w:rPr>
              <w:t>컨설팅금액</w:t>
            </w:r>
          </w:p>
          <w:p w:rsidR="00DA08A1" w:rsidRDefault="00F3557A" w:rsidP="00263F66">
            <w:pPr>
              <w:jc w:val="center"/>
              <w:rPr>
                <w:b/>
                <w:sz w:val="18"/>
                <w:szCs w:val="18"/>
              </w:rPr>
            </w:pPr>
            <w:r>
              <w:rPr>
                <w:b/>
                <w:spacing w:val="-9"/>
                <w:w w:val="97"/>
                <w:sz w:val="18"/>
              </w:rPr>
              <w:t>(천원)</w:t>
            </w:r>
          </w:p>
        </w:tc>
        <w:tc>
          <w:tcPr>
            <w:tcW w:w="1294" w:type="dxa"/>
            <w:tcBorders>
              <w:top w:val="single" w:sz="12" w:space="0" w:color="000000"/>
              <w:left w:val="single" w:sz="4" w:space="0" w:color="000000"/>
              <w:bottom w:val="double" w:sz="4" w:space="0" w:color="auto"/>
              <w:right w:val="single" w:sz="4" w:space="0" w:color="000000"/>
            </w:tcBorders>
            <w:shd w:val="clear" w:color="auto" w:fill="E6E6E6"/>
            <w:tcMar>
              <w:top w:w="28" w:type="dxa"/>
              <w:left w:w="102" w:type="dxa"/>
              <w:bottom w:w="28" w:type="dxa"/>
              <w:right w:w="102" w:type="dxa"/>
            </w:tcMar>
            <w:vAlign w:val="center"/>
          </w:tcPr>
          <w:p w:rsidR="00DA08A1" w:rsidRDefault="00F3557A" w:rsidP="00263F66">
            <w:pPr>
              <w:jc w:val="center"/>
              <w:rPr>
                <w:b/>
                <w:szCs w:val="20"/>
              </w:rPr>
            </w:pPr>
            <w:r>
              <w:rPr>
                <w:b/>
                <w:spacing w:val="-10"/>
                <w:w w:val="97"/>
              </w:rPr>
              <w:t>주요내용</w:t>
            </w:r>
          </w:p>
        </w:tc>
        <w:tc>
          <w:tcPr>
            <w:tcW w:w="1567" w:type="dxa"/>
            <w:tcBorders>
              <w:top w:val="single" w:sz="12" w:space="0" w:color="000000"/>
              <w:left w:val="single" w:sz="4" w:space="0" w:color="000000"/>
              <w:bottom w:val="double" w:sz="4" w:space="0" w:color="auto"/>
              <w:right w:val="nil"/>
            </w:tcBorders>
            <w:shd w:val="clear" w:color="auto" w:fill="E6E6E6"/>
            <w:tcMar>
              <w:top w:w="28" w:type="dxa"/>
              <w:left w:w="102" w:type="dxa"/>
              <w:bottom w:w="28" w:type="dxa"/>
              <w:right w:w="102" w:type="dxa"/>
            </w:tcMar>
            <w:vAlign w:val="center"/>
          </w:tcPr>
          <w:p w:rsidR="00DA08A1" w:rsidRDefault="00F3557A" w:rsidP="00263F66">
            <w:pPr>
              <w:jc w:val="center"/>
              <w:rPr>
                <w:b/>
                <w:szCs w:val="20"/>
              </w:rPr>
            </w:pPr>
            <w:r>
              <w:rPr>
                <w:b/>
                <w:spacing w:val="-10"/>
                <w:w w:val="97"/>
              </w:rPr>
              <w:t>주요성과</w:t>
            </w:r>
            <w:r>
              <w:rPr>
                <w:b/>
                <w:spacing w:val="-10"/>
                <w:w w:val="97"/>
                <w:vertAlign w:val="superscript"/>
              </w:rPr>
              <w:t>**</w:t>
            </w:r>
          </w:p>
        </w:tc>
      </w:tr>
      <w:tr w:rsidR="00DA08A1" w:rsidTr="00AA3189">
        <w:trPr>
          <w:trHeight w:val="836"/>
          <w:jc w:val="center"/>
        </w:trPr>
        <w:tc>
          <w:tcPr>
            <w:tcW w:w="1257" w:type="dxa"/>
            <w:tcBorders>
              <w:top w:val="double" w:sz="4" w:space="0" w:color="auto"/>
              <w:left w:val="nil"/>
              <w:bottom w:val="single" w:sz="3" w:space="0" w:color="000000"/>
              <w:right w:val="single" w:sz="3" w:space="0" w:color="000000"/>
            </w:tcBorders>
            <w:tcMar>
              <w:top w:w="28" w:type="dxa"/>
              <w:left w:w="102" w:type="dxa"/>
              <w:bottom w:w="28" w:type="dxa"/>
              <w:right w:w="102" w:type="dxa"/>
            </w:tcMar>
            <w:vAlign w:val="center"/>
          </w:tcPr>
          <w:p w:rsidR="00DA08A1" w:rsidRDefault="00F3557A">
            <w:pPr>
              <w:spacing w:line="288" w:lineRule="auto"/>
              <w:jc w:val="center"/>
              <w:rPr>
                <w:szCs w:val="20"/>
              </w:rPr>
            </w:pPr>
            <w:r>
              <w:rPr>
                <w:i/>
                <w:color w:val="0000FF"/>
                <w:spacing w:val="-10"/>
                <w:w w:val="97"/>
              </w:rPr>
              <w:t>수출지원</w:t>
            </w:r>
          </w:p>
        </w:tc>
        <w:tc>
          <w:tcPr>
            <w:tcW w:w="1134" w:type="dxa"/>
            <w:tcBorders>
              <w:top w:val="double" w:sz="4" w:space="0" w:color="auto"/>
              <w:left w:val="single" w:sz="3" w:space="0" w:color="000000"/>
              <w:bottom w:val="single" w:sz="3" w:space="0" w:color="000000"/>
              <w:right w:val="single" w:sz="3" w:space="0" w:color="000000"/>
            </w:tcBorders>
            <w:tcMar>
              <w:top w:w="28" w:type="dxa"/>
              <w:left w:w="102" w:type="dxa"/>
              <w:bottom w:w="28" w:type="dxa"/>
              <w:right w:w="102" w:type="dxa"/>
            </w:tcMar>
            <w:vAlign w:val="center"/>
          </w:tcPr>
          <w:p w:rsidR="00DA08A1" w:rsidRDefault="00F3557A">
            <w:pPr>
              <w:spacing w:line="288" w:lineRule="auto"/>
              <w:jc w:val="center"/>
              <w:rPr>
                <w:szCs w:val="20"/>
              </w:rPr>
            </w:pPr>
            <w:r>
              <w:rPr>
                <w:i/>
                <w:color w:val="0000FF"/>
                <w:spacing w:val="-10"/>
                <w:w w:val="97"/>
              </w:rPr>
              <w:t>㈜가나다</w:t>
            </w:r>
          </w:p>
        </w:tc>
        <w:tc>
          <w:tcPr>
            <w:tcW w:w="1155" w:type="dxa"/>
            <w:tcBorders>
              <w:top w:val="double" w:sz="4" w:space="0" w:color="auto"/>
              <w:left w:val="single" w:sz="3" w:space="0" w:color="000000"/>
              <w:bottom w:val="single" w:sz="3" w:space="0" w:color="000000"/>
              <w:right w:val="single" w:sz="3" w:space="0" w:color="000000"/>
            </w:tcBorders>
            <w:tcMar>
              <w:top w:w="28" w:type="dxa"/>
              <w:left w:w="102" w:type="dxa"/>
              <w:bottom w:w="28" w:type="dxa"/>
              <w:right w:w="102" w:type="dxa"/>
            </w:tcMar>
            <w:vAlign w:val="center"/>
          </w:tcPr>
          <w:p w:rsidR="00DA08A1" w:rsidRDefault="00F3557A">
            <w:pPr>
              <w:spacing w:line="288" w:lineRule="auto"/>
              <w:jc w:val="center"/>
              <w:rPr>
                <w:szCs w:val="20"/>
              </w:rPr>
            </w:pPr>
            <w:r>
              <w:rPr>
                <w:i/>
                <w:color w:val="0000FF"/>
                <w:spacing w:val="-28"/>
                <w:w w:val="97"/>
              </w:rPr>
              <w:t>해외지사화사업</w:t>
            </w:r>
          </w:p>
        </w:tc>
        <w:tc>
          <w:tcPr>
            <w:tcW w:w="1660" w:type="dxa"/>
            <w:tcBorders>
              <w:top w:val="double" w:sz="4" w:space="0" w:color="auto"/>
              <w:left w:val="single" w:sz="3" w:space="0" w:color="000000"/>
              <w:bottom w:val="single" w:sz="3" w:space="0" w:color="000000"/>
              <w:right w:val="single" w:sz="3" w:space="0" w:color="000000"/>
            </w:tcBorders>
            <w:tcMar>
              <w:top w:w="28" w:type="dxa"/>
              <w:left w:w="102" w:type="dxa"/>
              <w:bottom w:w="28" w:type="dxa"/>
              <w:right w:w="102" w:type="dxa"/>
            </w:tcMar>
            <w:vAlign w:val="center"/>
          </w:tcPr>
          <w:p w:rsidR="00DA08A1" w:rsidRDefault="00F3557A">
            <w:pPr>
              <w:spacing w:line="288" w:lineRule="auto"/>
              <w:jc w:val="center"/>
              <w:rPr>
                <w:szCs w:val="20"/>
              </w:rPr>
            </w:pPr>
            <w:r>
              <w:rPr>
                <w:i/>
                <w:color w:val="0000FF"/>
                <w:spacing w:val="-10"/>
                <w:w w:val="97"/>
              </w:rPr>
              <w:t>’24.09.01.</w:t>
            </w:r>
          </w:p>
          <w:p w:rsidR="00DA08A1" w:rsidRDefault="00F3557A">
            <w:pPr>
              <w:spacing w:line="288" w:lineRule="auto"/>
              <w:jc w:val="center"/>
              <w:rPr>
                <w:szCs w:val="20"/>
              </w:rPr>
            </w:pPr>
            <w:r>
              <w:rPr>
                <w:i/>
                <w:color w:val="0000FF"/>
                <w:spacing w:val="-10"/>
                <w:w w:val="97"/>
              </w:rPr>
              <w:t>～’25.08.31.</w:t>
            </w:r>
          </w:p>
        </w:tc>
        <w:tc>
          <w:tcPr>
            <w:tcW w:w="1248" w:type="dxa"/>
            <w:tcBorders>
              <w:top w:val="double" w:sz="4" w:space="0" w:color="auto"/>
              <w:left w:val="single" w:sz="3" w:space="0" w:color="000000"/>
              <w:bottom w:val="single" w:sz="3" w:space="0" w:color="000000"/>
              <w:right w:val="single" w:sz="3" w:space="0" w:color="000000"/>
            </w:tcBorders>
            <w:tcMar>
              <w:top w:w="28" w:type="dxa"/>
              <w:left w:w="102" w:type="dxa"/>
              <w:bottom w:w="28" w:type="dxa"/>
              <w:right w:w="102" w:type="dxa"/>
            </w:tcMar>
            <w:vAlign w:val="center"/>
          </w:tcPr>
          <w:p w:rsidR="00DA08A1" w:rsidRDefault="00F3557A">
            <w:pPr>
              <w:spacing w:line="288" w:lineRule="auto"/>
              <w:jc w:val="center"/>
              <w:rPr>
                <w:szCs w:val="20"/>
              </w:rPr>
            </w:pPr>
            <w:r>
              <w:rPr>
                <w:i/>
                <w:color w:val="0000FF"/>
                <w:spacing w:val="-10"/>
                <w:w w:val="97"/>
              </w:rPr>
              <w:t>30,000</w:t>
            </w:r>
          </w:p>
        </w:tc>
        <w:tc>
          <w:tcPr>
            <w:tcW w:w="1294" w:type="dxa"/>
            <w:tcBorders>
              <w:top w:val="double" w:sz="4" w:space="0" w:color="auto"/>
              <w:left w:val="single" w:sz="3" w:space="0" w:color="000000"/>
              <w:bottom w:val="single" w:sz="3" w:space="0" w:color="000000"/>
              <w:right w:val="single" w:sz="3" w:space="0" w:color="000000"/>
            </w:tcBorders>
            <w:tcMar>
              <w:top w:w="28" w:type="dxa"/>
              <w:left w:w="102" w:type="dxa"/>
              <w:bottom w:w="28" w:type="dxa"/>
              <w:right w:w="102" w:type="dxa"/>
            </w:tcMar>
            <w:vAlign w:val="center"/>
          </w:tcPr>
          <w:p w:rsidR="00DA08A1" w:rsidRDefault="00F3557A">
            <w:pPr>
              <w:spacing w:line="288" w:lineRule="auto"/>
              <w:jc w:val="center"/>
              <w:rPr>
                <w:szCs w:val="20"/>
              </w:rPr>
            </w:pPr>
            <w:r>
              <w:rPr>
                <w:i/>
                <w:color w:val="0000FF"/>
                <w:spacing w:val="-10"/>
                <w:w w:val="97"/>
              </w:rPr>
              <w:t>법인설립</w:t>
            </w:r>
          </w:p>
        </w:tc>
        <w:tc>
          <w:tcPr>
            <w:tcW w:w="1567" w:type="dxa"/>
            <w:tcBorders>
              <w:top w:val="double" w:sz="4" w:space="0" w:color="auto"/>
              <w:left w:val="single" w:sz="3" w:space="0" w:color="000000"/>
              <w:bottom w:val="single" w:sz="3" w:space="0" w:color="000000"/>
              <w:right w:val="nil"/>
            </w:tcBorders>
            <w:tcMar>
              <w:top w:w="28" w:type="dxa"/>
              <w:left w:w="102" w:type="dxa"/>
              <w:bottom w:w="28" w:type="dxa"/>
              <w:right w:w="102" w:type="dxa"/>
            </w:tcMar>
            <w:vAlign w:val="center"/>
          </w:tcPr>
          <w:p w:rsidR="00DA08A1" w:rsidRDefault="00F3557A">
            <w:pPr>
              <w:spacing w:line="288" w:lineRule="auto"/>
              <w:jc w:val="center"/>
              <w:rPr>
                <w:szCs w:val="20"/>
                <w:lang w:eastAsia="ko-KR"/>
              </w:rPr>
            </w:pPr>
            <w:r>
              <w:rPr>
                <w:i/>
                <w:color w:val="0000FF"/>
                <w:spacing w:val="-10"/>
                <w:w w:val="97"/>
                <w:lang w:eastAsia="ko-KR"/>
              </w:rPr>
              <w:t>수출실적 5,000$,</w:t>
            </w:r>
          </w:p>
          <w:p w:rsidR="00DA08A1" w:rsidRDefault="00F3557A">
            <w:pPr>
              <w:spacing w:line="288" w:lineRule="auto"/>
              <w:jc w:val="center"/>
              <w:rPr>
                <w:szCs w:val="20"/>
                <w:lang w:eastAsia="ko-KR"/>
              </w:rPr>
            </w:pPr>
            <w:r>
              <w:rPr>
                <w:i/>
                <w:color w:val="0000FF"/>
                <w:spacing w:val="-10"/>
                <w:w w:val="97"/>
                <w:lang w:eastAsia="ko-KR"/>
              </w:rPr>
              <w:t>중국 법인 설립</w:t>
            </w:r>
          </w:p>
        </w:tc>
      </w:tr>
      <w:tr w:rsidR="00DA08A1" w:rsidTr="00263F66">
        <w:trPr>
          <w:trHeight w:hRule="exact" w:val="286"/>
          <w:jc w:val="center"/>
        </w:trPr>
        <w:tc>
          <w:tcPr>
            <w:tcW w:w="1257" w:type="dxa"/>
            <w:tcBorders>
              <w:top w:val="single" w:sz="3" w:space="0" w:color="000000"/>
              <w:left w:val="nil"/>
              <w:bottom w:val="single" w:sz="3" w:space="0" w:color="000000"/>
              <w:right w:val="single" w:sz="3" w:space="0" w:color="000000"/>
            </w:tcBorders>
            <w:tcMar>
              <w:top w:w="0" w:type="dxa"/>
              <w:left w:w="102" w:type="dxa"/>
              <w:bottom w:w="0" w:type="dxa"/>
              <w:right w:w="102" w:type="dxa"/>
            </w:tcMar>
            <w:vAlign w:val="center"/>
          </w:tcPr>
          <w:p w:rsidR="00DA08A1" w:rsidRDefault="00DA08A1">
            <w:pPr>
              <w:spacing w:line="322" w:lineRule="exact"/>
              <w:jc w:val="both"/>
              <w:rPr>
                <w:sz w:val="22"/>
                <w:lang w:eastAsia="ko-KR"/>
              </w:rPr>
            </w:pPr>
          </w:p>
        </w:tc>
        <w:tc>
          <w:tcPr>
            <w:tcW w:w="1134" w:type="dxa"/>
            <w:tcBorders>
              <w:top w:val="single" w:sz="3" w:space="0" w:color="000000"/>
              <w:left w:val="single" w:sz="3" w:space="0" w:color="000000"/>
              <w:bottom w:val="single" w:sz="3" w:space="0" w:color="000000"/>
              <w:right w:val="single" w:sz="3" w:space="0" w:color="000000"/>
            </w:tcBorders>
            <w:tcMar>
              <w:top w:w="0" w:type="dxa"/>
              <w:left w:w="102" w:type="dxa"/>
              <w:bottom w:w="0" w:type="dxa"/>
              <w:right w:w="102" w:type="dxa"/>
            </w:tcMar>
            <w:vAlign w:val="center"/>
          </w:tcPr>
          <w:p w:rsidR="00DA08A1" w:rsidRDefault="00DA08A1">
            <w:pPr>
              <w:spacing w:line="322" w:lineRule="exact"/>
              <w:jc w:val="both"/>
              <w:rPr>
                <w:sz w:val="22"/>
                <w:lang w:eastAsia="ko-KR"/>
              </w:rPr>
            </w:pPr>
          </w:p>
        </w:tc>
        <w:tc>
          <w:tcPr>
            <w:tcW w:w="1155" w:type="dxa"/>
            <w:tcBorders>
              <w:top w:val="single" w:sz="3" w:space="0" w:color="000000"/>
              <w:left w:val="single" w:sz="3" w:space="0" w:color="000000"/>
              <w:bottom w:val="single" w:sz="3" w:space="0" w:color="000000"/>
              <w:right w:val="single" w:sz="3" w:space="0" w:color="000000"/>
            </w:tcBorders>
            <w:tcMar>
              <w:top w:w="0" w:type="dxa"/>
              <w:left w:w="102" w:type="dxa"/>
              <w:bottom w:w="0" w:type="dxa"/>
              <w:right w:w="102" w:type="dxa"/>
            </w:tcMar>
            <w:vAlign w:val="center"/>
          </w:tcPr>
          <w:p w:rsidR="00DA08A1" w:rsidRDefault="00DA08A1">
            <w:pPr>
              <w:spacing w:line="322" w:lineRule="exact"/>
              <w:jc w:val="both"/>
              <w:rPr>
                <w:sz w:val="22"/>
                <w:lang w:eastAsia="ko-KR"/>
              </w:rPr>
            </w:pPr>
          </w:p>
        </w:tc>
        <w:tc>
          <w:tcPr>
            <w:tcW w:w="1660" w:type="dxa"/>
            <w:tcBorders>
              <w:top w:val="single" w:sz="3" w:space="0" w:color="000000"/>
              <w:left w:val="single" w:sz="3" w:space="0" w:color="000000"/>
              <w:bottom w:val="single" w:sz="3" w:space="0" w:color="000000"/>
              <w:right w:val="single" w:sz="3" w:space="0" w:color="000000"/>
            </w:tcBorders>
            <w:tcMar>
              <w:top w:w="0" w:type="dxa"/>
              <w:left w:w="102" w:type="dxa"/>
              <w:bottom w:w="0" w:type="dxa"/>
              <w:right w:w="102" w:type="dxa"/>
            </w:tcMar>
            <w:vAlign w:val="center"/>
          </w:tcPr>
          <w:p w:rsidR="00DA08A1" w:rsidRDefault="00DA08A1">
            <w:pPr>
              <w:spacing w:line="322" w:lineRule="exact"/>
              <w:jc w:val="both"/>
              <w:rPr>
                <w:sz w:val="22"/>
                <w:lang w:eastAsia="ko-KR"/>
              </w:rPr>
            </w:pPr>
          </w:p>
        </w:tc>
        <w:tc>
          <w:tcPr>
            <w:tcW w:w="1248" w:type="dxa"/>
            <w:tcBorders>
              <w:top w:val="single" w:sz="3" w:space="0" w:color="000000"/>
              <w:left w:val="single" w:sz="3" w:space="0" w:color="000000"/>
              <w:bottom w:val="single" w:sz="3" w:space="0" w:color="000000"/>
              <w:right w:val="single" w:sz="3" w:space="0" w:color="000000"/>
            </w:tcBorders>
            <w:tcMar>
              <w:top w:w="0" w:type="dxa"/>
              <w:left w:w="102" w:type="dxa"/>
              <w:bottom w:w="0" w:type="dxa"/>
              <w:right w:w="102" w:type="dxa"/>
            </w:tcMar>
            <w:vAlign w:val="center"/>
          </w:tcPr>
          <w:p w:rsidR="00DA08A1" w:rsidRDefault="00DA08A1">
            <w:pPr>
              <w:spacing w:line="322" w:lineRule="exact"/>
              <w:jc w:val="both"/>
              <w:rPr>
                <w:sz w:val="22"/>
                <w:lang w:eastAsia="ko-KR"/>
              </w:rPr>
            </w:pPr>
          </w:p>
        </w:tc>
        <w:tc>
          <w:tcPr>
            <w:tcW w:w="1294" w:type="dxa"/>
            <w:tcBorders>
              <w:top w:val="single" w:sz="3" w:space="0" w:color="000000"/>
              <w:left w:val="single" w:sz="3" w:space="0" w:color="000000"/>
              <w:bottom w:val="single" w:sz="3" w:space="0" w:color="000000"/>
              <w:right w:val="single" w:sz="3" w:space="0" w:color="000000"/>
            </w:tcBorders>
            <w:tcMar>
              <w:top w:w="0" w:type="dxa"/>
              <w:left w:w="102" w:type="dxa"/>
              <w:bottom w:w="0" w:type="dxa"/>
              <w:right w:w="102" w:type="dxa"/>
            </w:tcMar>
            <w:vAlign w:val="center"/>
          </w:tcPr>
          <w:p w:rsidR="00DA08A1" w:rsidRDefault="00DA08A1">
            <w:pPr>
              <w:spacing w:line="322" w:lineRule="exact"/>
              <w:jc w:val="both"/>
              <w:rPr>
                <w:sz w:val="22"/>
                <w:lang w:eastAsia="ko-KR"/>
              </w:rPr>
            </w:pPr>
          </w:p>
        </w:tc>
        <w:tc>
          <w:tcPr>
            <w:tcW w:w="1567" w:type="dxa"/>
            <w:tcBorders>
              <w:top w:val="single" w:sz="3" w:space="0" w:color="000000"/>
              <w:left w:val="single" w:sz="3" w:space="0" w:color="000000"/>
              <w:bottom w:val="single" w:sz="3" w:space="0" w:color="000000"/>
              <w:right w:val="nil"/>
            </w:tcBorders>
            <w:tcMar>
              <w:top w:w="0" w:type="dxa"/>
              <w:left w:w="102" w:type="dxa"/>
              <w:bottom w:w="0" w:type="dxa"/>
              <w:right w:w="102" w:type="dxa"/>
            </w:tcMar>
            <w:vAlign w:val="center"/>
          </w:tcPr>
          <w:p w:rsidR="00DA08A1" w:rsidRDefault="00DA08A1">
            <w:pPr>
              <w:spacing w:line="322" w:lineRule="exact"/>
              <w:jc w:val="both"/>
              <w:rPr>
                <w:sz w:val="22"/>
                <w:lang w:eastAsia="ko-KR"/>
              </w:rPr>
            </w:pPr>
          </w:p>
        </w:tc>
      </w:tr>
      <w:tr w:rsidR="00DA08A1" w:rsidTr="00263F66">
        <w:trPr>
          <w:trHeight w:hRule="exact" w:val="286"/>
          <w:jc w:val="center"/>
        </w:trPr>
        <w:tc>
          <w:tcPr>
            <w:tcW w:w="1257" w:type="dxa"/>
            <w:tcBorders>
              <w:top w:val="single" w:sz="3" w:space="0" w:color="000000"/>
              <w:left w:val="nil"/>
              <w:bottom w:val="single" w:sz="3" w:space="0" w:color="000000"/>
              <w:right w:val="single" w:sz="3" w:space="0" w:color="000000"/>
            </w:tcBorders>
            <w:tcMar>
              <w:top w:w="0" w:type="dxa"/>
              <w:left w:w="102" w:type="dxa"/>
              <w:bottom w:w="0" w:type="dxa"/>
              <w:right w:w="102" w:type="dxa"/>
            </w:tcMar>
            <w:vAlign w:val="center"/>
          </w:tcPr>
          <w:p w:rsidR="00DA08A1" w:rsidRDefault="00DA08A1">
            <w:pPr>
              <w:spacing w:line="322" w:lineRule="exact"/>
              <w:jc w:val="both"/>
              <w:rPr>
                <w:sz w:val="22"/>
                <w:lang w:eastAsia="ko-KR"/>
              </w:rPr>
            </w:pPr>
          </w:p>
        </w:tc>
        <w:tc>
          <w:tcPr>
            <w:tcW w:w="1134" w:type="dxa"/>
            <w:tcBorders>
              <w:top w:val="single" w:sz="3" w:space="0" w:color="000000"/>
              <w:left w:val="single" w:sz="3" w:space="0" w:color="000000"/>
              <w:bottom w:val="single" w:sz="3" w:space="0" w:color="000000"/>
              <w:right w:val="single" w:sz="3" w:space="0" w:color="000000"/>
            </w:tcBorders>
            <w:tcMar>
              <w:top w:w="0" w:type="dxa"/>
              <w:left w:w="102" w:type="dxa"/>
              <w:bottom w:w="0" w:type="dxa"/>
              <w:right w:w="102" w:type="dxa"/>
            </w:tcMar>
            <w:vAlign w:val="center"/>
          </w:tcPr>
          <w:p w:rsidR="00DA08A1" w:rsidRDefault="00DA08A1">
            <w:pPr>
              <w:spacing w:line="322" w:lineRule="exact"/>
              <w:jc w:val="both"/>
              <w:rPr>
                <w:sz w:val="22"/>
                <w:lang w:eastAsia="ko-KR"/>
              </w:rPr>
            </w:pPr>
          </w:p>
        </w:tc>
        <w:tc>
          <w:tcPr>
            <w:tcW w:w="1155" w:type="dxa"/>
            <w:tcBorders>
              <w:top w:val="single" w:sz="3" w:space="0" w:color="000000"/>
              <w:left w:val="single" w:sz="3" w:space="0" w:color="000000"/>
              <w:bottom w:val="single" w:sz="3" w:space="0" w:color="000000"/>
              <w:right w:val="single" w:sz="3" w:space="0" w:color="000000"/>
            </w:tcBorders>
            <w:tcMar>
              <w:top w:w="0" w:type="dxa"/>
              <w:left w:w="102" w:type="dxa"/>
              <w:bottom w:w="0" w:type="dxa"/>
              <w:right w:w="102" w:type="dxa"/>
            </w:tcMar>
            <w:vAlign w:val="center"/>
          </w:tcPr>
          <w:p w:rsidR="00DA08A1" w:rsidRDefault="00DA08A1">
            <w:pPr>
              <w:spacing w:line="322" w:lineRule="exact"/>
              <w:jc w:val="both"/>
              <w:rPr>
                <w:sz w:val="22"/>
                <w:lang w:eastAsia="ko-KR"/>
              </w:rPr>
            </w:pPr>
          </w:p>
        </w:tc>
        <w:tc>
          <w:tcPr>
            <w:tcW w:w="1660" w:type="dxa"/>
            <w:tcBorders>
              <w:top w:val="single" w:sz="3" w:space="0" w:color="000000"/>
              <w:left w:val="single" w:sz="3" w:space="0" w:color="000000"/>
              <w:bottom w:val="single" w:sz="3" w:space="0" w:color="000000"/>
              <w:right w:val="single" w:sz="3" w:space="0" w:color="000000"/>
            </w:tcBorders>
            <w:tcMar>
              <w:top w:w="0" w:type="dxa"/>
              <w:left w:w="102" w:type="dxa"/>
              <w:bottom w:w="0" w:type="dxa"/>
              <w:right w:w="102" w:type="dxa"/>
            </w:tcMar>
            <w:vAlign w:val="center"/>
          </w:tcPr>
          <w:p w:rsidR="00DA08A1" w:rsidRDefault="00DA08A1">
            <w:pPr>
              <w:spacing w:line="322" w:lineRule="exact"/>
              <w:jc w:val="both"/>
              <w:rPr>
                <w:sz w:val="22"/>
                <w:lang w:eastAsia="ko-KR"/>
              </w:rPr>
            </w:pPr>
          </w:p>
        </w:tc>
        <w:tc>
          <w:tcPr>
            <w:tcW w:w="1248" w:type="dxa"/>
            <w:tcBorders>
              <w:top w:val="single" w:sz="3" w:space="0" w:color="000000"/>
              <w:left w:val="single" w:sz="3" w:space="0" w:color="000000"/>
              <w:bottom w:val="single" w:sz="3" w:space="0" w:color="000000"/>
              <w:right w:val="single" w:sz="3" w:space="0" w:color="000000"/>
            </w:tcBorders>
            <w:tcMar>
              <w:top w:w="0" w:type="dxa"/>
              <w:left w:w="102" w:type="dxa"/>
              <w:bottom w:w="0" w:type="dxa"/>
              <w:right w:w="102" w:type="dxa"/>
            </w:tcMar>
            <w:vAlign w:val="center"/>
          </w:tcPr>
          <w:p w:rsidR="00DA08A1" w:rsidRDefault="00DA08A1">
            <w:pPr>
              <w:spacing w:line="322" w:lineRule="exact"/>
              <w:jc w:val="both"/>
              <w:rPr>
                <w:sz w:val="22"/>
                <w:lang w:eastAsia="ko-KR"/>
              </w:rPr>
            </w:pPr>
          </w:p>
        </w:tc>
        <w:tc>
          <w:tcPr>
            <w:tcW w:w="1294" w:type="dxa"/>
            <w:tcBorders>
              <w:top w:val="single" w:sz="3" w:space="0" w:color="000000"/>
              <w:left w:val="single" w:sz="3" w:space="0" w:color="000000"/>
              <w:bottom w:val="single" w:sz="3" w:space="0" w:color="000000"/>
              <w:right w:val="single" w:sz="3" w:space="0" w:color="000000"/>
            </w:tcBorders>
            <w:tcMar>
              <w:top w:w="0" w:type="dxa"/>
              <w:left w:w="102" w:type="dxa"/>
              <w:bottom w:w="0" w:type="dxa"/>
              <w:right w:w="102" w:type="dxa"/>
            </w:tcMar>
            <w:vAlign w:val="center"/>
          </w:tcPr>
          <w:p w:rsidR="00DA08A1" w:rsidRDefault="00DA08A1">
            <w:pPr>
              <w:spacing w:line="322" w:lineRule="exact"/>
              <w:jc w:val="both"/>
              <w:rPr>
                <w:sz w:val="22"/>
                <w:lang w:eastAsia="ko-KR"/>
              </w:rPr>
            </w:pPr>
          </w:p>
        </w:tc>
        <w:tc>
          <w:tcPr>
            <w:tcW w:w="1567" w:type="dxa"/>
            <w:tcBorders>
              <w:top w:val="single" w:sz="3" w:space="0" w:color="000000"/>
              <w:left w:val="single" w:sz="3" w:space="0" w:color="000000"/>
              <w:bottom w:val="single" w:sz="3" w:space="0" w:color="000000"/>
              <w:right w:val="nil"/>
            </w:tcBorders>
            <w:tcMar>
              <w:top w:w="0" w:type="dxa"/>
              <w:left w:w="102" w:type="dxa"/>
              <w:bottom w:w="0" w:type="dxa"/>
              <w:right w:w="102" w:type="dxa"/>
            </w:tcMar>
            <w:vAlign w:val="center"/>
          </w:tcPr>
          <w:p w:rsidR="00DA08A1" w:rsidRDefault="00DA08A1">
            <w:pPr>
              <w:spacing w:line="322" w:lineRule="exact"/>
              <w:jc w:val="both"/>
              <w:rPr>
                <w:sz w:val="22"/>
                <w:lang w:eastAsia="ko-KR"/>
              </w:rPr>
            </w:pPr>
          </w:p>
        </w:tc>
      </w:tr>
      <w:tr w:rsidR="00AA3189" w:rsidTr="00AA3189">
        <w:trPr>
          <w:trHeight w:hRule="exact" w:val="286"/>
          <w:jc w:val="center"/>
        </w:trPr>
        <w:tc>
          <w:tcPr>
            <w:tcW w:w="1257" w:type="dxa"/>
            <w:tcBorders>
              <w:top w:val="single" w:sz="3" w:space="0" w:color="000000"/>
              <w:left w:val="nil"/>
              <w:bottom w:val="single" w:sz="4" w:space="0" w:color="000000"/>
              <w:right w:val="single" w:sz="3" w:space="0" w:color="000000"/>
            </w:tcBorders>
            <w:tcMar>
              <w:top w:w="0" w:type="dxa"/>
              <w:left w:w="102" w:type="dxa"/>
              <w:bottom w:w="0" w:type="dxa"/>
              <w:right w:w="102" w:type="dxa"/>
            </w:tcMar>
            <w:vAlign w:val="center"/>
          </w:tcPr>
          <w:p w:rsidR="00AA3189" w:rsidRDefault="00AA3189">
            <w:pPr>
              <w:spacing w:line="322" w:lineRule="exact"/>
              <w:jc w:val="both"/>
              <w:rPr>
                <w:sz w:val="22"/>
                <w:lang w:eastAsia="ko-KR"/>
              </w:rPr>
            </w:pPr>
          </w:p>
        </w:tc>
        <w:tc>
          <w:tcPr>
            <w:tcW w:w="1134" w:type="dxa"/>
            <w:tcBorders>
              <w:top w:val="single" w:sz="3" w:space="0" w:color="000000"/>
              <w:left w:val="single" w:sz="3" w:space="0" w:color="000000"/>
              <w:bottom w:val="single" w:sz="4" w:space="0" w:color="000000"/>
              <w:right w:val="single" w:sz="3" w:space="0" w:color="000000"/>
            </w:tcBorders>
            <w:tcMar>
              <w:top w:w="0" w:type="dxa"/>
              <w:left w:w="102" w:type="dxa"/>
              <w:bottom w:w="0" w:type="dxa"/>
              <w:right w:w="102" w:type="dxa"/>
            </w:tcMar>
            <w:vAlign w:val="center"/>
          </w:tcPr>
          <w:p w:rsidR="00AA3189" w:rsidRDefault="00AA3189">
            <w:pPr>
              <w:spacing w:line="322" w:lineRule="exact"/>
              <w:jc w:val="both"/>
              <w:rPr>
                <w:sz w:val="22"/>
                <w:lang w:eastAsia="ko-KR"/>
              </w:rPr>
            </w:pPr>
          </w:p>
        </w:tc>
        <w:tc>
          <w:tcPr>
            <w:tcW w:w="1155" w:type="dxa"/>
            <w:tcBorders>
              <w:top w:val="single" w:sz="3" w:space="0" w:color="000000"/>
              <w:left w:val="single" w:sz="3" w:space="0" w:color="000000"/>
              <w:bottom w:val="single" w:sz="4" w:space="0" w:color="000000"/>
              <w:right w:val="single" w:sz="3" w:space="0" w:color="000000"/>
            </w:tcBorders>
            <w:tcMar>
              <w:top w:w="0" w:type="dxa"/>
              <w:left w:w="102" w:type="dxa"/>
              <w:bottom w:w="0" w:type="dxa"/>
              <w:right w:w="102" w:type="dxa"/>
            </w:tcMar>
            <w:vAlign w:val="center"/>
          </w:tcPr>
          <w:p w:rsidR="00AA3189" w:rsidRDefault="00AA3189">
            <w:pPr>
              <w:spacing w:line="322" w:lineRule="exact"/>
              <w:jc w:val="both"/>
              <w:rPr>
                <w:sz w:val="22"/>
                <w:lang w:eastAsia="ko-KR"/>
              </w:rPr>
            </w:pPr>
          </w:p>
        </w:tc>
        <w:tc>
          <w:tcPr>
            <w:tcW w:w="1660" w:type="dxa"/>
            <w:tcBorders>
              <w:top w:val="single" w:sz="3" w:space="0" w:color="000000"/>
              <w:left w:val="single" w:sz="3" w:space="0" w:color="000000"/>
              <w:bottom w:val="single" w:sz="4" w:space="0" w:color="000000"/>
              <w:right w:val="single" w:sz="3" w:space="0" w:color="000000"/>
            </w:tcBorders>
            <w:tcMar>
              <w:top w:w="0" w:type="dxa"/>
              <w:left w:w="102" w:type="dxa"/>
              <w:bottom w:w="0" w:type="dxa"/>
              <w:right w:w="102" w:type="dxa"/>
            </w:tcMar>
            <w:vAlign w:val="center"/>
          </w:tcPr>
          <w:p w:rsidR="00AA3189" w:rsidRDefault="00AA3189">
            <w:pPr>
              <w:spacing w:line="322" w:lineRule="exact"/>
              <w:jc w:val="both"/>
              <w:rPr>
                <w:sz w:val="22"/>
                <w:lang w:eastAsia="ko-KR"/>
              </w:rPr>
            </w:pPr>
          </w:p>
        </w:tc>
        <w:tc>
          <w:tcPr>
            <w:tcW w:w="1248" w:type="dxa"/>
            <w:tcBorders>
              <w:top w:val="single" w:sz="3" w:space="0" w:color="000000"/>
              <w:left w:val="single" w:sz="3" w:space="0" w:color="000000"/>
              <w:bottom w:val="single" w:sz="4" w:space="0" w:color="000000"/>
              <w:right w:val="single" w:sz="3" w:space="0" w:color="000000"/>
            </w:tcBorders>
            <w:tcMar>
              <w:top w:w="0" w:type="dxa"/>
              <w:left w:w="102" w:type="dxa"/>
              <w:bottom w:w="0" w:type="dxa"/>
              <w:right w:w="102" w:type="dxa"/>
            </w:tcMar>
            <w:vAlign w:val="center"/>
          </w:tcPr>
          <w:p w:rsidR="00AA3189" w:rsidRDefault="00AA3189">
            <w:pPr>
              <w:spacing w:line="322" w:lineRule="exact"/>
              <w:jc w:val="both"/>
              <w:rPr>
                <w:sz w:val="22"/>
                <w:lang w:eastAsia="ko-KR"/>
              </w:rPr>
            </w:pPr>
          </w:p>
        </w:tc>
        <w:tc>
          <w:tcPr>
            <w:tcW w:w="1294" w:type="dxa"/>
            <w:tcBorders>
              <w:top w:val="single" w:sz="3" w:space="0" w:color="000000"/>
              <w:left w:val="single" w:sz="3" w:space="0" w:color="000000"/>
              <w:bottom w:val="single" w:sz="4" w:space="0" w:color="000000"/>
              <w:right w:val="single" w:sz="3" w:space="0" w:color="000000"/>
            </w:tcBorders>
            <w:tcMar>
              <w:top w:w="0" w:type="dxa"/>
              <w:left w:w="102" w:type="dxa"/>
              <w:bottom w:w="0" w:type="dxa"/>
              <w:right w:w="102" w:type="dxa"/>
            </w:tcMar>
            <w:vAlign w:val="center"/>
          </w:tcPr>
          <w:p w:rsidR="00AA3189" w:rsidRDefault="00AA3189">
            <w:pPr>
              <w:spacing w:line="322" w:lineRule="exact"/>
              <w:jc w:val="both"/>
              <w:rPr>
                <w:sz w:val="22"/>
                <w:lang w:eastAsia="ko-KR"/>
              </w:rPr>
            </w:pPr>
          </w:p>
        </w:tc>
        <w:tc>
          <w:tcPr>
            <w:tcW w:w="1567" w:type="dxa"/>
            <w:tcBorders>
              <w:top w:val="single" w:sz="3" w:space="0" w:color="000000"/>
              <w:left w:val="single" w:sz="3" w:space="0" w:color="000000"/>
              <w:bottom w:val="single" w:sz="4" w:space="0" w:color="000000"/>
              <w:right w:val="nil"/>
            </w:tcBorders>
            <w:tcMar>
              <w:top w:w="0" w:type="dxa"/>
              <w:left w:w="102" w:type="dxa"/>
              <w:bottom w:w="0" w:type="dxa"/>
              <w:right w:w="102" w:type="dxa"/>
            </w:tcMar>
            <w:vAlign w:val="center"/>
          </w:tcPr>
          <w:p w:rsidR="00AA3189" w:rsidRDefault="00AA3189">
            <w:pPr>
              <w:spacing w:line="322" w:lineRule="exact"/>
              <w:jc w:val="both"/>
              <w:rPr>
                <w:sz w:val="22"/>
                <w:lang w:eastAsia="ko-KR"/>
              </w:rPr>
            </w:pPr>
          </w:p>
        </w:tc>
      </w:tr>
      <w:tr w:rsidR="00AA3189" w:rsidTr="00AA3189">
        <w:trPr>
          <w:trHeight w:hRule="exact" w:val="286"/>
          <w:jc w:val="center"/>
        </w:trPr>
        <w:tc>
          <w:tcPr>
            <w:tcW w:w="1257" w:type="dxa"/>
            <w:tcBorders>
              <w:top w:val="single" w:sz="4" w:space="0" w:color="000000"/>
              <w:left w:val="nil"/>
              <w:bottom w:val="single" w:sz="12" w:space="0" w:color="auto"/>
              <w:right w:val="single" w:sz="4" w:space="0" w:color="000000"/>
            </w:tcBorders>
            <w:tcMar>
              <w:top w:w="0" w:type="dxa"/>
              <w:left w:w="102" w:type="dxa"/>
              <w:bottom w:w="0" w:type="dxa"/>
              <w:right w:w="102" w:type="dxa"/>
            </w:tcMar>
            <w:vAlign w:val="center"/>
          </w:tcPr>
          <w:p w:rsidR="00AA3189" w:rsidRDefault="00AA3189">
            <w:pPr>
              <w:spacing w:line="322" w:lineRule="exact"/>
              <w:jc w:val="both"/>
              <w:rPr>
                <w:sz w:val="22"/>
                <w:lang w:eastAsia="ko-KR"/>
              </w:rPr>
            </w:pPr>
          </w:p>
        </w:tc>
        <w:tc>
          <w:tcPr>
            <w:tcW w:w="1134" w:type="dxa"/>
            <w:tcBorders>
              <w:top w:val="single" w:sz="4" w:space="0" w:color="000000"/>
              <w:left w:val="single" w:sz="4" w:space="0" w:color="000000"/>
              <w:bottom w:val="single" w:sz="12" w:space="0" w:color="auto"/>
              <w:right w:val="single" w:sz="4" w:space="0" w:color="000000"/>
            </w:tcBorders>
            <w:tcMar>
              <w:top w:w="0" w:type="dxa"/>
              <w:left w:w="102" w:type="dxa"/>
              <w:bottom w:w="0" w:type="dxa"/>
              <w:right w:w="102" w:type="dxa"/>
            </w:tcMar>
            <w:vAlign w:val="center"/>
          </w:tcPr>
          <w:p w:rsidR="00AA3189" w:rsidRDefault="00AA3189">
            <w:pPr>
              <w:spacing w:line="322" w:lineRule="exact"/>
              <w:jc w:val="both"/>
              <w:rPr>
                <w:sz w:val="22"/>
                <w:lang w:eastAsia="ko-KR"/>
              </w:rPr>
            </w:pPr>
          </w:p>
        </w:tc>
        <w:tc>
          <w:tcPr>
            <w:tcW w:w="1155" w:type="dxa"/>
            <w:tcBorders>
              <w:top w:val="single" w:sz="4" w:space="0" w:color="000000"/>
              <w:left w:val="single" w:sz="4" w:space="0" w:color="000000"/>
              <w:bottom w:val="single" w:sz="12" w:space="0" w:color="auto"/>
              <w:right w:val="single" w:sz="4" w:space="0" w:color="000000"/>
            </w:tcBorders>
            <w:tcMar>
              <w:top w:w="0" w:type="dxa"/>
              <w:left w:w="102" w:type="dxa"/>
              <w:bottom w:w="0" w:type="dxa"/>
              <w:right w:w="102" w:type="dxa"/>
            </w:tcMar>
            <w:vAlign w:val="center"/>
          </w:tcPr>
          <w:p w:rsidR="00AA3189" w:rsidRDefault="00AA3189">
            <w:pPr>
              <w:spacing w:line="322" w:lineRule="exact"/>
              <w:jc w:val="both"/>
              <w:rPr>
                <w:sz w:val="22"/>
                <w:lang w:eastAsia="ko-KR"/>
              </w:rPr>
            </w:pPr>
          </w:p>
        </w:tc>
        <w:tc>
          <w:tcPr>
            <w:tcW w:w="1660" w:type="dxa"/>
            <w:tcBorders>
              <w:top w:val="single" w:sz="4" w:space="0" w:color="000000"/>
              <w:left w:val="single" w:sz="4" w:space="0" w:color="000000"/>
              <w:bottom w:val="single" w:sz="12" w:space="0" w:color="auto"/>
              <w:right w:val="single" w:sz="4" w:space="0" w:color="000000"/>
            </w:tcBorders>
            <w:tcMar>
              <w:top w:w="0" w:type="dxa"/>
              <w:left w:w="102" w:type="dxa"/>
              <w:bottom w:w="0" w:type="dxa"/>
              <w:right w:w="102" w:type="dxa"/>
            </w:tcMar>
            <w:vAlign w:val="center"/>
          </w:tcPr>
          <w:p w:rsidR="00AA3189" w:rsidRDefault="00AA3189">
            <w:pPr>
              <w:spacing w:line="322" w:lineRule="exact"/>
              <w:jc w:val="both"/>
              <w:rPr>
                <w:sz w:val="22"/>
                <w:lang w:eastAsia="ko-KR"/>
              </w:rPr>
            </w:pPr>
          </w:p>
        </w:tc>
        <w:tc>
          <w:tcPr>
            <w:tcW w:w="1248" w:type="dxa"/>
            <w:tcBorders>
              <w:top w:val="single" w:sz="4" w:space="0" w:color="000000"/>
              <w:left w:val="single" w:sz="4" w:space="0" w:color="000000"/>
              <w:bottom w:val="single" w:sz="12" w:space="0" w:color="auto"/>
              <w:right w:val="single" w:sz="4" w:space="0" w:color="000000"/>
            </w:tcBorders>
            <w:tcMar>
              <w:top w:w="0" w:type="dxa"/>
              <w:left w:w="102" w:type="dxa"/>
              <w:bottom w:w="0" w:type="dxa"/>
              <w:right w:w="102" w:type="dxa"/>
            </w:tcMar>
            <w:vAlign w:val="center"/>
          </w:tcPr>
          <w:p w:rsidR="00AA3189" w:rsidRDefault="00AA3189">
            <w:pPr>
              <w:spacing w:line="322" w:lineRule="exact"/>
              <w:jc w:val="both"/>
              <w:rPr>
                <w:sz w:val="22"/>
                <w:lang w:eastAsia="ko-KR"/>
              </w:rPr>
            </w:pPr>
          </w:p>
        </w:tc>
        <w:tc>
          <w:tcPr>
            <w:tcW w:w="1294" w:type="dxa"/>
            <w:tcBorders>
              <w:top w:val="single" w:sz="4" w:space="0" w:color="000000"/>
              <w:left w:val="single" w:sz="4" w:space="0" w:color="000000"/>
              <w:bottom w:val="single" w:sz="12" w:space="0" w:color="auto"/>
              <w:right w:val="single" w:sz="4" w:space="0" w:color="000000"/>
            </w:tcBorders>
            <w:tcMar>
              <w:top w:w="0" w:type="dxa"/>
              <w:left w:w="102" w:type="dxa"/>
              <w:bottom w:w="0" w:type="dxa"/>
              <w:right w:w="102" w:type="dxa"/>
            </w:tcMar>
            <w:vAlign w:val="center"/>
          </w:tcPr>
          <w:p w:rsidR="00AA3189" w:rsidRDefault="00AA3189">
            <w:pPr>
              <w:spacing w:line="322" w:lineRule="exact"/>
              <w:jc w:val="both"/>
              <w:rPr>
                <w:sz w:val="22"/>
                <w:lang w:eastAsia="ko-KR"/>
              </w:rPr>
            </w:pPr>
          </w:p>
        </w:tc>
        <w:tc>
          <w:tcPr>
            <w:tcW w:w="1567" w:type="dxa"/>
            <w:tcBorders>
              <w:top w:val="single" w:sz="4" w:space="0" w:color="000000"/>
              <w:left w:val="single" w:sz="4" w:space="0" w:color="000000"/>
              <w:bottom w:val="single" w:sz="12" w:space="0" w:color="auto"/>
              <w:right w:val="nil"/>
            </w:tcBorders>
            <w:tcMar>
              <w:top w:w="0" w:type="dxa"/>
              <w:left w:w="102" w:type="dxa"/>
              <w:bottom w:w="0" w:type="dxa"/>
              <w:right w:w="102" w:type="dxa"/>
            </w:tcMar>
            <w:vAlign w:val="center"/>
          </w:tcPr>
          <w:p w:rsidR="00AA3189" w:rsidRDefault="00AA3189">
            <w:pPr>
              <w:spacing w:line="322" w:lineRule="exact"/>
              <w:jc w:val="both"/>
              <w:rPr>
                <w:sz w:val="22"/>
                <w:lang w:eastAsia="ko-KR"/>
              </w:rPr>
            </w:pPr>
          </w:p>
        </w:tc>
      </w:tr>
    </w:tbl>
    <w:p w:rsidR="00DA08A1" w:rsidRPr="00D8649A" w:rsidRDefault="00F3557A">
      <w:pPr>
        <w:spacing w:line="348" w:lineRule="auto"/>
        <w:ind w:left="219" w:hanging="219"/>
        <w:jc w:val="both"/>
        <w:rPr>
          <w:szCs w:val="20"/>
          <w:lang w:eastAsia="ko-KR"/>
        </w:rPr>
      </w:pPr>
      <w:r>
        <w:rPr>
          <w:sz w:val="22"/>
          <w:lang w:eastAsia="ko-KR"/>
        </w:rPr>
        <w:t xml:space="preserve">   </w:t>
      </w:r>
      <w:r w:rsidRPr="00D8649A">
        <w:rPr>
          <w:szCs w:val="20"/>
          <w:lang w:eastAsia="ko-KR"/>
        </w:rPr>
        <w:t xml:space="preserve">* </w:t>
      </w:r>
      <w:proofErr w:type="spellStart"/>
      <w:proofErr w:type="gramStart"/>
      <w:r w:rsidRPr="00D8649A">
        <w:rPr>
          <w:szCs w:val="20"/>
          <w:lang w:eastAsia="ko-KR"/>
        </w:rPr>
        <w:t>컨설팅분야</w:t>
      </w:r>
      <w:proofErr w:type="spellEnd"/>
      <w:r w:rsidRPr="00D8649A">
        <w:rPr>
          <w:szCs w:val="20"/>
          <w:lang w:eastAsia="ko-KR"/>
        </w:rPr>
        <w:t xml:space="preserve"> :</w:t>
      </w:r>
      <w:proofErr w:type="gramEnd"/>
      <w:r w:rsidRPr="00D8649A">
        <w:rPr>
          <w:szCs w:val="20"/>
          <w:lang w:eastAsia="ko-KR"/>
        </w:rPr>
        <w:t xml:space="preserve"> 수출성약지원, </w:t>
      </w:r>
      <w:proofErr w:type="spellStart"/>
      <w:r w:rsidRPr="00D8649A">
        <w:rPr>
          <w:szCs w:val="20"/>
          <w:lang w:eastAsia="ko-KR"/>
        </w:rPr>
        <w:t>현지유통망</w:t>
      </w:r>
      <w:proofErr w:type="spellEnd"/>
      <w:r w:rsidRPr="00D8649A">
        <w:rPr>
          <w:szCs w:val="20"/>
          <w:lang w:eastAsia="ko-KR"/>
        </w:rPr>
        <w:t xml:space="preserve"> 입점 등 모집분야(4p) 참조하여 작성</w:t>
      </w:r>
    </w:p>
    <w:p w:rsidR="00DA08A1" w:rsidRPr="00D8649A" w:rsidRDefault="00F3557A">
      <w:pPr>
        <w:spacing w:line="348" w:lineRule="auto"/>
        <w:ind w:left="3448" w:hanging="3448"/>
        <w:jc w:val="both"/>
        <w:rPr>
          <w:szCs w:val="20"/>
          <w:lang w:eastAsia="ko-KR"/>
        </w:rPr>
      </w:pPr>
      <w:r w:rsidRPr="00D8649A">
        <w:rPr>
          <w:szCs w:val="20"/>
          <w:lang w:eastAsia="ko-KR"/>
        </w:rPr>
        <w:t xml:space="preserve">  ** </w:t>
      </w:r>
      <w:proofErr w:type="gramStart"/>
      <w:r w:rsidRPr="00D8649A">
        <w:rPr>
          <w:szCs w:val="20"/>
          <w:lang w:eastAsia="ko-KR"/>
        </w:rPr>
        <w:t>주요성과 :</w:t>
      </w:r>
      <w:proofErr w:type="gramEnd"/>
      <w:r w:rsidRPr="00D8649A">
        <w:rPr>
          <w:szCs w:val="20"/>
          <w:lang w:eastAsia="ko-KR"/>
        </w:rPr>
        <w:t xml:space="preserve"> </w:t>
      </w:r>
      <w:proofErr w:type="spellStart"/>
      <w:r w:rsidRPr="00D8649A">
        <w:rPr>
          <w:szCs w:val="20"/>
          <w:lang w:eastAsia="ko-KR"/>
        </w:rPr>
        <w:t>지원기업</w:t>
      </w:r>
      <w:proofErr w:type="spellEnd"/>
      <w:r w:rsidRPr="00D8649A">
        <w:rPr>
          <w:szCs w:val="20"/>
          <w:lang w:eastAsia="ko-KR"/>
        </w:rPr>
        <w:t xml:space="preserve"> 수출액, </w:t>
      </w:r>
      <w:proofErr w:type="spellStart"/>
      <w:r w:rsidRPr="00D8649A">
        <w:rPr>
          <w:szCs w:val="20"/>
          <w:lang w:eastAsia="ko-KR"/>
        </w:rPr>
        <w:t>투자유치액</w:t>
      </w:r>
      <w:proofErr w:type="spellEnd"/>
      <w:r w:rsidRPr="00D8649A">
        <w:rPr>
          <w:szCs w:val="20"/>
          <w:lang w:eastAsia="ko-KR"/>
        </w:rPr>
        <w:t>, 현지법인 설립 등 구체적인 실적 기재</w:t>
      </w:r>
    </w:p>
    <w:p w:rsidR="00DA08A1" w:rsidRDefault="00DA08A1">
      <w:pPr>
        <w:spacing w:line="348" w:lineRule="auto"/>
        <w:jc w:val="both"/>
        <w:rPr>
          <w:rFonts w:ascii="HY헤드라인M" w:eastAsia="휴먼명조" w:hAnsi="HY헤드라인M"/>
          <w:sz w:val="24"/>
          <w:szCs w:val="24"/>
          <w:lang w:eastAsia="ko-KR"/>
        </w:rPr>
      </w:pPr>
    </w:p>
    <w:p w:rsidR="00DA08A1" w:rsidRPr="00D8649A" w:rsidRDefault="00F3557A">
      <w:pPr>
        <w:spacing w:line="348" w:lineRule="auto"/>
        <w:jc w:val="both"/>
        <w:rPr>
          <w:rFonts w:ascii="HY울릉도M" w:eastAsia="HY울릉도M" w:hAnsi="함초롬바탕"/>
          <w:sz w:val="28"/>
          <w:szCs w:val="28"/>
          <w:lang w:eastAsia="ko-KR"/>
        </w:rPr>
      </w:pPr>
      <w:r w:rsidRPr="00BE6528">
        <w:rPr>
          <w:rFonts w:ascii="HY울릉도M" w:eastAsia="HY울릉도M" w:hAnsi="함초롬바탕" w:cs="HY울릉도M" w:hint="eastAsia"/>
          <w:sz w:val="28"/>
          <w:shd w:val="pct15" w:color="auto" w:fill="FFFFFF"/>
          <w:lang w:eastAsia="ko-KR"/>
        </w:rPr>
        <w:t xml:space="preserve">2. 컨설팅 </w:t>
      </w:r>
      <w:proofErr w:type="spellStart"/>
      <w:r w:rsidRPr="00BE6528">
        <w:rPr>
          <w:rFonts w:ascii="HY울릉도M" w:eastAsia="HY울릉도M" w:hAnsi="함초롬바탕" w:cs="HY울릉도M" w:hint="eastAsia"/>
          <w:sz w:val="28"/>
          <w:shd w:val="pct15" w:color="auto" w:fill="FFFFFF"/>
          <w:lang w:eastAsia="ko-KR"/>
        </w:rPr>
        <w:t>참여인력</w:t>
      </w:r>
      <w:proofErr w:type="spellEnd"/>
      <w:r w:rsidRPr="00BE6528">
        <w:rPr>
          <w:rFonts w:ascii="HY울릉도M" w:eastAsia="HY울릉도M" w:hAnsi="함초롬바탕" w:cs="HY울릉도M" w:hint="eastAsia"/>
          <w:sz w:val="28"/>
          <w:shd w:val="pct15" w:color="auto" w:fill="FFFFFF"/>
          <w:lang w:eastAsia="ko-KR"/>
        </w:rPr>
        <w:t xml:space="preserve"> 현황 </w:t>
      </w:r>
      <w:r w:rsidRPr="00D8649A">
        <w:rPr>
          <w:rFonts w:ascii="HY울릉도M" w:eastAsia="HY울릉도M" w:hAnsi="함초롬바탕" w:cs="HY울릉도M" w:hint="eastAsia"/>
          <w:sz w:val="28"/>
          <w:lang w:eastAsia="ko-KR"/>
        </w:rPr>
        <w:t>(</w:t>
      </w:r>
      <w:proofErr w:type="spellStart"/>
      <w:r w:rsidRPr="00D8649A">
        <w:rPr>
          <w:rFonts w:ascii="HY울릉도M" w:eastAsia="HY울릉도M" w:hAnsi="함초롬바탕" w:cs="HY울릉도M" w:hint="eastAsia"/>
          <w:sz w:val="28"/>
          <w:lang w:eastAsia="ko-KR"/>
        </w:rPr>
        <w:t>신청기업의</w:t>
      </w:r>
      <w:proofErr w:type="spellEnd"/>
      <w:r w:rsidRPr="00D8649A">
        <w:rPr>
          <w:rFonts w:ascii="HY울릉도M" w:eastAsia="HY울릉도M" w:hAnsi="함초롬바탕" w:cs="HY울릉도M" w:hint="eastAsia"/>
          <w:sz w:val="28"/>
          <w:lang w:eastAsia="ko-KR"/>
        </w:rPr>
        <w:t xml:space="preserve"> 정규직 직원만 기재)</w:t>
      </w:r>
    </w:p>
    <w:p w:rsidR="00DA08A1" w:rsidRPr="006630CB" w:rsidRDefault="00F3557A" w:rsidP="00EA3491">
      <w:pPr>
        <w:spacing w:line="348" w:lineRule="auto"/>
        <w:ind w:firstLineChars="200" w:firstLine="400"/>
        <w:jc w:val="both"/>
        <w:rPr>
          <w:rFonts w:ascii="HY중고딕" w:eastAsia="한양중고딕" w:hAnsi="HY중고딕"/>
          <w:lang w:eastAsia="ko-KR"/>
        </w:rPr>
      </w:pPr>
      <w:r w:rsidRPr="006630CB">
        <w:rPr>
          <w:rFonts w:ascii="HY중고딕" w:eastAsia="한양중고딕" w:hAnsi="HY중고딕" w:cs="한양중고딕"/>
          <w:color w:val="FF0000"/>
          <w:lang w:eastAsia="ko-KR"/>
        </w:rPr>
        <w:t xml:space="preserve">* </w:t>
      </w:r>
      <w:r w:rsidR="000A08A1">
        <w:rPr>
          <w:rFonts w:ascii="HY중고딕" w:eastAsia="한양중고딕" w:hAnsi="HY중고딕" w:cs="한양중고딕"/>
          <w:color w:val="FF0000"/>
          <w:lang w:eastAsia="ko-KR"/>
        </w:rPr>
        <w:t xml:space="preserve"> </w:t>
      </w:r>
      <w:proofErr w:type="spellStart"/>
      <w:r w:rsidRPr="006630CB">
        <w:rPr>
          <w:rFonts w:ascii="HY중고딕" w:eastAsia="한양중고딕" w:hAnsi="HY중고딕" w:cs="한양중고딕"/>
          <w:color w:val="FF0000"/>
          <w:lang w:eastAsia="ko-KR"/>
        </w:rPr>
        <w:t>국내소재의</w:t>
      </w:r>
      <w:proofErr w:type="spellEnd"/>
      <w:r w:rsidRPr="006630CB">
        <w:rPr>
          <w:rFonts w:ascii="HY중고딕" w:eastAsia="한양중고딕" w:hAnsi="HY중고딕" w:cs="한양중고딕"/>
          <w:color w:val="FF0000"/>
          <w:lang w:eastAsia="ko-KR"/>
        </w:rPr>
        <w:t xml:space="preserve"> </w:t>
      </w:r>
      <w:r w:rsidRPr="006630CB">
        <w:rPr>
          <w:rFonts w:ascii="HY중고딕" w:eastAsia="한양중고딕" w:hAnsi="HY중고딕" w:cs="한양중고딕"/>
          <w:color w:val="FF0000"/>
          <w:lang w:eastAsia="ko-KR"/>
        </w:rPr>
        <w:t>경우</w:t>
      </w:r>
      <w:r w:rsidRPr="006630CB">
        <w:rPr>
          <w:rFonts w:ascii="HY중고딕" w:eastAsia="한양중고딕" w:hAnsi="HY중고딕" w:cs="한양중고딕"/>
          <w:color w:val="FF0000"/>
          <w:lang w:eastAsia="ko-KR"/>
        </w:rPr>
        <w:t xml:space="preserve"> </w:t>
      </w:r>
      <w:r w:rsidRPr="006630CB">
        <w:rPr>
          <w:rFonts w:ascii="HY중고딕" w:eastAsia="한양중고딕" w:hAnsi="HY중고딕" w:cs="한양중고딕"/>
          <w:color w:val="FF0000"/>
          <w:lang w:eastAsia="ko-KR"/>
        </w:rPr>
        <w:t>국내법인</w:t>
      </w:r>
      <w:r w:rsidRPr="006630CB">
        <w:rPr>
          <w:rFonts w:ascii="HY중고딕" w:eastAsia="한양중고딕" w:hAnsi="HY중고딕" w:cs="한양중고딕"/>
          <w:color w:val="FF0000"/>
          <w:lang w:eastAsia="ko-KR"/>
        </w:rPr>
        <w:t xml:space="preserve"> </w:t>
      </w:r>
      <w:r w:rsidRPr="006630CB">
        <w:rPr>
          <w:rFonts w:ascii="HY중고딕" w:eastAsia="한양중고딕" w:hAnsi="HY중고딕" w:cs="한양중고딕"/>
          <w:color w:val="FF0000"/>
          <w:lang w:eastAsia="ko-KR"/>
        </w:rPr>
        <w:t>인력</w:t>
      </w:r>
      <w:r w:rsidRPr="006630CB">
        <w:rPr>
          <w:rFonts w:ascii="HY중고딕" w:eastAsia="한양중고딕" w:hAnsi="HY중고딕" w:cs="한양중고딕"/>
          <w:color w:val="FF0000"/>
          <w:lang w:eastAsia="ko-KR"/>
        </w:rPr>
        <w:t xml:space="preserve">, </w:t>
      </w:r>
      <w:r w:rsidRPr="006630CB">
        <w:rPr>
          <w:rFonts w:ascii="HY중고딕" w:eastAsia="한양중고딕" w:hAnsi="HY중고딕" w:cs="한양중고딕"/>
          <w:color w:val="FF0000"/>
          <w:lang w:eastAsia="ko-KR"/>
        </w:rPr>
        <w:t>해외</w:t>
      </w:r>
      <w:r w:rsidRPr="006630CB">
        <w:rPr>
          <w:rFonts w:ascii="HY중고딕" w:eastAsia="한양중고딕" w:hAnsi="HY중고딕" w:cs="한양중고딕"/>
          <w:color w:val="FF0000"/>
          <w:lang w:eastAsia="ko-KR"/>
        </w:rPr>
        <w:t xml:space="preserve"> </w:t>
      </w:r>
      <w:r w:rsidRPr="006630CB">
        <w:rPr>
          <w:rFonts w:ascii="HY중고딕" w:eastAsia="한양중고딕" w:hAnsi="HY중고딕" w:cs="한양중고딕"/>
          <w:color w:val="FF0000"/>
          <w:lang w:eastAsia="ko-KR"/>
        </w:rPr>
        <w:t>소재의</w:t>
      </w:r>
      <w:r w:rsidRPr="006630CB">
        <w:rPr>
          <w:rFonts w:ascii="HY중고딕" w:eastAsia="한양중고딕" w:hAnsi="HY중고딕" w:cs="한양중고딕"/>
          <w:color w:val="FF0000"/>
          <w:lang w:eastAsia="ko-KR"/>
        </w:rPr>
        <w:t xml:space="preserve"> </w:t>
      </w:r>
      <w:r w:rsidRPr="006630CB">
        <w:rPr>
          <w:rFonts w:ascii="HY중고딕" w:eastAsia="한양중고딕" w:hAnsi="HY중고딕" w:cs="한양중고딕"/>
          <w:color w:val="FF0000"/>
          <w:lang w:eastAsia="ko-KR"/>
        </w:rPr>
        <w:t>경우</w:t>
      </w:r>
      <w:r w:rsidRPr="006630CB">
        <w:rPr>
          <w:rFonts w:ascii="HY중고딕" w:eastAsia="한양중고딕" w:hAnsi="HY중고딕" w:cs="한양중고딕"/>
          <w:color w:val="FF0000"/>
          <w:lang w:eastAsia="ko-KR"/>
        </w:rPr>
        <w:t xml:space="preserve"> </w:t>
      </w:r>
      <w:r w:rsidRPr="006630CB">
        <w:rPr>
          <w:rFonts w:ascii="HY중고딕" w:eastAsia="한양중고딕" w:hAnsi="HY중고딕" w:cs="한양중고딕"/>
          <w:color w:val="FF0000"/>
          <w:lang w:eastAsia="ko-KR"/>
        </w:rPr>
        <w:t>해외법인</w:t>
      </w:r>
      <w:r w:rsidRPr="006630CB">
        <w:rPr>
          <w:rFonts w:ascii="HY중고딕" w:eastAsia="한양중고딕" w:hAnsi="HY중고딕" w:cs="한양중고딕"/>
          <w:color w:val="FF0000"/>
          <w:lang w:eastAsia="ko-KR"/>
        </w:rPr>
        <w:t xml:space="preserve"> </w:t>
      </w:r>
      <w:r w:rsidRPr="006630CB">
        <w:rPr>
          <w:rFonts w:ascii="HY중고딕" w:eastAsia="한양중고딕" w:hAnsi="HY중고딕" w:cs="한양중고딕"/>
          <w:color w:val="FF0000"/>
          <w:lang w:eastAsia="ko-KR"/>
        </w:rPr>
        <w:t>인력만</w:t>
      </w:r>
      <w:r w:rsidRPr="006630CB">
        <w:rPr>
          <w:rFonts w:ascii="HY중고딕" w:eastAsia="한양중고딕" w:hAnsi="HY중고딕" w:cs="한양중고딕"/>
          <w:color w:val="FF0000"/>
          <w:lang w:eastAsia="ko-KR"/>
        </w:rPr>
        <w:t xml:space="preserve"> </w:t>
      </w:r>
      <w:r w:rsidRPr="006630CB">
        <w:rPr>
          <w:rFonts w:ascii="HY중고딕" w:eastAsia="한양중고딕" w:hAnsi="HY중고딕" w:cs="한양중고딕"/>
          <w:color w:val="FF0000"/>
          <w:lang w:eastAsia="ko-KR"/>
        </w:rPr>
        <w:t>작성</w:t>
      </w:r>
    </w:p>
    <w:p w:rsidR="00DA08A1" w:rsidRDefault="00DA08A1">
      <w:pPr>
        <w:spacing w:line="348" w:lineRule="auto"/>
        <w:jc w:val="both"/>
        <w:rPr>
          <w:rFonts w:ascii="HY헤드라인M" w:eastAsia="휴먼명조" w:hAnsi="HY헤드라인M"/>
          <w:b/>
          <w:sz w:val="8"/>
          <w:szCs w:val="8"/>
          <w:lang w:eastAsia="ko-KR"/>
        </w:rPr>
      </w:pPr>
    </w:p>
    <w:tbl>
      <w:tblPr>
        <w:tblStyle w:val="af9"/>
        <w:tblW w:w="0" w:type="auto"/>
        <w:jc w:val="center"/>
        <w:tblLayout w:type="fixed"/>
        <w:tblLook w:val="04A0" w:firstRow="1" w:lastRow="0" w:firstColumn="1" w:lastColumn="0" w:noHBand="0" w:noVBand="1"/>
      </w:tblPr>
      <w:tblGrid>
        <w:gridCol w:w="920"/>
        <w:gridCol w:w="713"/>
        <w:gridCol w:w="1360"/>
        <w:gridCol w:w="1249"/>
        <w:gridCol w:w="1001"/>
        <w:gridCol w:w="2014"/>
        <w:gridCol w:w="1305"/>
        <w:gridCol w:w="850"/>
      </w:tblGrid>
      <w:tr w:rsidR="00DA08A1" w:rsidRPr="006630CB" w:rsidTr="002C17B4">
        <w:trPr>
          <w:trHeight w:hRule="exact" w:val="424"/>
          <w:jc w:val="center"/>
        </w:trPr>
        <w:tc>
          <w:tcPr>
            <w:tcW w:w="920" w:type="dxa"/>
            <w:vMerge w:val="restart"/>
            <w:tcBorders>
              <w:top w:val="single" w:sz="12" w:space="0" w:color="auto"/>
              <w:left w:val="nil"/>
              <w:bottom w:val="double" w:sz="4" w:space="0" w:color="auto"/>
              <w:right w:val="single" w:sz="4" w:space="0" w:color="000000"/>
            </w:tcBorders>
            <w:shd w:val="clear" w:color="auto" w:fill="E6E6E6"/>
            <w:tcMar>
              <w:top w:w="0" w:type="dxa"/>
              <w:left w:w="102" w:type="dxa"/>
              <w:bottom w:w="0" w:type="dxa"/>
              <w:right w:w="102" w:type="dxa"/>
            </w:tcMar>
            <w:vAlign w:val="center"/>
          </w:tcPr>
          <w:p w:rsidR="00DA08A1" w:rsidRPr="006630CB" w:rsidRDefault="00F3557A">
            <w:pPr>
              <w:spacing w:line="331" w:lineRule="exact"/>
              <w:jc w:val="center"/>
              <w:rPr>
                <w:szCs w:val="20"/>
              </w:rPr>
            </w:pPr>
            <w:proofErr w:type="spellStart"/>
            <w:r w:rsidRPr="006630CB">
              <w:rPr>
                <w:spacing w:val="-10"/>
                <w:w w:val="97"/>
              </w:rPr>
              <w:t>성명</w:t>
            </w:r>
            <w:proofErr w:type="spellEnd"/>
          </w:p>
        </w:tc>
        <w:tc>
          <w:tcPr>
            <w:tcW w:w="713" w:type="dxa"/>
            <w:vMerge w:val="restart"/>
            <w:tcBorders>
              <w:top w:val="single" w:sz="12" w:space="0" w:color="auto"/>
              <w:left w:val="single" w:sz="4" w:space="0" w:color="000000"/>
              <w:bottom w:val="double" w:sz="4" w:space="0" w:color="auto"/>
              <w:right w:val="single" w:sz="4" w:space="0" w:color="000000"/>
            </w:tcBorders>
            <w:shd w:val="clear" w:color="auto" w:fill="E6E6E6"/>
            <w:tcMar>
              <w:top w:w="0" w:type="dxa"/>
              <w:left w:w="102" w:type="dxa"/>
              <w:bottom w:w="0" w:type="dxa"/>
              <w:right w:w="102" w:type="dxa"/>
            </w:tcMar>
            <w:vAlign w:val="center"/>
          </w:tcPr>
          <w:p w:rsidR="00DA08A1" w:rsidRPr="006630CB" w:rsidRDefault="00F3557A">
            <w:pPr>
              <w:spacing w:line="331" w:lineRule="exact"/>
              <w:jc w:val="center"/>
              <w:rPr>
                <w:szCs w:val="20"/>
              </w:rPr>
            </w:pPr>
            <w:proofErr w:type="spellStart"/>
            <w:r w:rsidRPr="006630CB">
              <w:rPr>
                <w:spacing w:val="-10"/>
                <w:w w:val="97"/>
              </w:rPr>
              <w:t>직위</w:t>
            </w:r>
            <w:proofErr w:type="spellEnd"/>
          </w:p>
        </w:tc>
        <w:tc>
          <w:tcPr>
            <w:tcW w:w="1360" w:type="dxa"/>
            <w:vMerge w:val="restart"/>
            <w:tcBorders>
              <w:top w:val="single" w:sz="12" w:space="0" w:color="auto"/>
              <w:left w:val="single" w:sz="4" w:space="0" w:color="000000"/>
              <w:bottom w:val="double" w:sz="4" w:space="0" w:color="auto"/>
              <w:right w:val="single" w:sz="4" w:space="0" w:color="000000"/>
            </w:tcBorders>
            <w:shd w:val="clear" w:color="auto" w:fill="E6E6E6"/>
            <w:tcMar>
              <w:top w:w="0" w:type="dxa"/>
              <w:left w:w="102" w:type="dxa"/>
              <w:bottom w:w="0" w:type="dxa"/>
              <w:right w:w="102" w:type="dxa"/>
            </w:tcMar>
            <w:vAlign w:val="center"/>
          </w:tcPr>
          <w:p w:rsidR="00DA08A1" w:rsidRPr="006630CB" w:rsidRDefault="00F3557A">
            <w:pPr>
              <w:spacing w:line="331" w:lineRule="exact"/>
              <w:jc w:val="center"/>
              <w:rPr>
                <w:szCs w:val="20"/>
              </w:rPr>
            </w:pPr>
            <w:proofErr w:type="spellStart"/>
            <w:r w:rsidRPr="006630CB">
              <w:rPr>
                <w:spacing w:val="-10"/>
                <w:w w:val="97"/>
              </w:rPr>
              <w:t>최종학력</w:t>
            </w:r>
            <w:proofErr w:type="spellEnd"/>
          </w:p>
          <w:p w:rsidR="00DA08A1" w:rsidRPr="006630CB" w:rsidRDefault="00F3557A">
            <w:pPr>
              <w:spacing w:line="331" w:lineRule="exact"/>
              <w:jc w:val="center"/>
              <w:rPr>
                <w:sz w:val="18"/>
                <w:szCs w:val="18"/>
              </w:rPr>
            </w:pPr>
            <w:r w:rsidRPr="006630CB">
              <w:rPr>
                <w:spacing w:val="-9"/>
                <w:w w:val="97"/>
                <w:sz w:val="18"/>
              </w:rPr>
              <w:t>(</w:t>
            </w:r>
            <w:proofErr w:type="spellStart"/>
            <w:r w:rsidRPr="006630CB">
              <w:rPr>
                <w:spacing w:val="-9"/>
                <w:w w:val="97"/>
                <w:sz w:val="18"/>
              </w:rPr>
              <w:t>학교</w:t>
            </w:r>
            <w:proofErr w:type="spellEnd"/>
            <w:r w:rsidRPr="006630CB">
              <w:rPr>
                <w:spacing w:val="-9"/>
                <w:w w:val="97"/>
                <w:sz w:val="18"/>
              </w:rPr>
              <w:t>)</w:t>
            </w:r>
          </w:p>
        </w:tc>
        <w:tc>
          <w:tcPr>
            <w:tcW w:w="1249" w:type="dxa"/>
            <w:vMerge w:val="restart"/>
            <w:tcBorders>
              <w:top w:val="single" w:sz="12" w:space="0" w:color="auto"/>
              <w:left w:val="single" w:sz="4" w:space="0" w:color="000000"/>
              <w:bottom w:val="double" w:sz="4" w:space="0" w:color="auto"/>
              <w:right w:val="single" w:sz="4" w:space="0" w:color="000000"/>
            </w:tcBorders>
            <w:shd w:val="clear" w:color="auto" w:fill="E6E6E6"/>
            <w:tcMar>
              <w:top w:w="0" w:type="dxa"/>
              <w:left w:w="102" w:type="dxa"/>
              <w:bottom w:w="0" w:type="dxa"/>
              <w:right w:w="102" w:type="dxa"/>
            </w:tcMar>
            <w:vAlign w:val="center"/>
          </w:tcPr>
          <w:p w:rsidR="00DA08A1" w:rsidRPr="006630CB" w:rsidRDefault="00F3557A">
            <w:pPr>
              <w:spacing w:line="331" w:lineRule="exact"/>
              <w:jc w:val="center"/>
              <w:rPr>
                <w:szCs w:val="20"/>
              </w:rPr>
            </w:pPr>
            <w:proofErr w:type="spellStart"/>
            <w:r w:rsidRPr="006630CB">
              <w:rPr>
                <w:spacing w:val="-10"/>
                <w:w w:val="97"/>
              </w:rPr>
              <w:t>전문분야</w:t>
            </w:r>
            <w:proofErr w:type="spellEnd"/>
          </w:p>
        </w:tc>
        <w:tc>
          <w:tcPr>
            <w:tcW w:w="3015" w:type="dxa"/>
            <w:gridSpan w:val="2"/>
            <w:tcBorders>
              <w:top w:val="single" w:sz="12" w:space="0" w:color="auto"/>
              <w:left w:val="single" w:sz="4" w:space="0" w:color="000000"/>
              <w:bottom w:val="single" w:sz="2" w:space="0" w:color="000000"/>
              <w:right w:val="single" w:sz="4" w:space="0" w:color="000000"/>
            </w:tcBorders>
            <w:shd w:val="clear" w:color="auto" w:fill="E6E6E6"/>
            <w:tcMar>
              <w:top w:w="0" w:type="dxa"/>
              <w:left w:w="102" w:type="dxa"/>
              <w:bottom w:w="0" w:type="dxa"/>
              <w:right w:w="102" w:type="dxa"/>
            </w:tcMar>
            <w:vAlign w:val="center"/>
          </w:tcPr>
          <w:p w:rsidR="00DA08A1" w:rsidRPr="006630CB" w:rsidRDefault="00F3557A" w:rsidP="00D72C43">
            <w:pPr>
              <w:jc w:val="center"/>
              <w:rPr>
                <w:szCs w:val="20"/>
              </w:rPr>
            </w:pPr>
            <w:proofErr w:type="spellStart"/>
            <w:r w:rsidRPr="006630CB">
              <w:rPr>
                <w:spacing w:val="-10"/>
                <w:w w:val="97"/>
              </w:rPr>
              <w:t>컨설팅</w:t>
            </w:r>
            <w:proofErr w:type="spellEnd"/>
            <w:r w:rsidRPr="006630CB">
              <w:rPr>
                <w:spacing w:val="-10"/>
                <w:w w:val="97"/>
              </w:rPr>
              <w:t xml:space="preserve"> </w:t>
            </w:r>
            <w:proofErr w:type="spellStart"/>
            <w:r w:rsidRPr="006630CB">
              <w:rPr>
                <w:spacing w:val="-10"/>
                <w:w w:val="97"/>
              </w:rPr>
              <w:t>경력</w:t>
            </w:r>
            <w:proofErr w:type="spellEnd"/>
          </w:p>
        </w:tc>
        <w:tc>
          <w:tcPr>
            <w:tcW w:w="1305" w:type="dxa"/>
            <w:vMerge w:val="restart"/>
            <w:tcBorders>
              <w:top w:val="single" w:sz="12" w:space="0" w:color="auto"/>
              <w:left w:val="single" w:sz="4" w:space="0" w:color="000000"/>
              <w:bottom w:val="double" w:sz="4" w:space="0" w:color="auto"/>
              <w:right w:val="single" w:sz="4" w:space="0" w:color="000000"/>
            </w:tcBorders>
            <w:shd w:val="clear" w:color="auto" w:fill="E6E6E6"/>
            <w:tcMar>
              <w:top w:w="0" w:type="dxa"/>
              <w:left w:w="102" w:type="dxa"/>
              <w:bottom w:w="0" w:type="dxa"/>
              <w:right w:w="102" w:type="dxa"/>
            </w:tcMar>
            <w:vAlign w:val="center"/>
          </w:tcPr>
          <w:p w:rsidR="00DA08A1" w:rsidRPr="006630CB" w:rsidRDefault="00F3557A">
            <w:pPr>
              <w:spacing w:line="331" w:lineRule="exact"/>
              <w:jc w:val="center"/>
              <w:rPr>
                <w:szCs w:val="20"/>
              </w:rPr>
            </w:pPr>
            <w:proofErr w:type="spellStart"/>
            <w:r w:rsidRPr="006630CB">
              <w:rPr>
                <w:spacing w:val="-10"/>
                <w:w w:val="97"/>
              </w:rPr>
              <w:t>비고</w:t>
            </w:r>
            <w:proofErr w:type="spellEnd"/>
          </w:p>
        </w:tc>
        <w:tc>
          <w:tcPr>
            <w:tcW w:w="850" w:type="dxa"/>
            <w:vMerge w:val="restart"/>
            <w:tcBorders>
              <w:top w:val="single" w:sz="12" w:space="0" w:color="auto"/>
              <w:left w:val="single" w:sz="4" w:space="0" w:color="000000"/>
              <w:bottom w:val="double" w:sz="4" w:space="0" w:color="auto"/>
              <w:right w:val="nil"/>
            </w:tcBorders>
            <w:shd w:val="clear" w:color="auto" w:fill="E6E6E6"/>
            <w:tcMar>
              <w:top w:w="0" w:type="dxa"/>
              <w:left w:w="102" w:type="dxa"/>
              <w:bottom w:w="0" w:type="dxa"/>
              <w:right w:w="102" w:type="dxa"/>
            </w:tcMar>
            <w:vAlign w:val="center"/>
          </w:tcPr>
          <w:p w:rsidR="00DA08A1" w:rsidRPr="006630CB" w:rsidRDefault="00F3557A">
            <w:pPr>
              <w:spacing w:line="331" w:lineRule="exact"/>
              <w:jc w:val="center"/>
              <w:rPr>
                <w:szCs w:val="20"/>
              </w:rPr>
            </w:pPr>
            <w:proofErr w:type="spellStart"/>
            <w:r w:rsidRPr="006630CB">
              <w:rPr>
                <w:spacing w:val="-10"/>
                <w:w w:val="97"/>
              </w:rPr>
              <w:t>날인</w:t>
            </w:r>
            <w:proofErr w:type="spellEnd"/>
          </w:p>
        </w:tc>
      </w:tr>
      <w:tr w:rsidR="00DA08A1" w:rsidTr="002C17B4">
        <w:trPr>
          <w:trHeight w:hRule="exact" w:val="552"/>
          <w:jc w:val="center"/>
        </w:trPr>
        <w:tc>
          <w:tcPr>
            <w:tcW w:w="920" w:type="dxa"/>
            <w:vMerge/>
            <w:tcBorders>
              <w:top w:val="single" w:sz="4" w:space="0" w:color="000000"/>
              <w:left w:val="nil"/>
              <w:bottom w:val="double" w:sz="4" w:space="0" w:color="auto"/>
              <w:right w:val="single" w:sz="4" w:space="0" w:color="000000"/>
            </w:tcBorders>
          </w:tcPr>
          <w:p w:rsidR="00DA08A1" w:rsidRDefault="00DA08A1"/>
        </w:tc>
        <w:tc>
          <w:tcPr>
            <w:tcW w:w="713" w:type="dxa"/>
            <w:vMerge/>
            <w:tcBorders>
              <w:top w:val="single" w:sz="4" w:space="0" w:color="000000"/>
              <w:left w:val="single" w:sz="4" w:space="0" w:color="000000"/>
              <w:bottom w:val="double" w:sz="4" w:space="0" w:color="auto"/>
              <w:right w:val="single" w:sz="4" w:space="0" w:color="000000"/>
            </w:tcBorders>
          </w:tcPr>
          <w:p w:rsidR="00DA08A1" w:rsidRDefault="00DA08A1"/>
        </w:tc>
        <w:tc>
          <w:tcPr>
            <w:tcW w:w="1360" w:type="dxa"/>
            <w:vMerge/>
            <w:tcBorders>
              <w:top w:val="single" w:sz="4" w:space="0" w:color="000000"/>
              <w:left w:val="single" w:sz="4" w:space="0" w:color="000000"/>
              <w:bottom w:val="double" w:sz="4" w:space="0" w:color="auto"/>
              <w:right w:val="single" w:sz="4" w:space="0" w:color="000000"/>
            </w:tcBorders>
          </w:tcPr>
          <w:p w:rsidR="00DA08A1" w:rsidRDefault="00DA08A1"/>
        </w:tc>
        <w:tc>
          <w:tcPr>
            <w:tcW w:w="1249" w:type="dxa"/>
            <w:vMerge/>
            <w:tcBorders>
              <w:top w:val="single" w:sz="4" w:space="0" w:color="000000"/>
              <w:left w:val="single" w:sz="4" w:space="0" w:color="000000"/>
              <w:bottom w:val="double" w:sz="4" w:space="0" w:color="auto"/>
              <w:right w:val="single" w:sz="4" w:space="0" w:color="000000"/>
            </w:tcBorders>
          </w:tcPr>
          <w:p w:rsidR="00DA08A1" w:rsidRDefault="00DA08A1"/>
        </w:tc>
        <w:tc>
          <w:tcPr>
            <w:tcW w:w="1001" w:type="dxa"/>
            <w:tcBorders>
              <w:top w:val="single" w:sz="2" w:space="0" w:color="000000"/>
              <w:left w:val="single" w:sz="4" w:space="0" w:color="000000"/>
              <w:bottom w:val="double" w:sz="4" w:space="0" w:color="auto"/>
              <w:right w:val="single" w:sz="2" w:space="0" w:color="000000"/>
            </w:tcBorders>
            <w:shd w:val="clear" w:color="auto" w:fill="E6E6E6"/>
            <w:tcMar>
              <w:top w:w="0" w:type="dxa"/>
              <w:left w:w="102" w:type="dxa"/>
              <w:bottom w:w="0" w:type="dxa"/>
              <w:right w:w="102" w:type="dxa"/>
            </w:tcMar>
            <w:vAlign w:val="center"/>
          </w:tcPr>
          <w:p w:rsidR="00DA08A1" w:rsidRDefault="00F3557A" w:rsidP="001451BE">
            <w:pPr>
              <w:spacing w:line="276" w:lineRule="auto"/>
              <w:jc w:val="center"/>
              <w:rPr>
                <w:b/>
                <w:szCs w:val="20"/>
              </w:rPr>
            </w:pPr>
            <w:proofErr w:type="spellStart"/>
            <w:r>
              <w:rPr>
                <w:b/>
                <w:spacing w:val="-10"/>
                <w:w w:val="97"/>
              </w:rPr>
              <w:t>기간</w:t>
            </w:r>
            <w:proofErr w:type="spellEnd"/>
          </w:p>
        </w:tc>
        <w:tc>
          <w:tcPr>
            <w:tcW w:w="2014" w:type="dxa"/>
            <w:tcBorders>
              <w:top w:val="single" w:sz="2" w:space="0" w:color="000000"/>
              <w:left w:val="single" w:sz="2" w:space="0" w:color="000000"/>
              <w:bottom w:val="double" w:sz="4" w:space="0" w:color="auto"/>
              <w:right w:val="single" w:sz="4" w:space="0" w:color="000000"/>
            </w:tcBorders>
            <w:shd w:val="clear" w:color="auto" w:fill="E6E6E6"/>
            <w:tcMar>
              <w:top w:w="0" w:type="dxa"/>
              <w:left w:w="102" w:type="dxa"/>
              <w:bottom w:w="0" w:type="dxa"/>
              <w:right w:w="102" w:type="dxa"/>
            </w:tcMar>
            <w:vAlign w:val="center"/>
          </w:tcPr>
          <w:p w:rsidR="00DA08A1" w:rsidRDefault="00F3557A" w:rsidP="001451BE">
            <w:pPr>
              <w:spacing w:line="276" w:lineRule="auto"/>
              <w:jc w:val="center"/>
              <w:rPr>
                <w:b/>
                <w:szCs w:val="20"/>
              </w:rPr>
            </w:pPr>
            <w:proofErr w:type="spellStart"/>
            <w:r>
              <w:rPr>
                <w:b/>
                <w:spacing w:val="-10"/>
                <w:w w:val="97"/>
              </w:rPr>
              <w:t>주요</w:t>
            </w:r>
            <w:proofErr w:type="spellEnd"/>
            <w:r>
              <w:rPr>
                <w:b/>
                <w:spacing w:val="-10"/>
                <w:w w:val="97"/>
              </w:rPr>
              <w:t xml:space="preserve"> </w:t>
            </w:r>
            <w:proofErr w:type="spellStart"/>
            <w:r>
              <w:rPr>
                <w:b/>
                <w:spacing w:val="-10"/>
                <w:w w:val="97"/>
              </w:rPr>
              <w:t>경력</w:t>
            </w:r>
            <w:proofErr w:type="spellEnd"/>
          </w:p>
        </w:tc>
        <w:tc>
          <w:tcPr>
            <w:tcW w:w="1305" w:type="dxa"/>
            <w:vMerge/>
            <w:tcBorders>
              <w:top w:val="single" w:sz="4" w:space="0" w:color="000000"/>
              <w:left w:val="single" w:sz="4" w:space="0" w:color="000000"/>
              <w:bottom w:val="double" w:sz="4" w:space="0" w:color="auto"/>
              <w:right w:val="single" w:sz="4" w:space="0" w:color="000000"/>
            </w:tcBorders>
          </w:tcPr>
          <w:p w:rsidR="00DA08A1" w:rsidRDefault="00DA08A1"/>
        </w:tc>
        <w:tc>
          <w:tcPr>
            <w:tcW w:w="850" w:type="dxa"/>
            <w:vMerge/>
            <w:tcBorders>
              <w:top w:val="single" w:sz="4" w:space="0" w:color="000000"/>
              <w:left w:val="single" w:sz="4" w:space="0" w:color="000000"/>
              <w:bottom w:val="double" w:sz="4" w:space="0" w:color="auto"/>
              <w:right w:val="nil"/>
            </w:tcBorders>
          </w:tcPr>
          <w:p w:rsidR="00DA08A1" w:rsidRDefault="00DA08A1"/>
        </w:tc>
      </w:tr>
      <w:tr w:rsidR="00DA08A1" w:rsidTr="002C17B4">
        <w:trPr>
          <w:trHeight w:val="579"/>
          <w:jc w:val="center"/>
        </w:trPr>
        <w:tc>
          <w:tcPr>
            <w:tcW w:w="920" w:type="dxa"/>
            <w:tcBorders>
              <w:top w:val="double" w:sz="4" w:space="0" w:color="auto"/>
              <w:left w:val="nil"/>
              <w:bottom w:val="single" w:sz="3" w:space="0" w:color="000000"/>
              <w:right w:val="single" w:sz="3" w:space="0" w:color="000000"/>
            </w:tcBorders>
            <w:tcMar>
              <w:top w:w="28" w:type="dxa"/>
              <w:left w:w="102" w:type="dxa"/>
              <w:bottom w:w="28" w:type="dxa"/>
              <w:right w:w="102" w:type="dxa"/>
            </w:tcMar>
            <w:vAlign w:val="center"/>
          </w:tcPr>
          <w:p w:rsidR="00DA08A1" w:rsidRDefault="00F3557A">
            <w:pPr>
              <w:spacing w:line="288" w:lineRule="auto"/>
              <w:jc w:val="center"/>
              <w:rPr>
                <w:szCs w:val="20"/>
              </w:rPr>
            </w:pPr>
            <w:proofErr w:type="spellStart"/>
            <w:r>
              <w:rPr>
                <w:i/>
                <w:color w:val="0000FF"/>
                <w:spacing w:val="-10"/>
                <w:w w:val="97"/>
              </w:rPr>
              <w:t>중진공</w:t>
            </w:r>
            <w:proofErr w:type="spellEnd"/>
          </w:p>
        </w:tc>
        <w:tc>
          <w:tcPr>
            <w:tcW w:w="713" w:type="dxa"/>
            <w:tcBorders>
              <w:top w:val="double" w:sz="4" w:space="0" w:color="auto"/>
              <w:left w:val="single" w:sz="3" w:space="0" w:color="000000"/>
              <w:bottom w:val="single" w:sz="3" w:space="0" w:color="000000"/>
              <w:right w:val="single" w:sz="3" w:space="0" w:color="000000"/>
            </w:tcBorders>
            <w:tcMar>
              <w:top w:w="28" w:type="dxa"/>
              <w:left w:w="102" w:type="dxa"/>
              <w:bottom w:w="28" w:type="dxa"/>
              <w:right w:w="102" w:type="dxa"/>
            </w:tcMar>
            <w:vAlign w:val="center"/>
          </w:tcPr>
          <w:p w:rsidR="00DA08A1" w:rsidRDefault="00F3557A">
            <w:pPr>
              <w:spacing w:line="288" w:lineRule="auto"/>
              <w:jc w:val="center"/>
              <w:rPr>
                <w:szCs w:val="20"/>
              </w:rPr>
            </w:pPr>
            <w:proofErr w:type="spellStart"/>
            <w:r>
              <w:rPr>
                <w:i/>
                <w:color w:val="0000FF"/>
                <w:spacing w:val="-10"/>
                <w:w w:val="97"/>
              </w:rPr>
              <w:t>과장</w:t>
            </w:r>
            <w:proofErr w:type="spellEnd"/>
          </w:p>
        </w:tc>
        <w:tc>
          <w:tcPr>
            <w:tcW w:w="1360" w:type="dxa"/>
            <w:tcBorders>
              <w:top w:val="double" w:sz="4" w:space="0" w:color="auto"/>
              <w:left w:val="single" w:sz="3" w:space="0" w:color="000000"/>
              <w:bottom w:val="single" w:sz="3" w:space="0" w:color="000000"/>
              <w:right w:val="single" w:sz="3" w:space="0" w:color="000000"/>
            </w:tcBorders>
            <w:tcMar>
              <w:top w:w="28" w:type="dxa"/>
              <w:left w:w="102" w:type="dxa"/>
              <w:bottom w:w="28" w:type="dxa"/>
              <w:right w:w="102" w:type="dxa"/>
            </w:tcMar>
            <w:vAlign w:val="center"/>
          </w:tcPr>
          <w:p w:rsidR="00DA08A1" w:rsidRDefault="00F3557A">
            <w:pPr>
              <w:spacing w:line="288" w:lineRule="auto"/>
              <w:jc w:val="center"/>
              <w:rPr>
                <w:szCs w:val="20"/>
              </w:rPr>
            </w:pPr>
            <w:proofErr w:type="spellStart"/>
            <w:r>
              <w:rPr>
                <w:i/>
                <w:color w:val="0000FF"/>
                <w:spacing w:val="-10"/>
                <w:w w:val="97"/>
              </w:rPr>
              <w:t>석사</w:t>
            </w:r>
            <w:proofErr w:type="spellEnd"/>
          </w:p>
          <w:p w:rsidR="00DA08A1" w:rsidRDefault="00F3557A">
            <w:pPr>
              <w:spacing w:line="288" w:lineRule="auto"/>
              <w:jc w:val="center"/>
              <w:rPr>
                <w:sz w:val="18"/>
                <w:szCs w:val="18"/>
              </w:rPr>
            </w:pPr>
            <w:r>
              <w:rPr>
                <w:i/>
                <w:color w:val="0000FF"/>
                <w:spacing w:val="-9"/>
                <w:w w:val="97"/>
                <w:sz w:val="18"/>
              </w:rPr>
              <w:t>(</w:t>
            </w:r>
            <w:proofErr w:type="spellStart"/>
            <w:r>
              <w:rPr>
                <w:i/>
                <w:color w:val="0000FF"/>
                <w:spacing w:val="-9"/>
                <w:w w:val="97"/>
                <w:sz w:val="18"/>
              </w:rPr>
              <w:t>중진공대학원</w:t>
            </w:r>
            <w:proofErr w:type="spellEnd"/>
            <w:r>
              <w:rPr>
                <w:i/>
                <w:color w:val="0000FF"/>
                <w:spacing w:val="-9"/>
                <w:w w:val="97"/>
                <w:sz w:val="18"/>
              </w:rPr>
              <w:t>)</w:t>
            </w:r>
          </w:p>
        </w:tc>
        <w:tc>
          <w:tcPr>
            <w:tcW w:w="1249" w:type="dxa"/>
            <w:tcBorders>
              <w:top w:val="double" w:sz="4" w:space="0" w:color="auto"/>
              <w:left w:val="single" w:sz="3" w:space="0" w:color="000000"/>
              <w:bottom w:val="single" w:sz="3" w:space="0" w:color="000000"/>
              <w:right w:val="single" w:sz="3" w:space="0" w:color="000000"/>
            </w:tcBorders>
            <w:tcMar>
              <w:top w:w="28" w:type="dxa"/>
              <w:left w:w="102" w:type="dxa"/>
              <w:bottom w:w="28" w:type="dxa"/>
              <w:right w:w="102" w:type="dxa"/>
            </w:tcMar>
            <w:vAlign w:val="center"/>
          </w:tcPr>
          <w:p w:rsidR="00DA08A1" w:rsidRDefault="00F3557A">
            <w:pPr>
              <w:spacing w:line="288" w:lineRule="auto"/>
              <w:jc w:val="center"/>
              <w:rPr>
                <w:szCs w:val="20"/>
              </w:rPr>
            </w:pPr>
            <w:proofErr w:type="spellStart"/>
            <w:r>
              <w:rPr>
                <w:i/>
                <w:color w:val="0000FF"/>
                <w:spacing w:val="-10"/>
                <w:w w:val="97"/>
              </w:rPr>
              <w:t>법률자문</w:t>
            </w:r>
            <w:proofErr w:type="spellEnd"/>
          </w:p>
        </w:tc>
        <w:tc>
          <w:tcPr>
            <w:tcW w:w="1001" w:type="dxa"/>
            <w:tcBorders>
              <w:top w:val="double" w:sz="4" w:space="0" w:color="auto"/>
              <w:left w:val="single" w:sz="3" w:space="0" w:color="000000"/>
              <w:bottom w:val="single" w:sz="3" w:space="0" w:color="000000"/>
              <w:right w:val="single" w:sz="3" w:space="0" w:color="000000"/>
            </w:tcBorders>
            <w:tcMar>
              <w:top w:w="28" w:type="dxa"/>
              <w:left w:w="102" w:type="dxa"/>
              <w:bottom w:w="28" w:type="dxa"/>
              <w:right w:w="102" w:type="dxa"/>
            </w:tcMar>
            <w:vAlign w:val="center"/>
          </w:tcPr>
          <w:p w:rsidR="00DA08A1" w:rsidRDefault="00F3557A">
            <w:pPr>
              <w:spacing w:line="288" w:lineRule="auto"/>
              <w:jc w:val="center"/>
              <w:rPr>
                <w:szCs w:val="20"/>
              </w:rPr>
            </w:pPr>
            <w:r>
              <w:rPr>
                <w:i/>
                <w:color w:val="0000FF"/>
                <w:spacing w:val="-10"/>
                <w:w w:val="97"/>
              </w:rPr>
              <w:t>15년</w:t>
            </w:r>
          </w:p>
        </w:tc>
        <w:tc>
          <w:tcPr>
            <w:tcW w:w="2014" w:type="dxa"/>
            <w:tcBorders>
              <w:top w:val="double" w:sz="4" w:space="0" w:color="auto"/>
              <w:left w:val="single" w:sz="3" w:space="0" w:color="000000"/>
              <w:bottom w:val="single" w:sz="3" w:space="0" w:color="000000"/>
              <w:right w:val="single" w:sz="3" w:space="0" w:color="000000"/>
            </w:tcBorders>
            <w:tcMar>
              <w:top w:w="28" w:type="dxa"/>
              <w:left w:w="102" w:type="dxa"/>
              <w:bottom w:w="28" w:type="dxa"/>
              <w:right w:w="102" w:type="dxa"/>
            </w:tcMar>
            <w:vAlign w:val="center"/>
          </w:tcPr>
          <w:p w:rsidR="00DA08A1" w:rsidRDefault="00F3557A">
            <w:pPr>
              <w:spacing w:line="288" w:lineRule="auto"/>
              <w:jc w:val="center"/>
              <w:rPr>
                <w:szCs w:val="20"/>
                <w:lang w:eastAsia="ko-KR"/>
              </w:rPr>
            </w:pPr>
            <w:r>
              <w:rPr>
                <w:i/>
                <w:color w:val="0000FF"/>
                <w:spacing w:val="-10"/>
                <w:w w:val="97"/>
                <w:lang w:eastAsia="ko-KR"/>
              </w:rPr>
              <w:t>㈜ABC 수석 컨설턴트</w:t>
            </w:r>
          </w:p>
        </w:tc>
        <w:tc>
          <w:tcPr>
            <w:tcW w:w="1305" w:type="dxa"/>
            <w:tcBorders>
              <w:top w:val="double" w:sz="4" w:space="0" w:color="auto"/>
              <w:left w:val="single" w:sz="3" w:space="0" w:color="000000"/>
              <w:bottom w:val="single" w:sz="3" w:space="0" w:color="000000"/>
              <w:right w:val="single" w:sz="3" w:space="0" w:color="000000"/>
            </w:tcBorders>
            <w:tcMar>
              <w:top w:w="28" w:type="dxa"/>
              <w:left w:w="102" w:type="dxa"/>
              <w:bottom w:w="28" w:type="dxa"/>
              <w:right w:w="102" w:type="dxa"/>
            </w:tcMar>
            <w:vAlign w:val="center"/>
          </w:tcPr>
          <w:p w:rsidR="00DA08A1" w:rsidRDefault="00F3557A">
            <w:pPr>
              <w:spacing w:line="288" w:lineRule="auto"/>
              <w:jc w:val="center"/>
              <w:rPr>
                <w:szCs w:val="20"/>
              </w:rPr>
            </w:pPr>
            <w:proofErr w:type="spellStart"/>
            <w:r>
              <w:rPr>
                <w:i/>
                <w:color w:val="0000FF"/>
                <w:spacing w:val="-10"/>
                <w:w w:val="97"/>
              </w:rPr>
              <w:t>경영지도사</w:t>
            </w:r>
            <w:proofErr w:type="spellEnd"/>
          </w:p>
        </w:tc>
        <w:tc>
          <w:tcPr>
            <w:tcW w:w="850" w:type="dxa"/>
            <w:tcBorders>
              <w:top w:val="double" w:sz="4" w:space="0" w:color="auto"/>
              <w:left w:val="single" w:sz="3" w:space="0" w:color="000000"/>
              <w:bottom w:val="single" w:sz="3" w:space="0" w:color="000000"/>
              <w:right w:val="nil"/>
            </w:tcBorders>
            <w:tcMar>
              <w:top w:w="28" w:type="dxa"/>
              <w:left w:w="102" w:type="dxa"/>
              <w:bottom w:w="28" w:type="dxa"/>
              <w:right w:w="102" w:type="dxa"/>
            </w:tcMar>
            <w:vAlign w:val="center"/>
          </w:tcPr>
          <w:p w:rsidR="00DA08A1" w:rsidRDefault="00DA08A1">
            <w:pPr>
              <w:spacing w:line="288" w:lineRule="auto"/>
              <w:jc w:val="center"/>
              <w:rPr>
                <w:szCs w:val="20"/>
              </w:rPr>
            </w:pPr>
          </w:p>
        </w:tc>
      </w:tr>
      <w:tr w:rsidR="00DA08A1" w:rsidTr="00D8649A">
        <w:trPr>
          <w:trHeight w:hRule="exact" w:val="277"/>
          <w:jc w:val="center"/>
        </w:trPr>
        <w:tc>
          <w:tcPr>
            <w:tcW w:w="920" w:type="dxa"/>
            <w:tcBorders>
              <w:top w:val="single" w:sz="3" w:space="0" w:color="000000"/>
              <w:left w:val="nil"/>
              <w:bottom w:val="single" w:sz="3" w:space="0" w:color="000000"/>
              <w:right w:val="single" w:sz="3" w:space="0" w:color="000000"/>
            </w:tcBorders>
            <w:tcMar>
              <w:top w:w="0" w:type="dxa"/>
              <w:left w:w="102" w:type="dxa"/>
              <w:bottom w:w="0" w:type="dxa"/>
              <w:right w:w="102" w:type="dxa"/>
            </w:tcMar>
            <w:vAlign w:val="center"/>
          </w:tcPr>
          <w:p w:rsidR="00DA08A1" w:rsidRDefault="00DA08A1">
            <w:pPr>
              <w:spacing w:line="310" w:lineRule="exact"/>
              <w:jc w:val="center"/>
              <w:rPr>
                <w:szCs w:val="20"/>
              </w:rPr>
            </w:pPr>
          </w:p>
        </w:tc>
        <w:tc>
          <w:tcPr>
            <w:tcW w:w="713" w:type="dxa"/>
            <w:tcBorders>
              <w:top w:val="single" w:sz="3" w:space="0" w:color="000000"/>
              <w:left w:val="single" w:sz="3" w:space="0" w:color="000000"/>
              <w:bottom w:val="single" w:sz="3" w:space="0" w:color="000000"/>
              <w:right w:val="single" w:sz="3" w:space="0" w:color="000000"/>
            </w:tcBorders>
            <w:tcMar>
              <w:top w:w="0" w:type="dxa"/>
              <w:left w:w="102" w:type="dxa"/>
              <w:bottom w:w="0" w:type="dxa"/>
              <w:right w:w="102" w:type="dxa"/>
            </w:tcMar>
            <w:vAlign w:val="center"/>
          </w:tcPr>
          <w:p w:rsidR="00DA08A1" w:rsidRDefault="00DA08A1">
            <w:pPr>
              <w:spacing w:line="310" w:lineRule="exact"/>
              <w:jc w:val="center"/>
              <w:rPr>
                <w:szCs w:val="20"/>
              </w:rPr>
            </w:pPr>
          </w:p>
        </w:tc>
        <w:tc>
          <w:tcPr>
            <w:tcW w:w="1360" w:type="dxa"/>
            <w:tcBorders>
              <w:top w:val="single" w:sz="3" w:space="0" w:color="000000"/>
              <w:left w:val="single" w:sz="3" w:space="0" w:color="000000"/>
              <w:bottom w:val="single" w:sz="3" w:space="0" w:color="000000"/>
              <w:right w:val="single" w:sz="3" w:space="0" w:color="000000"/>
            </w:tcBorders>
            <w:tcMar>
              <w:top w:w="0" w:type="dxa"/>
              <w:left w:w="102" w:type="dxa"/>
              <w:bottom w:w="0" w:type="dxa"/>
              <w:right w:w="102" w:type="dxa"/>
            </w:tcMar>
            <w:vAlign w:val="center"/>
          </w:tcPr>
          <w:p w:rsidR="00DA08A1" w:rsidRDefault="00DA08A1">
            <w:pPr>
              <w:spacing w:line="310" w:lineRule="exact"/>
              <w:jc w:val="center"/>
              <w:rPr>
                <w:szCs w:val="20"/>
              </w:rPr>
            </w:pPr>
          </w:p>
        </w:tc>
        <w:tc>
          <w:tcPr>
            <w:tcW w:w="1249" w:type="dxa"/>
            <w:tcBorders>
              <w:top w:val="single" w:sz="3" w:space="0" w:color="000000"/>
              <w:left w:val="single" w:sz="3" w:space="0" w:color="000000"/>
              <w:bottom w:val="single" w:sz="3" w:space="0" w:color="000000"/>
              <w:right w:val="single" w:sz="3" w:space="0" w:color="000000"/>
            </w:tcBorders>
            <w:tcMar>
              <w:top w:w="0" w:type="dxa"/>
              <w:left w:w="102" w:type="dxa"/>
              <w:bottom w:w="0" w:type="dxa"/>
              <w:right w:w="102" w:type="dxa"/>
            </w:tcMar>
            <w:vAlign w:val="center"/>
          </w:tcPr>
          <w:p w:rsidR="00DA08A1" w:rsidRDefault="00DA08A1">
            <w:pPr>
              <w:spacing w:line="310" w:lineRule="exact"/>
              <w:jc w:val="center"/>
              <w:rPr>
                <w:szCs w:val="20"/>
              </w:rPr>
            </w:pPr>
          </w:p>
        </w:tc>
        <w:tc>
          <w:tcPr>
            <w:tcW w:w="1001" w:type="dxa"/>
            <w:tcBorders>
              <w:top w:val="single" w:sz="3" w:space="0" w:color="000000"/>
              <w:left w:val="single" w:sz="3" w:space="0" w:color="000000"/>
              <w:bottom w:val="single" w:sz="3" w:space="0" w:color="000000"/>
              <w:right w:val="single" w:sz="3" w:space="0" w:color="000000"/>
            </w:tcBorders>
            <w:tcMar>
              <w:top w:w="0" w:type="dxa"/>
              <w:left w:w="102" w:type="dxa"/>
              <w:bottom w:w="0" w:type="dxa"/>
              <w:right w:w="102" w:type="dxa"/>
            </w:tcMar>
            <w:vAlign w:val="center"/>
          </w:tcPr>
          <w:p w:rsidR="00DA08A1" w:rsidRDefault="00DA08A1">
            <w:pPr>
              <w:spacing w:line="310" w:lineRule="exact"/>
              <w:jc w:val="center"/>
              <w:rPr>
                <w:szCs w:val="20"/>
              </w:rPr>
            </w:pPr>
          </w:p>
        </w:tc>
        <w:tc>
          <w:tcPr>
            <w:tcW w:w="2014" w:type="dxa"/>
            <w:tcBorders>
              <w:top w:val="single" w:sz="3" w:space="0" w:color="000000"/>
              <w:left w:val="single" w:sz="3" w:space="0" w:color="000000"/>
              <w:bottom w:val="single" w:sz="3" w:space="0" w:color="000000"/>
              <w:right w:val="single" w:sz="3" w:space="0" w:color="000000"/>
            </w:tcBorders>
            <w:tcMar>
              <w:top w:w="0" w:type="dxa"/>
              <w:left w:w="102" w:type="dxa"/>
              <w:bottom w:w="0" w:type="dxa"/>
              <w:right w:w="102" w:type="dxa"/>
            </w:tcMar>
            <w:vAlign w:val="center"/>
          </w:tcPr>
          <w:p w:rsidR="00DA08A1" w:rsidRDefault="00DA08A1">
            <w:pPr>
              <w:spacing w:line="310" w:lineRule="exact"/>
              <w:jc w:val="center"/>
              <w:rPr>
                <w:szCs w:val="20"/>
              </w:rPr>
            </w:pPr>
          </w:p>
        </w:tc>
        <w:tc>
          <w:tcPr>
            <w:tcW w:w="1305" w:type="dxa"/>
            <w:tcBorders>
              <w:top w:val="single" w:sz="3" w:space="0" w:color="000000"/>
              <w:left w:val="single" w:sz="3" w:space="0" w:color="000000"/>
              <w:bottom w:val="single" w:sz="3" w:space="0" w:color="000000"/>
              <w:right w:val="single" w:sz="3" w:space="0" w:color="000000"/>
            </w:tcBorders>
            <w:tcMar>
              <w:top w:w="0" w:type="dxa"/>
              <w:left w:w="102" w:type="dxa"/>
              <w:bottom w:w="0" w:type="dxa"/>
              <w:right w:w="102" w:type="dxa"/>
            </w:tcMar>
            <w:vAlign w:val="center"/>
          </w:tcPr>
          <w:p w:rsidR="00DA08A1" w:rsidRDefault="00DA08A1">
            <w:pPr>
              <w:spacing w:line="310" w:lineRule="exact"/>
              <w:jc w:val="center"/>
              <w:rPr>
                <w:szCs w:val="20"/>
              </w:rPr>
            </w:pPr>
          </w:p>
        </w:tc>
        <w:tc>
          <w:tcPr>
            <w:tcW w:w="850" w:type="dxa"/>
            <w:tcBorders>
              <w:top w:val="single" w:sz="3" w:space="0" w:color="000000"/>
              <w:left w:val="single" w:sz="3" w:space="0" w:color="000000"/>
              <w:bottom w:val="single" w:sz="3" w:space="0" w:color="000000"/>
              <w:right w:val="nil"/>
            </w:tcBorders>
            <w:tcMar>
              <w:top w:w="0" w:type="dxa"/>
              <w:left w:w="102" w:type="dxa"/>
              <w:bottom w:w="0" w:type="dxa"/>
              <w:right w:w="102" w:type="dxa"/>
            </w:tcMar>
            <w:vAlign w:val="center"/>
          </w:tcPr>
          <w:p w:rsidR="00DA08A1" w:rsidRDefault="00DA08A1">
            <w:pPr>
              <w:spacing w:line="310" w:lineRule="exact"/>
              <w:jc w:val="center"/>
              <w:rPr>
                <w:szCs w:val="20"/>
              </w:rPr>
            </w:pPr>
          </w:p>
        </w:tc>
      </w:tr>
      <w:tr w:rsidR="00DA08A1" w:rsidTr="005B49F6">
        <w:trPr>
          <w:trHeight w:hRule="exact" w:val="277"/>
          <w:jc w:val="center"/>
        </w:trPr>
        <w:tc>
          <w:tcPr>
            <w:tcW w:w="920" w:type="dxa"/>
            <w:tcBorders>
              <w:top w:val="single" w:sz="3" w:space="0" w:color="000000"/>
              <w:left w:val="nil"/>
              <w:bottom w:val="single" w:sz="4" w:space="0" w:color="000000"/>
              <w:right w:val="single" w:sz="3" w:space="0" w:color="000000"/>
            </w:tcBorders>
            <w:tcMar>
              <w:top w:w="0" w:type="dxa"/>
              <w:left w:w="102" w:type="dxa"/>
              <w:bottom w:w="0" w:type="dxa"/>
              <w:right w:w="102" w:type="dxa"/>
            </w:tcMar>
            <w:vAlign w:val="center"/>
          </w:tcPr>
          <w:p w:rsidR="00DA08A1" w:rsidRDefault="00DA08A1">
            <w:pPr>
              <w:spacing w:line="310" w:lineRule="exact"/>
              <w:jc w:val="center"/>
              <w:rPr>
                <w:szCs w:val="20"/>
              </w:rPr>
            </w:pPr>
          </w:p>
        </w:tc>
        <w:tc>
          <w:tcPr>
            <w:tcW w:w="713" w:type="dxa"/>
            <w:tcBorders>
              <w:top w:val="single" w:sz="3" w:space="0" w:color="000000"/>
              <w:left w:val="single" w:sz="3" w:space="0" w:color="000000"/>
              <w:bottom w:val="single" w:sz="4" w:space="0" w:color="000000"/>
              <w:right w:val="single" w:sz="3" w:space="0" w:color="000000"/>
            </w:tcBorders>
            <w:tcMar>
              <w:top w:w="0" w:type="dxa"/>
              <w:left w:w="102" w:type="dxa"/>
              <w:bottom w:w="0" w:type="dxa"/>
              <w:right w:w="102" w:type="dxa"/>
            </w:tcMar>
            <w:vAlign w:val="center"/>
          </w:tcPr>
          <w:p w:rsidR="00DA08A1" w:rsidRDefault="00DA08A1">
            <w:pPr>
              <w:spacing w:line="310" w:lineRule="exact"/>
              <w:jc w:val="center"/>
              <w:rPr>
                <w:szCs w:val="20"/>
              </w:rPr>
            </w:pPr>
          </w:p>
        </w:tc>
        <w:tc>
          <w:tcPr>
            <w:tcW w:w="1360" w:type="dxa"/>
            <w:tcBorders>
              <w:top w:val="single" w:sz="3" w:space="0" w:color="000000"/>
              <w:left w:val="single" w:sz="3" w:space="0" w:color="000000"/>
              <w:bottom w:val="single" w:sz="4" w:space="0" w:color="000000"/>
              <w:right w:val="single" w:sz="3" w:space="0" w:color="000000"/>
            </w:tcBorders>
            <w:tcMar>
              <w:top w:w="0" w:type="dxa"/>
              <w:left w:w="102" w:type="dxa"/>
              <w:bottom w:w="0" w:type="dxa"/>
              <w:right w:w="102" w:type="dxa"/>
            </w:tcMar>
            <w:vAlign w:val="center"/>
          </w:tcPr>
          <w:p w:rsidR="00DA08A1" w:rsidRDefault="00DA08A1">
            <w:pPr>
              <w:spacing w:line="310" w:lineRule="exact"/>
              <w:jc w:val="center"/>
              <w:rPr>
                <w:szCs w:val="20"/>
              </w:rPr>
            </w:pPr>
          </w:p>
        </w:tc>
        <w:tc>
          <w:tcPr>
            <w:tcW w:w="1249" w:type="dxa"/>
            <w:tcBorders>
              <w:top w:val="single" w:sz="3" w:space="0" w:color="000000"/>
              <w:left w:val="single" w:sz="3" w:space="0" w:color="000000"/>
              <w:bottom w:val="single" w:sz="4" w:space="0" w:color="000000"/>
              <w:right w:val="single" w:sz="3" w:space="0" w:color="000000"/>
            </w:tcBorders>
            <w:tcMar>
              <w:top w:w="0" w:type="dxa"/>
              <w:left w:w="102" w:type="dxa"/>
              <w:bottom w:w="0" w:type="dxa"/>
              <w:right w:w="102" w:type="dxa"/>
            </w:tcMar>
            <w:vAlign w:val="center"/>
          </w:tcPr>
          <w:p w:rsidR="00DA08A1" w:rsidRDefault="00DA08A1">
            <w:pPr>
              <w:spacing w:line="310" w:lineRule="exact"/>
              <w:jc w:val="center"/>
              <w:rPr>
                <w:szCs w:val="20"/>
              </w:rPr>
            </w:pPr>
          </w:p>
        </w:tc>
        <w:tc>
          <w:tcPr>
            <w:tcW w:w="1001" w:type="dxa"/>
            <w:tcBorders>
              <w:top w:val="single" w:sz="3" w:space="0" w:color="000000"/>
              <w:left w:val="single" w:sz="3" w:space="0" w:color="000000"/>
              <w:bottom w:val="single" w:sz="4" w:space="0" w:color="000000"/>
              <w:right w:val="single" w:sz="3" w:space="0" w:color="000000"/>
            </w:tcBorders>
            <w:tcMar>
              <w:top w:w="0" w:type="dxa"/>
              <w:left w:w="102" w:type="dxa"/>
              <w:bottom w:w="0" w:type="dxa"/>
              <w:right w:w="102" w:type="dxa"/>
            </w:tcMar>
            <w:vAlign w:val="center"/>
          </w:tcPr>
          <w:p w:rsidR="00DA08A1" w:rsidRDefault="00DA08A1">
            <w:pPr>
              <w:spacing w:line="310" w:lineRule="exact"/>
              <w:jc w:val="center"/>
              <w:rPr>
                <w:szCs w:val="20"/>
              </w:rPr>
            </w:pPr>
          </w:p>
        </w:tc>
        <w:tc>
          <w:tcPr>
            <w:tcW w:w="2014" w:type="dxa"/>
            <w:tcBorders>
              <w:top w:val="single" w:sz="3" w:space="0" w:color="000000"/>
              <w:left w:val="single" w:sz="3" w:space="0" w:color="000000"/>
              <w:bottom w:val="single" w:sz="4" w:space="0" w:color="000000"/>
              <w:right w:val="single" w:sz="3" w:space="0" w:color="000000"/>
            </w:tcBorders>
            <w:tcMar>
              <w:top w:w="0" w:type="dxa"/>
              <w:left w:w="102" w:type="dxa"/>
              <w:bottom w:w="0" w:type="dxa"/>
              <w:right w:w="102" w:type="dxa"/>
            </w:tcMar>
            <w:vAlign w:val="center"/>
          </w:tcPr>
          <w:p w:rsidR="00DA08A1" w:rsidRDefault="00DA08A1">
            <w:pPr>
              <w:spacing w:line="310" w:lineRule="exact"/>
              <w:jc w:val="center"/>
              <w:rPr>
                <w:szCs w:val="20"/>
              </w:rPr>
            </w:pPr>
          </w:p>
        </w:tc>
        <w:tc>
          <w:tcPr>
            <w:tcW w:w="1305" w:type="dxa"/>
            <w:tcBorders>
              <w:top w:val="single" w:sz="3" w:space="0" w:color="000000"/>
              <w:left w:val="single" w:sz="3" w:space="0" w:color="000000"/>
              <w:bottom w:val="single" w:sz="4" w:space="0" w:color="000000"/>
              <w:right w:val="single" w:sz="3" w:space="0" w:color="000000"/>
            </w:tcBorders>
            <w:tcMar>
              <w:top w:w="0" w:type="dxa"/>
              <w:left w:w="102" w:type="dxa"/>
              <w:bottom w:w="0" w:type="dxa"/>
              <w:right w:w="102" w:type="dxa"/>
            </w:tcMar>
            <w:vAlign w:val="center"/>
          </w:tcPr>
          <w:p w:rsidR="00DA08A1" w:rsidRDefault="00DA08A1">
            <w:pPr>
              <w:spacing w:line="310" w:lineRule="exact"/>
              <w:jc w:val="center"/>
              <w:rPr>
                <w:szCs w:val="20"/>
              </w:rPr>
            </w:pPr>
          </w:p>
        </w:tc>
        <w:tc>
          <w:tcPr>
            <w:tcW w:w="850" w:type="dxa"/>
            <w:tcBorders>
              <w:top w:val="single" w:sz="3" w:space="0" w:color="000000"/>
              <w:left w:val="single" w:sz="3" w:space="0" w:color="000000"/>
              <w:bottom w:val="single" w:sz="4" w:space="0" w:color="000000"/>
              <w:right w:val="nil"/>
            </w:tcBorders>
            <w:tcMar>
              <w:top w:w="0" w:type="dxa"/>
              <w:left w:w="102" w:type="dxa"/>
              <w:bottom w:w="0" w:type="dxa"/>
              <w:right w:w="102" w:type="dxa"/>
            </w:tcMar>
            <w:vAlign w:val="center"/>
          </w:tcPr>
          <w:p w:rsidR="00DA08A1" w:rsidRDefault="00DA08A1">
            <w:pPr>
              <w:spacing w:line="310" w:lineRule="exact"/>
              <w:jc w:val="center"/>
              <w:rPr>
                <w:szCs w:val="20"/>
              </w:rPr>
            </w:pPr>
          </w:p>
        </w:tc>
      </w:tr>
      <w:tr w:rsidR="00DA08A1" w:rsidTr="005B49F6">
        <w:trPr>
          <w:trHeight w:hRule="exact" w:val="277"/>
          <w:jc w:val="center"/>
        </w:trPr>
        <w:tc>
          <w:tcPr>
            <w:tcW w:w="920" w:type="dxa"/>
            <w:tcBorders>
              <w:top w:val="single" w:sz="4" w:space="0" w:color="000000"/>
              <w:left w:val="nil"/>
              <w:bottom w:val="single" w:sz="18" w:space="0" w:color="auto"/>
              <w:right w:val="single" w:sz="4" w:space="0" w:color="000000"/>
            </w:tcBorders>
            <w:tcMar>
              <w:top w:w="0" w:type="dxa"/>
              <w:left w:w="102" w:type="dxa"/>
              <w:bottom w:w="0" w:type="dxa"/>
              <w:right w:w="102" w:type="dxa"/>
            </w:tcMar>
            <w:vAlign w:val="center"/>
          </w:tcPr>
          <w:p w:rsidR="00DA08A1" w:rsidRDefault="00DA08A1">
            <w:pPr>
              <w:spacing w:line="310" w:lineRule="exact"/>
              <w:jc w:val="both"/>
              <w:rPr>
                <w:szCs w:val="20"/>
              </w:rPr>
            </w:pPr>
          </w:p>
        </w:tc>
        <w:tc>
          <w:tcPr>
            <w:tcW w:w="713" w:type="dxa"/>
            <w:tcBorders>
              <w:top w:val="single" w:sz="4" w:space="0" w:color="000000"/>
              <w:left w:val="single" w:sz="4" w:space="0" w:color="000000"/>
              <w:bottom w:val="single" w:sz="18" w:space="0" w:color="auto"/>
              <w:right w:val="single" w:sz="4" w:space="0" w:color="000000"/>
            </w:tcBorders>
            <w:tcMar>
              <w:top w:w="0" w:type="dxa"/>
              <w:left w:w="102" w:type="dxa"/>
              <w:bottom w:w="0" w:type="dxa"/>
              <w:right w:w="102" w:type="dxa"/>
            </w:tcMar>
            <w:vAlign w:val="center"/>
          </w:tcPr>
          <w:p w:rsidR="00DA08A1" w:rsidRDefault="00DA08A1">
            <w:pPr>
              <w:spacing w:line="310" w:lineRule="exact"/>
              <w:jc w:val="both"/>
              <w:rPr>
                <w:szCs w:val="20"/>
              </w:rPr>
            </w:pPr>
          </w:p>
        </w:tc>
        <w:tc>
          <w:tcPr>
            <w:tcW w:w="1360" w:type="dxa"/>
            <w:tcBorders>
              <w:top w:val="single" w:sz="4" w:space="0" w:color="000000"/>
              <w:left w:val="single" w:sz="4" w:space="0" w:color="000000"/>
              <w:bottom w:val="single" w:sz="18" w:space="0" w:color="auto"/>
              <w:right w:val="single" w:sz="4" w:space="0" w:color="000000"/>
            </w:tcBorders>
            <w:tcMar>
              <w:top w:w="0" w:type="dxa"/>
              <w:left w:w="102" w:type="dxa"/>
              <w:bottom w:w="0" w:type="dxa"/>
              <w:right w:w="102" w:type="dxa"/>
            </w:tcMar>
            <w:vAlign w:val="center"/>
          </w:tcPr>
          <w:p w:rsidR="00DA08A1" w:rsidRDefault="00DA08A1">
            <w:pPr>
              <w:spacing w:line="310" w:lineRule="exact"/>
              <w:jc w:val="both"/>
              <w:rPr>
                <w:szCs w:val="20"/>
              </w:rPr>
            </w:pPr>
          </w:p>
        </w:tc>
        <w:tc>
          <w:tcPr>
            <w:tcW w:w="1249" w:type="dxa"/>
            <w:tcBorders>
              <w:top w:val="single" w:sz="4" w:space="0" w:color="000000"/>
              <w:left w:val="single" w:sz="4" w:space="0" w:color="000000"/>
              <w:bottom w:val="single" w:sz="18" w:space="0" w:color="auto"/>
              <w:right w:val="single" w:sz="4" w:space="0" w:color="000000"/>
            </w:tcBorders>
            <w:tcMar>
              <w:top w:w="0" w:type="dxa"/>
              <w:left w:w="102" w:type="dxa"/>
              <w:bottom w:w="0" w:type="dxa"/>
              <w:right w:w="102" w:type="dxa"/>
            </w:tcMar>
            <w:vAlign w:val="center"/>
          </w:tcPr>
          <w:p w:rsidR="00DA08A1" w:rsidRDefault="00DA08A1">
            <w:pPr>
              <w:spacing w:line="310" w:lineRule="exact"/>
              <w:jc w:val="both"/>
              <w:rPr>
                <w:szCs w:val="20"/>
              </w:rPr>
            </w:pPr>
          </w:p>
        </w:tc>
        <w:tc>
          <w:tcPr>
            <w:tcW w:w="1001" w:type="dxa"/>
            <w:tcBorders>
              <w:top w:val="single" w:sz="4" w:space="0" w:color="000000"/>
              <w:left w:val="single" w:sz="4" w:space="0" w:color="000000"/>
              <w:bottom w:val="single" w:sz="18" w:space="0" w:color="auto"/>
              <w:right w:val="single" w:sz="4" w:space="0" w:color="000000"/>
            </w:tcBorders>
            <w:tcMar>
              <w:top w:w="0" w:type="dxa"/>
              <w:left w:w="102" w:type="dxa"/>
              <w:bottom w:w="0" w:type="dxa"/>
              <w:right w:w="102" w:type="dxa"/>
            </w:tcMar>
            <w:vAlign w:val="center"/>
          </w:tcPr>
          <w:p w:rsidR="00DA08A1" w:rsidRDefault="00DA08A1">
            <w:pPr>
              <w:spacing w:line="310" w:lineRule="exact"/>
              <w:jc w:val="both"/>
              <w:rPr>
                <w:szCs w:val="20"/>
              </w:rPr>
            </w:pPr>
          </w:p>
        </w:tc>
        <w:tc>
          <w:tcPr>
            <w:tcW w:w="2014" w:type="dxa"/>
            <w:tcBorders>
              <w:top w:val="single" w:sz="4" w:space="0" w:color="000000"/>
              <w:left w:val="single" w:sz="4" w:space="0" w:color="000000"/>
              <w:bottom w:val="single" w:sz="18" w:space="0" w:color="auto"/>
              <w:right w:val="single" w:sz="4" w:space="0" w:color="000000"/>
            </w:tcBorders>
            <w:tcMar>
              <w:top w:w="0" w:type="dxa"/>
              <w:left w:w="102" w:type="dxa"/>
              <w:bottom w:w="0" w:type="dxa"/>
              <w:right w:w="102" w:type="dxa"/>
            </w:tcMar>
            <w:vAlign w:val="center"/>
          </w:tcPr>
          <w:p w:rsidR="00DA08A1" w:rsidRDefault="00DA08A1">
            <w:pPr>
              <w:spacing w:line="310" w:lineRule="exact"/>
              <w:jc w:val="both"/>
              <w:rPr>
                <w:szCs w:val="20"/>
              </w:rPr>
            </w:pPr>
          </w:p>
        </w:tc>
        <w:tc>
          <w:tcPr>
            <w:tcW w:w="1305" w:type="dxa"/>
            <w:tcBorders>
              <w:top w:val="single" w:sz="4" w:space="0" w:color="000000"/>
              <w:left w:val="single" w:sz="4" w:space="0" w:color="000000"/>
              <w:bottom w:val="single" w:sz="18" w:space="0" w:color="auto"/>
              <w:right w:val="single" w:sz="4" w:space="0" w:color="000000"/>
            </w:tcBorders>
            <w:tcMar>
              <w:top w:w="0" w:type="dxa"/>
              <w:left w:w="102" w:type="dxa"/>
              <w:bottom w:w="0" w:type="dxa"/>
              <w:right w:w="102" w:type="dxa"/>
            </w:tcMar>
            <w:vAlign w:val="center"/>
          </w:tcPr>
          <w:p w:rsidR="00DA08A1" w:rsidRDefault="00DA08A1">
            <w:pPr>
              <w:spacing w:line="310" w:lineRule="exact"/>
              <w:jc w:val="both"/>
              <w:rPr>
                <w:szCs w:val="20"/>
              </w:rPr>
            </w:pPr>
          </w:p>
        </w:tc>
        <w:tc>
          <w:tcPr>
            <w:tcW w:w="850" w:type="dxa"/>
            <w:tcBorders>
              <w:top w:val="single" w:sz="4" w:space="0" w:color="000000"/>
              <w:left w:val="single" w:sz="4" w:space="0" w:color="000000"/>
              <w:bottom w:val="single" w:sz="18" w:space="0" w:color="auto"/>
              <w:right w:val="nil"/>
            </w:tcBorders>
            <w:tcMar>
              <w:top w:w="0" w:type="dxa"/>
              <w:left w:w="102" w:type="dxa"/>
              <w:bottom w:w="0" w:type="dxa"/>
              <w:right w:w="102" w:type="dxa"/>
            </w:tcMar>
            <w:vAlign w:val="center"/>
          </w:tcPr>
          <w:p w:rsidR="00DA08A1" w:rsidRDefault="00DA08A1">
            <w:pPr>
              <w:spacing w:line="310" w:lineRule="exact"/>
              <w:jc w:val="both"/>
              <w:rPr>
                <w:szCs w:val="20"/>
              </w:rPr>
            </w:pPr>
          </w:p>
        </w:tc>
      </w:tr>
    </w:tbl>
    <w:p w:rsidR="00DA08A1" w:rsidRDefault="00DA08A1">
      <w:pPr>
        <w:spacing w:line="348" w:lineRule="auto"/>
        <w:ind w:left="575" w:hanging="575"/>
        <w:jc w:val="right"/>
        <w:rPr>
          <w:rFonts w:ascii="HY중고딕" w:eastAsia="한양중고딕" w:hAnsi="HY중고딕"/>
          <w:szCs w:val="20"/>
        </w:rPr>
      </w:pPr>
    </w:p>
    <w:tbl>
      <w:tblPr>
        <w:tblStyle w:val="af9"/>
        <w:tblW w:w="0" w:type="auto"/>
        <w:jc w:val="center"/>
        <w:tblLayout w:type="fixed"/>
        <w:tblLook w:val="04A0" w:firstRow="1" w:lastRow="0" w:firstColumn="1" w:lastColumn="0" w:noHBand="0" w:noVBand="1"/>
      </w:tblPr>
      <w:tblGrid>
        <w:gridCol w:w="9363"/>
      </w:tblGrid>
      <w:tr w:rsidR="00DA08A1">
        <w:trPr>
          <w:trHeight w:val="1545"/>
          <w:jc w:val="center"/>
        </w:trPr>
        <w:tc>
          <w:tcPr>
            <w:tcW w:w="9363" w:type="dxa"/>
            <w:tcBorders>
              <w:top w:val="single" w:sz="3" w:space="0" w:color="000000"/>
              <w:left w:val="single" w:sz="3" w:space="0" w:color="000000"/>
              <w:bottom w:val="single" w:sz="3" w:space="0" w:color="000000"/>
              <w:right w:val="single" w:sz="3" w:space="0" w:color="000000"/>
            </w:tcBorders>
            <w:tcMar>
              <w:top w:w="28" w:type="dxa"/>
              <w:left w:w="102" w:type="dxa"/>
              <w:bottom w:w="28" w:type="dxa"/>
              <w:right w:w="102" w:type="dxa"/>
            </w:tcMar>
            <w:vAlign w:val="center"/>
          </w:tcPr>
          <w:p w:rsidR="00DA08A1" w:rsidRPr="00D8649A" w:rsidRDefault="00F3557A">
            <w:pPr>
              <w:spacing w:line="288" w:lineRule="auto"/>
              <w:jc w:val="both"/>
              <w:rPr>
                <w:rFonts w:ascii="HY헤드라인M" w:eastAsia="휴먼명조" w:hAnsi="HY헤드라인M"/>
                <w:sz w:val="24"/>
                <w:szCs w:val="24"/>
                <w:lang w:eastAsia="ko-KR"/>
              </w:rPr>
            </w:pPr>
            <w:r>
              <w:rPr>
                <w:rFonts w:ascii="HY헤드라인M" w:eastAsia="휴먼명조" w:hAnsi="HY헤드라인M" w:cs="휴먼명조"/>
                <w:spacing w:val="-12"/>
                <w:w w:val="97"/>
                <w:sz w:val="24"/>
                <w:lang w:eastAsia="ko-KR"/>
              </w:rPr>
              <w:t xml:space="preserve">  </w:t>
            </w:r>
            <w:r>
              <w:rPr>
                <w:rFonts w:ascii="HY헤드라인M" w:eastAsia="휴먼명조" w:hAnsi="HY헤드라인M" w:cs="휴먼명조"/>
                <w:spacing w:val="-12"/>
                <w:w w:val="97"/>
                <w:sz w:val="24"/>
                <w:lang w:eastAsia="ko-KR"/>
              </w:rPr>
              <w:t>상기</w:t>
            </w:r>
            <w:r>
              <w:rPr>
                <w:rFonts w:ascii="HY헤드라인M" w:eastAsia="휴먼명조" w:hAnsi="HY헤드라인M" w:cs="휴먼명조"/>
                <w:spacing w:val="-12"/>
                <w:w w:val="97"/>
                <w:sz w:val="24"/>
                <w:lang w:eastAsia="ko-KR"/>
              </w:rPr>
              <w:t xml:space="preserve"> </w:t>
            </w:r>
            <w:r>
              <w:rPr>
                <w:rFonts w:ascii="HY헤드라인M" w:eastAsia="휴먼명조" w:hAnsi="HY헤드라인M" w:cs="휴먼명조"/>
                <w:spacing w:val="-12"/>
                <w:w w:val="97"/>
                <w:sz w:val="24"/>
                <w:lang w:eastAsia="ko-KR"/>
              </w:rPr>
              <w:t>기재된</w:t>
            </w:r>
            <w:r>
              <w:rPr>
                <w:rFonts w:ascii="HY헤드라인M" w:eastAsia="휴먼명조" w:hAnsi="HY헤드라인M" w:cs="휴먼명조"/>
                <w:spacing w:val="-12"/>
                <w:w w:val="97"/>
                <w:sz w:val="24"/>
                <w:lang w:eastAsia="ko-KR"/>
              </w:rPr>
              <w:t xml:space="preserve"> </w:t>
            </w:r>
            <w:r>
              <w:rPr>
                <w:rFonts w:ascii="HY헤드라인M" w:eastAsia="휴먼명조" w:hAnsi="HY헤드라인M" w:cs="휴먼명조"/>
                <w:spacing w:val="-12"/>
                <w:w w:val="97"/>
                <w:sz w:val="24"/>
                <w:lang w:eastAsia="ko-KR"/>
              </w:rPr>
              <w:t>내용</w:t>
            </w:r>
            <w:r>
              <w:rPr>
                <w:rFonts w:ascii="HY헤드라인M" w:eastAsia="휴먼명조" w:hAnsi="HY헤드라인M" w:cs="휴먼명조"/>
                <w:spacing w:val="-12"/>
                <w:w w:val="97"/>
                <w:sz w:val="24"/>
                <w:lang w:eastAsia="ko-KR"/>
              </w:rPr>
              <w:t xml:space="preserve"> </w:t>
            </w:r>
            <w:r>
              <w:rPr>
                <w:rFonts w:ascii="HY헤드라인M" w:eastAsia="휴먼명조" w:hAnsi="HY헤드라인M" w:cs="휴먼명조"/>
                <w:spacing w:val="-12"/>
                <w:w w:val="97"/>
                <w:sz w:val="24"/>
                <w:lang w:eastAsia="ko-KR"/>
              </w:rPr>
              <w:t>및</w:t>
            </w:r>
            <w:r>
              <w:rPr>
                <w:rFonts w:ascii="HY헤드라인M" w:eastAsia="휴먼명조" w:hAnsi="HY헤드라인M" w:cs="휴먼명조"/>
                <w:spacing w:val="-12"/>
                <w:w w:val="97"/>
                <w:sz w:val="24"/>
                <w:lang w:eastAsia="ko-KR"/>
              </w:rPr>
              <w:t xml:space="preserve"> </w:t>
            </w:r>
            <w:r>
              <w:rPr>
                <w:rFonts w:ascii="HY헤드라인M" w:eastAsia="휴먼명조" w:hAnsi="HY헤드라인M" w:cs="휴먼명조"/>
                <w:spacing w:val="-12"/>
                <w:w w:val="97"/>
                <w:sz w:val="24"/>
                <w:lang w:eastAsia="ko-KR"/>
              </w:rPr>
              <w:t>첨부서류가</w:t>
            </w:r>
            <w:r>
              <w:rPr>
                <w:rFonts w:ascii="HY헤드라인M" w:eastAsia="휴먼명조" w:hAnsi="HY헤드라인M" w:cs="휴먼명조"/>
                <w:spacing w:val="-12"/>
                <w:w w:val="97"/>
                <w:sz w:val="24"/>
                <w:lang w:eastAsia="ko-KR"/>
              </w:rPr>
              <w:t xml:space="preserve"> </w:t>
            </w:r>
            <w:r>
              <w:rPr>
                <w:rFonts w:ascii="HY헤드라인M" w:eastAsia="휴먼명조" w:hAnsi="HY헤드라인M" w:cs="휴먼명조"/>
                <w:spacing w:val="-12"/>
                <w:w w:val="97"/>
                <w:sz w:val="24"/>
                <w:lang w:eastAsia="ko-KR"/>
              </w:rPr>
              <w:t>사실과</w:t>
            </w:r>
            <w:r>
              <w:rPr>
                <w:rFonts w:ascii="HY헤드라인M" w:eastAsia="휴먼명조" w:hAnsi="HY헤드라인M" w:cs="휴먼명조"/>
                <w:spacing w:val="-12"/>
                <w:w w:val="97"/>
                <w:sz w:val="24"/>
                <w:lang w:eastAsia="ko-KR"/>
              </w:rPr>
              <w:t xml:space="preserve"> </w:t>
            </w:r>
            <w:r>
              <w:rPr>
                <w:rFonts w:ascii="HY헤드라인M" w:eastAsia="휴먼명조" w:hAnsi="HY헤드라인M" w:cs="휴먼명조"/>
                <w:spacing w:val="-12"/>
                <w:w w:val="97"/>
                <w:sz w:val="24"/>
                <w:lang w:eastAsia="ko-KR"/>
              </w:rPr>
              <w:t>다르거나</w:t>
            </w:r>
            <w:r>
              <w:rPr>
                <w:rFonts w:ascii="HY헤드라인M" w:eastAsia="휴먼명조" w:hAnsi="HY헤드라인M" w:cs="휴먼명조"/>
                <w:spacing w:val="-12"/>
                <w:w w:val="97"/>
                <w:sz w:val="24"/>
                <w:lang w:eastAsia="ko-KR"/>
              </w:rPr>
              <w:t xml:space="preserve"> </w:t>
            </w:r>
            <w:r>
              <w:rPr>
                <w:rFonts w:ascii="HY헤드라인M" w:eastAsia="휴먼명조" w:hAnsi="HY헤드라인M" w:cs="휴먼명조"/>
                <w:spacing w:val="-12"/>
                <w:w w:val="97"/>
                <w:sz w:val="24"/>
                <w:lang w:eastAsia="ko-KR"/>
              </w:rPr>
              <w:t>허위일</w:t>
            </w:r>
            <w:r>
              <w:rPr>
                <w:rFonts w:ascii="HY헤드라인M" w:eastAsia="휴먼명조" w:hAnsi="HY헤드라인M" w:cs="휴먼명조"/>
                <w:spacing w:val="-12"/>
                <w:w w:val="97"/>
                <w:sz w:val="24"/>
                <w:lang w:eastAsia="ko-KR"/>
              </w:rPr>
              <w:t xml:space="preserve"> </w:t>
            </w:r>
            <w:r>
              <w:rPr>
                <w:rFonts w:ascii="HY헤드라인M" w:eastAsia="휴먼명조" w:hAnsi="HY헤드라인M" w:cs="휴먼명조"/>
                <w:spacing w:val="-12"/>
                <w:w w:val="97"/>
                <w:sz w:val="24"/>
                <w:lang w:eastAsia="ko-KR"/>
              </w:rPr>
              <w:t>경우</w:t>
            </w:r>
            <w:r>
              <w:rPr>
                <w:rFonts w:ascii="HY헤드라인M" w:eastAsia="휴먼명조" w:hAnsi="HY헤드라인M" w:cs="휴먼명조"/>
                <w:spacing w:val="-12"/>
                <w:w w:val="97"/>
                <w:sz w:val="24"/>
                <w:lang w:eastAsia="ko-KR"/>
              </w:rPr>
              <w:t xml:space="preserve"> </w:t>
            </w:r>
            <w:r>
              <w:rPr>
                <w:rFonts w:ascii="HY헤드라인M" w:eastAsia="휴먼명조" w:hAnsi="HY헤드라인M" w:cs="휴먼명조"/>
                <w:b/>
                <w:spacing w:val="-12"/>
                <w:w w:val="97"/>
                <w:sz w:val="24"/>
                <w:u w:val="single"/>
                <w:lang w:eastAsia="ko-KR"/>
              </w:rPr>
              <w:t>선정</w:t>
            </w:r>
            <w:r>
              <w:rPr>
                <w:rFonts w:ascii="HY헤드라인M" w:eastAsia="휴먼명조" w:hAnsi="HY헤드라인M" w:cs="휴먼명조"/>
                <w:b/>
                <w:spacing w:val="-12"/>
                <w:w w:val="97"/>
                <w:sz w:val="24"/>
                <w:u w:val="single"/>
                <w:lang w:eastAsia="ko-KR"/>
              </w:rPr>
              <w:t xml:space="preserve"> </w:t>
            </w:r>
            <w:r>
              <w:rPr>
                <w:rFonts w:ascii="HY헤드라인M" w:eastAsia="휴먼명조" w:hAnsi="HY헤드라인M" w:cs="휴먼명조"/>
                <w:b/>
                <w:spacing w:val="-12"/>
                <w:w w:val="97"/>
                <w:sz w:val="24"/>
                <w:u w:val="single"/>
                <w:lang w:eastAsia="ko-KR"/>
              </w:rPr>
              <w:t>취소</w:t>
            </w:r>
            <w:r>
              <w:rPr>
                <w:rFonts w:ascii="HY헤드라인M" w:eastAsia="휴먼명조" w:hAnsi="HY헤드라인M" w:cs="휴먼명조"/>
                <w:b/>
                <w:spacing w:val="-12"/>
                <w:w w:val="97"/>
                <w:sz w:val="24"/>
                <w:u w:val="single"/>
                <w:lang w:eastAsia="ko-KR"/>
              </w:rPr>
              <w:t xml:space="preserve"> </w:t>
            </w:r>
            <w:r>
              <w:rPr>
                <w:rFonts w:ascii="HY헤드라인M" w:eastAsia="휴먼명조" w:hAnsi="HY헤드라인M" w:cs="휴먼명조"/>
                <w:b/>
                <w:spacing w:val="-12"/>
                <w:w w:val="97"/>
                <w:sz w:val="24"/>
                <w:u w:val="single"/>
                <w:lang w:eastAsia="ko-KR"/>
              </w:rPr>
              <w:t>및</w:t>
            </w:r>
            <w:r>
              <w:rPr>
                <w:rFonts w:ascii="HY헤드라인M" w:eastAsia="휴먼명조" w:hAnsi="HY헤드라인M" w:cs="휴먼명조"/>
                <w:b/>
                <w:spacing w:val="-12"/>
                <w:w w:val="97"/>
                <w:sz w:val="24"/>
                <w:u w:val="single"/>
                <w:lang w:eastAsia="ko-KR"/>
              </w:rPr>
              <w:t xml:space="preserve"> </w:t>
            </w:r>
            <w:r>
              <w:rPr>
                <w:rFonts w:ascii="HY헤드라인M" w:eastAsia="휴먼명조" w:hAnsi="HY헤드라인M" w:cs="휴먼명조"/>
                <w:b/>
                <w:spacing w:val="-12"/>
                <w:w w:val="97"/>
                <w:sz w:val="24"/>
                <w:u w:val="single"/>
                <w:lang w:eastAsia="ko-KR"/>
              </w:rPr>
              <w:t>참여제한</w:t>
            </w:r>
            <w:r>
              <w:rPr>
                <w:rFonts w:ascii="HY헤드라인M" w:eastAsia="휴먼명조" w:hAnsi="HY헤드라인M" w:cs="휴먼명조"/>
                <w:b/>
                <w:spacing w:val="-12"/>
                <w:w w:val="97"/>
                <w:sz w:val="24"/>
                <w:u w:val="single"/>
                <w:lang w:eastAsia="ko-KR"/>
              </w:rPr>
              <w:t xml:space="preserve"> </w:t>
            </w:r>
            <w:r>
              <w:rPr>
                <w:rFonts w:ascii="HY헤드라인M" w:eastAsia="휴먼명조" w:hAnsi="HY헤드라인M" w:cs="휴먼명조"/>
                <w:b/>
                <w:spacing w:val="-12"/>
                <w:w w:val="97"/>
                <w:sz w:val="24"/>
                <w:u w:val="single"/>
                <w:lang w:eastAsia="ko-KR"/>
              </w:rPr>
              <w:t>등은</w:t>
            </w:r>
            <w:r>
              <w:rPr>
                <w:rFonts w:ascii="HY헤드라인M" w:eastAsia="휴먼명조" w:hAnsi="HY헤드라인M" w:cs="휴먼명조"/>
                <w:b/>
                <w:spacing w:val="-12"/>
                <w:w w:val="97"/>
                <w:sz w:val="24"/>
                <w:u w:val="single"/>
                <w:lang w:eastAsia="ko-KR"/>
              </w:rPr>
              <w:t xml:space="preserve"> </w:t>
            </w:r>
            <w:r>
              <w:rPr>
                <w:rFonts w:ascii="HY헤드라인M" w:eastAsia="휴먼명조" w:hAnsi="HY헤드라인M" w:cs="휴먼명조"/>
                <w:b/>
                <w:spacing w:val="-12"/>
                <w:w w:val="97"/>
                <w:sz w:val="24"/>
                <w:u w:val="single"/>
                <w:lang w:eastAsia="ko-KR"/>
              </w:rPr>
              <w:t>물론</w:t>
            </w:r>
            <w:r>
              <w:rPr>
                <w:rFonts w:ascii="HY헤드라인M" w:eastAsia="휴먼명조" w:hAnsi="HY헤드라인M" w:cs="휴먼명조"/>
                <w:b/>
                <w:spacing w:val="-12"/>
                <w:w w:val="97"/>
                <w:sz w:val="24"/>
                <w:u w:val="single"/>
                <w:lang w:eastAsia="ko-KR"/>
              </w:rPr>
              <w:t xml:space="preserve"> </w:t>
            </w:r>
            <w:r>
              <w:rPr>
                <w:rFonts w:ascii="HY헤드라인M" w:eastAsia="휴먼명조" w:hAnsi="HY헤드라인M" w:cs="휴먼명조"/>
                <w:b/>
                <w:spacing w:val="-12"/>
                <w:w w:val="97"/>
                <w:sz w:val="24"/>
                <w:u w:val="single"/>
                <w:lang w:eastAsia="ko-KR"/>
              </w:rPr>
              <w:t>그</w:t>
            </w:r>
            <w:r>
              <w:rPr>
                <w:rFonts w:ascii="HY헤드라인M" w:eastAsia="휴먼명조" w:hAnsi="HY헤드라인M" w:cs="휴먼명조"/>
                <w:b/>
                <w:spacing w:val="-12"/>
                <w:w w:val="97"/>
                <w:sz w:val="24"/>
                <w:u w:val="single"/>
                <w:lang w:eastAsia="ko-KR"/>
              </w:rPr>
              <w:t xml:space="preserve"> </w:t>
            </w:r>
            <w:r>
              <w:rPr>
                <w:rFonts w:ascii="HY헤드라인M" w:eastAsia="휴먼명조" w:hAnsi="HY헤드라인M" w:cs="휴먼명조"/>
                <w:b/>
                <w:spacing w:val="-12"/>
                <w:w w:val="97"/>
                <w:sz w:val="24"/>
                <w:u w:val="single"/>
                <w:lang w:eastAsia="ko-KR"/>
              </w:rPr>
              <w:t>외</w:t>
            </w:r>
            <w:r>
              <w:rPr>
                <w:rFonts w:ascii="HY헤드라인M" w:eastAsia="휴먼명조" w:hAnsi="HY헤드라인M" w:cs="휴먼명조"/>
                <w:b/>
                <w:spacing w:val="-12"/>
                <w:w w:val="97"/>
                <w:sz w:val="24"/>
                <w:u w:val="single"/>
                <w:lang w:eastAsia="ko-KR"/>
              </w:rPr>
              <w:t xml:space="preserve"> </w:t>
            </w:r>
            <w:r>
              <w:rPr>
                <w:rFonts w:ascii="HY헤드라인M" w:eastAsia="휴먼명조" w:hAnsi="HY헤드라인M" w:cs="휴먼명조"/>
                <w:b/>
                <w:spacing w:val="-12"/>
                <w:w w:val="97"/>
                <w:sz w:val="24"/>
                <w:u w:val="single"/>
                <w:lang w:eastAsia="ko-KR"/>
              </w:rPr>
              <w:t>모든</w:t>
            </w:r>
            <w:r>
              <w:rPr>
                <w:rFonts w:ascii="HY헤드라인M" w:eastAsia="휴먼명조" w:hAnsi="HY헤드라인M" w:cs="휴먼명조"/>
                <w:b/>
                <w:spacing w:val="-12"/>
                <w:w w:val="97"/>
                <w:sz w:val="24"/>
                <w:u w:val="single"/>
                <w:lang w:eastAsia="ko-KR"/>
              </w:rPr>
              <w:t xml:space="preserve"> </w:t>
            </w:r>
            <w:r>
              <w:rPr>
                <w:rFonts w:ascii="HY헤드라인M" w:eastAsia="휴먼명조" w:hAnsi="HY헤드라인M" w:cs="휴먼명조"/>
                <w:b/>
                <w:spacing w:val="-12"/>
                <w:w w:val="97"/>
                <w:sz w:val="24"/>
                <w:u w:val="single"/>
                <w:lang w:eastAsia="ko-KR"/>
              </w:rPr>
              <w:t>불이익도</w:t>
            </w:r>
            <w:r>
              <w:rPr>
                <w:rFonts w:ascii="HY헤드라인M" w:eastAsia="휴먼명조" w:hAnsi="HY헤드라인M" w:cs="휴먼명조"/>
                <w:b/>
                <w:spacing w:val="-12"/>
                <w:w w:val="97"/>
                <w:sz w:val="24"/>
                <w:u w:val="single"/>
                <w:lang w:eastAsia="ko-KR"/>
              </w:rPr>
              <w:t xml:space="preserve"> </w:t>
            </w:r>
            <w:r>
              <w:rPr>
                <w:rFonts w:ascii="HY헤드라인M" w:eastAsia="휴먼명조" w:hAnsi="HY헤드라인M" w:cs="휴먼명조"/>
                <w:b/>
                <w:spacing w:val="-12"/>
                <w:w w:val="97"/>
                <w:sz w:val="24"/>
                <w:u w:val="single"/>
                <w:lang w:eastAsia="ko-KR"/>
              </w:rPr>
              <w:t>당사가</w:t>
            </w:r>
            <w:r>
              <w:rPr>
                <w:rFonts w:ascii="HY헤드라인M" w:eastAsia="휴먼명조" w:hAnsi="HY헤드라인M" w:cs="휴먼명조"/>
                <w:b/>
                <w:spacing w:val="-12"/>
                <w:w w:val="97"/>
                <w:sz w:val="24"/>
                <w:u w:val="single"/>
                <w:lang w:eastAsia="ko-KR"/>
              </w:rPr>
              <w:t xml:space="preserve"> </w:t>
            </w:r>
            <w:r>
              <w:rPr>
                <w:rFonts w:ascii="HY헤드라인M" w:eastAsia="휴먼명조" w:hAnsi="HY헤드라인M" w:cs="휴먼명조"/>
                <w:b/>
                <w:spacing w:val="-12"/>
                <w:w w:val="97"/>
                <w:sz w:val="24"/>
                <w:u w:val="single"/>
                <w:lang w:eastAsia="ko-KR"/>
              </w:rPr>
              <w:t>부담할</w:t>
            </w:r>
            <w:r>
              <w:rPr>
                <w:rFonts w:ascii="HY헤드라인M" w:eastAsia="휴먼명조" w:hAnsi="HY헤드라인M" w:cs="휴먼명조"/>
                <w:b/>
                <w:spacing w:val="-12"/>
                <w:w w:val="97"/>
                <w:sz w:val="24"/>
                <w:u w:val="single"/>
                <w:lang w:eastAsia="ko-KR"/>
              </w:rPr>
              <w:t xml:space="preserve"> </w:t>
            </w:r>
            <w:r>
              <w:rPr>
                <w:rFonts w:ascii="HY헤드라인M" w:eastAsia="휴먼명조" w:hAnsi="HY헤드라인M" w:cs="휴먼명조"/>
                <w:b/>
                <w:spacing w:val="-12"/>
                <w:w w:val="97"/>
                <w:sz w:val="24"/>
                <w:u w:val="single"/>
                <w:lang w:eastAsia="ko-KR"/>
              </w:rPr>
              <w:t>것</w:t>
            </w:r>
            <w:r>
              <w:rPr>
                <w:rFonts w:ascii="HY헤드라인M" w:eastAsia="휴먼명조" w:hAnsi="HY헤드라인M" w:cs="휴먼명조"/>
                <w:spacing w:val="-12"/>
                <w:w w:val="97"/>
                <w:sz w:val="24"/>
                <w:lang w:eastAsia="ko-KR"/>
              </w:rPr>
              <w:t>을</w:t>
            </w:r>
            <w:r>
              <w:rPr>
                <w:rFonts w:ascii="HY헤드라인M" w:eastAsia="휴먼명조" w:hAnsi="HY헤드라인M" w:cs="휴먼명조"/>
                <w:spacing w:val="-12"/>
                <w:w w:val="97"/>
                <w:sz w:val="24"/>
                <w:lang w:eastAsia="ko-KR"/>
              </w:rPr>
              <w:t xml:space="preserve"> </w:t>
            </w:r>
            <w:r>
              <w:rPr>
                <w:rFonts w:ascii="HY헤드라인M" w:eastAsia="휴먼명조" w:hAnsi="HY헤드라인M" w:cs="휴먼명조"/>
                <w:spacing w:val="-12"/>
                <w:w w:val="97"/>
                <w:sz w:val="24"/>
                <w:lang w:eastAsia="ko-KR"/>
              </w:rPr>
              <w:t>확인합니다</w:t>
            </w:r>
            <w:r>
              <w:rPr>
                <w:rFonts w:ascii="HY헤드라인M" w:eastAsia="휴먼명조" w:hAnsi="HY헤드라인M" w:cs="휴먼명조"/>
                <w:spacing w:val="-12"/>
                <w:w w:val="97"/>
                <w:sz w:val="24"/>
                <w:lang w:eastAsia="ko-KR"/>
              </w:rPr>
              <w:t>.</w:t>
            </w:r>
          </w:p>
          <w:p w:rsidR="00DA08A1" w:rsidRDefault="00F3557A">
            <w:pPr>
              <w:spacing w:line="300" w:lineRule="auto"/>
              <w:jc w:val="both"/>
              <w:rPr>
                <w:rFonts w:ascii="함초롬돋움" w:eastAsia="함초롬바탕" w:hAnsi="함초롬돋움"/>
                <w:sz w:val="22"/>
                <w:lang w:eastAsia="ko-KR"/>
              </w:rPr>
            </w:pPr>
            <w:r>
              <w:rPr>
                <w:rFonts w:ascii="함초롬돋움" w:eastAsia="함초롬바탕" w:hAnsi="함초롬돋움" w:cs="함초롬바탕"/>
                <w:sz w:val="22"/>
                <w:lang w:eastAsia="ko-KR"/>
              </w:rPr>
              <w:t xml:space="preserve"> </w:t>
            </w:r>
          </w:p>
          <w:p w:rsidR="00DA08A1" w:rsidRDefault="00F3557A">
            <w:pPr>
              <w:spacing w:line="288" w:lineRule="auto"/>
              <w:jc w:val="right"/>
              <w:rPr>
                <w:rFonts w:ascii="HY헤드라인M" w:eastAsia="휴먼명조" w:hAnsi="HY헤드라인M"/>
                <w:sz w:val="24"/>
                <w:szCs w:val="24"/>
                <w:lang w:eastAsia="ko-KR"/>
              </w:rPr>
            </w:pPr>
            <w:r>
              <w:rPr>
                <w:rFonts w:ascii="HY헤드라인M" w:eastAsia="휴먼명조" w:hAnsi="HY헤드라인M" w:cs="휴먼명조"/>
                <w:spacing w:val="-12"/>
                <w:w w:val="97"/>
                <w:sz w:val="24"/>
                <w:lang w:eastAsia="ko-KR"/>
              </w:rPr>
              <w:t>2026</w:t>
            </w:r>
            <w:r>
              <w:rPr>
                <w:rFonts w:ascii="HY헤드라인M" w:eastAsia="휴먼명조" w:hAnsi="HY헤드라인M" w:cs="휴먼명조"/>
                <w:spacing w:val="-12"/>
                <w:w w:val="97"/>
                <w:sz w:val="24"/>
                <w:lang w:eastAsia="ko-KR"/>
              </w:rPr>
              <w:t>년</w:t>
            </w:r>
            <w:r>
              <w:rPr>
                <w:rFonts w:ascii="HY헤드라인M" w:eastAsia="휴먼명조" w:hAnsi="HY헤드라인M" w:cs="휴먼명조"/>
                <w:spacing w:val="-12"/>
                <w:w w:val="97"/>
                <w:sz w:val="24"/>
                <w:lang w:eastAsia="ko-KR"/>
              </w:rPr>
              <w:t xml:space="preserve">     </w:t>
            </w:r>
            <w:r w:rsidR="005074F0">
              <w:rPr>
                <w:rFonts w:ascii="HY헤드라인M" w:eastAsia="휴먼명조" w:hAnsi="HY헤드라인M" w:cs="휴먼명조"/>
                <w:spacing w:val="-12"/>
                <w:w w:val="97"/>
                <w:sz w:val="24"/>
                <w:lang w:eastAsia="ko-KR"/>
              </w:rPr>
              <w:t xml:space="preserve"> </w:t>
            </w:r>
            <w:r>
              <w:rPr>
                <w:rFonts w:ascii="HY헤드라인M" w:eastAsia="휴먼명조" w:hAnsi="HY헤드라인M" w:cs="휴먼명조"/>
                <w:spacing w:val="-12"/>
                <w:w w:val="97"/>
                <w:sz w:val="24"/>
                <w:lang w:eastAsia="ko-KR"/>
              </w:rPr>
              <w:t>월</w:t>
            </w:r>
            <w:r>
              <w:rPr>
                <w:rFonts w:ascii="HY헤드라인M" w:eastAsia="휴먼명조" w:hAnsi="HY헤드라인M" w:cs="휴먼명조"/>
                <w:spacing w:val="-12"/>
                <w:w w:val="97"/>
                <w:sz w:val="24"/>
                <w:lang w:eastAsia="ko-KR"/>
              </w:rPr>
              <w:t xml:space="preserve">   </w:t>
            </w:r>
            <w:r w:rsidR="005074F0">
              <w:rPr>
                <w:rFonts w:ascii="HY헤드라인M" w:eastAsia="휴먼명조" w:hAnsi="HY헤드라인M" w:cs="휴먼명조"/>
                <w:spacing w:val="-12"/>
                <w:w w:val="97"/>
                <w:sz w:val="24"/>
                <w:lang w:eastAsia="ko-KR"/>
              </w:rPr>
              <w:t xml:space="preserve"> </w:t>
            </w:r>
            <w:r>
              <w:rPr>
                <w:rFonts w:ascii="HY헤드라인M" w:eastAsia="휴먼명조" w:hAnsi="HY헤드라인M" w:cs="휴먼명조"/>
                <w:spacing w:val="-12"/>
                <w:w w:val="97"/>
                <w:sz w:val="24"/>
                <w:lang w:eastAsia="ko-KR"/>
              </w:rPr>
              <w:t xml:space="preserve"> </w:t>
            </w:r>
            <w:r>
              <w:rPr>
                <w:rFonts w:ascii="HY헤드라인M" w:eastAsia="휴먼명조" w:hAnsi="HY헤드라인M" w:cs="휴먼명조"/>
                <w:spacing w:val="-12"/>
                <w:w w:val="97"/>
                <w:sz w:val="24"/>
                <w:lang w:eastAsia="ko-KR"/>
              </w:rPr>
              <w:t>일</w:t>
            </w:r>
          </w:p>
          <w:p w:rsidR="00DA08A1" w:rsidRDefault="00DA08A1">
            <w:pPr>
              <w:spacing w:line="288" w:lineRule="auto"/>
              <w:jc w:val="right"/>
              <w:rPr>
                <w:rFonts w:ascii="함초롬돋움" w:eastAsia="함초롬바탕" w:hAnsi="함초롬돋움"/>
                <w:sz w:val="22"/>
                <w:lang w:eastAsia="ko-KR"/>
              </w:rPr>
            </w:pPr>
          </w:p>
          <w:p w:rsidR="00DA08A1" w:rsidRDefault="00F3557A">
            <w:pPr>
              <w:spacing w:line="288" w:lineRule="auto"/>
              <w:jc w:val="right"/>
              <w:rPr>
                <w:rFonts w:ascii="HY헤드라인M" w:eastAsia="휴먼명조" w:hAnsi="HY헤드라인M"/>
                <w:sz w:val="24"/>
                <w:szCs w:val="24"/>
                <w:lang w:eastAsia="ko-KR"/>
              </w:rPr>
            </w:pPr>
            <w:proofErr w:type="spellStart"/>
            <w:r>
              <w:rPr>
                <w:rFonts w:ascii="HY헤드라인M" w:eastAsia="휴먼명조" w:hAnsi="HY헤드라인M" w:cs="휴먼명조"/>
                <w:spacing w:val="-12"/>
                <w:w w:val="97"/>
                <w:sz w:val="24"/>
                <w:lang w:eastAsia="ko-KR"/>
              </w:rPr>
              <w:t>신청기업</w:t>
            </w:r>
            <w:proofErr w:type="spellEnd"/>
            <w:r>
              <w:rPr>
                <w:rFonts w:ascii="HY헤드라인M" w:eastAsia="휴먼명조" w:hAnsi="HY헤드라인M" w:cs="휴먼명조"/>
                <w:spacing w:val="-12"/>
                <w:w w:val="97"/>
                <w:sz w:val="24"/>
                <w:lang w:eastAsia="ko-KR"/>
              </w:rPr>
              <w:t xml:space="preserve"> </w:t>
            </w:r>
            <w:r>
              <w:rPr>
                <w:rFonts w:ascii="HY헤드라인M" w:eastAsia="휴먼명조" w:hAnsi="HY헤드라인M" w:cs="휴먼명조"/>
                <w:spacing w:val="-12"/>
                <w:w w:val="97"/>
                <w:sz w:val="24"/>
                <w:lang w:eastAsia="ko-KR"/>
              </w:rPr>
              <w:t>대표</w:t>
            </w:r>
            <w:r>
              <w:rPr>
                <w:rFonts w:ascii="HY헤드라인M" w:eastAsia="휴먼명조" w:hAnsi="HY헤드라인M" w:cs="휴먼명조"/>
                <w:spacing w:val="-12"/>
                <w:w w:val="97"/>
                <w:sz w:val="24"/>
                <w:lang w:eastAsia="ko-KR"/>
              </w:rPr>
              <w:t>(</w:t>
            </w:r>
            <w:r>
              <w:rPr>
                <w:rFonts w:ascii="HY헤드라인M" w:eastAsia="휴먼명조" w:hAnsi="HY헤드라인M" w:cs="휴먼명조"/>
                <w:spacing w:val="-12"/>
                <w:w w:val="97"/>
                <w:sz w:val="24"/>
                <w:lang w:eastAsia="ko-KR"/>
              </w:rPr>
              <w:t>이사</w:t>
            </w:r>
            <w:proofErr w:type="gramStart"/>
            <w:r>
              <w:rPr>
                <w:rFonts w:ascii="HY헤드라인M" w:eastAsia="휴먼명조" w:hAnsi="HY헤드라인M" w:cs="휴먼명조"/>
                <w:spacing w:val="-12"/>
                <w:w w:val="97"/>
                <w:sz w:val="24"/>
                <w:lang w:eastAsia="ko-KR"/>
              </w:rPr>
              <w:t>) :</w:t>
            </w:r>
            <w:proofErr w:type="gramEnd"/>
            <w:r>
              <w:rPr>
                <w:rFonts w:ascii="함초롬돋움" w:eastAsia="함초롬바탕" w:hAnsi="함초롬돋움" w:cs="함초롬바탕"/>
                <w:sz w:val="22"/>
                <w:lang w:eastAsia="ko-KR"/>
              </w:rPr>
              <w:t xml:space="preserve">                     </w:t>
            </w:r>
            <w:r>
              <w:rPr>
                <w:rFonts w:ascii="HY헤드라인M" w:eastAsia="휴먼명조" w:hAnsi="HY헤드라인M" w:cs="휴먼명조"/>
                <w:spacing w:val="-12"/>
                <w:w w:val="97"/>
                <w:sz w:val="24"/>
                <w:lang w:eastAsia="ko-KR"/>
              </w:rPr>
              <w:t>(</w:t>
            </w:r>
            <w:r>
              <w:rPr>
                <w:rFonts w:ascii="HY헤드라인M" w:eastAsia="휴먼명조" w:hAnsi="HY헤드라인M" w:cs="휴먼명조"/>
                <w:spacing w:val="-12"/>
                <w:w w:val="97"/>
                <w:sz w:val="24"/>
                <w:lang w:eastAsia="ko-KR"/>
              </w:rPr>
              <w:t>인</w:t>
            </w:r>
            <w:r>
              <w:rPr>
                <w:rFonts w:ascii="HY헤드라인M" w:eastAsia="휴먼명조" w:hAnsi="HY헤드라인M" w:cs="휴먼명조"/>
                <w:spacing w:val="-12"/>
                <w:w w:val="97"/>
                <w:sz w:val="24"/>
                <w:lang w:eastAsia="ko-KR"/>
              </w:rPr>
              <w:t>)</w:t>
            </w:r>
          </w:p>
          <w:p w:rsidR="00DA08A1" w:rsidRDefault="00F3557A">
            <w:pPr>
              <w:spacing w:line="300" w:lineRule="auto"/>
              <w:jc w:val="right"/>
              <w:rPr>
                <w:rFonts w:ascii="함초롬돋움" w:eastAsia="함초롬바탕" w:hAnsi="함초롬돋움"/>
                <w:sz w:val="22"/>
                <w:lang w:eastAsia="ko-KR"/>
              </w:rPr>
            </w:pPr>
            <w:r>
              <w:rPr>
                <w:rFonts w:ascii="함초롬돋움" w:eastAsia="함초롬바탕" w:hAnsi="함초롬돋움" w:cs="함초롬바탕"/>
                <w:sz w:val="22"/>
                <w:lang w:eastAsia="ko-KR"/>
              </w:rPr>
              <w:t xml:space="preserve"> </w:t>
            </w:r>
          </w:p>
          <w:p w:rsidR="00DA08A1" w:rsidRDefault="00F3557A">
            <w:pPr>
              <w:spacing w:line="288" w:lineRule="auto"/>
              <w:jc w:val="center"/>
              <w:rPr>
                <w:rFonts w:ascii="HY헤드라인M" w:eastAsia="휴먼명조" w:hAnsi="HY헤드라인M"/>
                <w:b/>
                <w:sz w:val="26"/>
                <w:szCs w:val="26"/>
                <w:lang w:eastAsia="ko-KR"/>
              </w:rPr>
            </w:pPr>
            <w:r>
              <w:rPr>
                <w:rFonts w:ascii="HY헤드라인M" w:eastAsia="휴먼명조" w:hAnsi="HY헤드라인M" w:cs="휴먼명조"/>
                <w:b/>
                <w:spacing w:val="-13"/>
                <w:w w:val="97"/>
                <w:sz w:val="26"/>
                <w:lang w:eastAsia="ko-KR"/>
              </w:rPr>
              <w:t>중소벤처기업진흥공단</w:t>
            </w:r>
            <w:r>
              <w:rPr>
                <w:rFonts w:ascii="HY헤드라인M" w:eastAsia="휴먼명조" w:hAnsi="HY헤드라인M" w:cs="휴먼명조"/>
                <w:b/>
                <w:spacing w:val="-13"/>
                <w:w w:val="97"/>
                <w:sz w:val="26"/>
                <w:lang w:eastAsia="ko-KR"/>
              </w:rPr>
              <w:t xml:space="preserve"> </w:t>
            </w:r>
            <w:r>
              <w:rPr>
                <w:rFonts w:ascii="HY헤드라인M" w:eastAsia="휴먼명조" w:hAnsi="HY헤드라인M" w:cs="휴먼명조"/>
                <w:b/>
                <w:spacing w:val="-13"/>
                <w:w w:val="97"/>
                <w:sz w:val="26"/>
                <w:lang w:eastAsia="ko-KR"/>
              </w:rPr>
              <w:t>이사장</w:t>
            </w:r>
            <w:r>
              <w:rPr>
                <w:rFonts w:ascii="HY헤드라인M" w:eastAsia="휴먼명조" w:hAnsi="HY헤드라인M" w:cs="휴먼명조"/>
                <w:b/>
                <w:spacing w:val="-13"/>
                <w:w w:val="97"/>
                <w:sz w:val="26"/>
                <w:lang w:eastAsia="ko-KR"/>
              </w:rPr>
              <w:t xml:space="preserve"> </w:t>
            </w:r>
            <w:r>
              <w:rPr>
                <w:rFonts w:ascii="HY헤드라인M" w:eastAsia="휴먼명조" w:hAnsi="HY헤드라인M" w:cs="휴먼명조"/>
                <w:b/>
                <w:spacing w:val="-13"/>
                <w:w w:val="97"/>
                <w:sz w:val="26"/>
                <w:lang w:eastAsia="ko-KR"/>
              </w:rPr>
              <w:t>귀하</w:t>
            </w:r>
          </w:p>
        </w:tc>
      </w:tr>
    </w:tbl>
    <w:p w:rsidR="00DA08A1" w:rsidRDefault="00DA08A1">
      <w:pPr>
        <w:rPr>
          <w:rFonts w:ascii="함초롬돋움" w:eastAsia="함초롬바탕" w:hAnsi="함초롬돋움"/>
          <w:sz w:val="10"/>
          <w:szCs w:val="10"/>
          <w:lang w:eastAsia="ko-KR"/>
        </w:rPr>
      </w:pPr>
    </w:p>
    <w:p w:rsidR="003F7D5C" w:rsidRPr="008441FE" w:rsidRDefault="00AA0089" w:rsidP="004E7A41">
      <w:pPr>
        <w:spacing w:after="200" w:line="276" w:lineRule="auto"/>
        <w:rPr>
          <w:rFonts w:ascii="함초롬돋움" w:eastAsia="함초롬바탕" w:hAnsi="함초롬돋움"/>
          <w:sz w:val="10"/>
          <w:szCs w:val="10"/>
          <w:lang w:eastAsia="ko-KR"/>
        </w:rPr>
      </w:pPr>
      <w:r>
        <w:rPr>
          <w:rFonts w:ascii="함초롬돋움" w:eastAsia="함초롬바탕" w:hAnsi="함초롬돋움"/>
          <w:sz w:val="10"/>
          <w:szCs w:val="10"/>
          <w:lang w:eastAsia="ko-KR"/>
        </w:rPr>
        <w:br w:type="page"/>
      </w:r>
    </w:p>
    <w:tbl>
      <w:tblPr>
        <w:tblOverlap w:val="never"/>
        <w:tblW w:w="0" w:type="auto"/>
        <w:tblCellMar>
          <w:left w:w="567" w:type="dxa"/>
          <w:right w:w="0" w:type="dxa"/>
        </w:tblCellMar>
        <w:tblLook w:val="04A0" w:firstRow="1" w:lastRow="0" w:firstColumn="1" w:lastColumn="0" w:noHBand="0" w:noVBand="1"/>
      </w:tblPr>
      <w:tblGrid>
        <w:gridCol w:w="1350"/>
        <w:gridCol w:w="76"/>
        <w:gridCol w:w="8237"/>
      </w:tblGrid>
      <w:tr w:rsidR="003F7D5C" w:rsidRPr="00E471C8" w:rsidTr="00CD7691">
        <w:trPr>
          <w:trHeight w:val="438"/>
        </w:trPr>
        <w:tc>
          <w:tcPr>
            <w:tcW w:w="1350" w:type="dxa"/>
            <w:tcBorders>
              <w:top w:val="single" w:sz="2" w:space="0" w:color="000000"/>
              <w:left w:val="single" w:sz="2" w:space="0" w:color="000000"/>
              <w:bottom w:val="single" w:sz="2" w:space="0" w:color="000000"/>
              <w:right w:val="single" w:sz="2" w:space="0" w:color="000000"/>
            </w:tcBorders>
            <w:shd w:val="clear" w:color="auto" w:fill="154194"/>
            <w:tcMar>
              <w:top w:w="28" w:type="dxa"/>
              <w:left w:w="28" w:type="dxa"/>
              <w:bottom w:w="28" w:type="dxa"/>
              <w:right w:w="28" w:type="dxa"/>
            </w:tcMar>
            <w:vAlign w:val="center"/>
            <w:hideMark/>
          </w:tcPr>
          <w:p w:rsidR="003F7D5C" w:rsidRPr="00E471C8" w:rsidRDefault="00AD12EE" w:rsidP="00AD12EE">
            <w:pPr>
              <w:ind w:right="104"/>
              <w:jc w:val="center"/>
              <w:textAlignment w:val="baseline"/>
              <w:rPr>
                <w:rFonts w:ascii="함초롬바탕" w:eastAsia="굴림" w:hAnsi="굴림" w:cs="굴림"/>
                <w:color w:val="000000"/>
                <w:sz w:val="30"/>
                <w:szCs w:val="30"/>
              </w:rPr>
            </w:pPr>
            <w:r>
              <w:rPr>
                <w:rFonts w:ascii="HY헤드라인M" w:eastAsia="HY헤드라인M" w:hAnsi="굴림" w:cs="굴림" w:hint="eastAsia"/>
                <w:color w:val="FFFFFF"/>
                <w:sz w:val="30"/>
                <w:szCs w:val="30"/>
                <w:lang w:eastAsia="ko-KR"/>
              </w:rPr>
              <w:lastRenderedPageBreak/>
              <w:t>첨부</w:t>
            </w:r>
          </w:p>
        </w:tc>
        <w:tc>
          <w:tcPr>
            <w:tcW w:w="76" w:type="dxa"/>
            <w:tcBorders>
              <w:top w:val="nil"/>
              <w:left w:val="single" w:sz="2" w:space="0" w:color="000000"/>
              <w:bottom w:val="nil"/>
              <w:right w:val="single" w:sz="2" w:space="0" w:color="000000"/>
            </w:tcBorders>
            <w:tcMar>
              <w:top w:w="28" w:type="dxa"/>
              <w:left w:w="28" w:type="dxa"/>
              <w:bottom w:w="28" w:type="dxa"/>
              <w:right w:w="28" w:type="dxa"/>
            </w:tcMar>
            <w:vAlign w:val="center"/>
            <w:hideMark/>
          </w:tcPr>
          <w:p w:rsidR="003F7D5C" w:rsidRPr="00E471C8" w:rsidRDefault="003F7D5C" w:rsidP="003F7D5C">
            <w:pPr>
              <w:jc w:val="center"/>
              <w:textAlignment w:val="baseline"/>
              <w:rPr>
                <w:rFonts w:ascii="함초롬바탕" w:eastAsia="굴림" w:hAnsi="굴림" w:cs="굴림"/>
                <w:color w:val="000000"/>
                <w:sz w:val="30"/>
                <w:szCs w:val="30"/>
              </w:rPr>
            </w:pPr>
          </w:p>
        </w:tc>
        <w:tc>
          <w:tcPr>
            <w:tcW w:w="8237" w:type="dxa"/>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rsidR="003F7D5C" w:rsidRPr="00E471C8" w:rsidRDefault="00674E32" w:rsidP="00CD7691">
            <w:pPr>
              <w:textAlignment w:val="baseline"/>
              <w:rPr>
                <w:rFonts w:ascii="함초롬바탕" w:eastAsia="굴림" w:hAnsi="굴림" w:cs="굴림"/>
                <w:color w:val="000000"/>
                <w:sz w:val="30"/>
                <w:szCs w:val="30"/>
                <w:lang w:eastAsia="ko-KR"/>
              </w:rPr>
            </w:pPr>
            <w:r>
              <w:rPr>
                <w:rFonts w:ascii="HY헤드라인M" w:eastAsia="HY헤드라인M" w:hAnsi="굴림" w:cs="굴림" w:hint="eastAsia"/>
                <w:color w:val="000000"/>
                <w:sz w:val="30"/>
                <w:szCs w:val="30"/>
                <w:lang w:eastAsia="ko-KR"/>
              </w:rPr>
              <w:t xml:space="preserve"> 신</w:t>
            </w:r>
            <w:r w:rsidR="00CD7691">
              <w:rPr>
                <w:rFonts w:ascii="HY헤드라인M" w:eastAsia="HY헤드라인M" w:hAnsi="굴림" w:cs="굴림" w:hint="eastAsia"/>
                <w:color w:val="000000"/>
                <w:sz w:val="30"/>
                <w:szCs w:val="30"/>
                <w:lang w:eastAsia="ko-KR"/>
              </w:rPr>
              <w:t>용</w:t>
            </w:r>
            <w:r w:rsidR="003F7D5C" w:rsidRPr="00E471C8">
              <w:rPr>
                <w:rFonts w:ascii="HY헤드라인M" w:eastAsia="HY헤드라인M" w:hAnsi="굴림" w:cs="굴림" w:hint="eastAsia"/>
                <w:color w:val="000000"/>
                <w:sz w:val="30"/>
                <w:szCs w:val="30"/>
                <w:lang w:eastAsia="ko-KR"/>
              </w:rPr>
              <w:t>정보제공 및 활용</w:t>
            </w:r>
            <w:r w:rsidR="00B508EF">
              <w:rPr>
                <w:rFonts w:ascii="HY헤드라인M" w:eastAsia="HY헤드라인M" w:hAnsi="굴림" w:cs="굴림" w:hint="eastAsia"/>
                <w:color w:val="000000"/>
                <w:sz w:val="30"/>
                <w:szCs w:val="30"/>
                <w:lang w:eastAsia="ko-KR"/>
              </w:rPr>
              <w:t xml:space="preserve"> </w:t>
            </w:r>
            <w:r w:rsidR="003F7D5C" w:rsidRPr="00E471C8">
              <w:rPr>
                <w:rFonts w:ascii="HY헤드라인M" w:eastAsia="HY헤드라인M" w:hAnsi="굴림" w:cs="굴림" w:hint="eastAsia"/>
                <w:color w:val="000000"/>
                <w:sz w:val="30"/>
                <w:szCs w:val="30"/>
                <w:lang w:eastAsia="ko-KR"/>
              </w:rPr>
              <w:t>동의서</w:t>
            </w:r>
          </w:p>
        </w:tc>
      </w:tr>
    </w:tbl>
    <w:p w:rsidR="00C51585" w:rsidRPr="00E471C8" w:rsidRDefault="00C51585" w:rsidP="003F7D5C">
      <w:pPr>
        <w:textAlignment w:val="baseline"/>
        <w:rPr>
          <w:rFonts w:ascii="함초롬바탕" w:eastAsia="굴림" w:hAnsi="굴림" w:cs="굴림"/>
          <w:color w:val="000000"/>
          <w:sz w:val="10"/>
          <w:szCs w:val="10"/>
          <w:lang w:eastAsia="ko-KR"/>
        </w:rPr>
      </w:pPr>
    </w:p>
    <w:tbl>
      <w:tblPr>
        <w:tblOverlap w:val="never"/>
        <w:tblW w:w="0" w:type="auto"/>
        <w:jc w:val="center"/>
        <w:tblCellMar>
          <w:top w:w="15" w:type="dxa"/>
          <w:left w:w="15" w:type="dxa"/>
          <w:bottom w:w="15" w:type="dxa"/>
          <w:right w:w="15" w:type="dxa"/>
        </w:tblCellMar>
        <w:tblLook w:val="04A0" w:firstRow="1" w:lastRow="0" w:firstColumn="1" w:lastColumn="0" w:noHBand="0" w:noVBand="1"/>
      </w:tblPr>
      <w:tblGrid>
        <w:gridCol w:w="8279"/>
      </w:tblGrid>
      <w:tr w:rsidR="003F7D5C" w:rsidRPr="00E471C8" w:rsidTr="00E97CED">
        <w:trPr>
          <w:trHeight w:val="102"/>
          <w:jc w:val="center"/>
        </w:trPr>
        <w:tc>
          <w:tcPr>
            <w:tcW w:w="8279" w:type="dxa"/>
            <w:tcBorders>
              <w:top w:val="double" w:sz="6" w:space="0" w:color="000000"/>
              <w:left w:val="double" w:sz="6" w:space="0" w:color="000000"/>
              <w:bottom w:val="double" w:sz="6" w:space="0" w:color="000000"/>
              <w:right w:val="double" w:sz="6" w:space="0" w:color="000000"/>
            </w:tcBorders>
            <w:tcMar>
              <w:top w:w="28" w:type="dxa"/>
              <w:left w:w="102" w:type="dxa"/>
              <w:bottom w:w="28" w:type="dxa"/>
              <w:right w:w="102" w:type="dxa"/>
            </w:tcMar>
            <w:vAlign w:val="center"/>
            <w:hideMark/>
          </w:tcPr>
          <w:p w:rsidR="003F7D5C" w:rsidRPr="004E355C" w:rsidRDefault="003F7D5C" w:rsidP="00F32869">
            <w:pPr>
              <w:jc w:val="center"/>
              <w:textAlignment w:val="baseline"/>
              <w:rPr>
                <w:rFonts w:ascii="함초롬바탕" w:eastAsia="굴림" w:hAnsi="굴림" w:cs="굴림"/>
                <w:color w:val="000000"/>
                <w:szCs w:val="20"/>
                <w:lang w:eastAsia="ko-KR"/>
              </w:rPr>
            </w:pPr>
            <w:r w:rsidRPr="004E355C">
              <w:rPr>
                <w:rFonts w:ascii="HY헤드라인M" w:eastAsia="HY헤드라인M" w:hAnsi="굴림" w:cs="굴림" w:hint="eastAsia"/>
                <w:color w:val="000000"/>
                <w:spacing w:val="40"/>
                <w:szCs w:val="20"/>
                <w:lang w:eastAsia="ko-KR"/>
              </w:rPr>
              <w:t xml:space="preserve">기업(신용)정보 </w:t>
            </w:r>
            <w:proofErr w:type="spellStart"/>
            <w:r w:rsidRPr="004E355C">
              <w:rPr>
                <w:rFonts w:ascii="HY헤드라인M" w:eastAsia="HY헤드라인M" w:hAnsi="굴림" w:cs="굴림" w:hint="eastAsia"/>
                <w:color w:val="000000"/>
                <w:spacing w:val="40"/>
                <w:szCs w:val="20"/>
                <w:lang w:eastAsia="ko-KR"/>
              </w:rPr>
              <w:t>수집</w:t>
            </w:r>
            <w:r w:rsidR="00F32869" w:rsidRPr="004E355C">
              <w:rPr>
                <w:rFonts w:ascii="MS Gothic" w:eastAsia="MS Gothic" w:hAnsi="MS Gothic" w:cs="MS Gothic" w:hint="eastAsia"/>
                <w:color w:val="000000"/>
                <w:spacing w:val="40"/>
                <w:szCs w:val="20"/>
                <w:lang w:eastAsia="ko-KR"/>
              </w:rPr>
              <w:t>·</w:t>
            </w:r>
            <w:r w:rsidRPr="004E355C">
              <w:rPr>
                <w:rFonts w:ascii="HY헤드라인M" w:eastAsia="HY헤드라인M" w:hAnsi="굴림" w:cs="굴림" w:hint="eastAsia"/>
                <w:color w:val="000000"/>
                <w:spacing w:val="40"/>
                <w:szCs w:val="20"/>
                <w:lang w:eastAsia="ko-KR"/>
              </w:rPr>
              <w:t>이용</w:t>
            </w:r>
            <w:r w:rsidR="00F32869" w:rsidRPr="004E355C">
              <w:rPr>
                <w:rFonts w:ascii="MS Gothic" w:eastAsia="MS Gothic" w:hAnsi="MS Gothic" w:cs="MS Gothic" w:hint="eastAsia"/>
                <w:color w:val="000000"/>
                <w:spacing w:val="40"/>
                <w:szCs w:val="20"/>
                <w:lang w:eastAsia="ko-KR"/>
              </w:rPr>
              <w:t>·</w:t>
            </w:r>
            <w:r w:rsidRPr="004E355C">
              <w:rPr>
                <w:rFonts w:ascii="HY헤드라인M" w:eastAsia="HY헤드라인M" w:hAnsi="굴림" w:cs="굴림" w:hint="eastAsia"/>
                <w:color w:val="000000"/>
                <w:spacing w:val="40"/>
                <w:szCs w:val="20"/>
                <w:lang w:eastAsia="ko-KR"/>
              </w:rPr>
              <w:t>제공</w:t>
            </w:r>
            <w:r w:rsidR="00F32869" w:rsidRPr="004E355C">
              <w:rPr>
                <w:rFonts w:ascii="MS Gothic" w:eastAsia="MS Gothic" w:hAnsi="MS Gothic" w:cs="MS Gothic" w:hint="eastAsia"/>
                <w:color w:val="000000"/>
                <w:spacing w:val="40"/>
                <w:szCs w:val="20"/>
                <w:lang w:eastAsia="ko-KR"/>
              </w:rPr>
              <w:t>·</w:t>
            </w:r>
            <w:r w:rsidRPr="004E355C">
              <w:rPr>
                <w:rFonts w:ascii="HY헤드라인M" w:eastAsia="HY헤드라인M" w:hAnsi="굴림" w:cs="굴림" w:hint="eastAsia"/>
                <w:color w:val="000000"/>
                <w:spacing w:val="40"/>
                <w:szCs w:val="20"/>
                <w:lang w:eastAsia="ko-KR"/>
              </w:rPr>
              <w:t>조회</w:t>
            </w:r>
            <w:proofErr w:type="spellEnd"/>
            <w:r w:rsidRPr="004E355C">
              <w:rPr>
                <w:rFonts w:ascii="HY헤드라인M" w:eastAsia="HY헤드라인M" w:hAnsi="굴림" w:cs="굴림" w:hint="eastAsia"/>
                <w:color w:val="000000"/>
                <w:spacing w:val="40"/>
                <w:szCs w:val="20"/>
                <w:lang w:eastAsia="ko-KR"/>
              </w:rPr>
              <w:t xml:space="preserve"> 및 고객정보 활용 동의서</w:t>
            </w:r>
          </w:p>
        </w:tc>
      </w:tr>
    </w:tbl>
    <w:p w:rsidR="00C51585" w:rsidRPr="00E471C8" w:rsidRDefault="003F7D5C" w:rsidP="003F7D5C">
      <w:pPr>
        <w:jc w:val="right"/>
        <w:textAlignment w:val="baseline"/>
        <w:rPr>
          <w:rFonts w:ascii="함초롬바탕" w:eastAsia="굴림" w:hAnsi="굴림" w:cs="굴림"/>
          <w:color w:val="000000"/>
          <w:sz w:val="16"/>
          <w:szCs w:val="16"/>
          <w:lang w:eastAsia="ko-KR"/>
        </w:rPr>
      </w:pPr>
      <w:r w:rsidRPr="00E471C8">
        <w:rPr>
          <w:rFonts w:ascii="함초롬바탕" w:eastAsia="함초롬바탕" w:hAnsi="함초롬바탕" w:cs="함초롬바탕" w:hint="eastAsia"/>
          <w:b/>
          <w:bCs/>
          <w:color w:val="000000"/>
          <w:sz w:val="16"/>
          <w:szCs w:val="16"/>
          <w:lang w:eastAsia="ko-KR"/>
        </w:rPr>
        <w:t>중소벤처기업진흥공단</w:t>
      </w:r>
      <w:r w:rsidRPr="00E471C8">
        <w:rPr>
          <w:rFonts w:ascii="함초롬바탕" w:eastAsia="함초롬바탕" w:hAnsi="굴림" w:cs="굴림"/>
          <w:b/>
          <w:bCs/>
          <w:color w:val="000000"/>
          <w:sz w:val="16"/>
          <w:szCs w:val="16"/>
          <w:lang w:eastAsia="ko-KR"/>
        </w:rPr>
        <w:t>(</w:t>
      </w:r>
      <w:r w:rsidRPr="00E471C8">
        <w:rPr>
          <w:rFonts w:ascii="함초롬바탕" w:eastAsia="함초롬바탕" w:hAnsi="함초롬바탕" w:cs="함초롬바탕" w:hint="eastAsia"/>
          <w:b/>
          <w:bCs/>
          <w:color w:val="000000"/>
          <w:sz w:val="16"/>
          <w:szCs w:val="16"/>
          <w:lang w:eastAsia="ko-KR"/>
        </w:rPr>
        <w:t>이하</w:t>
      </w:r>
      <w:r w:rsidRPr="00E471C8">
        <w:rPr>
          <w:rFonts w:ascii="함초롬바탕" w:eastAsia="함초롬바탕" w:hAnsi="굴림" w:cs="굴림"/>
          <w:b/>
          <w:bCs/>
          <w:color w:val="000000"/>
          <w:sz w:val="16"/>
          <w:szCs w:val="16"/>
          <w:lang w:eastAsia="ko-KR"/>
        </w:rPr>
        <w:t>‘</w:t>
      </w:r>
      <w:proofErr w:type="spellStart"/>
      <w:r w:rsidRPr="00E471C8">
        <w:rPr>
          <w:rFonts w:ascii="함초롬바탕" w:eastAsia="함초롬바탕" w:hAnsi="함초롬바탕" w:cs="함초롬바탕" w:hint="eastAsia"/>
          <w:b/>
          <w:bCs/>
          <w:color w:val="000000"/>
          <w:sz w:val="16"/>
          <w:szCs w:val="16"/>
          <w:lang w:eastAsia="ko-KR"/>
        </w:rPr>
        <w:t>중진공</w:t>
      </w:r>
      <w:proofErr w:type="spellEnd"/>
      <w:r w:rsidRPr="00E471C8">
        <w:rPr>
          <w:rFonts w:ascii="함초롬바탕" w:eastAsia="함초롬바탕" w:hAnsi="굴림" w:cs="굴림"/>
          <w:b/>
          <w:bCs/>
          <w:color w:val="000000"/>
          <w:sz w:val="16"/>
          <w:szCs w:val="16"/>
          <w:lang w:eastAsia="ko-KR"/>
        </w:rPr>
        <w:t>’</w:t>
      </w:r>
      <w:r w:rsidRPr="00E471C8">
        <w:rPr>
          <w:rFonts w:ascii="함초롬바탕" w:eastAsia="함초롬바탕" w:hAnsi="함초롬바탕" w:cs="함초롬바탕" w:hint="eastAsia"/>
          <w:b/>
          <w:bCs/>
          <w:color w:val="000000"/>
          <w:sz w:val="16"/>
          <w:szCs w:val="16"/>
          <w:lang w:eastAsia="ko-KR"/>
        </w:rPr>
        <w:t>이라 합니다</w:t>
      </w:r>
      <w:r w:rsidRPr="00E471C8">
        <w:rPr>
          <w:rFonts w:ascii="함초롬바탕" w:eastAsia="함초롬바탕" w:hAnsi="굴림" w:cs="굴림"/>
          <w:b/>
          <w:bCs/>
          <w:color w:val="000000"/>
          <w:sz w:val="16"/>
          <w:szCs w:val="16"/>
          <w:lang w:eastAsia="ko-KR"/>
        </w:rPr>
        <w:t xml:space="preserve">.) </w:t>
      </w:r>
      <w:r w:rsidRPr="00E471C8">
        <w:rPr>
          <w:rFonts w:ascii="함초롬바탕" w:eastAsia="함초롬바탕" w:hAnsi="함초롬바탕" w:cs="함초롬바탕" w:hint="eastAsia"/>
          <w:b/>
          <w:bCs/>
          <w:color w:val="000000"/>
          <w:sz w:val="16"/>
          <w:szCs w:val="16"/>
          <w:lang w:eastAsia="ko-KR"/>
        </w:rPr>
        <w:t>귀중</w:t>
      </w:r>
    </w:p>
    <w:p w:rsidR="003F7D5C" w:rsidRPr="00E471C8" w:rsidRDefault="003F7D5C" w:rsidP="003F7D5C">
      <w:pPr>
        <w:ind w:left="372" w:hanging="372"/>
        <w:textAlignment w:val="baseline"/>
        <w:rPr>
          <w:rFonts w:ascii="HCI Poppy" w:eastAsia="굴림" w:hAnsi="굴림" w:cs="굴림"/>
          <w:b/>
          <w:bCs/>
          <w:color w:val="000000"/>
          <w:w w:val="95"/>
          <w:sz w:val="10"/>
          <w:szCs w:val="10"/>
          <w:lang w:eastAsia="ko-KR"/>
        </w:rPr>
      </w:pPr>
    </w:p>
    <w:p w:rsidR="003F7D5C" w:rsidRPr="00E471C8" w:rsidRDefault="003F7D5C" w:rsidP="003F7D5C">
      <w:pPr>
        <w:textAlignment w:val="baseline"/>
        <w:rPr>
          <w:rFonts w:ascii="함초롬바탕" w:eastAsia="굴림" w:hAnsi="굴림" w:cs="굴림"/>
          <w:color w:val="000000"/>
          <w:w w:val="90"/>
          <w:szCs w:val="20"/>
          <w:lang w:eastAsia="ko-KR"/>
        </w:rPr>
      </w:pPr>
      <w:r w:rsidRPr="00E471C8">
        <w:rPr>
          <w:rFonts w:ascii="한양중고딕" w:eastAsia="한양중고딕" w:hAnsi="굴림" w:cs="굴림" w:hint="eastAsia"/>
          <w:color w:val="000000"/>
          <w:spacing w:val="-12"/>
          <w:w w:val="90"/>
          <w:sz w:val="18"/>
          <w:szCs w:val="18"/>
          <w:lang w:eastAsia="ko-KR"/>
        </w:rPr>
        <w:t xml:space="preserve">본인은 해외지사화사업 등 </w:t>
      </w:r>
      <w:proofErr w:type="spellStart"/>
      <w:r w:rsidRPr="00E471C8">
        <w:rPr>
          <w:rFonts w:ascii="한양중고딕" w:eastAsia="한양중고딕" w:hAnsi="굴림" w:cs="굴림" w:hint="eastAsia"/>
          <w:color w:val="000000"/>
          <w:spacing w:val="-12"/>
          <w:w w:val="90"/>
          <w:sz w:val="18"/>
          <w:szCs w:val="18"/>
          <w:lang w:eastAsia="ko-KR"/>
        </w:rPr>
        <w:t>연계지원</w:t>
      </w:r>
      <w:proofErr w:type="spellEnd"/>
      <w:r w:rsidRPr="00E471C8">
        <w:rPr>
          <w:rFonts w:ascii="한양중고딕" w:eastAsia="한양중고딕" w:hAnsi="굴림" w:cs="굴림" w:hint="eastAsia"/>
          <w:color w:val="000000"/>
          <w:spacing w:val="-12"/>
          <w:w w:val="90"/>
          <w:sz w:val="18"/>
          <w:szCs w:val="18"/>
          <w:lang w:eastAsia="ko-KR"/>
        </w:rPr>
        <w:t xml:space="preserve"> 등과 관련하여 아래의 내용과 같이 </w:t>
      </w:r>
      <w:proofErr w:type="spellStart"/>
      <w:r w:rsidRPr="00E471C8">
        <w:rPr>
          <w:rFonts w:ascii="한양중고딕" w:eastAsia="한양중고딕" w:hAnsi="굴림" w:cs="굴림" w:hint="eastAsia"/>
          <w:color w:val="000000"/>
          <w:spacing w:val="-12"/>
          <w:w w:val="90"/>
          <w:sz w:val="18"/>
          <w:szCs w:val="18"/>
          <w:lang w:eastAsia="ko-KR"/>
        </w:rPr>
        <w:t>중진공이</w:t>
      </w:r>
      <w:proofErr w:type="spellEnd"/>
      <w:r w:rsidRPr="00E471C8">
        <w:rPr>
          <w:rFonts w:ascii="한양중고딕" w:eastAsia="한양중고딕" w:hAnsi="굴림" w:cs="굴림" w:hint="eastAsia"/>
          <w:color w:val="000000"/>
          <w:spacing w:val="-12"/>
          <w:w w:val="90"/>
          <w:sz w:val="18"/>
          <w:szCs w:val="18"/>
          <w:lang w:eastAsia="ko-KR"/>
        </w:rPr>
        <w:t xml:space="preserve"> 본인의 기업(신용)</w:t>
      </w:r>
      <w:r w:rsidRPr="00E471C8">
        <w:rPr>
          <w:rFonts w:ascii="한양중고딕" w:eastAsia="한양중고딕" w:hAnsi="굴림" w:cs="굴림" w:hint="eastAsia"/>
          <w:color w:val="000000"/>
          <w:spacing w:val="-10"/>
          <w:w w:val="90"/>
          <w:sz w:val="18"/>
          <w:szCs w:val="18"/>
          <w:lang w:eastAsia="ko-KR"/>
        </w:rPr>
        <w:t xml:space="preserve">정보를 </w:t>
      </w:r>
      <w:proofErr w:type="spellStart"/>
      <w:r w:rsidRPr="00E471C8">
        <w:rPr>
          <w:rFonts w:ascii="한양중고딕" w:eastAsia="한양중고딕" w:hAnsi="굴림" w:cs="굴림" w:hint="eastAsia"/>
          <w:color w:val="000000"/>
          <w:spacing w:val="-10"/>
          <w:w w:val="90"/>
          <w:sz w:val="18"/>
          <w:szCs w:val="18"/>
          <w:lang w:eastAsia="ko-KR"/>
        </w:rPr>
        <w:t>수집</w:t>
      </w:r>
      <w:r w:rsidR="00793D6A" w:rsidRPr="00007701">
        <w:rPr>
          <w:rFonts w:ascii="MS Gothic" w:eastAsia="MS Gothic" w:hAnsi="MS Gothic" w:cs="MS Gothic" w:hint="eastAsia"/>
          <w:color w:val="000000"/>
          <w:spacing w:val="-10"/>
          <w:w w:val="90"/>
          <w:sz w:val="18"/>
          <w:szCs w:val="18"/>
          <w:lang w:eastAsia="ko-KR"/>
        </w:rPr>
        <w:t>·</w:t>
      </w:r>
      <w:r w:rsidRPr="00E471C8">
        <w:rPr>
          <w:rFonts w:ascii="한양중고딕" w:eastAsia="한양중고딕" w:hAnsi="굴림" w:cs="굴림" w:hint="eastAsia"/>
          <w:color w:val="000000"/>
          <w:spacing w:val="-10"/>
          <w:w w:val="90"/>
          <w:sz w:val="18"/>
          <w:szCs w:val="18"/>
          <w:lang w:eastAsia="ko-KR"/>
        </w:rPr>
        <w:t>이용</w:t>
      </w:r>
      <w:r w:rsidR="00793D6A" w:rsidRPr="00007701">
        <w:rPr>
          <w:rFonts w:ascii="MS Gothic" w:eastAsia="MS Gothic" w:hAnsi="MS Gothic" w:cs="MS Gothic" w:hint="eastAsia"/>
          <w:color w:val="000000"/>
          <w:spacing w:val="-10"/>
          <w:w w:val="90"/>
          <w:sz w:val="18"/>
          <w:szCs w:val="18"/>
          <w:lang w:eastAsia="ko-KR"/>
        </w:rPr>
        <w:t>·</w:t>
      </w:r>
      <w:r w:rsidRPr="00E471C8">
        <w:rPr>
          <w:rFonts w:ascii="한양중고딕" w:eastAsia="한양중고딕" w:hAnsi="굴림" w:cs="굴림" w:hint="eastAsia"/>
          <w:color w:val="000000"/>
          <w:spacing w:val="-10"/>
          <w:w w:val="90"/>
          <w:sz w:val="18"/>
          <w:szCs w:val="18"/>
          <w:lang w:eastAsia="ko-KR"/>
        </w:rPr>
        <w:t>제공</w:t>
      </w:r>
      <w:r w:rsidR="00793D6A" w:rsidRPr="00007701">
        <w:rPr>
          <w:rFonts w:ascii="MS Gothic" w:eastAsia="MS Gothic" w:hAnsi="MS Gothic" w:cs="MS Gothic" w:hint="eastAsia"/>
          <w:color w:val="000000"/>
          <w:spacing w:val="-10"/>
          <w:w w:val="90"/>
          <w:sz w:val="18"/>
          <w:szCs w:val="18"/>
          <w:lang w:eastAsia="ko-KR"/>
        </w:rPr>
        <w:t>·</w:t>
      </w:r>
      <w:r w:rsidRPr="00E471C8">
        <w:rPr>
          <w:rFonts w:ascii="한양중고딕" w:eastAsia="한양중고딕" w:hAnsi="굴림" w:cs="굴림" w:hint="eastAsia"/>
          <w:color w:val="000000"/>
          <w:spacing w:val="-10"/>
          <w:w w:val="90"/>
          <w:sz w:val="18"/>
          <w:szCs w:val="18"/>
          <w:lang w:eastAsia="ko-KR"/>
        </w:rPr>
        <w:t>조회하는</w:t>
      </w:r>
      <w:proofErr w:type="spellEnd"/>
      <w:r w:rsidRPr="00E471C8">
        <w:rPr>
          <w:rFonts w:ascii="한양중고딕" w:eastAsia="한양중고딕" w:hAnsi="굴림" w:cs="굴림" w:hint="eastAsia"/>
          <w:color w:val="000000"/>
          <w:spacing w:val="-10"/>
          <w:w w:val="90"/>
          <w:sz w:val="18"/>
          <w:szCs w:val="18"/>
          <w:lang w:eastAsia="ko-KR"/>
        </w:rPr>
        <w:t xml:space="preserve"> 것에 동의합니다.</w:t>
      </w:r>
    </w:p>
    <w:p w:rsidR="003F7D5C" w:rsidRPr="00E471C8" w:rsidRDefault="003F7D5C" w:rsidP="003F7D5C">
      <w:pPr>
        <w:ind w:left="372" w:hanging="372"/>
        <w:textAlignment w:val="baseline"/>
        <w:rPr>
          <w:rFonts w:ascii="HCI Poppy" w:eastAsia="굴림" w:hAnsi="굴림" w:cs="굴림"/>
          <w:color w:val="000000"/>
          <w:w w:val="95"/>
          <w:sz w:val="6"/>
          <w:szCs w:val="6"/>
          <w:lang w:eastAsia="ko-KR"/>
        </w:rPr>
      </w:pPr>
    </w:p>
    <w:tbl>
      <w:tblPr>
        <w:tblOverlap w:val="never"/>
        <w:tblW w:w="0" w:type="auto"/>
        <w:tblInd w:w="102" w:type="dxa"/>
        <w:tblCellMar>
          <w:top w:w="15" w:type="dxa"/>
          <w:left w:w="15" w:type="dxa"/>
          <w:bottom w:w="15" w:type="dxa"/>
          <w:right w:w="15" w:type="dxa"/>
        </w:tblCellMar>
        <w:tblLook w:val="04A0" w:firstRow="1" w:lastRow="0" w:firstColumn="1" w:lastColumn="0" w:noHBand="0" w:noVBand="1"/>
      </w:tblPr>
      <w:tblGrid>
        <w:gridCol w:w="2127"/>
        <w:gridCol w:w="7512"/>
      </w:tblGrid>
      <w:tr w:rsidR="003F7D5C" w:rsidRPr="00E471C8" w:rsidTr="005F160A">
        <w:trPr>
          <w:trHeight w:val="241"/>
        </w:trPr>
        <w:tc>
          <w:tcPr>
            <w:tcW w:w="9639" w:type="dxa"/>
            <w:gridSpan w:val="2"/>
            <w:tcBorders>
              <w:top w:val="nil"/>
              <w:left w:val="nil"/>
              <w:bottom w:val="single" w:sz="12" w:space="0" w:color="auto"/>
              <w:right w:val="nil"/>
            </w:tcBorders>
            <w:tcMar>
              <w:top w:w="28" w:type="dxa"/>
              <w:left w:w="102" w:type="dxa"/>
              <w:bottom w:w="28" w:type="dxa"/>
              <w:right w:w="102" w:type="dxa"/>
            </w:tcMar>
            <w:vAlign w:val="center"/>
            <w:hideMark/>
          </w:tcPr>
          <w:p w:rsidR="003F7D5C" w:rsidRPr="00E471C8" w:rsidRDefault="003F7D5C" w:rsidP="00EC5B72">
            <w:pPr>
              <w:ind w:left="726" w:hanging="726"/>
              <w:textAlignment w:val="baseline"/>
              <w:rPr>
                <w:rFonts w:ascii="함초롬바탕" w:eastAsia="굴림" w:hAnsi="굴림" w:cs="굴림"/>
                <w:color w:val="000000"/>
                <w:szCs w:val="20"/>
                <w:lang w:eastAsia="ko-KR"/>
              </w:rPr>
            </w:pPr>
            <w:r w:rsidRPr="00E471C8">
              <w:rPr>
                <w:rFonts w:ascii="한양중고딕" w:eastAsia="한양중고딕" w:hAnsi="굴림" w:cs="굴림" w:hint="eastAsia"/>
                <w:b/>
                <w:bCs/>
                <w:color w:val="000000"/>
                <w:sz w:val="18"/>
                <w:szCs w:val="18"/>
                <w:lang w:eastAsia="ko-KR"/>
              </w:rPr>
              <w:t xml:space="preserve">1. 기업(신용)정보의 </w:t>
            </w:r>
            <w:proofErr w:type="spellStart"/>
            <w:r w:rsidRPr="00E471C8">
              <w:rPr>
                <w:rFonts w:ascii="한양중고딕" w:eastAsia="한양중고딕" w:hAnsi="굴림" w:cs="굴림" w:hint="eastAsia"/>
                <w:b/>
                <w:bCs/>
                <w:color w:val="000000"/>
                <w:sz w:val="18"/>
                <w:szCs w:val="18"/>
                <w:lang w:eastAsia="ko-KR"/>
              </w:rPr>
              <w:t>수집</w:t>
            </w:r>
            <w:r w:rsidR="00EC5B72">
              <w:rPr>
                <w:rFonts w:ascii="MS Gothic" w:eastAsia="MS Gothic" w:hAnsi="MS Gothic" w:cs="MS Gothic" w:hint="eastAsia"/>
                <w:b/>
                <w:bCs/>
                <w:color w:val="000000"/>
                <w:sz w:val="18"/>
                <w:szCs w:val="18"/>
                <w:lang w:eastAsia="ko-KR"/>
              </w:rPr>
              <w:t>·</w:t>
            </w:r>
            <w:r w:rsidRPr="00E471C8">
              <w:rPr>
                <w:rFonts w:ascii="한양중고딕" w:eastAsia="한양중고딕" w:hAnsi="굴림" w:cs="굴림" w:hint="eastAsia"/>
                <w:b/>
                <w:bCs/>
                <w:color w:val="000000"/>
                <w:sz w:val="18"/>
                <w:szCs w:val="18"/>
                <w:lang w:eastAsia="ko-KR"/>
              </w:rPr>
              <w:t>이용에</w:t>
            </w:r>
            <w:proofErr w:type="spellEnd"/>
            <w:r w:rsidRPr="00E471C8">
              <w:rPr>
                <w:rFonts w:ascii="한양중고딕" w:eastAsia="한양중고딕" w:hAnsi="굴림" w:cs="굴림" w:hint="eastAsia"/>
                <w:b/>
                <w:bCs/>
                <w:color w:val="000000"/>
                <w:sz w:val="18"/>
                <w:szCs w:val="18"/>
                <w:lang w:eastAsia="ko-KR"/>
              </w:rPr>
              <w:t xml:space="preserve"> 관한 사항</w:t>
            </w:r>
          </w:p>
        </w:tc>
      </w:tr>
      <w:tr w:rsidR="003F7D5C" w:rsidRPr="00E471C8" w:rsidTr="005F160A">
        <w:trPr>
          <w:trHeight w:val="860"/>
        </w:trPr>
        <w:tc>
          <w:tcPr>
            <w:tcW w:w="2127" w:type="dxa"/>
            <w:tcBorders>
              <w:top w:val="single" w:sz="12" w:space="0" w:color="auto"/>
              <w:left w:val="single" w:sz="12" w:space="0" w:color="auto"/>
              <w:bottom w:val="single" w:sz="2" w:space="0" w:color="000000"/>
              <w:right w:val="single" w:sz="2" w:space="0" w:color="000000"/>
            </w:tcBorders>
            <w:tcMar>
              <w:top w:w="28" w:type="dxa"/>
              <w:left w:w="102" w:type="dxa"/>
              <w:bottom w:w="28" w:type="dxa"/>
              <w:right w:w="102" w:type="dxa"/>
            </w:tcMar>
            <w:vAlign w:val="center"/>
            <w:hideMark/>
          </w:tcPr>
          <w:p w:rsidR="003F7D5C" w:rsidRPr="00E471C8" w:rsidRDefault="003F7D5C" w:rsidP="008545FE">
            <w:pPr>
              <w:ind w:left="726" w:hanging="726"/>
              <w:jc w:val="center"/>
              <w:textAlignment w:val="baseline"/>
              <w:rPr>
                <w:rFonts w:ascii="한양중고딕" w:eastAsia="한양중고딕" w:hAnsi="굴림" w:cs="굴림"/>
                <w:color w:val="000000"/>
                <w:szCs w:val="20"/>
              </w:rPr>
            </w:pPr>
            <w:proofErr w:type="spellStart"/>
            <w:r w:rsidRPr="00E471C8">
              <w:rPr>
                <w:rFonts w:ascii="한양중고딕" w:eastAsia="한양중고딕" w:hAnsi="굴림" w:cs="굴림" w:hint="eastAsia"/>
                <w:color w:val="000000"/>
                <w:w w:val="85"/>
                <w:sz w:val="18"/>
                <w:szCs w:val="18"/>
              </w:rPr>
              <w:t>수집</w:t>
            </w:r>
            <w:r w:rsidR="008545FE" w:rsidRPr="00B16DC1">
              <w:rPr>
                <w:rFonts w:ascii="한양중고딕" w:eastAsia="한양중고딕" w:hAnsi="MS Gothic" w:cs="MS Gothic" w:hint="eastAsia"/>
                <w:color w:val="000000"/>
                <w:w w:val="85"/>
                <w:sz w:val="18"/>
                <w:szCs w:val="18"/>
              </w:rPr>
              <w:t>·</w:t>
            </w:r>
            <w:r w:rsidRPr="00E471C8">
              <w:rPr>
                <w:rFonts w:ascii="한양중고딕" w:eastAsia="한양중고딕" w:hAnsi="굴림" w:cs="굴림" w:hint="eastAsia"/>
                <w:color w:val="000000"/>
                <w:w w:val="85"/>
                <w:sz w:val="18"/>
                <w:szCs w:val="18"/>
              </w:rPr>
              <w:t>이용</w:t>
            </w:r>
            <w:proofErr w:type="spellEnd"/>
            <w:r w:rsidRPr="00E471C8">
              <w:rPr>
                <w:rFonts w:ascii="한양중고딕" w:eastAsia="한양중고딕" w:hAnsi="굴림" w:cs="굴림" w:hint="eastAsia"/>
                <w:color w:val="000000"/>
                <w:w w:val="85"/>
                <w:sz w:val="18"/>
                <w:szCs w:val="18"/>
              </w:rPr>
              <w:t xml:space="preserve"> </w:t>
            </w:r>
            <w:proofErr w:type="spellStart"/>
            <w:r w:rsidRPr="00E471C8">
              <w:rPr>
                <w:rFonts w:ascii="한양중고딕" w:eastAsia="한양중고딕" w:hAnsi="굴림" w:cs="굴림" w:hint="eastAsia"/>
                <w:color w:val="000000"/>
                <w:w w:val="85"/>
                <w:sz w:val="18"/>
                <w:szCs w:val="18"/>
              </w:rPr>
              <w:t>목적</w:t>
            </w:r>
            <w:proofErr w:type="spellEnd"/>
          </w:p>
        </w:tc>
        <w:tc>
          <w:tcPr>
            <w:tcW w:w="7512" w:type="dxa"/>
            <w:tcBorders>
              <w:top w:val="single" w:sz="12" w:space="0" w:color="auto"/>
              <w:left w:val="single" w:sz="2" w:space="0" w:color="000000"/>
              <w:bottom w:val="single" w:sz="2" w:space="0" w:color="000000"/>
              <w:right w:val="single" w:sz="12" w:space="0" w:color="auto"/>
            </w:tcBorders>
            <w:tcMar>
              <w:top w:w="28" w:type="dxa"/>
              <w:left w:w="102" w:type="dxa"/>
              <w:bottom w:w="28" w:type="dxa"/>
              <w:right w:w="102" w:type="dxa"/>
            </w:tcMar>
            <w:vAlign w:val="center"/>
            <w:hideMark/>
          </w:tcPr>
          <w:p w:rsidR="003F7D5C" w:rsidRPr="00E471C8" w:rsidRDefault="003F7D5C" w:rsidP="00F421B0">
            <w:pPr>
              <w:spacing w:after="20"/>
              <w:textAlignment w:val="baseline"/>
              <w:rPr>
                <w:rFonts w:ascii="한컴바탕" w:eastAsia="굴림" w:hAnsi="굴림" w:cs="굴림"/>
                <w:color w:val="000000"/>
                <w:sz w:val="17"/>
                <w:szCs w:val="17"/>
                <w:lang w:eastAsia="ko-KR"/>
              </w:rPr>
            </w:pPr>
            <w:r w:rsidRPr="00E471C8">
              <w:rPr>
                <w:rFonts w:ascii="한양중고딕" w:eastAsia="한양중고딕" w:hAnsi="굴림" w:cs="굴림" w:hint="eastAsia"/>
                <w:color w:val="000000"/>
                <w:spacing w:val="-12"/>
                <w:w w:val="90"/>
                <w:sz w:val="17"/>
                <w:szCs w:val="17"/>
                <w:lang w:eastAsia="ko-KR"/>
              </w:rPr>
              <w:t xml:space="preserve">금융거래 등 상거래에 있어서 신용도 등의 판단을 위한 자료, 정책자금 융자, 중소기업 기업진단, </w:t>
            </w:r>
            <w:proofErr w:type="spellStart"/>
            <w:r w:rsidRPr="00E471C8">
              <w:rPr>
                <w:rFonts w:ascii="한양중고딕" w:eastAsia="한양중고딕" w:hAnsi="굴림" w:cs="굴림" w:hint="eastAsia"/>
                <w:color w:val="000000"/>
                <w:spacing w:val="-12"/>
                <w:w w:val="90"/>
                <w:sz w:val="17"/>
                <w:szCs w:val="17"/>
                <w:lang w:eastAsia="ko-KR"/>
              </w:rPr>
              <w:t>연계지원</w:t>
            </w:r>
            <w:proofErr w:type="spellEnd"/>
            <w:r w:rsidRPr="00E471C8">
              <w:rPr>
                <w:rFonts w:ascii="한양중고딕" w:eastAsia="한양중고딕" w:hAnsi="굴림" w:cs="굴림" w:hint="eastAsia"/>
                <w:color w:val="000000"/>
                <w:spacing w:val="-12"/>
                <w:w w:val="90"/>
                <w:sz w:val="17"/>
                <w:szCs w:val="17"/>
                <w:lang w:eastAsia="ko-KR"/>
              </w:rPr>
              <w:t xml:space="preserve"> 등을 위한 자료 또는 공공기관에서 </w:t>
            </w:r>
            <w:proofErr w:type="spellStart"/>
            <w:r w:rsidRPr="00E471C8">
              <w:rPr>
                <w:rFonts w:ascii="한양중고딕" w:eastAsia="한양중고딕" w:hAnsi="굴림" w:cs="굴림" w:hint="eastAsia"/>
                <w:color w:val="000000"/>
                <w:spacing w:val="-12"/>
                <w:w w:val="90"/>
                <w:sz w:val="17"/>
                <w:szCs w:val="17"/>
                <w:lang w:eastAsia="ko-KR"/>
              </w:rPr>
              <w:t>정책자료로</w:t>
            </w:r>
            <w:proofErr w:type="spellEnd"/>
            <w:r w:rsidRPr="00E471C8">
              <w:rPr>
                <w:rFonts w:ascii="한양중고딕" w:eastAsia="한양중고딕" w:hAnsi="굴림" w:cs="굴림" w:hint="eastAsia"/>
                <w:color w:val="000000"/>
                <w:spacing w:val="-12"/>
                <w:w w:val="90"/>
                <w:sz w:val="17"/>
                <w:szCs w:val="17"/>
                <w:lang w:eastAsia="ko-KR"/>
              </w:rPr>
              <w:t xml:space="preserve"> 활용, 중소기업지원사업 통합관리시스템에서 지원</w:t>
            </w:r>
            <w:r w:rsidRPr="00E471C8">
              <w:rPr>
                <w:rFonts w:ascii="한컴바탕" w:eastAsia="한양중고딕" w:hAnsi="굴림" w:cs="굴림"/>
                <w:color w:val="000000"/>
                <w:spacing w:val="-12"/>
                <w:w w:val="90"/>
                <w:sz w:val="17"/>
                <w:szCs w:val="17"/>
                <w:lang w:eastAsia="ko-KR"/>
              </w:rPr>
              <w:t xml:space="preserve"> </w:t>
            </w:r>
            <w:r w:rsidRPr="00E471C8">
              <w:rPr>
                <w:rFonts w:ascii="한양중고딕" w:eastAsia="한양중고딕" w:hAnsi="굴림" w:cs="굴림" w:hint="eastAsia"/>
                <w:color w:val="000000"/>
                <w:spacing w:val="-12"/>
                <w:w w:val="90"/>
                <w:sz w:val="17"/>
                <w:szCs w:val="17"/>
                <w:lang w:eastAsia="ko-KR"/>
              </w:rPr>
              <w:t xml:space="preserve">이력 정보로 활용, 고객만족도 조사, 기타 법령상 의무이행. </w:t>
            </w:r>
            <w:r w:rsidRPr="00E471C8">
              <w:rPr>
                <w:rFonts w:ascii="한양중고딕" w:eastAsia="한양중고딕" w:hAnsi="굴림" w:cs="굴림" w:hint="eastAsia"/>
                <w:color w:val="000000"/>
                <w:spacing w:val="-26"/>
                <w:w w:val="90"/>
                <w:sz w:val="17"/>
                <w:szCs w:val="17"/>
                <w:lang w:eastAsia="ko-KR"/>
              </w:rPr>
              <w:t>당사의 정보(</w:t>
            </w:r>
            <w:proofErr w:type="spellStart"/>
            <w:r w:rsidRPr="00E471C8">
              <w:rPr>
                <w:rFonts w:ascii="한양중고딕" w:eastAsia="한양중고딕" w:hAnsi="굴림" w:cs="굴림" w:hint="eastAsia"/>
                <w:color w:val="000000"/>
                <w:spacing w:val="-26"/>
                <w:w w:val="90"/>
                <w:sz w:val="17"/>
                <w:szCs w:val="17"/>
                <w:lang w:eastAsia="ko-KR"/>
              </w:rPr>
              <w:t>업체명</w:t>
            </w:r>
            <w:proofErr w:type="spellEnd"/>
            <w:r w:rsidRPr="00E471C8">
              <w:rPr>
                <w:rFonts w:ascii="한양중고딕" w:eastAsia="한양중고딕" w:hAnsi="굴림" w:cs="굴림" w:hint="eastAsia"/>
                <w:color w:val="000000"/>
                <w:spacing w:val="-26"/>
                <w:w w:val="90"/>
                <w:sz w:val="17"/>
                <w:szCs w:val="17"/>
                <w:lang w:eastAsia="ko-KR"/>
              </w:rPr>
              <w:t xml:space="preserve">, 대표자명, </w:t>
            </w:r>
            <w:proofErr w:type="spellStart"/>
            <w:r w:rsidRPr="00E471C8">
              <w:rPr>
                <w:rFonts w:ascii="한양중고딕" w:eastAsia="한양중고딕" w:hAnsi="굴림" w:cs="굴림" w:hint="eastAsia"/>
                <w:color w:val="000000"/>
                <w:spacing w:val="-26"/>
                <w:w w:val="90"/>
                <w:sz w:val="17"/>
                <w:szCs w:val="17"/>
                <w:lang w:eastAsia="ko-KR"/>
              </w:rPr>
              <w:t>지원결정일</w:t>
            </w:r>
            <w:proofErr w:type="spellEnd"/>
            <w:r w:rsidRPr="00E471C8">
              <w:rPr>
                <w:rFonts w:ascii="한양중고딕" w:eastAsia="한양중고딕" w:hAnsi="굴림" w:cs="굴림" w:hint="eastAsia"/>
                <w:color w:val="000000"/>
                <w:spacing w:val="-26"/>
                <w:w w:val="90"/>
                <w:sz w:val="17"/>
                <w:szCs w:val="17"/>
                <w:lang w:eastAsia="ko-KR"/>
              </w:rPr>
              <w:t xml:space="preserve">, 치유 또는 </w:t>
            </w:r>
            <w:proofErr w:type="spellStart"/>
            <w:r w:rsidRPr="00E471C8">
              <w:rPr>
                <w:rFonts w:ascii="한양중고딕" w:eastAsia="한양중고딕" w:hAnsi="굴림" w:cs="굴림" w:hint="eastAsia"/>
                <w:color w:val="000000"/>
                <w:spacing w:val="-26"/>
                <w:w w:val="90"/>
                <w:sz w:val="17"/>
                <w:szCs w:val="17"/>
                <w:lang w:eastAsia="ko-KR"/>
              </w:rPr>
              <w:t>지원사업명</w:t>
            </w:r>
            <w:proofErr w:type="spellEnd"/>
            <w:r w:rsidRPr="00E471C8">
              <w:rPr>
                <w:rFonts w:ascii="한양중고딕" w:eastAsia="한양중고딕" w:hAnsi="굴림" w:cs="굴림" w:hint="eastAsia"/>
                <w:color w:val="000000"/>
                <w:spacing w:val="-26"/>
                <w:w w:val="90"/>
                <w:sz w:val="17"/>
                <w:szCs w:val="17"/>
                <w:lang w:eastAsia="ko-KR"/>
              </w:rPr>
              <w:t>, 지원금액 등)를</w:t>
            </w:r>
            <w:r w:rsidRPr="00E471C8">
              <w:rPr>
                <w:rFonts w:ascii="한컴바탕" w:eastAsia="한양중고딕" w:hAnsi="굴림" w:cs="굴림"/>
                <w:color w:val="000000"/>
                <w:spacing w:val="-12"/>
                <w:w w:val="90"/>
                <w:sz w:val="17"/>
                <w:szCs w:val="17"/>
                <w:lang w:eastAsia="ko-KR"/>
              </w:rPr>
              <w:t xml:space="preserve"> </w:t>
            </w:r>
            <w:proofErr w:type="spellStart"/>
            <w:r w:rsidRPr="00E471C8">
              <w:rPr>
                <w:rFonts w:ascii="한양중고딕" w:eastAsia="한양중고딕" w:hAnsi="굴림" w:cs="굴림" w:hint="eastAsia"/>
                <w:color w:val="000000"/>
                <w:spacing w:val="-12"/>
                <w:w w:val="90"/>
                <w:sz w:val="17"/>
                <w:szCs w:val="17"/>
                <w:lang w:eastAsia="ko-KR"/>
              </w:rPr>
              <w:t>중진공</w:t>
            </w:r>
            <w:proofErr w:type="spellEnd"/>
            <w:r w:rsidRPr="00E471C8">
              <w:rPr>
                <w:rFonts w:ascii="한양중고딕" w:eastAsia="한양중고딕" w:hAnsi="굴림" w:cs="굴림" w:hint="eastAsia"/>
                <w:color w:val="000000"/>
                <w:spacing w:val="-12"/>
                <w:w w:val="90"/>
                <w:sz w:val="17"/>
                <w:szCs w:val="17"/>
                <w:lang w:eastAsia="ko-KR"/>
              </w:rPr>
              <w:t xml:space="preserve"> 홈페이지(http://www.kosmes.or.kr) 및 중소벤처기업부 홈페이지(http://www.mss.go.kr)에 공개</w:t>
            </w:r>
          </w:p>
        </w:tc>
      </w:tr>
      <w:tr w:rsidR="003F7D5C" w:rsidRPr="00E471C8" w:rsidTr="005F160A">
        <w:trPr>
          <w:trHeight w:val="2022"/>
        </w:trPr>
        <w:tc>
          <w:tcPr>
            <w:tcW w:w="2127" w:type="dxa"/>
            <w:tcBorders>
              <w:top w:val="single" w:sz="2" w:space="0" w:color="000000"/>
              <w:left w:val="single" w:sz="12" w:space="0" w:color="auto"/>
              <w:bottom w:val="single" w:sz="2" w:space="0" w:color="000000"/>
              <w:right w:val="single" w:sz="2" w:space="0" w:color="000000"/>
            </w:tcBorders>
            <w:tcMar>
              <w:top w:w="28" w:type="dxa"/>
              <w:left w:w="102" w:type="dxa"/>
              <w:bottom w:w="28" w:type="dxa"/>
              <w:right w:w="102" w:type="dxa"/>
            </w:tcMar>
            <w:vAlign w:val="center"/>
            <w:hideMark/>
          </w:tcPr>
          <w:p w:rsidR="003F7D5C" w:rsidRPr="00E471C8" w:rsidRDefault="003F7D5C" w:rsidP="00C51585">
            <w:pPr>
              <w:ind w:left="726" w:hanging="726"/>
              <w:jc w:val="center"/>
              <w:textAlignment w:val="baseline"/>
              <w:rPr>
                <w:rFonts w:ascii="한양중고딕" w:eastAsia="한양중고딕" w:hAnsi="굴림" w:cs="굴림"/>
                <w:color w:val="000000"/>
                <w:szCs w:val="20"/>
              </w:rPr>
            </w:pPr>
            <w:proofErr w:type="spellStart"/>
            <w:r w:rsidRPr="00E471C8">
              <w:rPr>
                <w:rFonts w:ascii="한양중고딕" w:eastAsia="한양중고딕" w:hAnsi="굴림" w:cs="굴림" w:hint="eastAsia"/>
                <w:color w:val="000000"/>
                <w:w w:val="85"/>
                <w:sz w:val="18"/>
                <w:szCs w:val="18"/>
              </w:rPr>
              <w:t>수집</w:t>
            </w:r>
            <w:r w:rsidR="008545FE" w:rsidRPr="00B16DC1">
              <w:rPr>
                <w:rFonts w:ascii="한양중고딕" w:eastAsia="한양중고딕" w:hAnsi="MS Gothic" w:cs="MS Gothic" w:hint="eastAsia"/>
                <w:color w:val="000000"/>
                <w:w w:val="85"/>
                <w:sz w:val="18"/>
                <w:szCs w:val="18"/>
              </w:rPr>
              <w:t>·</w:t>
            </w:r>
            <w:r w:rsidRPr="00E471C8">
              <w:rPr>
                <w:rFonts w:ascii="한양중고딕" w:eastAsia="한양중고딕" w:hAnsi="굴림" w:cs="굴림" w:hint="eastAsia"/>
                <w:color w:val="000000"/>
                <w:w w:val="85"/>
                <w:sz w:val="18"/>
                <w:szCs w:val="18"/>
              </w:rPr>
              <w:t>이용할</w:t>
            </w:r>
            <w:proofErr w:type="spellEnd"/>
            <w:r w:rsidRPr="00E471C8">
              <w:rPr>
                <w:rFonts w:ascii="한양중고딕" w:eastAsia="한양중고딕" w:hAnsi="굴림" w:cs="굴림" w:hint="eastAsia"/>
                <w:color w:val="000000"/>
                <w:w w:val="85"/>
                <w:sz w:val="18"/>
                <w:szCs w:val="18"/>
              </w:rPr>
              <w:t xml:space="preserve"> </w:t>
            </w:r>
            <w:proofErr w:type="spellStart"/>
            <w:r w:rsidRPr="00E471C8">
              <w:rPr>
                <w:rFonts w:ascii="한양중고딕" w:eastAsia="한양중고딕" w:hAnsi="굴림" w:cs="굴림" w:hint="eastAsia"/>
                <w:color w:val="000000"/>
                <w:w w:val="85"/>
                <w:sz w:val="18"/>
                <w:szCs w:val="18"/>
              </w:rPr>
              <w:t>항목</w:t>
            </w:r>
            <w:proofErr w:type="spellEnd"/>
          </w:p>
        </w:tc>
        <w:tc>
          <w:tcPr>
            <w:tcW w:w="7512" w:type="dxa"/>
            <w:tcBorders>
              <w:top w:val="single" w:sz="2" w:space="0" w:color="000000"/>
              <w:left w:val="single" w:sz="2" w:space="0" w:color="000000"/>
              <w:bottom w:val="single" w:sz="2" w:space="0" w:color="000000"/>
              <w:right w:val="single" w:sz="12" w:space="0" w:color="auto"/>
            </w:tcBorders>
            <w:tcMar>
              <w:top w:w="28" w:type="dxa"/>
              <w:left w:w="102" w:type="dxa"/>
              <w:bottom w:w="28" w:type="dxa"/>
              <w:right w:w="102" w:type="dxa"/>
            </w:tcMar>
            <w:vAlign w:val="center"/>
            <w:hideMark/>
          </w:tcPr>
          <w:p w:rsidR="003F7D5C" w:rsidRPr="00E471C8" w:rsidRDefault="003F7D5C" w:rsidP="00136255">
            <w:pPr>
              <w:spacing w:after="20"/>
              <w:textAlignment w:val="baseline"/>
              <w:rPr>
                <w:rFonts w:ascii="한컴바탕" w:eastAsia="굴림" w:hAnsi="굴림" w:cs="굴림"/>
                <w:color w:val="000000"/>
                <w:sz w:val="17"/>
                <w:szCs w:val="17"/>
                <w:lang w:eastAsia="ko-KR"/>
              </w:rPr>
            </w:pPr>
            <w:r w:rsidRPr="00E471C8">
              <w:rPr>
                <w:rFonts w:ascii="MS Gothic" w:eastAsia="MS Gothic" w:hAnsi="MS Gothic" w:cs="MS Gothic" w:hint="eastAsia"/>
                <w:color w:val="000000"/>
                <w:spacing w:val="-20"/>
                <w:w w:val="90"/>
                <w:sz w:val="17"/>
                <w:szCs w:val="17"/>
                <w:lang w:eastAsia="ko-KR"/>
              </w:rPr>
              <w:t>‣</w:t>
            </w:r>
            <w:r w:rsidRPr="00E471C8">
              <w:rPr>
                <w:rFonts w:ascii="한양중고딕" w:eastAsia="한양중고딕" w:hAnsi="굴림" w:cs="굴림" w:hint="eastAsia"/>
                <w:color w:val="000000"/>
                <w:spacing w:val="-18"/>
                <w:w w:val="90"/>
                <w:sz w:val="17"/>
                <w:szCs w:val="17"/>
                <w:lang w:eastAsia="ko-KR"/>
              </w:rPr>
              <w:t xml:space="preserve">식별정보(상호, 법인등록번호, 사업자등록번호, </w:t>
            </w:r>
            <w:proofErr w:type="spellStart"/>
            <w:r w:rsidRPr="00E471C8">
              <w:rPr>
                <w:rFonts w:ascii="한양중고딕" w:eastAsia="한양중고딕" w:hAnsi="굴림" w:cs="굴림" w:hint="eastAsia"/>
                <w:color w:val="000000"/>
                <w:spacing w:val="-18"/>
                <w:w w:val="90"/>
                <w:sz w:val="17"/>
                <w:szCs w:val="17"/>
                <w:lang w:eastAsia="ko-KR"/>
              </w:rPr>
              <w:t>본점</w:t>
            </w:r>
            <w:r w:rsidRPr="00E471C8">
              <w:rPr>
                <w:rFonts w:ascii="MS Gothic" w:eastAsia="MS Gothic" w:hAnsi="MS Gothic" w:cs="MS Gothic" w:hint="eastAsia"/>
                <w:color w:val="000000"/>
                <w:spacing w:val="-18"/>
                <w:w w:val="90"/>
                <w:sz w:val="17"/>
                <w:szCs w:val="17"/>
                <w:lang w:eastAsia="ko-KR"/>
              </w:rPr>
              <w:t>․</w:t>
            </w:r>
            <w:r w:rsidRPr="00E471C8">
              <w:rPr>
                <w:rFonts w:ascii="한양중고딕" w:eastAsia="한양중고딕" w:hAnsi="굴림" w:cs="굴림" w:hint="eastAsia"/>
                <w:color w:val="000000"/>
                <w:spacing w:val="-18"/>
                <w:w w:val="90"/>
                <w:sz w:val="17"/>
                <w:szCs w:val="17"/>
                <w:lang w:eastAsia="ko-KR"/>
              </w:rPr>
              <w:t>영업소</w:t>
            </w:r>
            <w:proofErr w:type="spellEnd"/>
            <w:r w:rsidRPr="00E471C8">
              <w:rPr>
                <w:rFonts w:ascii="한양중고딕" w:eastAsia="한양중고딕" w:hAnsi="굴림" w:cs="굴림" w:hint="eastAsia"/>
                <w:color w:val="000000"/>
                <w:spacing w:val="-18"/>
                <w:w w:val="90"/>
                <w:sz w:val="17"/>
                <w:szCs w:val="17"/>
                <w:lang w:eastAsia="ko-KR"/>
              </w:rPr>
              <w:t xml:space="preserve"> 등의 소재지, </w:t>
            </w:r>
            <w:proofErr w:type="spellStart"/>
            <w:r w:rsidRPr="00E471C8">
              <w:rPr>
                <w:rFonts w:ascii="한양중고딕" w:eastAsia="한양중고딕" w:hAnsi="굴림" w:cs="굴림" w:hint="eastAsia"/>
                <w:color w:val="000000"/>
                <w:spacing w:val="-18"/>
                <w:w w:val="90"/>
                <w:sz w:val="17"/>
                <w:szCs w:val="17"/>
                <w:lang w:eastAsia="ko-KR"/>
              </w:rPr>
              <w:t>설립연월일</w:t>
            </w:r>
            <w:proofErr w:type="spellEnd"/>
            <w:r w:rsidRPr="00E471C8">
              <w:rPr>
                <w:rFonts w:ascii="한양중고딕" w:eastAsia="한양중고딕" w:hAnsi="굴림" w:cs="굴림" w:hint="eastAsia"/>
                <w:color w:val="000000"/>
                <w:spacing w:val="-18"/>
                <w:w w:val="90"/>
                <w:sz w:val="17"/>
                <w:szCs w:val="17"/>
                <w:lang w:eastAsia="ko-KR"/>
              </w:rPr>
              <w:t xml:space="preserve">, 연락처(주소, 전자우편주소, 전화번호) 등), 신용거래 정보(대출, 보증, 담보제공, 당좌거래, 신용카드, 할부금융 등 거래와 관련한 상품종류, 거래조건, </w:t>
            </w:r>
            <w:proofErr w:type="spellStart"/>
            <w:r w:rsidRPr="00E471C8">
              <w:rPr>
                <w:rFonts w:ascii="한양중고딕" w:eastAsia="한양중고딕" w:hAnsi="굴림" w:cs="굴림" w:hint="eastAsia"/>
                <w:color w:val="000000"/>
                <w:spacing w:val="-18"/>
                <w:w w:val="90"/>
                <w:sz w:val="17"/>
                <w:szCs w:val="17"/>
                <w:lang w:eastAsia="ko-KR"/>
              </w:rPr>
              <w:t>거래일시</w:t>
            </w:r>
            <w:proofErr w:type="spellEnd"/>
            <w:r w:rsidRPr="00E471C8">
              <w:rPr>
                <w:rFonts w:ascii="한양중고딕" w:eastAsia="한양중고딕" w:hAnsi="굴림" w:cs="굴림" w:hint="eastAsia"/>
                <w:color w:val="000000"/>
                <w:spacing w:val="-18"/>
                <w:w w:val="90"/>
                <w:sz w:val="17"/>
                <w:szCs w:val="17"/>
                <w:lang w:eastAsia="ko-KR"/>
              </w:rPr>
              <w:t xml:space="preserve">, 금액, 한도 등 정보), 신용도판단정보(연체, 부도, 대위변제 등), 신용능력정보(재산, 채무, 소득의 총액, 납세실적, </w:t>
            </w:r>
            <w:proofErr w:type="spellStart"/>
            <w:r w:rsidRPr="00E471C8">
              <w:rPr>
                <w:rFonts w:ascii="한양중고딕" w:eastAsia="한양중고딕" w:hAnsi="굴림" w:cs="굴림" w:hint="eastAsia"/>
                <w:color w:val="000000"/>
                <w:spacing w:val="-18"/>
                <w:w w:val="90"/>
                <w:sz w:val="17"/>
                <w:szCs w:val="17"/>
                <w:lang w:eastAsia="ko-KR"/>
              </w:rPr>
              <w:t>기업현황</w:t>
            </w:r>
            <w:proofErr w:type="spellEnd"/>
            <w:r w:rsidRPr="00E471C8">
              <w:rPr>
                <w:rFonts w:ascii="한양중고딕" w:eastAsia="한양중고딕" w:hAnsi="굴림" w:cs="굴림" w:hint="eastAsia"/>
                <w:color w:val="000000"/>
                <w:spacing w:val="-18"/>
                <w:w w:val="90"/>
                <w:sz w:val="17"/>
                <w:szCs w:val="17"/>
                <w:lang w:eastAsia="ko-KR"/>
              </w:rPr>
              <w:t xml:space="preserve">, 대표자 및 경영진 현황, </w:t>
            </w:r>
            <w:r w:rsidRPr="00E471C8">
              <w:rPr>
                <w:rFonts w:ascii="한양중고딕" w:eastAsia="한양중고딕" w:hAnsi="굴림" w:cs="굴림" w:hint="eastAsia"/>
                <w:color w:val="000000"/>
                <w:spacing w:val="-24"/>
                <w:w w:val="90"/>
                <w:sz w:val="17"/>
                <w:szCs w:val="17"/>
                <w:lang w:eastAsia="ko-KR"/>
              </w:rPr>
              <w:t>영업상황(매출</w:t>
            </w:r>
            <w:r w:rsidRPr="00E471C8">
              <w:rPr>
                <w:rFonts w:ascii="Times New Roman" w:eastAsia="한양중고딕" w:hAnsi="Times New Roman" w:cs="Times New Roman"/>
                <w:color w:val="000000"/>
                <w:spacing w:val="-24"/>
                <w:w w:val="90"/>
                <w:sz w:val="17"/>
                <w:szCs w:val="17"/>
                <w:lang w:eastAsia="ko-KR"/>
              </w:rPr>
              <w:t>‧</w:t>
            </w:r>
            <w:r w:rsidRPr="00E471C8">
              <w:rPr>
                <w:rFonts w:ascii="한양중고딕" w:eastAsia="한양중고딕" w:hAnsi="굴림" w:cs="굴림" w:hint="eastAsia"/>
                <w:color w:val="000000"/>
                <w:spacing w:val="-24"/>
                <w:w w:val="90"/>
                <w:sz w:val="17"/>
                <w:szCs w:val="17"/>
                <w:lang w:eastAsia="ko-KR"/>
              </w:rPr>
              <w:t>매입 현황</w:t>
            </w:r>
            <w:r w:rsidRPr="00E471C8">
              <w:rPr>
                <w:rFonts w:ascii="한양중고딕" w:eastAsia="한양중고딕" w:hAnsi="굴림" w:cs="굴림" w:hint="eastAsia"/>
                <w:color w:val="000000"/>
                <w:spacing w:val="-18"/>
                <w:w w:val="90"/>
                <w:sz w:val="17"/>
                <w:szCs w:val="17"/>
                <w:lang w:eastAsia="ko-KR"/>
              </w:rPr>
              <w:t xml:space="preserve">, 최근영업상황), </w:t>
            </w:r>
            <w:r w:rsidRPr="00E471C8">
              <w:rPr>
                <w:rFonts w:ascii="한양중고딕" w:eastAsia="한양중고딕" w:hAnsi="굴림" w:cs="굴림" w:hint="eastAsia"/>
                <w:color w:val="000000"/>
                <w:spacing w:val="-24"/>
                <w:w w:val="90"/>
                <w:sz w:val="17"/>
                <w:szCs w:val="17"/>
                <w:lang w:eastAsia="ko-KR"/>
              </w:rPr>
              <w:t>재무</w:t>
            </w:r>
            <w:r w:rsidRPr="00E471C8">
              <w:rPr>
                <w:rFonts w:ascii="한양중고딕" w:eastAsia="한양중고딕" w:hAnsi="굴림" w:cs="굴림" w:hint="eastAsia"/>
                <w:color w:val="000000"/>
                <w:spacing w:val="-20"/>
                <w:w w:val="90"/>
                <w:sz w:val="17"/>
                <w:szCs w:val="17"/>
                <w:lang w:eastAsia="ko-KR"/>
              </w:rPr>
              <w:t>상황(재무제표 등), 수출에 관한 거래내역(</w:t>
            </w:r>
            <w:proofErr w:type="spellStart"/>
            <w:r w:rsidRPr="00E471C8">
              <w:rPr>
                <w:rFonts w:ascii="한양중고딕" w:eastAsia="한양중고딕" w:hAnsi="굴림" w:cs="굴림" w:hint="eastAsia"/>
                <w:color w:val="000000"/>
                <w:spacing w:val="-20"/>
                <w:w w:val="90"/>
                <w:sz w:val="17"/>
                <w:szCs w:val="17"/>
                <w:lang w:eastAsia="ko-KR"/>
              </w:rPr>
              <w:t>목적국</w:t>
            </w:r>
            <w:proofErr w:type="spellEnd"/>
            <w:r w:rsidRPr="00E471C8">
              <w:rPr>
                <w:rFonts w:ascii="한양중고딕" w:eastAsia="한양중고딕" w:hAnsi="굴림" w:cs="굴림" w:hint="eastAsia"/>
                <w:color w:val="000000"/>
                <w:spacing w:val="-20"/>
                <w:w w:val="90"/>
                <w:sz w:val="17"/>
                <w:szCs w:val="17"/>
                <w:lang w:eastAsia="ko-KR"/>
              </w:rPr>
              <w:t>, 수출액, 국가별 수출액, HS코드, 품목명 등))</w:t>
            </w:r>
            <w:r w:rsidRPr="00E471C8">
              <w:rPr>
                <w:rFonts w:ascii="한양중고딕" w:eastAsia="한양중고딕" w:hAnsi="굴림" w:cs="굴림" w:hint="eastAsia"/>
                <w:color w:val="000000"/>
                <w:spacing w:val="-18"/>
                <w:w w:val="90"/>
                <w:sz w:val="17"/>
                <w:szCs w:val="17"/>
                <w:lang w:eastAsia="ko-KR"/>
              </w:rPr>
              <w:t xml:space="preserve">, 고용에 관한 정보(고용보험 피보험자 수 등), 기타 신용정보(국세 등 </w:t>
            </w:r>
            <w:proofErr w:type="spellStart"/>
            <w:r w:rsidRPr="00E471C8">
              <w:rPr>
                <w:rFonts w:ascii="한양중고딕" w:eastAsia="한양중고딕" w:hAnsi="굴림" w:cs="굴림" w:hint="eastAsia"/>
                <w:color w:val="000000"/>
                <w:spacing w:val="-18"/>
                <w:w w:val="90"/>
                <w:sz w:val="17"/>
                <w:szCs w:val="17"/>
                <w:lang w:eastAsia="ko-KR"/>
              </w:rPr>
              <w:t>체납정보</w:t>
            </w:r>
            <w:proofErr w:type="spellEnd"/>
            <w:r w:rsidRPr="00E471C8">
              <w:rPr>
                <w:rFonts w:ascii="한양중고딕" w:eastAsia="한양중고딕" w:hAnsi="굴림" w:cs="굴림" w:hint="eastAsia"/>
                <w:color w:val="000000"/>
                <w:spacing w:val="-18"/>
                <w:w w:val="90"/>
                <w:sz w:val="17"/>
                <w:szCs w:val="17"/>
                <w:lang w:eastAsia="ko-KR"/>
              </w:rPr>
              <w:t xml:space="preserve">, 사회보험료 관련 정보, 정책자금 융자 신청서류 및 </w:t>
            </w:r>
            <w:proofErr w:type="spellStart"/>
            <w:r w:rsidRPr="00E471C8">
              <w:rPr>
                <w:rFonts w:ascii="한양중고딕" w:eastAsia="한양중고딕" w:hAnsi="굴림" w:cs="굴림" w:hint="eastAsia"/>
                <w:color w:val="000000"/>
                <w:spacing w:val="-18"/>
                <w:w w:val="90"/>
                <w:sz w:val="17"/>
                <w:szCs w:val="17"/>
                <w:lang w:eastAsia="ko-KR"/>
              </w:rPr>
              <w:t>제반서류</w:t>
            </w:r>
            <w:proofErr w:type="spellEnd"/>
            <w:r w:rsidRPr="00E471C8">
              <w:rPr>
                <w:rFonts w:ascii="한양중고딕" w:eastAsia="한양중고딕" w:hAnsi="굴림" w:cs="굴림" w:hint="eastAsia"/>
                <w:color w:val="000000"/>
                <w:spacing w:val="-18"/>
                <w:w w:val="90"/>
                <w:sz w:val="17"/>
                <w:szCs w:val="17"/>
                <w:lang w:eastAsia="ko-KR"/>
              </w:rPr>
              <w:t xml:space="preserve">(사업계획서, 기타 정책자금 융자 및 채권관리 등에 필요한 서류 일체) 등에 기재된 정보, 시설자금 전자거래시스템을 통한 전자거래내역, 세금계산서 발급, 국세기본법 제81조의13 및 관세법 제116조에 따른 과세정보(단, </w:t>
            </w:r>
            <w:proofErr w:type="spellStart"/>
            <w:r w:rsidRPr="00E471C8">
              <w:rPr>
                <w:rFonts w:ascii="한양중고딕" w:eastAsia="한양중고딕" w:hAnsi="굴림" w:cs="굴림" w:hint="eastAsia"/>
                <w:color w:val="000000"/>
                <w:spacing w:val="-18"/>
                <w:w w:val="90"/>
                <w:sz w:val="17"/>
                <w:szCs w:val="17"/>
                <w:lang w:eastAsia="ko-KR"/>
              </w:rPr>
              <w:t>활용정보는</w:t>
            </w:r>
            <w:proofErr w:type="spellEnd"/>
            <w:r w:rsidRPr="00E471C8">
              <w:rPr>
                <w:rFonts w:ascii="한양중고딕" w:eastAsia="한양중고딕" w:hAnsi="굴림" w:cs="굴림" w:hint="eastAsia"/>
                <w:color w:val="000000"/>
                <w:spacing w:val="-18"/>
                <w:w w:val="90"/>
                <w:sz w:val="17"/>
                <w:szCs w:val="17"/>
                <w:lang w:eastAsia="ko-KR"/>
              </w:rPr>
              <w:t xml:space="preserve"> 매출액, 개업일, </w:t>
            </w:r>
            <w:proofErr w:type="spellStart"/>
            <w:r w:rsidRPr="00E471C8">
              <w:rPr>
                <w:rFonts w:ascii="한양중고딕" w:eastAsia="한양중고딕" w:hAnsi="굴림" w:cs="굴림" w:hint="eastAsia"/>
                <w:color w:val="000000"/>
                <w:spacing w:val="-18"/>
                <w:w w:val="90"/>
                <w:sz w:val="17"/>
                <w:szCs w:val="17"/>
                <w:lang w:eastAsia="ko-KR"/>
              </w:rPr>
              <w:t>휴업기간</w:t>
            </w:r>
            <w:proofErr w:type="spellEnd"/>
            <w:r w:rsidRPr="00E471C8">
              <w:rPr>
                <w:rFonts w:ascii="한양중고딕" w:eastAsia="한양중고딕" w:hAnsi="굴림" w:cs="굴림" w:hint="eastAsia"/>
                <w:color w:val="000000"/>
                <w:spacing w:val="-18"/>
                <w:w w:val="90"/>
                <w:sz w:val="17"/>
                <w:szCs w:val="17"/>
                <w:lang w:eastAsia="ko-KR"/>
              </w:rPr>
              <w:t xml:space="preserve">, 폐업일 / 수출액에 한함), 기타 금융거래의 </w:t>
            </w:r>
            <w:proofErr w:type="spellStart"/>
            <w:r w:rsidRPr="00E471C8">
              <w:rPr>
                <w:rFonts w:ascii="한양중고딕" w:eastAsia="한양중고딕" w:hAnsi="굴림" w:cs="굴림" w:hint="eastAsia"/>
                <w:color w:val="000000"/>
                <w:spacing w:val="-18"/>
                <w:w w:val="90"/>
                <w:sz w:val="17"/>
                <w:szCs w:val="17"/>
                <w:lang w:eastAsia="ko-KR"/>
              </w:rPr>
              <w:t>설정</w:t>
            </w:r>
            <w:r w:rsidR="00136255">
              <w:rPr>
                <w:rFonts w:ascii="MS Gothic" w:eastAsia="MS Gothic" w:hAnsi="MS Gothic" w:cs="MS Gothic" w:hint="eastAsia"/>
                <w:color w:val="000000"/>
                <w:spacing w:val="-18"/>
                <w:w w:val="90"/>
                <w:sz w:val="17"/>
                <w:szCs w:val="17"/>
                <w:lang w:eastAsia="ko-KR"/>
              </w:rPr>
              <w:t>·</w:t>
            </w:r>
            <w:r w:rsidRPr="00E471C8">
              <w:rPr>
                <w:rFonts w:ascii="한양중고딕" w:eastAsia="한양중고딕" w:hAnsi="굴림" w:cs="굴림" w:hint="eastAsia"/>
                <w:color w:val="000000"/>
                <w:spacing w:val="-18"/>
                <w:w w:val="90"/>
                <w:sz w:val="17"/>
                <w:szCs w:val="17"/>
                <w:lang w:eastAsia="ko-KR"/>
              </w:rPr>
              <w:t>유지이행</w:t>
            </w:r>
            <w:proofErr w:type="spellEnd"/>
            <w:r w:rsidRPr="00E471C8">
              <w:rPr>
                <w:rFonts w:ascii="한양중고딕" w:eastAsia="한양중고딕" w:hAnsi="굴림" w:cs="굴림" w:hint="eastAsia"/>
                <w:color w:val="000000"/>
                <w:spacing w:val="-18"/>
                <w:w w:val="90"/>
                <w:sz w:val="17"/>
                <w:szCs w:val="17"/>
                <w:lang w:eastAsia="ko-KR"/>
              </w:rPr>
              <w:t>, 관리를 위한 상담, 채권관리 등을 통해 생성되는 정보 등)</w:t>
            </w:r>
          </w:p>
        </w:tc>
      </w:tr>
      <w:tr w:rsidR="003F7D5C" w:rsidRPr="00E471C8" w:rsidTr="005F160A">
        <w:trPr>
          <w:trHeight w:val="846"/>
        </w:trPr>
        <w:tc>
          <w:tcPr>
            <w:tcW w:w="2127" w:type="dxa"/>
            <w:tcBorders>
              <w:top w:val="single" w:sz="2" w:space="0" w:color="000000"/>
              <w:left w:val="single" w:sz="12" w:space="0" w:color="auto"/>
              <w:bottom w:val="single" w:sz="2" w:space="0" w:color="000000"/>
              <w:right w:val="single" w:sz="2" w:space="0" w:color="000000"/>
            </w:tcBorders>
            <w:tcMar>
              <w:top w:w="28" w:type="dxa"/>
              <w:left w:w="102" w:type="dxa"/>
              <w:bottom w:w="28" w:type="dxa"/>
              <w:right w:w="102" w:type="dxa"/>
            </w:tcMar>
            <w:vAlign w:val="center"/>
            <w:hideMark/>
          </w:tcPr>
          <w:p w:rsidR="003F7D5C" w:rsidRPr="00E471C8" w:rsidRDefault="003F7D5C" w:rsidP="00C51585">
            <w:pPr>
              <w:spacing w:line="384" w:lineRule="auto"/>
              <w:jc w:val="center"/>
              <w:textAlignment w:val="baseline"/>
              <w:rPr>
                <w:rFonts w:ascii="한양중고딕" w:eastAsia="한양중고딕" w:hAnsi="굴림" w:cs="굴림"/>
                <w:color w:val="000000"/>
                <w:szCs w:val="20"/>
              </w:rPr>
            </w:pPr>
            <w:proofErr w:type="spellStart"/>
            <w:r w:rsidRPr="00E471C8">
              <w:rPr>
                <w:rFonts w:ascii="한양중고딕" w:eastAsia="한양중고딕" w:hAnsi="굴림" w:cs="굴림" w:hint="eastAsia"/>
                <w:color w:val="000000"/>
                <w:w w:val="85"/>
                <w:sz w:val="18"/>
                <w:szCs w:val="18"/>
              </w:rPr>
              <w:t>보유·이용</w:t>
            </w:r>
            <w:proofErr w:type="spellEnd"/>
            <w:r w:rsidRPr="00E471C8">
              <w:rPr>
                <w:rFonts w:ascii="한양중고딕" w:eastAsia="한양중고딕" w:hAnsi="굴림" w:cs="굴림" w:hint="eastAsia"/>
                <w:color w:val="000000"/>
                <w:w w:val="85"/>
                <w:sz w:val="18"/>
                <w:szCs w:val="18"/>
              </w:rPr>
              <w:t xml:space="preserve"> </w:t>
            </w:r>
            <w:proofErr w:type="spellStart"/>
            <w:r w:rsidRPr="00E471C8">
              <w:rPr>
                <w:rFonts w:ascii="한양중고딕" w:eastAsia="한양중고딕" w:hAnsi="굴림" w:cs="굴림" w:hint="eastAsia"/>
                <w:color w:val="000000"/>
                <w:w w:val="85"/>
                <w:sz w:val="18"/>
                <w:szCs w:val="18"/>
              </w:rPr>
              <w:t>기간</w:t>
            </w:r>
            <w:proofErr w:type="spellEnd"/>
          </w:p>
        </w:tc>
        <w:tc>
          <w:tcPr>
            <w:tcW w:w="7512" w:type="dxa"/>
            <w:tcBorders>
              <w:top w:val="single" w:sz="2" w:space="0" w:color="000000"/>
              <w:left w:val="single" w:sz="2" w:space="0" w:color="000000"/>
              <w:bottom w:val="single" w:sz="2" w:space="0" w:color="000000"/>
              <w:right w:val="single" w:sz="12" w:space="0" w:color="auto"/>
            </w:tcBorders>
            <w:tcMar>
              <w:top w:w="28" w:type="dxa"/>
              <w:left w:w="102" w:type="dxa"/>
              <w:bottom w:w="28" w:type="dxa"/>
              <w:right w:w="102" w:type="dxa"/>
            </w:tcMar>
            <w:vAlign w:val="center"/>
            <w:hideMark/>
          </w:tcPr>
          <w:p w:rsidR="003F7D5C" w:rsidRPr="00E471C8" w:rsidRDefault="003F7D5C" w:rsidP="009D675E">
            <w:pPr>
              <w:spacing w:after="20"/>
              <w:textAlignment w:val="baseline"/>
              <w:rPr>
                <w:rFonts w:ascii="한컴바탕" w:eastAsia="굴림" w:hAnsi="굴림" w:cs="굴림"/>
                <w:color w:val="000000"/>
                <w:sz w:val="17"/>
                <w:szCs w:val="17"/>
                <w:lang w:eastAsia="ko-KR"/>
              </w:rPr>
            </w:pPr>
            <w:r w:rsidRPr="00E471C8">
              <w:rPr>
                <w:rFonts w:ascii="한양중고딕" w:eastAsia="한양중고딕" w:hAnsi="굴림" w:cs="굴림" w:hint="eastAsia"/>
                <w:color w:val="000000"/>
                <w:spacing w:val="-18"/>
                <w:w w:val="90"/>
                <w:sz w:val="17"/>
                <w:szCs w:val="17"/>
                <w:lang w:eastAsia="ko-KR"/>
              </w:rPr>
              <w:t xml:space="preserve">기업(신용)정보는 제공된 날로부터 동의 철회 시 또는 제공된 목적을 달성할 때까지 </w:t>
            </w:r>
            <w:proofErr w:type="spellStart"/>
            <w:r w:rsidRPr="00E471C8">
              <w:rPr>
                <w:rFonts w:ascii="한양중고딕" w:eastAsia="한양중고딕" w:hAnsi="굴림" w:cs="굴림" w:hint="eastAsia"/>
                <w:color w:val="000000"/>
                <w:spacing w:val="-18"/>
                <w:w w:val="90"/>
                <w:sz w:val="17"/>
                <w:szCs w:val="17"/>
                <w:lang w:eastAsia="ko-KR"/>
              </w:rPr>
              <w:t>보유</w:t>
            </w:r>
            <w:r w:rsidR="006D6B39">
              <w:rPr>
                <w:rFonts w:ascii="MS Gothic" w:eastAsia="MS Gothic" w:hAnsi="MS Gothic" w:cs="MS Gothic" w:hint="eastAsia"/>
                <w:color w:val="000000"/>
                <w:spacing w:val="-18"/>
                <w:w w:val="90"/>
                <w:sz w:val="17"/>
                <w:szCs w:val="17"/>
                <w:lang w:eastAsia="ko-KR"/>
              </w:rPr>
              <w:t>·</w:t>
            </w:r>
            <w:r w:rsidRPr="00E471C8">
              <w:rPr>
                <w:rFonts w:ascii="한양중고딕" w:eastAsia="한양중고딕" w:hAnsi="굴림" w:cs="굴림" w:hint="eastAsia"/>
                <w:color w:val="000000"/>
                <w:spacing w:val="-18"/>
                <w:w w:val="90"/>
                <w:sz w:val="17"/>
                <w:szCs w:val="17"/>
                <w:lang w:eastAsia="ko-KR"/>
              </w:rPr>
              <w:t>이용됩</w:t>
            </w:r>
            <w:bookmarkStart w:id="0" w:name="_GoBack"/>
            <w:bookmarkEnd w:id="0"/>
            <w:r w:rsidRPr="00E471C8">
              <w:rPr>
                <w:rFonts w:ascii="한양중고딕" w:eastAsia="한양중고딕" w:hAnsi="굴림" w:cs="굴림" w:hint="eastAsia"/>
                <w:color w:val="000000"/>
                <w:spacing w:val="-18"/>
                <w:w w:val="90"/>
                <w:sz w:val="17"/>
                <w:szCs w:val="17"/>
                <w:lang w:eastAsia="ko-KR"/>
              </w:rPr>
              <w:t>니다</w:t>
            </w:r>
            <w:proofErr w:type="spellEnd"/>
            <w:proofErr w:type="gramStart"/>
            <w:r w:rsidRPr="00E471C8">
              <w:rPr>
                <w:rFonts w:ascii="한양중고딕" w:eastAsia="한양중고딕" w:hAnsi="굴림" w:cs="굴림" w:hint="eastAsia"/>
                <w:color w:val="000000"/>
                <w:spacing w:val="-18"/>
                <w:w w:val="90"/>
                <w:sz w:val="17"/>
                <w:szCs w:val="17"/>
                <w:lang w:eastAsia="ko-KR"/>
              </w:rPr>
              <w:t>.(</w:t>
            </w:r>
            <w:proofErr w:type="gramEnd"/>
            <w:r w:rsidRPr="00E471C8">
              <w:rPr>
                <w:rFonts w:ascii="한양중고딕" w:eastAsia="한양중고딕" w:hAnsi="굴림" w:cs="굴림" w:hint="eastAsia"/>
                <w:color w:val="000000"/>
                <w:spacing w:val="-18"/>
                <w:w w:val="90"/>
                <w:sz w:val="17"/>
                <w:szCs w:val="17"/>
                <w:lang w:eastAsia="ko-KR"/>
              </w:rPr>
              <w:t xml:space="preserve">중소기업지원사업 통합관리 시스템 수혜기업 정보는 사업 참여 이전 3개년부터 참여 이후 10년간 수집), 동의 철회 또는 제공된 목적 달성 후에는 위에 기재된 이용 목적과 관련된 금융사고 조사, 분쟁 해결, 민원 처리, 리스크 관리업무, 법령상 의무 이행을 위하여 필요한 범위 내에서만 </w:t>
            </w:r>
            <w:proofErr w:type="spellStart"/>
            <w:r w:rsidRPr="00E471C8">
              <w:rPr>
                <w:rFonts w:ascii="한양중고딕" w:eastAsia="한양중고딕" w:hAnsi="굴림" w:cs="굴림" w:hint="eastAsia"/>
                <w:color w:val="000000"/>
                <w:spacing w:val="-18"/>
                <w:w w:val="90"/>
                <w:sz w:val="17"/>
                <w:szCs w:val="17"/>
                <w:lang w:eastAsia="ko-KR"/>
              </w:rPr>
              <w:t>보유</w:t>
            </w:r>
            <w:r w:rsidR="009D675E">
              <w:rPr>
                <w:rFonts w:ascii="MS Gothic" w:eastAsia="MS Gothic" w:hAnsi="MS Gothic" w:cs="MS Gothic" w:hint="eastAsia"/>
                <w:color w:val="000000"/>
                <w:spacing w:val="-18"/>
                <w:w w:val="90"/>
                <w:sz w:val="17"/>
                <w:szCs w:val="17"/>
                <w:lang w:eastAsia="ko-KR"/>
              </w:rPr>
              <w:t>·</w:t>
            </w:r>
            <w:r w:rsidRPr="00E471C8">
              <w:rPr>
                <w:rFonts w:ascii="한양중고딕" w:eastAsia="한양중고딕" w:hAnsi="굴림" w:cs="굴림" w:hint="eastAsia"/>
                <w:color w:val="000000"/>
                <w:spacing w:val="-18"/>
                <w:w w:val="90"/>
                <w:sz w:val="17"/>
                <w:szCs w:val="17"/>
                <w:lang w:eastAsia="ko-KR"/>
              </w:rPr>
              <w:t>이용됩니다</w:t>
            </w:r>
            <w:proofErr w:type="spellEnd"/>
            <w:r w:rsidRPr="00E471C8">
              <w:rPr>
                <w:rFonts w:ascii="한양중고딕" w:eastAsia="한양중고딕" w:hAnsi="굴림" w:cs="굴림" w:hint="eastAsia"/>
                <w:color w:val="000000"/>
                <w:spacing w:val="-18"/>
                <w:w w:val="90"/>
                <w:sz w:val="17"/>
                <w:szCs w:val="17"/>
                <w:lang w:eastAsia="ko-KR"/>
              </w:rPr>
              <w:t>.</w:t>
            </w:r>
          </w:p>
        </w:tc>
      </w:tr>
      <w:tr w:rsidR="003F7D5C" w:rsidRPr="00E471C8" w:rsidTr="005F160A">
        <w:trPr>
          <w:trHeight w:val="462"/>
        </w:trPr>
        <w:tc>
          <w:tcPr>
            <w:tcW w:w="2127" w:type="dxa"/>
            <w:tcBorders>
              <w:top w:val="single" w:sz="2" w:space="0" w:color="000000"/>
              <w:left w:val="single" w:sz="12" w:space="0" w:color="auto"/>
              <w:bottom w:val="single" w:sz="2" w:space="0" w:color="000000"/>
              <w:right w:val="single" w:sz="2" w:space="0" w:color="000000"/>
            </w:tcBorders>
            <w:tcMar>
              <w:top w:w="28" w:type="dxa"/>
              <w:left w:w="102" w:type="dxa"/>
              <w:bottom w:w="28" w:type="dxa"/>
              <w:right w:w="102" w:type="dxa"/>
            </w:tcMar>
            <w:vAlign w:val="center"/>
            <w:hideMark/>
          </w:tcPr>
          <w:p w:rsidR="003F7D5C" w:rsidRPr="00E471C8" w:rsidRDefault="003F7D5C" w:rsidP="00C51585">
            <w:pPr>
              <w:spacing w:line="312" w:lineRule="auto"/>
              <w:jc w:val="center"/>
              <w:textAlignment w:val="baseline"/>
              <w:rPr>
                <w:rFonts w:ascii="한양중고딕" w:eastAsia="한양중고딕" w:hAnsi="굴림" w:cs="굴림"/>
                <w:color w:val="000000"/>
                <w:szCs w:val="20"/>
                <w:lang w:eastAsia="ko-KR"/>
              </w:rPr>
            </w:pPr>
            <w:r w:rsidRPr="00E471C8">
              <w:rPr>
                <w:rFonts w:ascii="한양중고딕" w:eastAsia="한양중고딕" w:hAnsi="굴림" w:cs="굴림" w:hint="eastAsia"/>
                <w:color w:val="000000"/>
                <w:spacing w:val="-2"/>
                <w:w w:val="85"/>
                <w:sz w:val="18"/>
                <w:szCs w:val="18"/>
                <w:lang w:eastAsia="ko-KR"/>
              </w:rPr>
              <w:t>동의를 거부할 권리 및 동의를 거부할 경우 불이익</w:t>
            </w:r>
          </w:p>
        </w:tc>
        <w:tc>
          <w:tcPr>
            <w:tcW w:w="7512" w:type="dxa"/>
            <w:tcBorders>
              <w:top w:val="single" w:sz="2" w:space="0" w:color="000000"/>
              <w:left w:val="single" w:sz="2" w:space="0" w:color="000000"/>
              <w:bottom w:val="single" w:sz="2" w:space="0" w:color="000000"/>
              <w:right w:val="single" w:sz="12" w:space="0" w:color="auto"/>
            </w:tcBorders>
            <w:tcMar>
              <w:top w:w="28" w:type="dxa"/>
              <w:left w:w="102" w:type="dxa"/>
              <w:bottom w:w="28" w:type="dxa"/>
              <w:right w:w="102" w:type="dxa"/>
            </w:tcMar>
            <w:vAlign w:val="center"/>
            <w:hideMark/>
          </w:tcPr>
          <w:p w:rsidR="003F7D5C" w:rsidRPr="00E471C8" w:rsidRDefault="003F7D5C" w:rsidP="00F421B0">
            <w:pPr>
              <w:spacing w:after="20"/>
              <w:textAlignment w:val="baseline"/>
              <w:rPr>
                <w:rFonts w:ascii="한컴바탕" w:eastAsia="굴림" w:hAnsi="굴림" w:cs="굴림"/>
                <w:color w:val="000000"/>
                <w:sz w:val="17"/>
                <w:szCs w:val="17"/>
                <w:lang w:eastAsia="ko-KR"/>
              </w:rPr>
            </w:pPr>
            <w:r w:rsidRPr="00E471C8">
              <w:rPr>
                <w:rFonts w:ascii="한양중고딕" w:eastAsia="한양중고딕" w:hAnsi="굴림" w:cs="굴림" w:hint="eastAsia"/>
                <w:color w:val="000000"/>
                <w:spacing w:val="-10"/>
                <w:w w:val="90"/>
                <w:sz w:val="17"/>
                <w:szCs w:val="17"/>
                <w:lang w:eastAsia="ko-KR"/>
              </w:rPr>
              <w:t xml:space="preserve">동의하지 않으실 경우 중소기업 정책자금 융자, 기업진단, </w:t>
            </w:r>
            <w:proofErr w:type="spellStart"/>
            <w:r w:rsidRPr="00E471C8">
              <w:rPr>
                <w:rFonts w:ascii="한양중고딕" w:eastAsia="한양중고딕" w:hAnsi="굴림" w:cs="굴림" w:hint="eastAsia"/>
                <w:color w:val="000000"/>
                <w:spacing w:val="-10"/>
                <w:w w:val="90"/>
                <w:sz w:val="17"/>
                <w:szCs w:val="17"/>
                <w:lang w:eastAsia="ko-KR"/>
              </w:rPr>
              <w:t>연계지원</w:t>
            </w:r>
            <w:proofErr w:type="spellEnd"/>
            <w:r w:rsidRPr="00E471C8">
              <w:rPr>
                <w:rFonts w:ascii="한양중고딕" w:eastAsia="한양중고딕" w:hAnsi="굴림" w:cs="굴림" w:hint="eastAsia"/>
                <w:color w:val="000000"/>
                <w:spacing w:val="-10"/>
                <w:w w:val="90"/>
                <w:sz w:val="17"/>
                <w:szCs w:val="17"/>
                <w:lang w:eastAsia="ko-KR"/>
              </w:rPr>
              <w:t xml:space="preserve"> 등과 관련한 상담 및 신청, 지원, 거래관계의 설정 및 유지가 불가능합니다.</w:t>
            </w:r>
          </w:p>
        </w:tc>
      </w:tr>
      <w:tr w:rsidR="003F7D5C" w:rsidRPr="00E471C8" w:rsidTr="005F160A">
        <w:trPr>
          <w:trHeight w:val="507"/>
        </w:trPr>
        <w:tc>
          <w:tcPr>
            <w:tcW w:w="2127" w:type="dxa"/>
            <w:tcBorders>
              <w:top w:val="single" w:sz="2" w:space="0" w:color="000000"/>
              <w:left w:val="single" w:sz="12" w:space="0" w:color="auto"/>
              <w:bottom w:val="single" w:sz="12" w:space="0" w:color="auto"/>
              <w:right w:val="single" w:sz="2" w:space="0" w:color="000000"/>
            </w:tcBorders>
            <w:tcMar>
              <w:top w:w="28" w:type="dxa"/>
              <w:left w:w="102" w:type="dxa"/>
              <w:bottom w:w="28" w:type="dxa"/>
              <w:right w:w="102" w:type="dxa"/>
            </w:tcMar>
            <w:vAlign w:val="center"/>
            <w:hideMark/>
          </w:tcPr>
          <w:p w:rsidR="003F7D5C" w:rsidRPr="00E471C8" w:rsidRDefault="003F7D5C" w:rsidP="00C51585">
            <w:pPr>
              <w:spacing w:line="312" w:lineRule="auto"/>
              <w:jc w:val="center"/>
              <w:textAlignment w:val="baseline"/>
              <w:rPr>
                <w:rFonts w:ascii="함초롬바탕" w:eastAsia="굴림" w:hAnsi="굴림" w:cs="굴림"/>
                <w:color w:val="000000"/>
                <w:szCs w:val="20"/>
                <w:lang w:eastAsia="ko-KR"/>
              </w:rPr>
            </w:pPr>
            <w:r w:rsidRPr="00E471C8">
              <w:rPr>
                <w:rFonts w:ascii="한양중고딕" w:eastAsia="한양중고딕" w:hAnsi="굴림" w:cs="굴림" w:hint="eastAsia"/>
                <w:color w:val="000000"/>
                <w:w w:val="85"/>
                <w:sz w:val="18"/>
                <w:szCs w:val="18"/>
                <w:lang w:eastAsia="ko-KR"/>
              </w:rPr>
              <w:t xml:space="preserve">기업(신용)정보 </w:t>
            </w:r>
            <w:proofErr w:type="spellStart"/>
            <w:r w:rsidRPr="00E471C8">
              <w:rPr>
                <w:rFonts w:ascii="한양중고딕" w:eastAsia="한양중고딕" w:hAnsi="굴림" w:cs="굴림" w:hint="eastAsia"/>
                <w:color w:val="000000"/>
                <w:w w:val="85"/>
                <w:sz w:val="18"/>
                <w:szCs w:val="18"/>
                <w:lang w:eastAsia="ko-KR"/>
              </w:rPr>
              <w:t>수집·이용</w:t>
            </w:r>
            <w:proofErr w:type="spellEnd"/>
            <w:r w:rsidRPr="00E471C8">
              <w:rPr>
                <w:rFonts w:ascii="한양중고딕" w:eastAsia="한양중고딕" w:hAnsi="굴림" w:cs="굴림" w:hint="eastAsia"/>
                <w:color w:val="000000"/>
                <w:w w:val="85"/>
                <w:sz w:val="18"/>
                <w:szCs w:val="18"/>
                <w:lang w:eastAsia="ko-KR"/>
              </w:rPr>
              <w:t xml:space="preserve"> </w:t>
            </w:r>
          </w:p>
          <w:p w:rsidR="003F7D5C" w:rsidRPr="00E471C8" w:rsidRDefault="003F7D5C" w:rsidP="00C51585">
            <w:pPr>
              <w:spacing w:line="312" w:lineRule="auto"/>
              <w:jc w:val="center"/>
              <w:textAlignment w:val="baseline"/>
              <w:rPr>
                <w:rFonts w:ascii="함초롬바탕" w:eastAsia="굴림" w:hAnsi="굴림" w:cs="굴림"/>
                <w:color w:val="000000"/>
                <w:szCs w:val="20"/>
              </w:rPr>
            </w:pPr>
            <w:proofErr w:type="spellStart"/>
            <w:r w:rsidRPr="00E471C8">
              <w:rPr>
                <w:rFonts w:ascii="한양중고딕" w:eastAsia="한양중고딕" w:hAnsi="굴림" w:cs="굴림" w:hint="eastAsia"/>
                <w:color w:val="000000"/>
                <w:w w:val="85"/>
                <w:sz w:val="18"/>
                <w:szCs w:val="18"/>
              </w:rPr>
              <w:t>동의</w:t>
            </w:r>
            <w:proofErr w:type="spellEnd"/>
            <w:r w:rsidRPr="00E471C8">
              <w:rPr>
                <w:rFonts w:ascii="한양중고딕" w:eastAsia="한양중고딕" w:hAnsi="굴림" w:cs="굴림" w:hint="eastAsia"/>
                <w:color w:val="000000"/>
                <w:w w:val="85"/>
                <w:sz w:val="18"/>
                <w:szCs w:val="18"/>
              </w:rPr>
              <w:t xml:space="preserve"> </w:t>
            </w:r>
            <w:proofErr w:type="spellStart"/>
            <w:r w:rsidRPr="00E471C8">
              <w:rPr>
                <w:rFonts w:ascii="한양중고딕" w:eastAsia="한양중고딕" w:hAnsi="굴림" w:cs="굴림" w:hint="eastAsia"/>
                <w:color w:val="000000"/>
                <w:w w:val="85"/>
                <w:sz w:val="18"/>
                <w:szCs w:val="18"/>
              </w:rPr>
              <w:t>여부</w:t>
            </w:r>
            <w:proofErr w:type="spellEnd"/>
          </w:p>
        </w:tc>
        <w:tc>
          <w:tcPr>
            <w:tcW w:w="7512" w:type="dxa"/>
            <w:tcBorders>
              <w:top w:val="single" w:sz="2" w:space="0" w:color="000000"/>
              <w:left w:val="single" w:sz="2" w:space="0" w:color="000000"/>
              <w:bottom w:val="single" w:sz="12" w:space="0" w:color="auto"/>
              <w:right w:val="single" w:sz="12" w:space="0" w:color="auto"/>
            </w:tcBorders>
            <w:tcMar>
              <w:top w:w="28" w:type="dxa"/>
              <w:left w:w="102" w:type="dxa"/>
              <w:bottom w:w="28" w:type="dxa"/>
              <w:right w:w="102" w:type="dxa"/>
            </w:tcMar>
            <w:vAlign w:val="center"/>
            <w:hideMark/>
          </w:tcPr>
          <w:p w:rsidR="003F7D5C" w:rsidRPr="00E471C8" w:rsidRDefault="003F7D5C" w:rsidP="00C51585">
            <w:pPr>
              <w:spacing w:line="252" w:lineRule="auto"/>
              <w:ind w:left="100" w:hanging="100"/>
              <w:textAlignment w:val="baseline"/>
              <w:rPr>
                <w:rFonts w:ascii="함초롬바탕" w:eastAsia="굴림" w:hAnsi="굴림" w:cs="굴림"/>
                <w:color w:val="000000"/>
                <w:sz w:val="17"/>
                <w:szCs w:val="17"/>
                <w:lang w:eastAsia="ko-KR"/>
              </w:rPr>
            </w:pPr>
            <w:r w:rsidRPr="00E471C8">
              <w:rPr>
                <w:rFonts w:ascii="한양중고딕" w:eastAsia="한양중고딕" w:hAnsi="굴림" w:cs="굴림" w:hint="eastAsia"/>
                <w:color w:val="000000"/>
                <w:spacing w:val="-10"/>
                <w:w w:val="90"/>
                <w:sz w:val="17"/>
                <w:szCs w:val="17"/>
                <w:lang w:eastAsia="ko-KR"/>
              </w:rPr>
              <w:t xml:space="preserve">본인은 위와 같이 본인의 기업(신용)정보를 </w:t>
            </w:r>
            <w:proofErr w:type="spellStart"/>
            <w:r w:rsidRPr="00E471C8">
              <w:rPr>
                <w:rFonts w:ascii="한양중고딕" w:eastAsia="한양중고딕" w:hAnsi="굴림" w:cs="굴림" w:hint="eastAsia"/>
                <w:color w:val="000000"/>
                <w:spacing w:val="-10"/>
                <w:w w:val="90"/>
                <w:sz w:val="17"/>
                <w:szCs w:val="17"/>
                <w:lang w:eastAsia="ko-KR"/>
              </w:rPr>
              <w:t>수집</w:t>
            </w:r>
            <w:r w:rsidR="00A6233E">
              <w:rPr>
                <w:rFonts w:ascii="MS Gothic" w:eastAsia="MS Gothic" w:hAnsi="MS Gothic" w:cs="MS Gothic" w:hint="eastAsia"/>
                <w:color w:val="000000"/>
                <w:spacing w:val="-10"/>
                <w:w w:val="90"/>
                <w:sz w:val="17"/>
                <w:szCs w:val="17"/>
                <w:lang w:eastAsia="ko-KR"/>
              </w:rPr>
              <w:t>·</w:t>
            </w:r>
            <w:r w:rsidRPr="00E471C8">
              <w:rPr>
                <w:rFonts w:ascii="한양중고딕" w:eastAsia="한양중고딕" w:hAnsi="굴림" w:cs="굴림" w:hint="eastAsia"/>
                <w:color w:val="000000"/>
                <w:spacing w:val="-10"/>
                <w:w w:val="90"/>
                <w:sz w:val="17"/>
                <w:szCs w:val="17"/>
                <w:lang w:eastAsia="ko-KR"/>
              </w:rPr>
              <w:t>이용하는</w:t>
            </w:r>
            <w:proofErr w:type="spellEnd"/>
            <w:r w:rsidRPr="00E471C8">
              <w:rPr>
                <w:rFonts w:ascii="한양중고딕" w:eastAsia="한양중고딕" w:hAnsi="굴림" w:cs="굴림" w:hint="eastAsia"/>
                <w:color w:val="000000"/>
                <w:spacing w:val="-10"/>
                <w:w w:val="90"/>
                <w:sz w:val="17"/>
                <w:szCs w:val="17"/>
                <w:lang w:eastAsia="ko-KR"/>
              </w:rPr>
              <w:t xml:space="preserve"> 것에 동의합니다.</w:t>
            </w:r>
          </w:p>
          <w:p w:rsidR="003F7D5C" w:rsidRPr="00E471C8" w:rsidRDefault="003F7D5C" w:rsidP="00C51585">
            <w:pPr>
              <w:spacing w:line="252" w:lineRule="auto"/>
              <w:ind w:left="100" w:hanging="100"/>
              <w:jc w:val="right"/>
              <w:textAlignment w:val="baseline"/>
              <w:rPr>
                <w:rFonts w:ascii="함초롬바탕" w:eastAsia="굴림" w:hAnsi="굴림" w:cs="굴림"/>
                <w:color w:val="000000"/>
                <w:szCs w:val="20"/>
                <w:lang w:eastAsia="ko-KR"/>
              </w:rPr>
            </w:pPr>
            <w:r w:rsidRPr="00E471C8">
              <w:rPr>
                <w:rFonts w:ascii="한양중고딕" w:eastAsia="한양중고딕" w:hAnsi="굴림" w:cs="굴림" w:hint="eastAsia"/>
                <w:b/>
                <w:bCs/>
                <w:color w:val="000000"/>
                <w:w w:val="90"/>
                <w:sz w:val="18"/>
                <w:szCs w:val="18"/>
                <w:lang w:eastAsia="ko-KR"/>
              </w:rPr>
              <w:t xml:space="preserve">(동의함 </w:t>
            </w:r>
            <w:r w:rsidRPr="00E471C8">
              <w:rPr>
                <w:rFonts w:ascii="한양중고딕" w:eastAsia="한양중고딕" w:hAnsi="한양중고딕" w:cs="굴림" w:hint="eastAsia"/>
                <w:b/>
                <w:bCs/>
                <w:color w:val="000000"/>
                <w:w w:val="90"/>
                <w:sz w:val="18"/>
                <w:szCs w:val="18"/>
                <w:lang w:eastAsia="ko-KR"/>
              </w:rPr>
              <w:t xml:space="preserve">□ </w:t>
            </w:r>
            <w:r w:rsidRPr="00E471C8">
              <w:rPr>
                <w:rFonts w:ascii="한양중고딕" w:eastAsia="한양중고딕" w:hAnsi="굴림" w:cs="굴림" w:hint="eastAsia"/>
                <w:b/>
                <w:bCs/>
                <w:color w:val="000000"/>
                <w:w w:val="90"/>
                <w:sz w:val="18"/>
                <w:szCs w:val="18"/>
                <w:lang w:eastAsia="ko-KR"/>
              </w:rPr>
              <w:t xml:space="preserve">동의하지 않음 </w:t>
            </w:r>
            <w:r w:rsidRPr="00E471C8">
              <w:rPr>
                <w:rFonts w:ascii="한양중고딕" w:eastAsia="한양중고딕" w:hAnsi="한양중고딕" w:cs="굴림" w:hint="eastAsia"/>
                <w:b/>
                <w:bCs/>
                <w:color w:val="000000"/>
                <w:w w:val="90"/>
                <w:sz w:val="18"/>
                <w:szCs w:val="18"/>
                <w:lang w:eastAsia="ko-KR"/>
              </w:rPr>
              <w:t>□</w:t>
            </w:r>
            <w:r w:rsidRPr="00E471C8">
              <w:rPr>
                <w:rFonts w:ascii="한양중고딕" w:eastAsia="한양중고딕" w:hAnsi="굴림" w:cs="굴림" w:hint="eastAsia"/>
                <w:b/>
                <w:bCs/>
                <w:color w:val="000000"/>
                <w:w w:val="90"/>
                <w:sz w:val="18"/>
                <w:szCs w:val="18"/>
                <w:lang w:eastAsia="ko-KR"/>
              </w:rPr>
              <w:t>)</w:t>
            </w:r>
          </w:p>
        </w:tc>
      </w:tr>
    </w:tbl>
    <w:p w:rsidR="003F7D5C" w:rsidRPr="00E471C8" w:rsidRDefault="003F7D5C" w:rsidP="003F7D5C">
      <w:pPr>
        <w:ind w:left="508" w:hanging="508"/>
        <w:textAlignment w:val="baseline"/>
        <w:rPr>
          <w:rFonts w:ascii="한컴바탕" w:eastAsia="굴림" w:hAnsi="굴림" w:cs="굴림"/>
          <w:vanish/>
          <w:color w:val="000000"/>
          <w:szCs w:val="20"/>
          <w:lang w:eastAsia="ko-KR"/>
        </w:rPr>
      </w:pPr>
    </w:p>
    <w:tbl>
      <w:tblPr>
        <w:tblOverlap w:val="never"/>
        <w:tblW w:w="0" w:type="auto"/>
        <w:tblInd w:w="102" w:type="dxa"/>
        <w:tblCellMar>
          <w:top w:w="15" w:type="dxa"/>
          <w:left w:w="15" w:type="dxa"/>
          <w:bottom w:w="15" w:type="dxa"/>
          <w:right w:w="15" w:type="dxa"/>
        </w:tblCellMar>
        <w:tblLook w:val="04A0" w:firstRow="1" w:lastRow="0" w:firstColumn="1" w:lastColumn="0" w:noHBand="0" w:noVBand="1"/>
      </w:tblPr>
      <w:tblGrid>
        <w:gridCol w:w="2127"/>
        <w:gridCol w:w="7512"/>
      </w:tblGrid>
      <w:tr w:rsidR="003F7D5C" w:rsidRPr="00E471C8" w:rsidTr="005F160A">
        <w:trPr>
          <w:trHeight w:val="443"/>
        </w:trPr>
        <w:tc>
          <w:tcPr>
            <w:tcW w:w="9639" w:type="dxa"/>
            <w:gridSpan w:val="2"/>
            <w:tcBorders>
              <w:top w:val="nil"/>
              <w:left w:val="nil"/>
              <w:bottom w:val="single" w:sz="12" w:space="0" w:color="auto"/>
              <w:right w:val="nil"/>
            </w:tcBorders>
            <w:tcMar>
              <w:top w:w="28" w:type="dxa"/>
              <w:left w:w="102" w:type="dxa"/>
              <w:bottom w:w="28" w:type="dxa"/>
              <w:right w:w="102" w:type="dxa"/>
            </w:tcMar>
            <w:vAlign w:val="center"/>
            <w:hideMark/>
          </w:tcPr>
          <w:p w:rsidR="00334E90" w:rsidRPr="00334E90" w:rsidRDefault="00334E90" w:rsidP="00C51585">
            <w:pPr>
              <w:textAlignment w:val="baseline"/>
              <w:rPr>
                <w:rFonts w:ascii="한양중고딕" w:eastAsia="한양중고딕" w:hAnsi="굴림" w:cs="굴림"/>
                <w:b/>
                <w:bCs/>
                <w:color w:val="000000"/>
                <w:sz w:val="10"/>
                <w:szCs w:val="10"/>
                <w:lang w:eastAsia="ko-KR"/>
              </w:rPr>
            </w:pPr>
          </w:p>
          <w:p w:rsidR="003F7D5C" w:rsidRPr="00E471C8" w:rsidRDefault="003F7D5C" w:rsidP="00C51585">
            <w:pPr>
              <w:textAlignment w:val="baseline"/>
              <w:rPr>
                <w:rFonts w:ascii="함초롬바탕" w:eastAsia="굴림" w:hAnsi="굴림" w:cs="굴림"/>
                <w:color w:val="000000"/>
                <w:szCs w:val="20"/>
                <w:lang w:eastAsia="ko-KR"/>
              </w:rPr>
            </w:pPr>
            <w:r w:rsidRPr="00E471C8">
              <w:rPr>
                <w:rFonts w:ascii="한양중고딕" w:eastAsia="한양중고딕" w:hAnsi="굴림" w:cs="굴림" w:hint="eastAsia"/>
                <w:b/>
                <w:bCs/>
                <w:color w:val="000000"/>
                <w:sz w:val="18"/>
                <w:szCs w:val="18"/>
                <w:lang w:eastAsia="ko-KR"/>
              </w:rPr>
              <w:t>2. 기업(신용)정보의 조회에 관한 사항</w:t>
            </w:r>
          </w:p>
        </w:tc>
      </w:tr>
      <w:tr w:rsidR="003F7D5C" w:rsidRPr="00E471C8" w:rsidTr="005F160A">
        <w:trPr>
          <w:trHeight w:val="1653"/>
        </w:trPr>
        <w:tc>
          <w:tcPr>
            <w:tcW w:w="2127" w:type="dxa"/>
            <w:tcBorders>
              <w:top w:val="single" w:sz="12" w:space="0" w:color="auto"/>
              <w:left w:val="single" w:sz="12" w:space="0" w:color="auto"/>
              <w:bottom w:val="single" w:sz="2" w:space="0" w:color="000000"/>
              <w:right w:val="single" w:sz="2" w:space="0" w:color="000000"/>
            </w:tcBorders>
            <w:tcMar>
              <w:top w:w="28" w:type="dxa"/>
              <w:left w:w="102" w:type="dxa"/>
              <w:bottom w:w="28" w:type="dxa"/>
              <w:right w:w="102" w:type="dxa"/>
            </w:tcMar>
            <w:vAlign w:val="center"/>
            <w:hideMark/>
          </w:tcPr>
          <w:p w:rsidR="003F7D5C" w:rsidRPr="00E471C8" w:rsidRDefault="003F7D5C" w:rsidP="005F160A">
            <w:pPr>
              <w:spacing w:line="200" w:lineRule="exact"/>
              <w:jc w:val="center"/>
              <w:textAlignment w:val="baseline"/>
              <w:rPr>
                <w:rFonts w:ascii="함초롬바탕" w:eastAsia="굴림" w:hAnsi="굴림" w:cs="굴림"/>
                <w:color w:val="000000"/>
                <w:szCs w:val="20"/>
              </w:rPr>
            </w:pPr>
            <w:proofErr w:type="spellStart"/>
            <w:r w:rsidRPr="00E471C8">
              <w:rPr>
                <w:rFonts w:ascii="한양중고딕" w:eastAsia="한양중고딕" w:hAnsi="굴림" w:cs="굴림" w:hint="eastAsia"/>
                <w:color w:val="000000"/>
                <w:w w:val="85"/>
                <w:sz w:val="18"/>
                <w:szCs w:val="18"/>
              </w:rPr>
              <w:t>제공·조회대상</w:t>
            </w:r>
            <w:proofErr w:type="spellEnd"/>
            <w:r w:rsidRPr="00E471C8">
              <w:rPr>
                <w:rFonts w:ascii="한양중고딕" w:eastAsia="한양중고딕" w:hAnsi="굴림" w:cs="굴림" w:hint="eastAsia"/>
                <w:color w:val="000000"/>
                <w:w w:val="85"/>
                <w:sz w:val="18"/>
                <w:szCs w:val="18"/>
              </w:rPr>
              <w:t xml:space="preserve"> </w:t>
            </w:r>
            <w:proofErr w:type="spellStart"/>
            <w:r w:rsidRPr="00E471C8">
              <w:rPr>
                <w:rFonts w:ascii="한양중고딕" w:eastAsia="한양중고딕" w:hAnsi="굴림" w:cs="굴림" w:hint="eastAsia"/>
                <w:color w:val="000000"/>
                <w:w w:val="85"/>
                <w:sz w:val="18"/>
                <w:szCs w:val="18"/>
              </w:rPr>
              <w:t>기관</w:t>
            </w:r>
            <w:proofErr w:type="spellEnd"/>
          </w:p>
        </w:tc>
        <w:tc>
          <w:tcPr>
            <w:tcW w:w="7512" w:type="dxa"/>
            <w:tcBorders>
              <w:top w:val="single" w:sz="12" w:space="0" w:color="auto"/>
              <w:left w:val="single" w:sz="2" w:space="0" w:color="000000"/>
              <w:bottom w:val="single" w:sz="2" w:space="0" w:color="000000"/>
              <w:right w:val="single" w:sz="12" w:space="0" w:color="auto"/>
            </w:tcBorders>
            <w:tcMar>
              <w:top w:w="28" w:type="dxa"/>
              <w:left w:w="102" w:type="dxa"/>
              <w:bottom w:w="28" w:type="dxa"/>
              <w:right w:w="102" w:type="dxa"/>
            </w:tcMar>
            <w:vAlign w:val="center"/>
            <w:hideMark/>
          </w:tcPr>
          <w:p w:rsidR="003F7D5C" w:rsidRPr="00E471C8" w:rsidRDefault="003F7D5C" w:rsidP="005F160A">
            <w:pPr>
              <w:spacing w:after="20" w:line="200" w:lineRule="exact"/>
              <w:ind w:firstLine="2"/>
              <w:textAlignment w:val="baseline"/>
              <w:rPr>
                <w:rFonts w:ascii="한컴바탕" w:eastAsia="굴림" w:hAnsi="굴림" w:cs="굴림"/>
                <w:color w:val="000000"/>
                <w:sz w:val="24"/>
                <w:szCs w:val="24"/>
                <w:lang w:eastAsia="ko-KR"/>
              </w:rPr>
            </w:pPr>
            <w:r w:rsidRPr="00E471C8">
              <w:rPr>
                <w:rFonts w:ascii="MS Gothic" w:eastAsia="MS Gothic" w:hAnsi="MS Gothic" w:cs="MS Gothic" w:hint="eastAsia"/>
                <w:color w:val="000000"/>
                <w:spacing w:val="-10"/>
                <w:w w:val="90"/>
                <w:sz w:val="18"/>
                <w:szCs w:val="18"/>
                <w:lang w:eastAsia="ko-KR"/>
              </w:rPr>
              <w:t>‣</w:t>
            </w:r>
            <w:proofErr w:type="gramStart"/>
            <w:r w:rsidRPr="00E471C8">
              <w:rPr>
                <w:rFonts w:ascii="한양중고딕" w:eastAsia="한양중고딕" w:hAnsi="굴림" w:cs="굴림" w:hint="eastAsia"/>
                <w:color w:val="000000"/>
                <w:spacing w:val="-10"/>
                <w:w w:val="90"/>
                <w:sz w:val="18"/>
                <w:szCs w:val="18"/>
                <w:lang w:eastAsia="ko-KR"/>
              </w:rPr>
              <w:t>신용조회회사 :</w:t>
            </w:r>
            <w:proofErr w:type="gramEnd"/>
            <w:r w:rsidRPr="00E471C8">
              <w:rPr>
                <w:rFonts w:ascii="한양중고딕" w:eastAsia="한양중고딕" w:hAnsi="굴림" w:cs="굴림" w:hint="eastAsia"/>
                <w:color w:val="000000"/>
                <w:spacing w:val="-10"/>
                <w:w w:val="90"/>
                <w:sz w:val="18"/>
                <w:szCs w:val="18"/>
                <w:lang w:eastAsia="ko-KR"/>
              </w:rPr>
              <w:t xml:space="preserve"> 한국평가데이터(주), NICE평가정보(주), </w:t>
            </w:r>
            <w:proofErr w:type="spellStart"/>
            <w:r w:rsidRPr="00E471C8">
              <w:rPr>
                <w:rFonts w:ascii="한양중고딕" w:eastAsia="한양중고딕" w:hAnsi="굴림" w:cs="굴림" w:hint="eastAsia"/>
                <w:color w:val="000000"/>
                <w:spacing w:val="-10"/>
                <w:w w:val="90"/>
                <w:sz w:val="18"/>
                <w:szCs w:val="18"/>
                <w:lang w:eastAsia="ko-KR"/>
              </w:rPr>
              <w:t>코리아크레딧뷰로</w:t>
            </w:r>
            <w:proofErr w:type="spellEnd"/>
            <w:r w:rsidRPr="00E471C8">
              <w:rPr>
                <w:rFonts w:ascii="한양중고딕" w:eastAsia="한양중고딕" w:hAnsi="굴림" w:cs="굴림" w:hint="eastAsia"/>
                <w:color w:val="000000"/>
                <w:spacing w:val="-10"/>
                <w:w w:val="90"/>
                <w:sz w:val="18"/>
                <w:szCs w:val="18"/>
                <w:lang w:eastAsia="ko-KR"/>
              </w:rPr>
              <w:t>(주) 등</w:t>
            </w:r>
          </w:p>
          <w:p w:rsidR="003F7D5C" w:rsidRPr="00E471C8" w:rsidRDefault="003F7D5C" w:rsidP="005F160A">
            <w:pPr>
              <w:spacing w:before="60" w:after="20" w:line="200" w:lineRule="exact"/>
              <w:ind w:firstLine="2"/>
              <w:textAlignment w:val="baseline"/>
              <w:rPr>
                <w:rFonts w:ascii="한컴바탕" w:eastAsia="굴림" w:hAnsi="굴림" w:cs="굴림"/>
                <w:color w:val="000000"/>
                <w:sz w:val="24"/>
                <w:szCs w:val="24"/>
                <w:lang w:eastAsia="ko-KR"/>
              </w:rPr>
            </w:pPr>
            <w:r w:rsidRPr="00E471C8">
              <w:rPr>
                <w:rFonts w:ascii="MS Gothic" w:eastAsia="MS Gothic" w:hAnsi="MS Gothic" w:cs="MS Gothic" w:hint="eastAsia"/>
                <w:color w:val="000000"/>
                <w:spacing w:val="-10"/>
                <w:w w:val="90"/>
                <w:sz w:val="18"/>
                <w:szCs w:val="18"/>
                <w:lang w:eastAsia="ko-KR"/>
              </w:rPr>
              <w:t>‣</w:t>
            </w:r>
            <w:proofErr w:type="gramStart"/>
            <w:r w:rsidRPr="00E471C8">
              <w:rPr>
                <w:rFonts w:ascii="한양중고딕" w:eastAsia="한양중고딕" w:hAnsi="굴림" w:cs="굴림" w:hint="eastAsia"/>
                <w:color w:val="000000"/>
                <w:spacing w:val="-10"/>
                <w:w w:val="90"/>
                <w:sz w:val="18"/>
                <w:szCs w:val="18"/>
                <w:lang w:eastAsia="ko-KR"/>
              </w:rPr>
              <w:t>신용정보집중기관 :</w:t>
            </w:r>
            <w:proofErr w:type="gramEnd"/>
            <w:r w:rsidRPr="00E471C8">
              <w:rPr>
                <w:rFonts w:ascii="한양중고딕" w:eastAsia="한양중고딕" w:hAnsi="굴림" w:cs="굴림" w:hint="eastAsia"/>
                <w:color w:val="000000"/>
                <w:spacing w:val="-10"/>
                <w:w w:val="90"/>
                <w:sz w:val="18"/>
                <w:szCs w:val="18"/>
                <w:lang w:eastAsia="ko-KR"/>
              </w:rPr>
              <w:t xml:space="preserve"> 한국신용정보원, 여신금융협회 등 </w:t>
            </w:r>
            <w:r w:rsidRPr="00E471C8">
              <w:rPr>
                <w:rFonts w:ascii="MS Gothic" w:eastAsia="MS Gothic" w:hAnsi="MS Gothic" w:cs="MS Gothic" w:hint="eastAsia"/>
                <w:color w:val="000000"/>
                <w:spacing w:val="-10"/>
                <w:w w:val="90"/>
                <w:sz w:val="18"/>
                <w:szCs w:val="18"/>
                <w:lang w:eastAsia="ko-KR"/>
              </w:rPr>
              <w:t>‣</w:t>
            </w:r>
            <w:r w:rsidRPr="00E471C8">
              <w:rPr>
                <w:rFonts w:ascii="한양중고딕" w:eastAsia="한양중고딕" w:hAnsi="굴림" w:cs="굴림" w:hint="eastAsia"/>
                <w:color w:val="000000"/>
                <w:spacing w:val="-10"/>
                <w:w w:val="90"/>
                <w:sz w:val="18"/>
                <w:szCs w:val="18"/>
                <w:lang w:eastAsia="ko-KR"/>
              </w:rPr>
              <w:t>금융회사(국민, 기업은행 등)</w:t>
            </w:r>
          </w:p>
          <w:p w:rsidR="003F7D5C" w:rsidRPr="00E471C8" w:rsidRDefault="003F7D5C" w:rsidP="005F160A">
            <w:pPr>
              <w:spacing w:before="60" w:after="20" w:line="200" w:lineRule="exact"/>
              <w:textAlignment w:val="baseline"/>
              <w:rPr>
                <w:rFonts w:ascii="한컴바탕" w:eastAsia="굴림" w:hAnsi="굴림" w:cs="굴림"/>
                <w:color w:val="000000"/>
                <w:sz w:val="24"/>
                <w:szCs w:val="24"/>
                <w:lang w:eastAsia="ko-KR"/>
              </w:rPr>
            </w:pPr>
            <w:r w:rsidRPr="00E471C8">
              <w:rPr>
                <w:rFonts w:ascii="MS Gothic" w:eastAsia="MS Gothic" w:hAnsi="MS Gothic" w:cs="MS Gothic" w:hint="eastAsia"/>
                <w:color w:val="000000"/>
                <w:spacing w:val="-10"/>
                <w:w w:val="90"/>
                <w:sz w:val="18"/>
                <w:szCs w:val="18"/>
                <w:lang w:eastAsia="ko-KR"/>
              </w:rPr>
              <w:t>‣</w:t>
            </w:r>
            <w:r w:rsidRPr="00E471C8">
              <w:rPr>
                <w:rFonts w:ascii="한양중고딕" w:eastAsia="한양중고딕" w:hAnsi="굴림" w:cs="굴림" w:hint="eastAsia"/>
                <w:color w:val="000000"/>
                <w:spacing w:val="-42"/>
                <w:w w:val="90"/>
                <w:sz w:val="18"/>
                <w:szCs w:val="18"/>
                <w:lang w:eastAsia="ko-KR"/>
              </w:rPr>
              <w:t>스케일업금융 참여기관(</w:t>
            </w:r>
            <w:proofErr w:type="spellStart"/>
            <w:r w:rsidRPr="00E471C8">
              <w:rPr>
                <w:rFonts w:ascii="한양중고딕" w:eastAsia="한양중고딕" w:hAnsi="굴림" w:cs="굴림" w:hint="eastAsia"/>
                <w:color w:val="000000"/>
                <w:spacing w:val="-42"/>
                <w:w w:val="90"/>
                <w:sz w:val="18"/>
                <w:szCs w:val="18"/>
                <w:lang w:eastAsia="ko-KR"/>
              </w:rPr>
              <w:t>주관증권사</w:t>
            </w:r>
            <w:proofErr w:type="spellEnd"/>
            <w:r w:rsidRPr="00E471C8">
              <w:rPr>
                <w:rFonts w:ascii="한양중고딕" w:eastAsia="한양중고딕" w:hAnsi="굴림" w:cs="굴림" w:hint="eastAsia"/>
                <w:color w:val="000000"/>
                <w:spacing w:val="-42"/>
                <w:w w:val="90"/>
                <w:sz w:val="18"/>
                <w:szCs w:val="18"/>
                <w:lang w:eastAsia="ko-KR"/>
              </w:rPr>
              <w:t xml:space="preserve">, </w:t>
            </w:r>
            <w:proofErr w:type="spellStart"/>
            <w:r w:rsidRPr="00E471C8">
              <w:rPr>
                <w:rFonts w:ascii="한양중고딕" w:eastAsia="한양중고딕" w:hAnsi="굴림" w:cs="굴림" w:hint="eastAsia"/>
                <w:color w:val="000000"/>
                <w:spacing w:val="-42"/>
                <w:w w:val="90"/>
                <w:sz w:val="18"/>
                <w:szCs w:val="18"/>
                <w:lang w:eastAsia="ko-KR"/>
              </w:rPr>
              <w:t>자산관리자</w:t>
            </w:r>
            <w:proofErr w:type="spellEnd"/>
            <w:r w:rsidRPr="00E471C8">
              <w:rPr>
                <w:rFonts w:ascii="한양중고딕" w:eastAsia="한양중고딕" w:hAnsi="굴림" w:cs="굴림" w:hint="eastAsia"/>
                <w:color w:val="000000"/>
                <w:spacing w:val="-42"/>
                <w:w w:val="90"/>
                <w:sz w:val="18"/>
                <w:szCs w:val="18"/>
                <w:lang w:eastAsia="ko-KR"/>
              </w:rPr>
              <w:t>, 신용공여기관, 업무수탁기관, SPC, 신용평가회사, 회계법인, 법무법인 등)</w:t>
            </w:r>
          </w:p>
          <w:p w:rsidR="003F7D5C" w:rsidRPr="00E471C8" w:rsidRDefault="003F7D5C" w:rsidP="005F160A">
            <w:pPr>
              <w:spacing w:before="60" w:after="20" w:line="200" w:lineRule="exact"/>
              <w:textAlignment w:val="baseline"/>
              <w:rPr>
                <w:rFonts w:ascii="한컴바탕" w:eastAsia="굴림" w:hAnsi="굴림" w:cs="굴림"/>
                <w:color w:val="000000"/>
                <w:sz w:val="24"/>
                <w:szCs w:val="24"/>
                <w:lang w:eastAsia="ko-KR"/>
              </w:rPr>
            </w:pPr>
            <w:r w:rsidRPr="00E471C8">
              <w:rPr>
                <w:rFonts w:ascii="MS Gothic" w:eastAsia="MS Gothic" w:hAnsi="MS Gothic" w:cs="MS Gothic" w:hint="eastAsia"/>
                <w:color w:val="000000"/>
                <w:spacing w:val="-10"/>
                <w:w w:val="90"/>
                <w:sz w:val="18"/>
                <w:szCs w:val="18"/>
                <w:lang w:eastAsia="ko-KR"/>
              </w:rPr>
              <w:t>‣</w:t>
            </w:r>
            <w:r w:rsidRPr="00E471C8">
              <w:rPr>
                <w:rFonts w:ascii="한양중고딕" w:eastAsia="한양중고딕" w:hAnsi="굴림" w:cs="굴림" w:hint="eastAsia"/>
                <w:color w:val="000000"/>
                <w:spacing w:val="-14"/>
                <w:w w:val="90"/>
                <w:sz w:val="18"/>
                <w:szCs w:val="18"/>
                <w:lang w:eastAsia="ko-KR"/>
              </w:rPr>
              <w:t xml:space="preserve">중소기업 </w:t>
            </w:r>
            <w:proofErr w:type="spellStart"/>
            <w:r w:rsidRPr="00E471C8">
              <w:rPr>
                <w:rFonts w:ascii="한양중고딕" w:eastAsia="한양중고딕" w:hAnsi="굴림" w:cs="굴림" w:hint="eastAsia"/>
                <w:color w:val="000000"/>
                <w:spacing w:val="-14"/>
                <w:w w:val="90"/>
                <w:sz w:val="18"/>
                <w:szCs w:val="18"/>
                <w:lang w:eastAsia="ko-KR"/>
              </w:rPr>
              <w:t>진단관련</w:t>
            </w:r>
            <w:proofErr w:type="spellEnd"/>
            <w:r w:rsidRPr="00E471C8">
              <w:rPr>
                <w:rFonts w:ascii="한양중고딕" w:eastAsia="한양중고딕" w:hAnsi="굴림" w:cs="굴림" w:hint="eastAsia"/>
                <w:color w:val="000000"/>
                <w:spacing w:val="-14"/>
                <w:w w:val="90"/>
                <w:sz w:val="18"/>
                <w:szCs w:val="18"/>
                <w:lang w:eastAsia="ko-KR"/>
              </w:rPr>
              <w:t xml:space="preserve"> 관계기관(</w:t>
            </w:r>
            <w:proofErr w:type="spellStart"/>
            <w:r w:rsidRPr="00E471C8">
              <w:rPr>
                <w:rFonts w:ascii="한양중고딕" w:eastAsia="한양중고딕" w:hAnsi="굴림" w:cs="굴림" w:hint="eastAsia"/>
                <w:color w:val="000000"/>
                <w:spacing w:val="-14"/>
                <w:w w:val="90"/>
                <w:sz w:val="18"/>
                <w:szCs w:val="18"/>
                <w:lang w:eastAsia="ko-KR"/>
              </w:rPr>
              <w:t>진단전문가</w:t>
            </w:r>
            <w:proofErr w:type="spellEnd"/>
            <w:r w:rsidRPr="00E471C8">
              <w:rPr>
                <w:rFonts w:ascii="한양중고딕" w:eastAsia="한양중고딕" w:hAnsi="굴림" w:cs="굴림" w:hint="eastAsia"/>
                <w:color w:val="000000"/>
                <w:spacing w:val="-14"/>
                <w:w w:val="90"/>
                <w:sz w:val="18"/>
                <w:szCs w:val="18"/>
                <w:lang w:eastAsia="ko-KR"/>
              </w:rPr>
              <w:t xml:space="preserve">, </w:t>
            </w:r>
            <w:proofErr w:type="spellStart"/>
            <w:r w:rsidRPr="00E471C8">
              <w:rPr>
                <w:rFonts w:ascii="한양중고딕" w:eastAsia="한양중고딕" w:hAnsi="굴림" w:cs="굴림" w:hint="eastAsia"/>
                <w:color w:val="000000"/>
                <w:spacing w:val="-14"/>
                <w:w w:val="90"/>
                <w:sz w:val="18"/>
                <w:szCs w:val="18"/>
                <w:lang w:eastAsia="ko-KR"/>
              </w:rPr>
              <w:t>진단기관</w:t>
            </w:r>
            <w:r w:rsidRPr="00E471C8">
              <w:rPr>
                <w:rFonts w:ascii="MS Gothic" w:eastAsia="MS Gothic" w:hAnsi="MS Gothic" w:cs="MS Gothic" w:hint="eastAsia"/>
                <w:color w:val="000000"/>
                <w:spacing w:val="-14"/>
                <w:w w:val="90"/>
                <w:sz w:val="18"/>
                <w:szCs w:val="18"/>
                <w:lang w:eastAsia="ko-KR"/>
              </w:rPr>
              <w:t>․</w:t>
            </w:r>
            <w:r w:rsidRPr="00E471C8">
              <w:rPr>
                <w:rFonts w:ascii="한양중고딕" w:eastAsia="한양중고딕" w:hAnsi="굴림" w:cs="굴림" w:hint="eastAsia"/>
                <w:color w:val="000000"/>
                <w:spacing w:val="-14"/>
                <w:w w:val="90"/>
                <w:sz w:val="18"/>
                <w:szCs w:val="18"/>
                <w:lang w:eastAsia="ko-KR"/>
              </w:rPr>
              <w:t>공동진단기관</w:t>
            </w:r>
            <w:r w:rsidRPr="00E471C8">
              <w:rPr>
                <w:rFonts w:ascii="MS Gothic" w:eastAsia="MS Gothic" w:hAnsi="MS Gothic" w:cs="MS Gothic" w:hint="eastAsia"/>
                <w:color w:val="000000"/>
                <w:spacing w:val="-14"/>
                <w:w w:val="90"/>
                <w:sz w:val="18"/>
                <w:szCs w:val="18"/>
                <w:lang w:eastAsia="ko-KR"/>
              </w:rPr>
              <w:t>․</w:t>
            </w:r>
            <w:r w:rsidRPr="00E471C8">
              <w:rPr>
                <w:rFonts w:ascii="한양중고딕" w:eastAsia="한양중고딕" w:hAnsi="굴림" w:cs="굴림" w:hint="eastAsia"/>
                <w:color w:val="000000"/>
                <w:spacing w:val="-14"/>
                <w:w w:val="90"/>
                <w:sz w:val="18"/>
                <w:szCs w:val="18"/>
                <w:lang w:eastAsia="ko-KR"/>
              </w:rPr>
              <w:t>맞춤형</w:t>
            </w:r>
            <w:proofErr w:type="spellEnd"/>
            <w:r w:rsidRPr="00E471C8">
              <w:rPr>
                <w:rFonts w:ascii="한양중고딕" w:eastAsia="한양중고딕" w:hAnsi="굴림" w:cs="굴림" w:hint="eastAsia"/>
                <w:color w:val="000000"/>
                <w:spacing w:val="-14"/>
                <w:w w:val="90"/>
                <w:sz w:val="18"/>
                <w:szCs w:val="18"/>
                <w:lang w:eastAsia="ko-KR"/>
              </w:rPr>
              <w:t xml:space="preserve"> 치유 지원기관(한국산업단지</w:t>
            </w:r>
            <w:r w:rsidRPr="00E471C8">
              <w:rPr>
                <w:rFonts w:ascii="한컴바탕" w:eastAsia="한양중고딕" w:hAnsi="굴림" w:cs="굴림"/>
                <w:color w:val="000000"/>
                <w:spacing w:val="-10"/>
                <w:w w:val="90"/>
                <w:sz w:val="18"/>
                <w:szCs w:val="18"/>
                <w:lang w:eastAsia="ko-KR"/>
              </w:rPr>
              <w:t xml:space="preserve"> </w:t>
            </w:r>
            <w:r w:rsidRPr="00E471C8">
              <w:rPr>
                <w:rFonts w:ascii="한양중고딕" w:eastAsia="한양중고딕" w:hAnsi="굴림" w:cs="굴림" w:hint="eastAsia"/>
                <w:color w:val="000000"/>
                <w:spacing w:val="-10"/>
                <w:w w:val="90"/>
                <w:sz w:val="18"/>
                <w:szCs w:val="18"/>
                <w:lang w:eastAsia="ko-KR"/>
              </w:rPr>
              <w:t xml:space="preserve">공단, 지자체 등), 사전부실예방위원회), 중소벤처기업부에 등록된 창업투자회사(투자희망기업에 한함), </w:t>
            </w:r>
            <w:r w:rsidRPr="00E471C8">
              <w:rPr>
                <w:rFonts w:ascii="한양중고딕" w:eastAsia="한양중고딕" w:hAnsi="굴림" w:cs="굴림" w:hint="eastAsia"/>
                <w:color w:val="000000"/>
                <w:spacing w:val="-12"/>
                <w:w w:val="90"/>
                <w:sz w:val="18"/>
                <w:szCs w:val="18"/>
                <w:lang w:eastAsia="ko-KR"/>
              </w:rPr>
              <w:t xml:space="preserve">중소벤처기업부 등 공공기관, 중소기업 통합관리시스템 운영기관, 관세청, 무역통계진흥원 </w:t>
            </w:r>
            <w:r w:rsidRPr="00E471C8">
              <w:rPr>
                <w:rFonts w:ascii="MS Gothic" w:eastAsia="MS Gothic" w:hAnsi="MS Gothic" w:cs="MS Gothic" w:hint="eastAsia"/>
                <w:color w:val="000000"/>
                <w:spacing w:val="-12"/>
                <w:w w:val="90"/>
                <w:sz w:val="18"/>
                <w:szCs w:val="18"/>
                <w:lang w:eastAsia="ko-KR"/>
              </w:rPr>
              <w:t>‣</w:t>
            </w:r>
            <w:r w:rsidRPr="00E471C8">
              <w:rPr>
                <w:rFonts w:ascii="한양중고딕" w:eastAsia="한양중고딕" w:hAnsi="굴림" w:cs="굴림" w:hint="eastAsia"/>
                <w:color w:val="000000"/>
                <w:spacing w:val="-12"/>
                <w:w w:val="90"/>
                <w:sz w:val="18"/>
                <w:szCs w:val="18"/>
                <w:lang w:eastAsia="ko-KR"/>
              </w:rPr>
              <w:t>보증기관</w:t>
            </w:r>
            <w:r w:rsidRPr="00E471C8">
              <w:rPr>
                <w:rFonts w:ascii="한양중고딕" w:eastAsia="한양중고딕" w:hAnsi="굴림" w:cs="굴림" w:hint="eastAsia"/>
                <w:color w:val="000000"/>
                <w:spacing w:val="-10"/>
                <w:w w:val="90"/>
                <w:sz w:val="18"/>
                <w:szCs w:val="18"/>
                <w:lang w:eastAsia="ko-KR"/>
              </w:rPr>
              <w:t>(신용보증기금, 기술보증기금 등)</w:t>
            </w:r>
          </w:p>
        </w:tc>
      </w:tr>
      <w:tr w:rsidR="003F7D5C" w:rsidRPr="00E471C8" w:rsidTr="005F160A">
        <w:trPr>
          <w:trHeight w:val="643"/>
        </w:trPr>
        <w:tc>
          <w:tcPr>
            <w:tcW w:w="2127" w:type="dxa"/>
            <w:tcBorders>
              <w:top w:val="single" w:sz="2" w:space="0" w:color="000000"/>
              <w:left w:val="single" w:sz="12" w:space="0" w:color="auto"/>
              <w:bottom w:val="single" w:sz="2" w:space="0" w:color="000000"/>
              <w:right w:val="single" w:sz="2" w:space="0" w:color="000000"/>
            </w:tcBorders>
            <w:tcMar>
              <w:top w:w="28" w:type="dxa"/>
              <w:left w:w="102" w:type="dxa"/>
              <w:bottom w:w="28" w:type="dxa"/>
              <w:right w:w="102" w:type="dxa"/>
            </w:tcMar>
            <w:vAlign w:val="center"/>
            <w:hideMark/>
          </w:tcPr>
          <w:p w:rsidR="003F7D5C" w:rsidRPr="00E471C8" w:rsidRDefault="003F7D5C" w:rsidP="005F160A">
            <w:pPr>
              <w:spacing w:line="200" w:lineRule="exact"/>
              <w:jc w:val="center"/>
              <w:textAlignment w:val="baseline"/>
              <w:rPr>
                <w:rFonts w:ascii="함초롬바탕" w:eastAsia="굴림" w:hAnsi="굴림" w:cs="굴림"/>
                <w:color w:val="000000"/>
                <w:szCs w:val="20"/>
              </w:rPr>
            </w:pPr>
            <w:proofErr w:type="spellStart"/>
            <w:r w:rsidRPr="00E471C8">
              <w:rPr>
                <w:rFonts w:ascii="한양중고딕" w:eastAsia="한양중고딕" w:hAnsi="굴림" w:cs="굴림" w:hint="eastAsia"/>
                <w:color w:val="000000"/>
                <w:w w:val="85"/>
                <w:sz w:val="18"/>
                <w:szCs w:val="18"/>
              </w:rPr>
              <w:t>제공·조회의</w:t>
            </w:r>
            <w:proofErr w:type="spellEnd"/>
            <w:r w:rsidRPr="00E471C8">
              <w:rPr>
                <w:rFonts w:ascii="한양중고딕" w:eastAsia="한양중고딕" w:hAnsi="굴림" w:cs="굴림" w:hint="eastAsia"/>
                <w:color w:val="000000"/>
                <w:w w:val="85"/>
                <w:sz w:val="18"/>
                <w:szCs w:val="18"/>
              </w:rPr>
              <w:t xml:space="preserve"> </w:t>
            </w:r>
            <w:proofErr w:type="spellStart"/>
            <w:r w:rsidRPr="00E471C8">
              <w:rPr>
                <w:rFonts w:ascii="한양중고딕" w:eastAsia="한양중고딕" w:hAnsi="굴림" w:cs="굴림" w:hint="eastAsia"/>
                <w:color w:val="000000"/>
                <w:w w:val="85"/>
                <w:sz w:val="18"/>
                <w:szCs w:val="18"/>
              </w:rPr>
              <w:t>목적</w:t>
            </w:r>
            <w:proofErr w:type="spellEnd"/>
          </w:p>
        </w:tc>
        <w:tc>
          <w:tcPr>
            <w:tcW w:w="7512" w:type="dxa"/>
            <w:tcBorders>
              <w:top w:val="single" w:sz="2" w:space="0" w:color="000000"/>
              <w:left w:val="single" w:sz="2" w:space="0" w:color="000000"/>
              <w:bottom w:val="single" w:sz="2" w:space="0" w:color="000000"/>
              <w:right w:val="single" w:sz="12" w:space="0" w:color="auto"/>
            </w:tcBorders>
            <w:tcMar>
              <w:top w:w="28" w:type="dxa"/>
              <w:left w:w="102" w:type="dxa"/>
              <w:bottom w:w="28" w:type="dxa"/>
              <w:right w:w="102" w:type="dxa"/>
            </w:tcMar>
            <w:vAlign w:val="center"/>
            <w:hideMark/>
          </w:tcPr>
          <w:p w:rsidR="003F7D5C" w:rsidRPr="00E471C8" w:rsidRDefault="003F7D5C" w:rsidP="005F160A">
            <w:pPr>
              <w:spacing w:after="20" w:line="200" w:lineRule="exact"/>
              <w:textAlignment w:val="baseline"/>
              <w:rPr>
                <w:rFonts w:ascii="한컴바탕" w:eastAsia="굴림" w:hAnsi="굴림" w:cs="굴림"/>
                <w:color w:val="000000"/>
                <w:sz w:val="24"/>
                <w:szCs w:val="24"/>
                <w:lang w:eastAsia="ko-KR"/>
              </w:rPr>
            </w:pPr>
            <w:r w:rsidRPr="00E471C8">
              <w:rPr>
                <w:rFonts w:ascii="한양중고딕" w:eastAsia="한양중고딕" w:hAnsi="굴림" w:cs="굴림" w:hint="eastAsia"/>
                <w:color w:val="000000"/>
                <w:spacing w:val="-10"/>
                <w:w w:val="90"/>
                <w:sz w:val="18"/>
                <w:szCs w:val="18"/>
                <w:lang w:eastAsia="ko-KR"/>
              </w:rPr>
              <w:t xml:space="preserve">금융거래 등 상거래에 있어서 신용도 등의 판단을 위한 자료, 정책자금 융자, 중소기업 기업진단, </w:t>
            </w:r>
            <w:proofErr w:type="spellStart"/>
            <w:r w:rsidRPr="00E471C8">
              <w:rPr>
                <w:rFonts w:ascii="한양중고딕" w:eastAsia="한양중고딕" w:hAnsi="굴림" w:cs="굴림" w:hint="eastAsia"/>
                <w:color w:val="000000"/>
                <w:spacing w:val="-10"/>
                <w:w w:val="90"/>
                <w:sz w:val="18"/>
                <w:szCs w:val="18"/>
                <w:lang w:eastAsia="ko-KR"/>
              </w:rPr>
              <w:t>연계지원</w:t>
            </w:r>
            <w:proofErr w:type="spellEnd"/>
            <w:r w:rsidRPr="00E471C8">
              <w:rPr>
                <w:rFonts w:ascii="한양중고딕" w:eastAsia="한양중고딕" w:hAnsi="굴림" w:cs="굴림" w:hint="eastAsia"/>
                <w:color w:val="000000"/>
                <w:spacing w:val="-10"/>
                <w:w w:val="90"/>
                <w:sz w:val="18"/>
                <w:szCs w:val="18"/>
                <w:lang w:eastAsia="ko-KR"/>
              </w:rPr>
              <w:t xml:space="preserve"> 등을 위한 자료 또는 공공기관에서 </w:t>
            </w:r>
            <w:proofErr w:type="spellStart"/>
            <w:r w:rsidRPr="00E471C8">
              <w:rPr>
                <w:rFonts w:ascii="한양중고딕" w:eastAsia="한양중고딕" w:hAnsi="굴림" w:cs="굴림" w:hint="eastAsia"/>
                <w:color w:val="000000"/>
                <w:spacing w:val="-10"/>
                <w:w w:val="90"/>
                <w:sz w:val="18"/>
                <w:szCs w:val="18"/>
                <w:lang w:eastAsia="ko-KR"/>
              </w:rPr>
              <w:t>정책자료로</w:t>
            </w:r>
            <w:proofErr w:type="spellEnd"/>
            <w:r w:rsidRPr="00E471C8">
              <w:rPr>
                <w:rFonts w:ascii="한양중고딕" w:eastAsia="한양중고딕" w:hAnsi="굴림" w:cs="굴림" w:hint="eastAsia"/>
                <w:color w:val="000000"/>
                <w:spacing w:val="-10"/>
                <w:w w:val="90"/>
                <w:sz w:val="18"/>
                <w:szCs w:val="18"/>
                <w:lang w:eastAsia="ko-KR"/>
              </w:rPr>
              <w:t xml:space="preserve"> 활용, 중소기업지원사업 통합관리시스템에서 지원 이력 정보로 활용</w:t>
            </w:r>
          </w:p>
        </w:tc>
      </w:tr>
      <w:tr w:rsidR="003F7D5C" w:rsidRPr="00E471C8" w:rsidTr="005F160A">
        <w:trPr>
          <w:trHeight w:val="3237"/>
        </w:trPr>
        <w:tc>
          <w:tcPr>
            <w:tcW w:w="2127" w:type="dxa"/>
            <w:tcBorders>
              <w:top w:val="single" w:sz="2" w:space="0" w:color="000000"/>
              <w:left w:val="single" w:sz="12" w:space="0" w:color="auto"/>
              <w:bottom w:val="single" w:sz="2" w:space="0" w:color="000000"/>
              <w:right w:val="single" w:sz="2" w:space="0" w:color="000000"/>
            </w:tcBorders>
            <w:tcMar>
              <w:top w:w="28" w:type="dxa"/>
              <w:left w:w="102" w:type="dxa"/>
              <w:bottom w:w="28" w:type="dxa"/>
              <w:right w:w="102" w:type="dxa"/>
            </w:tcMar>
            <w:vAlign w:val="center"/>
            <w:hideMark/>
          </w:tcPr>
          <w:p w:rsidR="003F7D5C" w:rsidRPr="00E471C8" w:rsidRDefault="003F7D5C" w:rsidP="005F160A">
            <w:pPr>
              <w:spacing w:line="200" w:lineRule="exact"/>
              <w:jc w:val="center"/>
              <w:textAlignment w:val="baseline"/>
              <w:rPr>
                <w:rFonts w:ascii="함초롬바탕" w:eastAsia="굴림" w:hAnsi="굴림" w:cs="굴림"/>
                <w:color w:val="000000"/>
                <w:szCs w:val="20"/>
                <w:lang w:eastAsia="ko-KR"/>
              </w:rPr>
            </w:pPr>
            <w:proofErr w:type="spellStart"/>
            <w:r w:rsidRPr="00E471C8">
              <w:rPr>
                <w:rFonts w:ascii="한양중고딕" w:eastAsia="한양중고딕" w:hAnsi="굴림" w:cs="굴림" w:hint="eastAsia"/>
                <w:color w:val="000000"/>
                <w:w w:val="85"/>
                <w:sz w:val="18"/>
                <w:szCs w:val="18"/>
                <w:lang w:eastAsia="ko-KR"/>
              </w:rPr>
              <w:t>제공·조회할</w:t>
            </w:r>
            <w:proofErr w:type="spellEnd"/>
            <w:r w:rsidRPr="00E471C8">
              <w:rPr>
                <w:rFonts w:ascii="한양중고딕" w:eastAsia="한양중고딕" w:hAnsi="굴림" w:cs="굴림" w:hint="eastAsia"/>
                <w:color w:val="000000"/>
                <w:w w:val="85"/>
                <w:sz w:val="18"/>
                <w:szCs w:val="18"/>
                <w:lang w:eastAsia="ko-KR"/>
              </w:rPr>
              <w:t xml:space="preserve"> </w:t>
            </w:r>
          </w:p>
          <w:p w:rsidR="003F7D5C" w:rsidRPr="00E471C8" w:rsidRDefault="003F7D5C" w:rsidP="005F160A">
            <w:pPr>
              <w:spacing w:line="200" w:lineRule="exact"/>
              <w:jc w:val="center"/>
              <w:textAlignment w:val="baseline"/>
              <w:rPr>
                <w:rFonts w:ascii="함초롬바탕" w:eastAsia="굴림" w:hAnsi="굴림" w:cs="굴림"/>
                <w:color w:val="000000"/>
                <w:szCs w:val="20"/>
                <w:lang w:eastAsia="ko-KR"/>
              </w:rPr>
            </w:pPr>
            <w:r w:rsidRPr="00E471C8">
              <w:rPr>
                <w:rFonts w:ascii="한양중고딕" w:eastAsia="한양중고딕" w:hAnsi="굴림" w:cs="굴림" w:hint="eastAsia"/>
                <w:color w:val="000000"/>
                <w:w w:val="85"/>
                <w:sz w:val="18"/>
                <w:szCs w:val="18"/>
                <w:lang w:eastAsia="ko-KR"/>
              </w:rPr>
              <w:t>기업(신용)정보</w:t>
            </w:r>
          </w:p>
        </w:tc>
        <w:tc>
          <w:tcPr>
            <w:tcW w:w="7512" w:type="dxa"/>
            <w:tcBorders>
              <w:top w:val="single" w:sz="2" w:space="0" w:color="000000"/>
              <w:left w:val="single" w:sz="2" w:space="0" w:color="000000"/>
              <w:bottom w:val="single" w:sz="2" w:space="0" w:color="000000"/>
              <w:right w:val="single" w:sz="12" w:space="0" w:color="auto"/>
            </w:tcBorders>
            <w:tcMar>
              <w:top w:w="28" w:type="dxa"/>
              <w:left w:w="102" w:type="dxa"/>
              <w:bottom w:w="28" w:type="dxa"/>
              <w:right w:w="102" w:type="dxa"/>
            </w:tcMar>
            <w:vAlign w:val="center"/>
            <w:hideMark/>
          </w:tcPr>
          <w:p w:rsidR="003F7D5C" w:rsidRPr="006F7EE8" w:rsidRDefault="003F7D5C" w:rsidP="005F160A">
            <w:pPr>
              <w:spacing w:line="200" w:lineRule="exact"/>
              <w:textAlignment w:val="baseline"/>
              <w:rPr>
                <w:rFonts w:ascii="함초롬바탕" w:eastAsia="굴림" w:hAnsi="굴림" w:cs="굴림"/>
                <w:color w:val="000000"/>
                <w:w w:val="85"/>
                <w:szCs w:val="20"/>
                <w:lang w:eastAsia="ko-KR"/>
              </w:rPr>
            </w:pPr>
            <w:r w:rsidRPr="006F7EE8">
              <w:rPr>
                <w:rFonts w:ascii="MS Gothic" w:eastAsia="MS Gothic" w:hAnsi="MS Gothic" w:cs="MS Gothic" w:hint="eastAsia"/>
                <w:color w:val="000000"/>
                <w:spacing w:val="-20"/>
                <w:w w:val="85"/>
                <w:sz w:val="18"/>
                <w:szCs w:val="18"/>
                <w:lang w:eastAsia="ko-KR"/>
              </w:rPr>
              <w:t>‣</w:t>
            </w:r>
            <w:r w:rsidRPr="006F7EE8">
              <w:rPr>
                <w:rFonts w:ascii="한양중고딕" w:eastAsia="한양중고딕" w:hAnsi="굴림" w:cs="굴림" w:hint="eastAsia"/>
                <w:color w:val="000000"/>
                <w:spacing w:val="-22"/>
                <w:w w:val="85"/>
                <w:sz w:val="18"/>
                <w:szCs w:val="18"/>
                <w:lang w:eastAsia="ko-KR"/>
              </w:rPr>
              <w:t>신용조회회사, 신용정보집중기관, 금융회사, 보증기관 등에 조회하고자 하는 귀하의 기업(신용)정보는 다음과</w:t>
            </w:r>
            <w:r w:rsidRPr="006F7EE8">
              <w:rPr>
                <w:rFonts w:ascii="함초롬바탕" w:eastAsia="한양중고딕" w:hAnsi="굴림" w:cs="굴림"/>
                <w:color w:val="000000"/>
                <w:spacing w:val="-20"/>
                <w:w w:val="85"/>
                <w:sz w:val="18"/>
                <w:szCs w:val="18"/>
                <w:lang w:eastAsia="ko-KR"/>
              </w:rPr>
              <w:t xml:space="preserve"> </w:t>
            </w:r>
            <w:r w:rsidRPr="006F7EE8">
              <w:rPr>
                <w:rFonts w:ascii="한양중고딕" w:eastAsia="한양중고딕" w:hAnsi="굴림" w:cs="굴림" w:hint="eastAsia"/>
                <w:color w:val="000000"/>
                <w:spacing w:val="-20"/>
                <w:w w:val="85"/>
                <w:sz w:val="18"/>
                <w:szCs w:val="18"/>
                <w:lang w:eastAsia="ko-KR"/>
              </w:rPr>
              <w:t>같습니다.</w:t>
            </w:r>
          </w:p>
          <w:p w:rsidR="003F7D5C" w:rsidRPr="006F7EE8" w:rsidRDefault="003F7D5C" w:rsidP="005F160A">
            <w:pPr>
              <w:spacing w:line="200" w:lineRule="exact"/>
              <w:textAlignment w:val="baseline"/>
              <w:rPr>
                <w:rFonts w:ascii="함초롬바탕" w:eastAsia="굴림" w:hAnsi="굴림" w:cs="굴림"/>
                <w:color w:val="000000"/>
                <w:w w:val="85"/>
                <w:szCs w:val="20"/>
                <w:lang w:eastAsia="ko-KR"/>
              </w:rPr>
            </w:pPr>
            <w:r w:rsidRPr="006F7EE8">
              <w:rPr>
                <w:rFonts w:ascii="MS Gothic" w:eastAsia="MS Gothic" w:hAnsi="MS Gothic" w:cs="MS Gothic" w:hint="eastAsia"/>
                <w:color w:val="000000"/>
                <w:spacing w:val="-20"/>
                <w:w w:val="85"/>
                <w:sz w:val="18"/>
                <w:szCs w:val="18"/>
                <w:lang w:eastAsia="ko-KR"/>
              </w:rPr>
              <w:t>․</w:t>
            </w:r>
            <w:r w:rsidRPr="006F7EE8">
              <w:rPr>
                <w:rFonts w:ascii="한양중고딕" w:eastAsia="한양중고딕" w:hAnsi="굴림" w:cs="굴림" w:hint="eastAsia"/>
                <w:color w:val="000000"/>
                <w:spacing w:val="-34"/>
                <w:w w:val="85"/>
                <w:sz w:val="18"/>
                <w:szCs w:val="18"/>
                <w:lang w:eastAsia="ko-KR"/>
              </w:rPr>
              <w:t xml:space="preserve">식별정보(상호, 법인등록번호, 사업자등록번호, 소재지, </w:t>
            </w:r>
            <w:proofErr w:type="spellStart"/>
            <w:r w:rsidRPr="006F7EE8">
              <w:rPr>
                <w:rFonts w:ascii="한양중고딕" w:eastAsia="한양중고딕" w:hAnsi="굴림" w:cs="굴림" w:hint="eastAsia"/>
                <w:color w:val="000000"/>
                <w:spacing w:val="-34"/>
                <w:w w:val="85"/>
                <w:sz w:val="18"/>
                <w:szCs w:val="18"/>
                <w:lang w:eastAsia="ko-KR"/>
              </w:rPr>
              <w:t>설립연월일</w:t>
            </w:r>
            <w:proofErr w:type="spellEnd"/>
            <w:r w:rsidRPr="006F7EE8">
              <w:rPr>
                <w:rFonts w:ascii="한양중고딕" w:eastAsia="한양중고딕" w:hAnsi="굴림" w:cs="굴림" w:hint="eastAsia"/>
                <w:color w:val="000000"/>
                <w:spacing w:val="-34"/>
                <w:w w:val="85"/>
                <w:sz w:val="18"/>
                <w:szCs w:val="18"/>
                <w:lang w:eastAsia="ko-KR"/>
              </w:rPr>
              <w:t xml:space="preserve"> 등), 연락처(주소, 전화번호 등)</w:t>
            </w:r>
          </w:p>
          <w:p w:rsidR="003F7D5C" w:rsidRPr="006F7EE8" w:rsidRDefault="003F7D5C" w:rsidP="005F160A">
            <w:pPr>
              <w:spacing w:line="200" w:lineRule="exact"/>
              <w:ind w:left="218" w:hanging="218"/>
              <w:textAlignment w:val="baseline"/>
              <w:rPr>
                <w:rFonts w:ascii="함초롬바탕" w:eastAsia="굴림" w:hAnsi="굴림" w:cs="굴림"/>
                <w:color w:val="000000"/>
                <w:w w:val="85"/>
                <w:szCs w:val="20"/>
                <w:lang w:eastAsia="ko-KR"/>
              </w:rPr>
            </w:pPr>
            <w:r w:rsidRPr="006F7EE8">
              <w:rPr>
                <w:rFonts w:ascii="MS Gothic" w:eastAsia="MS Gothic" w:hAnsi="MS Gothic" w:cs="MS Gothic" w:hint="eastAsia"/>
                <w:color w:val="000000"/>
                <w:spacing w:val="-20"/>
                <w:w w:val="85"/>
                <w:sz w:val="18"/>
                <w:szCs w:val="18"/>
                <w:lang w:eastAsia="ko-KR"/>
              </w:rPr>
              <w:t>․</w:t>
            </w:r>
            <w:r w:rsidRPr="006F7EE8">
              <w:rPr>
                <w:rFonts w:ascii="한양중고딕" w:eastAsia="한양중고딕" w:hAnsi="굴림" w:cs="굴림" w:hint="eastAsia"/>
                <w:color w:val="000000"/>
                <w:spacing w:val="-20"/>
                <w:w w:val="85"/>
                <w:sz w:val="18"/>
                <w:szCs w:val="18"/>
                <w:lang w:eastAsia="ko-KR"/>
              </w:rPr>
              <w:t xml:space="preserve">신용거래 정보(대출, 보증, 담보제공, 당좌거래, 신용카드, 할부금융 등 거래와 관련한 상품종류, 거래조건, </w:t>
            </w:r>
            <w:proofErr w:type="spellStart"/>
            <w:r w:rsidRPr="006F7EE8">
              <w:rPr>
                <w:rFonts w:ascii="한양중고딕" w:eastAsia="한양중고딕" w:hAnsi="굴림" w:cs="굴림" w:hint="eastAsia"/>
                <w:color w:val="000000"/>
                <w:spacing w:val="-20"/>
                <w:w w:val="85"/>
                <w:sz w:val="18"/>
                <w:szCs w:val="18"/>
                <w:lang w:eastAsia="ko-KR"/>
              </w:rPr>
              <w:t>거래일시</w:t>
            </w:r>
            <w:proofErr w:type="spellEnd"/>
            <w:r w:rsidRPr="006F7EE8">
              <w:rPr>
                <w:rFonts w:ascii="한양중고딕" w:eastAsia="한양중고딕" w:hAnsi="굴림" w:cs="굴림" w:hint="eastAsia"/>
                <w:color w:val="000000"/>
                <w:spacing w:val="-20"/>
                <w:w w:val="85"/>
                <w:sz w:val="18"/>
                <w:szCs w:val="18"/>
                <w:lang w:eastAsia="ko-KR"/>
              </w:rPr>
              <w:t>, 금액, 한도 등 정보 등)</w:t>
            </w:r>
          </w:p>
          <w:p w:rsidR="003F7D5C" w:rsidRPr="006F7EE8" w:rsidRDefault="003F7D5C" w:rsidP="005F160A">
            <w:pPr>
              <w:spacing w:line="200" w:lineRule="exact"/>
              <w:ind w:left="218" w:hanging="218"/>
              <w:textAlignment w:val="baseline"/>
              <w:rPr>
                <w:rFonts w:ascii="함초롬바탕" w:eastAsia="굴림" w:hAnsi="굴림" w:cs="굴림"/>
                <w:color w:val="000000"/>
                <w:w w:val="85"/>
                <w:szCs w:val="20"/>
                <w:lang w:eastAsia="ko-KR"/>
              </w:rPr>
            </w:pPr>
            <w:r w:rsidRPr="006F7EE8">
              <w:rPr>
                <w:rFonts w:ascii="MS Gothic" w:eastAsia="MS Gothic" w:hAnsi="MS Gothic" w:cs="MS Gothic" w:hint="eastAsia"/>
                <w:color w:val="000000"/>
                <w:spacing w:val="-20"/>
                <w:w w:val="85"/>
                <w:sz w:val="18"/>
                <w:szCs w:val="18"/>
                <w:lang w:eastAsia="ko-KR"/>
              </w:rPr>
              <w:t>․</w:t>
            </w:r>
            <w:r w:rsidRPr="006F7EE8">
              <w:rPr>
                <w:rFonts w:ascii="한양중고딕" w:eastAsia="한양중고딕" w:hAnsi="굴림" w:cs="굴림" w:hint="eastAsia"/>
                <w:color w:val="000000"/>
                <w:spacing w:val="-28"/>
                <w:w w:val="85"/>
                <w:sz w:val="18"/>
                <w:szCs w:val="18"/>
                <w:lang w:eastAsia="ko-KR"/>
              </w:rPr>
              <w:t>신용도판단정보(연체, 부도, 대위변제 등), 신용능력정보(재산, 채무, 소득의 총액, 납세실적 등), 기타 신용등급,</w:t>
            </w:r>
            <w:r w:rsidRPr="006F7EE8">
              <w:rPr>
                <w:rFonts w:ascii="함초롬바탕" w:eastAsia="한양중고딕" w:hAnsi="굴림" w:cs="굴림"/>
                <w:color w:val="000000"/>
                <w:spacing w:val="-20"/>
                <w:w w:val="85"/>
                <w:sz w:val="18"/>
                <w:szCs w:val="18"/>
                <w:lang w:eastAsia="ko-KR"/>
              </w:rPr>
              <w:t xml:space="preserve"> </w:t>
            </w:r>
            <w:r w:rsidRPr="006F7EE8">
              <w:rPr>
                <w:rFonts w:ascii="한양중고딕" w:eastAsia="한양중고딕" w:hAnsi="굴림" w:cs="굴림" w:hint="eastAsia"/>
                <w:color w:val="000000"/>
                <w:spacing w:val="-20"/>
                <w:w w:val="85"/>
                <w:sz w:val="18"/>
                <w:szCs w:val="18"/>
                <w:lang w:eastAsia="ko-KR"/>
              </w:rPr>
              <w:t>타 기관의 신용조회 기록 등</w:t>
            </w:r>
          </w:p>
          <w:p w:rsidR="003F7D5C" w:rsidRPr="006F7EE8" w:rsidRDefault="003F7D5C" w:rsidP="005F160A">
            <w:pPr>
              <w:spacing w:before="60" w:after="20" w:line="200" w:lineRule="exact"/>
              <w:textAlignment w:val="baseline"/>
              <w:rPr>
                <w:rFonts w:ascii="한컴바탕" w:eastAsia="굴림" w:hAnsi="굴림" w:cs="굴림"/>
                <w:color w:val="000000"/>
                <w:w w:val="85"/>
                <w:sz w:val="24"/>
                <w:szCs w:val="24"/>
                <w:lang w:eastAsia="ko-KR"/>
              </w:rPr>
            </w:pPr>
            <w:r w:rsidRPr="006F7EE8">
              <w:rPr>
                <w:rFonts w:ascii="MS Gothic" w:eastAsia="MS Gothic" w:hAnsi="MS Gothic" w:cs="MS Gothic" w:hint="eastAsia"/>
                <w:color w:val="000000"/>
                <w:spacing w:val="-10"/>
                <w:w w:val="85"/>
                <w:sz w:val="18"/>
                <w:szCs w:val="18"/>
                <w:lang w:eastAsia="ko-KR"/>
              </w:rPr>
              <w:t>‣</w:t>
            </w:r>
            <w:r w:rsidRPr="006F7EE8">
              <w:rPr>
                <w:rFonts w:ascii="한양중고딕" w:eastAsia="한양중고딕" w:hAnsi="굴림" w:cs="굴림" w:hint="eastAsia"/>
                <w:color w:val="000000"/>
                <w:spacing w:val="-20"/>
                <w:w w:val="85"/>
                <w:sz w:val="18"/>
                <w:szCs w:val="18"/>
                <w:lang w:eastAsia="ko-KR"/>
              </w:rPr>
              <w:t xml:space="preserve">중소기업 </w:t>
            </w:r>
            <w:proofErr w:type="spellStart"/>
            <w:r w:rsidRPr="006F7EE8">
              <w:rPr>
                <w:rFonts w:ascii="한양중고딕" w:eastAsia="한양중고딕" w:hAnsi="굴림" w:cs="굴림" w:hint="eastAsia"/>
                <w:color w:val="000000"/>
                <w:spacing w:val="-20"/>
                <w:w w:val="85"/>
                <w:sz w:val="18"/>
                <w:szCs w:val="18"/>
                <w:lang w:eastAsia="ko-KR"/>
              </w:rPr>
              <w:t>진단관련</w:t>
            </w:r>
            <w:proofErr w:type="spellEnd"/>
            <w:r w:rsidRPr="006F7EE8">
              <w:rPr>
                <w:rFonts w:ascii="한양중고딕" w:eastAsia="한양중고딕" w:hAnsi="굴림" w:cs="굴림" w:hint="eastAsia"/>
                <w:color w:val="000000"/>
                <w:spacing w:val="-20"/>
                <w:w w:val="85"/>
                <w:sz w:val="18"/>
                <w:szCs w:val="18"/>
                <w:lang w:eastAsia="ko-KR"/>
              </w:rPr>
              <w:t xml:space="preserve"> 관계기관, 관세청, 무역통계진흥원 중소기업 통합관리시스템 운영기관, 중소벤처기업부</w:t>
            </w:r>
            <w:r w:rsidRPr="006F7EE8">
              <w:rPr>
                <w:rFonts w:ascii="한컴바탕" w:eastAsia="한양중고딕" w:hAnsi="굴림" w:cs="굴림"/>
                <w:color w:val="000000"/>
                <w:spacing w:val="-16"/>
                <w:w w:val="85"/>
                <w:sz w:val="18"/>
                <w:szCs w:val="18"/>
                <w:lang w:eastAsia="ko-KR"/>
              </w:rPr>
              <w:t xml:space="preserve"> </w:t>
            </w:r>
            <w:r w:rsidRPr="006F7EE8">
              <w:rPr>
                <w:rFonts w:ascii="한양중고딕" w:eastAsia="한양중고딕" w:hAnsi="굴림" w:cs="굴림" w:hint="eastAsia"/>
                <w:color w:val="000000"/>
                <w:spacing w:val="-22"/>
                <w:w w:val="85"/>
                <w:sz w:val="18"/>
                <w:szCs w:val="18"/>
                <w:lang w:eastAsia="ko-KR"/>
              </w:rPr>
              <w:t xml:space="preserve">등 공공기관, 중소벤처기업부에 등록된 </w:t>
            </w:r>
            <w:proofErr w:type="spellStart"/>
            <w:r w:rsidRPr="006F7EE8">
              <w:rPr>
                <w:rFonts w:ascii="한양중고딕" w:eastAsia="한양중고딕" w:hAnsi="굴림" w:cs="굴림" w:hint="eastAsia"/>
                <w:color w:val="000000"/>
                <w:spacing w:val="-22"/>
                <w:w w:val="85"/>
                <w:sz w:val="18"/>
                <w:szCs w:val="18"/>
                <w:lang w:eastAsia="ko-KR"/>
              </w:rPr>
              <w:t>창투회사</w:t>
            </w:r>
            <w:proofErr w:type="spellEnd"/>
            <w:r w:rsidRPr="006F7EE8">
              <w:rPr>
                <w:rFonts w:ascii="한양중고딕" w:eastAsia="한양중고딕" w:hAnsi="굴림" w:cs="굴림" w:hint="eastAsia"/>
                <w:color w:val="000000"/>
                <w:spacing w:val="-22"/>
                <w:w w:val="85"/>
                <w:sz w:val="18"/>
                <w:szCs w:val="18"/>
                <w:lang w:eastAsia="ko-KR"/>
              </w:rPr>
              <w:t>, 스케일업금융 참여기관 등에 조회하고자 하는 기업(신용)정보는 다음과 같습니다.</w:t>
            </w:r>
          </w:p>
          <w:p w:rsidR="003F7D5C" w:rsidRPr="006F7EE8" w:rsidRDefault="003F7D5C" w:rsidP="005F160A">
            <w:pPr>
              <w:spacing w:after="20" w:line="200" w:lineRule="exact"/>
              <w:textAlignment w:val="baseline"/>
              <w:rPr>
                <w:rFonts w:ascii="한컴바탕" w:eastAsia="굴림" w:hAnsi="굴림" w:cs="굴림"/>
                <w:color w:val="000000"/>
                <w:w w:val="85"/>
                <w:sz w:val="24"/>
                <w:szCs w:val="24"/>
                <w:lang w:eastAsia="ko-KR"/>
              </w:rPr>
            </w:pPr>
            <w:r w:rsidRPr="006F7EE8">
              <w:rPr>
                <w:rFonts w:ascii="MS Gothic" w:eastAsia="MS Gothic" w:hAnsi="MS Gothic" w:cs="MS Gothic" w:hint="eastAsia"/>
                <w:color w:val="000000"/>
                <w:spacing w:val="-10"/>
                <w:w w:val="85"/>
                <w:sz w:val="18"/>
                <w:szCs w:val="18"/>
                <w:lang w:eastAsia="ko-KR"/>
              </w:rPr>
              <w:t>․</w:t>
            </w:r>
            <w:r w:rsidRPr="006F7EE8">
              <w:rPr>
                <w:rFonts w:ascii="한양중고딕" w:eastAsia="한양중고딕" w:hAnsi="굴림" w:cs="굴림" w:hint="eastAsia"/>
                <w:color w:val="000000"/>
                <w:spacing w:val="-30"/>
                <w:w w:val="85"/>
                <w:sz w:val="18"/>
                <w:szCs w:val="18"/>
                <w:lang w:eastAsia="ko-KR"/>
              </w:rPr>
              <w:t xml:space="preserve">식별정보(상호, 법인등록번호, 사업자등록번호, 소재지, </w:t>
            </w:r>
            <w:proofErr w:type="spellStart"/>
            <w:r w:rsidRPr="006F7EE8">
              <w:rPr>
                <w:rFonts w:ascii="한양중고딕" w:eastAsia="한양중고딕" w:hAnsi="굴림" w:cs="굴림" w:hint="eastAsia"/>
                <w:color w:val="000000"/>
                <w:spacing w:val="-30"/>
                <w:w w:val="85"/>
                <w:sz w:val="18"/>
                <w:szCs w:val="18"/>
                <w:lang w:eastAsia="ko-KR"/>
              </w:rPr>
              <w:t>설립연월일</w:t>
            </w:r>
            <w:proofErr w:type="spellEnd"/>
            <w:r w:rsidRPr="006F7EE8">
              <w:rPr>
                <w:rFonts w:ascii="한양중고딕" w:eastAsia="한양중고딕" w:hAnsi="굴림" w:cs="굴림" w:hint="eastAsia"/>
                <w:color w:val="000000"/>
                <w:spacing w:val="-30"/>
                <w:w w:val="85"/>
                <w:sz w:val="18"/>
                <w:szCs w:val="18"/>
                <w:lang w:eastAsia="ko-KR"/>
              </w:rPr>
              <w:t xml:space="preserve"> 등), 연락처(주소, 전화번호 등)</w:t>
            </w:r>
          </w:p>
          <w:p w:rsidR="003F7D5C" w:rsidRPr="006F7EE8" w:rsidRDefault="003F7D5C" w:rsidP="005F160A">
            <w:pPr>
              <w:spacing w:line="200" w:lineRule="exact"/>
              <w:textAlignment w:val="baseline"/>
              <w:rPr>
                <w:rFonts w:ascii="함초롬바탕" w:eastAsia="굴림" w:hAnsi="굴림" w:cs="굴림"/>
                <w:color w:val="000000"/>
                <w:w w:val="85"/>
                <w:szCs w:val="20"/>
                <w:lang w:eastAsia="ko-KR"/>
              </w:rPr>
            </w:pPr>
            <w:r w:rsidRPr="006F7EE8">
              <w:rPr>
                <w:rFonts w:ascii="MS Gothic" w:eastAsia="MS Gothic" w:hAnsi="MS Gothic" w:cs="MS Gothic" w:hint="eastAsia"/>
                <w:color w:val="000000"/>
                <w:spacing w:val="-20"/>
                <w:w w:val="85"/>
                <w:sz w:val="18"/>
                <w:szCs w:val="18"/>
                <w:lang w:eastAsia="ko-KR"/>
              </w:rPr>
              <w:t>․</w:t>
            </w:r>
            <w:r w:rsidRPr="006F7EE8">
              <w:rPr>
                <w:rFonts w:ascii="한양중고딕" w:eastAsia="한양중고딕" w:hAnsi="굴림" w:cs="굴림" w:hint="eastAsia"/>
                <w:color w:val="000000"/>
                <w:spacing w:val="-20"/>
                <w:w w:val="85"/>
                <w:sz w:val="18"/>
                <w:szCs w:val="18"/>
                <w:lang w:eastAsia="ko-KR"/>
              </w:rPr>
              <w:t>기업등록관련 정보(설립, 주식 등 정보), 투자, 정책 지원내역, 영업상황(판매실적, 주요 매출</w:t>
            </w:r>
            <w:r w:rsidRPr="006F7EE8">
              <w:rPr>
                <w:rFonts w:ascii="Times New Roman" w:eastAsia="한양중고딕" w:hAnsi="Times New Roman" w:cs="Times New Roman"/>
                <w:color w:val="000000"/>
                <w:spacing w:val="-20"/>
                <w:w w:val="85"/>
                <w:sz w:val="18"/>
                <w:szCs w:val="18"/>
                <w:lang w:eastAsia="ko-KR"/>
              </w:rPr>
              <w:t>‧</w:t>
            </w:r>
            <w:proofErr w:type="spellStart"/>
            <w:r w:rsidRPr="006F7EE8">
              <w:rPr>
                <w:rFonts w:ascii="한양중고딕" w:eastAsia="한양중고딕" w:hAnsi="굴림" w:cs="굴림" w:hint="eastAsia"/>
                <w:color w:val="000000"/>
                <w:spacing w:val="-20"/>
                <w:w w:val="85"/>
                <w:sz w:val="18"/>
                <w:szCs w:val="18"/>
                <w:lang w:eastAsia="ko-KR"/>
              </w:rPr>
              <w:t>매입처</w:t>
            </w:r>
            <w:proofErr w:type="spellEnd"/>
            <w:r w:rsidRPr="006F7EE8">
              <w:rPr>
                <w:rFonts w:ascii="한양중고딕" w:eastAsia="한양중고딕" w:hAnsi="굴림" w:cs="굴림" w:hint="eastAsia"/>
                <w:color w:val="000000"/>
                <w:spacing w:val="-20"/>
                <w:w w:val="85"/>
                <w:sz w:val="18"/>
                <w:szCs w:val="18"/>
                <w:lang w:eastAsia="ko-KR"/>
              </w:rPr>
              <w:t xml:space="preserve"> 등), </w:t>
            </w:r>
            <w:r w:rsidRPr="006F7EE8">
              <w:rPr>
                <w:rFonts w:ascii="한양중고딕" w:eastAsia="한양중고딕" w:hAnsi="굴림" w:cs="굴림" w:hint="eastAsia"/>
                <w:color w:val="000000"/>
                <w:spacing w:val="-18"/>
                <w:w w:val="85"/>
                <w:sz w:val="18"/>
                <w:szCs w:val="18"/>
                <w:lang w:eastAsia="ko-KR"/>
              </w:rPr>
              <w:t>재무상황(재무제표 등)</w:t>
            </w:r>
          </w:p>
          <w:p w:rsidR="003F7D5C" w:rsidRPr="006F7EE8" w:rsidRDefault="003F7D5C" w:rsidP="005F160A">
            <w:pPr>
              <w:spacing w:line="200" w:lineRule="exact"/>
              <w:ind w:left="228" w:hanging="228"/>
              <w:textAlignment w:val="baseline"/>
              <w:rPr>
                <w:rFonts w:ascii="함초롬바탕" w:eastAsia="굴림" w:hAnsi="굴림" w:cs="굴림"/>
                <w:color w:val="000000"/>
                <w:w w:val="85"/>
                <w:szCs w:val="20"/>
                <w:lang w:eastAsia="ko-KR"/>
              </w:rPr>
            </w:pPr>
            <w:r w:rsidRPr="006F7EE8">
              <w:rPr>
                <w:rFonts w:ascii="MS Gothic" w:eastAsia="MS Gothic" w:hAnsi="MS Gothic" w:cs="MS Gothic" w:hint="eastAsia"/>
                <w:color w:val="000000"/>
                <w:spacing w:val="-20"/>
                <w:w w:val="85"/>
                <w:sz w:val="18"/>
                <w:szCs w:val="18"/>
                <w:lang w:eastAsia="ko-KR"/>
              </w:rPr>
              <w:t>․</w:t>
            </w:r>
            <w:r w:rsidRPr="006F7EE8">
              <w:rPr>
                <w:rFonts w:ascii="한양중고딕" w:eastAsia="한양중고딕" w:hAnsi="굴림" w:cs="굴림" w:hint="eastAsia"/>
                <w:color w:val="000000"/>
                <w:spacing w:val="-20"/>
                <w:w w:val="85"/>
                <w:sz w:val="18"/>
                <w:szCs w:val="18"/>
                <w:lang w:eastAsia="ko-KR"/>
              </w:rPr>
              <w:t>수출에 관한 거래내역(</w:t>
            </w:r>
            <w:proofErr w:type="spellStart"/>
            <w:r w:rsidRPr="006F7EE8">
              <w:rPr>
                <w:rFonts w:ascii="한양중고딕" w:eastAsia="한양중고딕" w:hAnsi="굴림" w:cs="굴림" w:hint="eastAsia"/>
                <w:color w:val="000000"/>
                <w:spacing w:val="-20"/>
                <w:w w:val="85"/>
                <w:sz w:val="18"/>
                <w:szCs w:val="18"/>
                <w:lang w:eastAsia="ko-KR"/>
              </w:rPr>
              <w:t>목적국</w:t>
            </w:r>
            <w:proofErr w:type="spellEnd"/>
            <w:r w:rsidRPr="006F7EE8">
              <w:rPr>
                <w:rFonts w:ascii="한양중고딕" w:eastAsia="한양중고딕" w:hAnsi="굴림" w:cs="굴림" w:hint="eastAsia"/>
                <w:color w:val="000000"/>
                <w:spacing w:val="-20"/>
                <w:w w:val="85"/>
                <w:sz w:val="18"/>
                <w:szCs w:val="18"/>
                <w:lang w:eastAsia="ko-KR"/>
              </w:rPr>
              <w:t>, 수출액, 국가별 수출액, HS코드, 품목명 등)</w:t>
            </w:r>
          </w:p>
          <w:p w:rsidR="003F7D5C" w:rsidRPr="006F7EE8" w:rsidRDefault="003F7D5C" w:rsidP="005F160A">
            <w:pPr>
              <w:spacing w:line="200" w:lineRule="exact"/>
              <w:ind w:left="228" w:hanging="228"/>
              <w:textAlignment w:val="baseline"/>
              <w:rPr>
                <w:rFonts w:ascii="함초롬바탕" w:eastAsia="굴림" w:hAnsi="굴림" w:cs="굴림"/>
                <w:color w:val="000000"/>
                <w:w w:val="85"/>
                <w:szCs w:val="20"/>
                <w:lang w:eastAsia="ko-KR"/>
              </w:rPr>
            </w:pPr>
            <w:r w:rsidRPr="006F7EE8">
              <w:rPr>
                <w:rFonts w:ascii="MS Gothic" w:eastAsia="MS Gothic" w:hAnsi="MS Gothic" w:cs="MS Gothic" w:hint="eastAsia"/>
                <w:color w:val="000000"/>
                <w:spacing w:val="-20"/>
                <w:w w:val="85"/>
                <w:sz w:val="18"/>
                <w:szCs w:val="18"/>
                <w:lang w:eastAsia="ko-KR"/>
              </w:rPr>
              <w:t>․</w:t>
            </w:r>
            <w:r w:rsidRPr="006F7EE8">
              <w:rPr>
                <w:rFonts w:ascii="한양중고딕" w:eastAsia="한양중고딕" w:hAnsi="굴림" w:cs="굴림" w:hint="eastAsia"/>
                <w:color w:val="000000"/>
                <w:spacing w:val="-18"/>
                <w:w w:val="85"/>
                <w:sz w:val="18"/>
                <w:szCs w:val="18"/>
                <w:lang w:eastAsia="ko-KR"/>
              </w:rPr>
              <w:t>고용에 관한 정보(고용보험 피보험자 수 등)</w:t>
            </w:r>
          </w:p>
          <w:p w:rsidR="003F7D5C" w:rsidRPr="006F7EE8" w:rsidRDefault="003F7D5C" w:rsidP="005F160A">
            <w:pPr>
              <w:spacing w:line="200" w:lineRule="exact"/>
              <w:textAlignment w:val="baseline"/>
              <w:rPr>
                <w:rFonts w:ascii="함초롬바탕" w:eastAsia="굴림" w:hAnsi="굴림" w:cs="굴림"/>
                <w:color w:val="000000"/>
                <w:w w:val="85"/>
                <w:szCs w:val="20"/>
                <w:lang w:eastAsia="ko-KR"/>
              </w:rPr>
            </w:pPr>
            <w:r w:rsidRPr="006F7EE8">
              <w:rPr>
                <w:rFonts w:ascii="MS Gothic" w:eastAsia="MS Gothic" w:hAnsi="MS Gothic" w:cs="MS Gothic" w:hint="eastAsia"/>
                <w:color w:val="000000"/>
                <w:spacing w:val="-20"/>
                <w:w w:val="85"/>
                <w:sz w:val="18"/>
                <w:szCs w:val="18"/>
                <w:lang w:eastAsia="ko-KR"/>
              </w:rPr>
              <w:t>‣</w:t>
            </w:r>
            <w:r w:rsidRPr="006F7EE8">
              <w:rPr>
                <w:rFonts w:ascii="한양중고딕" w:eastAsia="한양중고딕" w:hAnsi="굴림" w:cs="굴림" w:hint="eastAsia"/>
                <w:color w:val="000000"/>
                <w:spacing w:val="-24"/>
                <w:w w:val="85"/>
                <w:sz w:val="18"/>
                <w:szCs w:val="18"/>
                <w:lang w:eastAsia="ko-KR"/>
              </w:rPr>
              <w:t xml:space="preserve">위 정보를 조회하기 위하여 </w:t>
            </w:r>
            <w:proofErr w:type="spellStart"/>
            <w:r w:rsidRPr="006F7EE8">
              <w:rPr>
                <w:rFonts w:ascii="한양중고딕" w:eastAsia="한양중고딕" w:hAnsi="굴림" w:cs="굴림" w:hint="eastAsia"/>
                <w:color w:val="000000"/>
                <w:spacing w:val="-24"/>
                <w:w w:val="85"/>
                <w:sz w:val="18"/>
                <w:szCs w:val="18"/>
                <w:lang w:eastAsia="ko-KR"/>
              </w:rPr>
              <w:t>조회대상기관에게</w:t>
            </w:r>
            <w:proofErr w:type="spellEnd"/>
            <w:r w:rsidRPr="006F7EE8">
              <w:rPr>
                <w:rFonts w:ascii="한양중고딕" w:eastAsia="한양중고딕" w:hAnsi="굴림" w:cs="굴림" w:hint="eastAsia"/>
                <w:color w:val="000000"/>
                <w:spacing w:val="-24"/>
                <w:w w:val="85"/>
                <w:sz w:val="18"/>
                <w:szCs w:val="18"/>
                <w:lang w:eastAsia="ko-KR"/>
              </w:rPr>
              <w:t xml:space="preserve"> 제공되는 귀하의 신용정보는 다음과 같습니다.</w:t>
            </w:r>
          </w:p>
          <w:p w:rsidR="003F7D5C" w:rsidRPr="00E471C8" w:rsidRDefault="003F7D5C" w:rsidP="005F160A">
            <w:pPr>
              <w:spacing w:line="200" w:lineRule="exact"/>
              <w:ind w:left="218" w:hanging="218"/>
              <w:textAlignment w:val="baseline"/>
              <w:rPr>
                <w:rFonts w:ascii="함초롬바탕" w:eastAsia="굴림" w:hAnsi="굴림" w:cs="굴림"/>
                <w:color w:val="000000"/>
                <w:szCs w:val="20"/>
                <w:lang w:eastAsia="ko-KR"/>
              </w:rPr>
            </w:pPr>
            <w:r w:rsidRPr="006F7EE8">
              <w:rPr>
                <w:rFonts w:ascii="MS Gothic" w:eastAsia="MS Gothic" w:hAnsi="MS Gothic" w:cs="MS Gothic" w:hint="eastAsia"/>
                <w:color w:val="000000"/>
                <w:spacing w:val="-20"/>
                <w:w w:val="85"/>
                <w:sz w:val="18"/>
                <w:szCs w:val="18"/>
                <w:lang w:eastAsia="ko-KR"/>
              </w:rPr>
              <w:t>․</w:t>
            </w:r>
            <w:proofErr w:type="gramStart"/>
            <w:r w:rsidRPr="006F7EE8">
              <w:rPr>
                <w:rFonts w:ascii="한양중고딕" w:eastAsia="한양중고딕" w:hAnsi="굴림" w:cs="굴림" w:hint="eastAsia"/>
                <w:color w:val="000000"/>
                <w:spacing w:val="-32"/>
                <w:w w:val="85"/>
                <w:sz w:val="18"/>
                <w:szCs w:val="18"/>
                <w:lang w:eastAsia="ko-KR"/>
              </w:rPr>
              <w:t>식별정보 :</w:t>
            </w:r>
            <w:proofErr w:type="gramEnd"/>
            <w:r w:rsidRPr="006F7EE8">
              <w:rPr>
                <w:rFonts w:ascii="한양중고딕" w:eastAsia="한양중고딕" w:hAnsi="굴림" w:cs="굴림" w:hint="eastAsia"/>
                <w:color w:val="000000"/>
                <w:spacing w:val="-32"/>
                <w:w w:val="85"/>
                <w:sz w:val="18"/>
                <w:szCs w:val="18"/>
                <w:lang w:eastAsia="ko-KR"/>
              </w:rPr>
              <w:t xml:space="preserve"> 법인의 명칭, 상호, </w:t>
            </w:r>
            <w:proofErr w:type="spellStart"/>
            <w:r w:rsidRPr="006F7EE8">
              <w:rPr>
                <w:rFonts w:ascii="한양중고딕" w:eastAsia="한양중고딕" w:hAnsi="굴림" w:cs="굴림" w:hint="eastAsia"/>
                <w:color w:val="000000"/>
                <w:spacing w:val="-32"/>
                <w:w w:val="85"/>
                <w:sz w:val="18"/>
                <w:szCs w:val="18"/>
                <w:lang w:eastAsia="ko-KR"/>
              </w:rPr>
              <w:t>법인번호</w:t>
            </w:r>
            <w:proofErr w:type="spellEnd"/>
            <w:r w:rsidRPr="006F7EE8">
              <w:rPr>
                <w:rFonts w:ascii="한양중고딕" w:eastAsia="한양중고딕" w:hAnsi="굴림" w:cs="굴림" w:hint="eastAsia"/>
                <w:color w:val="000000"/>
                <w:spacing w:val="-32"/>
                <w:w w:val="85"/>
                <w:sz w:val="18"/>
                <w:szCs w:val="18"/>
                <w:lang w:eastAsia="ko-KR"/>
              </w:rPr>
              <w:t xml:space="preserve">, </w:t>
            </w:r>
            <w:proofErr w:type="spellStart"/>
            <w:r w:rsidRPr="006F7EE8">
              <w:rPr>
                <w:rFonts w:ascii="한양중고딕" w:eastAsia="한양중고딕" w:hAnsi="굴림" w:cs="굴림" w:hint="eastAsia"/>
                <w:color w:val="000000"/>
                <w:spacing w:val="-32"/>
                <w:w w:val="85"/>
                <w:sz w:val="18"/>
                <w:szCs w:val="18"/>
                <w:lang w:eastAsia="ko-KR"/>
              </w:rPr>
              <w:t>사업자번호</w:t>
            </w:r>
            <w:proofErr w:type="spellEnd"/>
            <w:r w:rsidRPr="006F7EE8">
              <w:rPr>
                <w:rFonts w:ascii="한양중고딕" w:eastAsia="한양중고딕" w:hAnsi="굴림" w:cs="굴림" w:hint="eastAsia"/>
                <w:color w:val="000000"/>
                <w:spacing w:val="-32"/>
                <w:w w:val="85"/>
                <w:sz w:val="18"/>
                <w:szCs w:val="18"/>
                <w:lang w:eastAsia="ko-KR"/>
              </w:rPr>
              <w:t xml:space="preserve">, </w:t>
            </w:r>
            <w:proofErr w:type="spellStart"/>
            <w:r w:rsidRPr="006F7EE8">
              <w:rPr>
                <w:rFonts w:ascii="한양중고딕" w:eastAsia="한양중고딕" w:hAnsi="굴림" w:cs="굴림" w:hint="eastAsia"/>
                <w:color w:val="000000"/>
                <w:spacing w:val="-30"/>
                <w:w w:val="85"/>
                <w:sz w:val="18"/>
                <w:szCs w:val="18"/>
                <w:lang w:eastAsia="ko-KR"/>
              </w:rPr>
              <w:t>본점·영업소</w:t>
            </w:r>
            <w:proofErr w:type="spellEnd"/>
            <w:r w:rsidRPr="006F7EE8">
              <w:rPr>
                <w:rFonts w:ascii="한양중고딕" w:eastAsia="한양중고딕" w:hAnsi="굴림" w:cs="굴림" w:hint="eastAsia"/>
                <w:color w:val="000000"/>
                <w:spacing w:val="-30"/>
                <w:w w:val="85"/>
                <w:sz w:val="18"/>
                <w:szCs w:val="18"/>
                <w:lang w:eastAsia="ko-KR"/>
              </w:rPr>
              <w:t xml:space="preserve"> 등의 소재지, </w:t>
            </w:r>
            <w:proofErr w:type="spellStart"/>
            <w:r w:rsidRPr="006F7EE8">
              <w:rPr>
                <w:rFonts w:ascii="한양중고딕" w:eastAsia="한양중고딕" w:hAnsi="굴림" w:cs="굴림" w:hint="eastAsia"/>
                <w:color w:val="000000"/>
                <w:spacing w:val="-30"/>
                <w:w w:val="85"/>
                <w:sz w:val="18"/>
                <w:szCs w:val="18"/>
                <w:lang w:eastAsia="ko-KR"/>
              </w:rPr>
              <w:t>설립연월일</w:t>
            </w:r>
            <w:proofErr w:type="spellEnd"/>
            <w:r w:rsidRPr="006F7EE8">
              <w:rPr>
                <w:rFonts w:ascii="한양중고딕" w:eastAsia="한양중고딕" w:hAnsi="굴림" w:cs="굴림" w:hint="eastAsia"/>
                <w:color w:val="000000"/>
                <w:spacing w:val="-30"/>
                <w:w w:val="85"/>
                <w:sz w:val="18"/>
                <w:szCs w:val="18"/>
                <w:lang w:eastAsia="ko-KR"/>
              </w:rPr>
              <w:t>, 전화번호 등 연락처</w:t>
            </w:r>
          </w:p>
        </w:tc>
      </w:tr>
      <w:tr w:rsidR="003F7D5C" w:rsidRPr="00E471C8" w:rsidTr="005F160A">
        <w:trPr>
          <w:trHeight w:val="599"/>
        </w:trPr>
        <w:tc>
          <w:tcPr>
            <w:tcW w:w="2127" w:type="dxa"/>
            <w:tcBorders>
              <w:top w:val="single" w:sz="2" w:space="0" w:color="000000"/>
              <w:left w:val="single" w:sz="12" w:space="0" w:color="auto"/>
              <w:bottom w:val="single" w:sz="2" w:space="0" w:color="000000"/>
              <w:right w:val="single" w:sz="2" w:space="0" w:color="000000"/>
            </w:tcBorders>
            <w:tcMar>
              <w:top w:w="28" w:type="dxa"/>
              <w:left w:w="102" w:type="dxa"/>
              <w:bottom w:w="28" w:type="dxa"/>
              <w:right w:w="102" w:type="dxa"/>
            </w:tcMar>
            <w:vAlign w:val="center"/>
            <w:hideMark/>
          </w:tcPr>
          <w:p w:rsidR="003F7D5C" w:rsidRPr="00E471C8" w:rsidRDefault="003F7D5C" w:rsidP="005F160A">
            <w:pPr>
              <w:spacing w:line="200" w:lineRule="exact"/>
              <w:jc w:val="center"/>
              <w:textAlignment w:val="baseline"/>
              <w:rPr>
                <w:rFonts w:ascii="함초롬바탕" w:eastAsia="굴림" w:hAnsi="굴림" w:cs="굴림"/>
                <w:color w:val="000000"/>
                <w:szCs w:val="20"/>
                <w:lang w:eastAsia="ko-KR"/>
              </w:rPr>
            </w:pPr>
            <w:proofErr w:type="spellStart"/>
            <w:r w:rsidRPr="00E471C8">
              <w:rPr>
                <w:rFonts w:ascii="한양중고딕" w:eastAsia="한양중고딕" w:hAnsi="굴림" w:cs="굴림" w:hint="eastAsia"/>
                <w:color w:val="000000"/>
                <w:w w:val="85"/>
                <w:sz w:val="18"/>
                <w:szCs w:val="18"/>
                <w:lang w:eastAsia="ko-KR"/>
              </w:rPr>
              <w:lastRenderedPageBreak/>
              <w:t>제공·조회</w:t>
            </w:r>
            <w:proofErr w:type="spellEnd"/>
            <w:r w:rsidRPr="00E471C8">
              <w:rPr>
                <w:rFonts w:ascii="한양중고딕" w:eastAsia="한양중고딕" w:hAnsi="굴림" w:cs="굴림" w:hint="eastAsia"/>
                <w:color w:val="000000"/>
                <w:w w:val="85"/>
                <w:sz w:val="18"/>
                <w:szCs w:val="18"/>
                <w:lang w:eastAsia="ko-KR"/>
              </w:rPr>
              <w:t xml:space="preserve"> 동의의 효력 기간</w:t>
            </w:r>
          </w:p>
        </w:tc>
        <w:tc>
          <w:tcPr>
            <w:tcW w:w="7512" w:type="dxa"/>
            <w:tcBorders>
              <w:top w:val="single" w:sz="2" w:space="0" w:color="000000"/>
              <w:left w:val="single" w:sz="2" w:space="0" w:color="000000"/>
              <w:bottom w:val="single" w:sz="2" w:space="0" w:color="000000"/>
              <w:right w:val="single" w:sz="12" w:space="0" w:color="auto"/>
            </w:tcBorders>
            <w:tcMar>
              <w:top w:w="28" w:type="dxa"/>
              <w:left w:w="102" w:type="dxa"/>
              <w:bottom w:w="28" w:type="dxa"/>
              <w:right w:w="102" w:type="dxa"/>
            </w:tcMar>
            <w:vAlign w:val="center"/>
            <w:hideMark/>
          </w:tcPr>
          <w:p w:rsidR="003F7D5C" w:rsidRPr="00D72978" w:rsidRDefault="003F7D5C" w:rsidP="005F160A">
            <w:pPr>
              <w:spacing w:after="20" w:line="200" w:lineRule="exact"/>
              <w:textAlignment w:val="baseline"/>
              <w:rPr>
                <w:rFonts w:ascii="한컴바탕" w:eastAsia="굴림" w:hAnsi="굴림" w:cs="굴림"/>
                <w:color w:val="000000"/>
                <w:sz w:val="17"/>
                <w:szCs w:val="17"/>
                <w:lang w:eastAsia="ko-KR"/>
              </w:rPr>
            </w:pPr>
            <w:r w:rsidRPr="00D72978">
              <w:rPr>
                <w:rFonts w:ascii="한양중고딕" w:eastAsia="한양중고딕" w:hAnsi="굴림" w:cs="굴림" w:hint="eastAsia"/>
                <w:color w:val="000000"/>
                <w:spacing w:val="-10"/>
                <w:w w:val="90"/>
                <w:sz w:val="17"/>
                <w:szCs w:val="17"/>
                <w:lang w:eastAsia="ko-KR"/>
              </w:rPr>
              <w:t xml:space="preserve">귀하가 본 동의서를 제출한 시점부터 채무 </w:t>
            </w:r>
            <w:proofErr w:type="spellStart"/>
            <w:r w:rsidRPr="00D72978">
              <w:rPr>
                <w:rFonts w:ascii="한양중고딕" w:eastAsia="한양중고딕" w:hAnsi="굴림" w:cs="굴림" w:hint="eastAsia"/>
                <w:color w:val="000000"/>
                <w:spacing w:val="-10"/>
                <w:w w:val="90"/>
                <w:sz w:val="17"/>
                <w:szCs w:val="17"/>
                <w:lang w:eastAsia="ko-KR"/>
              </w:rPr>
              <w:t>전액상환</w:t>
            </w:r>
            <w:proofErr w:type="spellEnd"/>
            <w:r w:rsidRPr="00D72978">
              <w:rPr>
                <w:rFonts w:ascii="한양중고딕" w:eastAsia="한양중고딕" w:hAnsi="굴림" w:cs="굴림" w:hint="eastAsia"/>
                <w:color w:val="000000"/>
                <w:spacing w:val="-10"/>
                <w:w w:val="90"/>
                <w:sz w:val="17"/>
                <w:szCs w:val="17"/>
                <w:lang w:eastAsia="ko-KR"/>
              </w:rPr>
              <w:t xml:space="preserve"> 등 신청한 계약의 목적 달성 때까지 동의의 효력이 유지됩니다. 다만, 귀하가 신청한 계약이 </w:t>
            </w:r>
            <w:proofErr w:type="spellStart"/>
            <w:r w:rsidRPr="00D72978">
              <w:rPr>
                <w:rFonts w:ascii="한양중고딕" w:eastAsia="한양중고딕" w:hAnsi="굴림" w:cs="굴림" w:hint="eastAsia"/>
                <w:color w:val="000000"/>
                <w:spacing w:val="-10"/>
                <w:w w:val="90"/>
                <w:sz w:val="17"/>
                <w:szCs w:val="17"/>
                <w:lang w:eastAsia="ko-KR"/>
              </w:rPr>
              <w:t>중진공</w:t>
            </w:r>
            <w:proofErr w:type="spellEnd"/>
            <w:r w:rsidRPr="00D72978">
              <w:rPr>
                <w:rFonts w:ascii="한양중고딕" w:eastAsia="한양중고딕" w:hAnsi="굴림" w:cs="굴림" w:hint="eastAsia"/>
                <w:color w:val="000000"/>
                <w:spacing w:val="-10"/>
                <w:w w:val="90"/>
                <w:sz w:val="17"/>
                <w:szCs w:val="17"/>
                <w:lang w:eastAsia="ko-KR"/>
              </w:rPr>
              <w:t xml:space="preserve"> 또는 귀하의 의사에 의하여 거절된 경우에는 그 시점부터 동의의 효력은 소멸됩니다. </w:t>
            </w:r>
          </w:p>
        </w:tc>
      </w:tr>
      <w:tr w:rsidR="003F7D5C" w:rsidRPr="00E471C8" w:rsidTr="005F160A">
        <w:trPr>
          <w:trHeight w:val="425"/>
        </w:trPr>
        <w:tc>
          <w:tcPr>
            <w:tcW w:w="2127" w:type="dxa"/>
            <w:tcBorders>
              <w:top w:val="single" w:sz="2" w:space="0" w:color="000000"/>
              <w:left w:val="single" w:sz="12" w:space="0" w:color="auto"/>
              <w:bottom w:val="single" w:sz="2" w:space="0" w:color="000000"/>
              <w:right w:val="single" w:sz="2" w:space="0" w:color="000000"/>
            </w:tcBorders>
            <w:tcMar>
              <w:top w:w="28" w:type="dxa"/>
              <w:left w:w="102" w:type="dxa"/>
              <w:bottom w:w="28" w:type="dxa"/>
              <w:right w:w="102" w:type="dxa"/>
            </w:tcMar>
            <w:vAlign w:val="center"/>
            <w:hideMark/>
          </w:tcPr>
          <w:p w:rsidR="003F7D5C" w:rsidRPr="00E471C8" w:rsidRDefault="003F7D5C" w:rsidP="005F160A">
            <w:pPr>
              <w:spacing w:line="200" w:lineRule="exact"/>
              <w:jc w:val="center"/>
              <w:textAlignment w:val="baseline"/>
              <w:rPr>
                <w:rFonts w:ascii="함초롬바탕" w:eastAsia="굴림" w:hAnsi="굴림" w:cs="굴림"/>
                <w:color w:val="000000"/>
                <w:szCs w:val="20"/>
                <w:lang w:eastAsia="ko-KR"/>
              </w:rPr>
            </w:pPr>
            <w:r w:rsidRPr="00E471C8">
              <w:rPr>
                <w:rFonts w:ascii="한양중고딕" w:eastAsia="한양중고딕" w:hAnsi="굴림" w:cs="굴림" w:hint="eastAsia"/>
                <w:color w:val="000000"/>
                <w:w w:val="85"/>
                <w:sz w:val="18"/>
                <w:szCs w:val="18"/>
                <w:lang w:eastAsia="ko-KR"/>
              </w:rPr>
              <w:t>동의를 거부할 권리 및 동의를 거부할 경우 불이익</w:t>
            </w:r>
          </w:p>
        </w:tc>
        <w:tc>
          <w:tcPr>
            <w:tcW w:w="7512" w:type="dxa"/>
            <w:tcBorders>
              <w:top w:val="single" w:sz="2" w:space="0" w:color="000000"/>
              <w:left w:val="single" w:sz="2" w:space="0" w:color="000000"/>
              <w:bottom w:val="single" w:sz="2" w:space="0" w:color="000000"/>
              <w:right w:val="single" w:sz="12" w:space="0" w:color="auto"/>
            </w:tcBorders>
            <w:tcMar>
              <w:top w:w="28" w:type="dxa"/>
              <w:left w:w="102" w:type="dxa"/>
              <w:bottom w:w="28" w:type="dxa"/>
              <w:right w:w="102" w:type="dxa"/>
            </w:tcMar>
            <w:vAlign w:val="center"/>
            <w:hideMark/>
          </w:tcPr>
          <w:p w:rsidR="003F7D5C" w:rsidRPr="00D72978" w:rsidRDefault="003F7D5C" w:rsidP="005F160A">
            <w:pPr>
              <w:spacing w:after="20" w:line="200" w:lineRule="exact"/>
              <w:textAlignment w:val="baseline"/>
              <w:rPr>
                <w:rFonts w:ascii="한컴바탕" w:eastAsia="굴림" w:hAnsi="굴림" w:cs="굴림"/>
                <w:color w:val="000000"/>
                <w:sz w:val="17"/>
                <w:szCs w:val="17"/>
                <w:lang w:eastAsia="ko-KR"/>
              </w:rPr>
            </w:pPr>
            <w:r w:rsidRPr="00D72978">
              <w:rPr>
                <w:rFonts w:ascii="한양중고딕" w:eastAsia="한양중고딕" w:hAnsi="굴림" w:cs="굴림" w:hint="eastAsia"/>
                <w:color w:val="000000"/>
                <w:spacing w:val="-10"/>
                <w:w w:val="90"/>
                <w:sz w:val="17"/>
                <w:szCs w:val="17"/>
                <w:lang w:eastAsia="ko-KR"/>
              </w:rPr>
              <w:t xml:space="preserve">동의하지 않으실 경우 중소기업 정책자금 융자, 기업진단, </w:t>
            </w:r>
            <w:proofErr w:type="spellStart"/>
            <w:r w:rsidRPr="00D72978">
              <w:rPr>
                <w:rFonts w:ascii="한양중고딕" w:eastAsia="한양중고딕" w:hAnsi="굴림" w:cs="굴림" w:hint="eastAsia"/>
                <w:color w:val="000000"/>
                <w:spacing w:val="-10"/>
                <w:w w:val="90"/>
                <w:sz w:val="17"/>
                <w:szCs w:val="17"/>
                <w:lang w:eastAsia="ko-KR"/>
              </w:rPr>
              <w:t>연계지원</w:t>
            </w:r>
            <w:proofErr w:type="spellEnd"/>
            <w:r w:rsidRPr="00D72978">
              <w:rPr>
                <w:rFonts w:ascii="한양중고딕" w:eastAsia="한양중고딕" w:hAnsi="굴림" w:cs="굴림" w:hint="eastAsia"/>
                <w:color w:val="000000"/>
                <w:spacing w:val="-10"/>
                <w:w w:val="90"/>
                <w:sz w:val="17"/>
                <w:szCs w:val="17"/>
                <w:lang w:eastAsia="ko-KR"/>
              </w:rPr>
              <w:t xml:space="preserve"> 등과 관련한 상담 및 신청, 지원, 거래관계의 설정 및 유지가 불가능합니다.</w:t>
            </w:r>
          </w:p>
        </w:tc>
      </w:tr>
      <w:tr w:rsidR="003F7D5C" w:rsidRPr="00E471C8" w:rsidTr="005F160A">
        <w:trPr>
          <w:trHeight w:val="19"/>
        </w:trPr>
        <w:tc>
          <w:tcPr>
            <w:tcW w:w="2127" w:type="dxa"/>
            <w:tcBorders>
              <w:top w:val="single" w:sz="2" w:space="0" w:color="000000"/>
              <w:left w:val="single" w:sz="12" w:space="0" w:color="auto"/>
              <w:bottom w:val="single" w:sz="12" w:space="0" w:color="auto"/>
              <w:right w:val="single" w:sz="2" w:space="0" w:color="000000"/>
            </w:tcBorders>
            <w:tcMar>
              <w:top w:w="28" w:type="dxa"/>
              <w:left w:w="102" w:type="dxa"/>
              <w:bottom w:w="28" w:type="dxa"/>
              <w:right w:w="102" w:type="dxa"/>
            </w:tcMar>
            <w:vAlign w:val="center"/>
            <w:hideMark/>
          </w:tcPr>
          <w:p w:rsidR="003F7D5C" w:rsidRPr="00E471C8" w:rsidRDefault="003F7D5C" w:rsidP="005F160A">
            <w:pPr>
              <w:spacing w:line="200" w:lineRule="exact"/>
              <w:jc w:val="center"/>
              <w:textAlignment w:val="baseline"/>
              <w:rPr>
                <w:rFonts w:ascii="함초롬바탕" w:eastAsia="굴림" w:hAnsi="굴림" w:cs="굴림"/>
                <w:color w:val="000000"/>
                <w:szCs w:val="20"/>
                <w:lang w:eastAsia="ko-KR"/>
              </w:rPr>
            </w:pPr>
            <w:r w:rsidRPr="00E471C8">
              <w:rPr>
                <w:rFonts w:ascii="한양중고딕" w:eastAsia="한양중고딕" w:hAnsi="굴림" w:cs="굴림" w:hint="eastAsia"/>
                <w:color w:val="000000"/>
                <w:w w:val="85"/>
                <w:sz w:val="18"/>
                <w:szCs w:val="18"/>
                <w:lang w:eastAsia="ko-KR"/>
              </w:rPr>
              <w:t xml:space="preserve">기업(신용)정보 </w:t>
            </w:r>
            <w:proofErr w:type="spellStart"/>
            <w:r w:rsidRPr="00E471C8">
              <w:rPr>
                <w:rFonts w:ascii="한양중고딕" w:eastAsia="한양중고딕" w:hAnsi="굴림" w:cs="굴림" w:hint="eastAsia"/>
                <w:color w:val="000000"/>
                <w:w w:val="85"/>
                <w:sz w:val="18"/>
                <w:szCs w:val="18"/>
                <w:lang w:eastAsia="ko-KR"/>
              </w:rPr>
              <w:t>제공·조회</w:t>
            </w:r>
            <w:proofErr w:type="spellEnd"/>
            <w:r w:rsidRPr="00E471C8">
              <w:rPr>
                <w:rFonts w:ascii="한양중고딕" w:eastAsia="한양중고딕" w:hAnsi="굴림" w:cs="굴림" w:hint="eastAsia"/>
                <w:color w:val="000000"/>
                <w:w w:val="85"/>
                <w:sz w:val="18"/>
                <w:szCs w:val="18"/>
                <w:lang w:eastAsia="ko-KR"/>
              </w:rPr>
              <w:t xml:space="preserve"> 동의여부</w:t>
            </w:r>
          </w:p>
        </w:tc>
        <w:tc>
          <w:tcPr>
            <w:tcW w:w="7512" w:type="dxa"/>
            <w:tcBorders>
              <w:top w:val="single" w:sz="2" w:space="0" w:color="000000"/>
              <w:left w:val="single" w:sz="2" w:space="0" w:color="000000"/>
              <w:bottom w:val="single" w:sz="12" w:space="0" w:color="auto"/>
              <w:right w:val="single" w:sz="12" w:space="0" w:color="auto"/>
            </w:tcBorders>
            <w:tcMar>
              <w:top w:w="28" w:type="dxa"/>
              <w:left w:w="102" w:type="dxa"/>
              <w:bottom w:w="28" w:type="dxa"/>
              <w:right w:w="102" w:type="dxa"/>
            </w:tcMar>
            <w:vAlign w:val="center"/>
            <w:hideMark/>
          </w:tcPr>
          <w:p w:rsidR="003F7D5C" w:rsidRPr="00D72978" w:rsidRDefault="003F7D5C" w:rsidP="005F160A">
            <w:pPr>
              <w:spacing w:line="200" w:lineRule="exact"/>
              <w:textAlignment w:val="baseline"/>
              <w:rPr>
                <w:rFonts w:ascii="함초롬바탕" w:eastAsia="굴림" w:hAnsi="굴림" w:cs="굴림"/>
                <w:color w:val="000000"/>
                <w:sz w:val="17"/>
                <w:szCs w:val="17"/>
                <w:lang w:eastAsia="ko-KR"/>
              </w:rPr>
            </w:pPr>
            <w:r w:rsidRPr="00D72978">
              <w:rPr>
                <w:rFonts w:ascii="한양중고딕" w:eastAsia="한양중고딕" w:hAnsi="굴림" w:cs="굴림" w:hint="eastAsia"/>
                <w:color w:val="000000"/>
                <w:spacing w:val="-10"/>
                <w:w w:val="90"/>
                <w:sz w:val="17"/>
                <w:szCs w:val="17"/>
                <w:lang w:eastAsia="ko-KR"/>
              </w:rPr>
              <w:t xml:space="preserve">본인은 위와 같이 본인의 기업(신용)정보를 </w:t>
            </w:r>
            <w:proofErr w:type="spellStart"/>
            <w:r w:rsidRPr="00D72978">
              <w:rPr>
                <w:rFonts w:ascii="한양중고딕" w:eastAsia="한양중고딕" w:hAnsi="굴림" w:cs="굴림" w:hint="eastAsia"/>
                <w:color w:val="000000"/>
                <w:spacing w:val="-10"/>
                <w:w w:val="90"/>
                <w:sz w:val="17"/>
                <w:szCs w:val="17"/>
                <w:lang w:eastAsia="ko-KR"/>
              </w:rPr>
              <w:t>제공</w:t>
            </w:r>
            <w:r w:rsidRPr="00D72978">
              <w:rPr>
                <w:rFonts w:ascii="MS Gothic" w:eastAsia="MS Gothic" w:hAnsi="MS Gothic" w:cs="MS Gothic" w:hint="eastAsia"/>
                <w:color w:val="000000"/>
                <w:spacing w:val="-10"/>
                <w:w w:val="90"/>
                <w:sz w:val="17"/>
                <w:szCs w:val="17"/>
                <w:lang w:eastAsia="ko-KR"/>
              </w:rPr>
              <w:t>․</w:t>
            </w:r>
            <w:r w:rsidRPr="00D72978">
              <w:rPr>
                <w:rFonts w:ascii="한양중고딕" w:eastAsia="한양중고딕" w:hAnsi="굴림" w:cs="굴림" w:hint="eastAsia"/>
                <w:color w:val="000000"/>
                <w:spacing w:val="-10"/>
                <w:w w:val="90"/>
                <w:sz w:val="17"/>
                <w:szCs w:val="17"/>
                <w:lang w:eastAsia="ko-KR"/>
              </w:rPr>
              <w:t>조회하는</w:t>
            </w:r>
            <w:proofErr w:type="spellEnd"/>
            <w:r w:rsidRPr="00D72978">
              <w:rPr>
                <w:rFonts w:ascii="한양중고딕" w:eastAsia="한양중고딕" w:hAnsi="굴림" w:cs="굴림" w:hint="eastAsia"/>
                <w:color w:val="000000"/>
                <w:spacing w:val="-10"/>
                <w:w w:val="90"/>
                <w:sz w:val="17"/>
                <w:szCs w:val="17"/>
                <w:lang w:eastAsia="ko-KR"/>
              </w:rPr>
              <w:t xml:space="preserve"> 것에 동의합니다. </w:t>
            </w:r>
          </w:p>
          <w:p w:rsidR="003F7D5C" w:rsidRPr="00E471C8" w:rsidRDefault="003F7D5C" w:rsidP="005F160A">
            <w:pPr>
              <w:spacing w:line="200" w:lineRule="exact"/>
              <w:ind w:left="100" w:hanging="100"/>
              <w:jc w:val="right"/>
              <w:textAlignment w:val="baseline"/>
              <w:rPr>
                <w:rFonts w:ascii="함초롬바탕" w:eastAsia="굴림" w:hAnsi="굴림" w:cs="굴림"/>
                <w:color w:val="000000"/>
                <w:szCs w:val="20"/>
                <w:lang w:eastAsia="ko-KR"/>
              </w:rPr>
            </w:pPr>
            <w:r w:rsidRPr="00E471C8">
              <w:rPr>
                <w:rFonts w:ascii="한양중고딕" w:eastAsia="한양중고딕" w:hAnsi="굴림" w:cs="굴림" w:hint="eastAsia"/>
                <w:b/>
                <w:bCs/>
                <w:color w:val="000000"/>
                <w:spacing w:val="-10"/>
                <w:w w:val="90"/>
                <w:sz w:val="18"/>
                <w:szCs w:val="18"/>
                <w:lang w:eastAsia="ko-KR"/>
              </w:rPr>
              <w:t xml:space="preserve">(동의함 </w:t>
            </w:r>
            <w:r w:rsidRPr="00E471C8">
              <w:rPr>
                <w:rFonts w:ascii="한양중고딕" w:eastAsia="한양중고딕" w:hAnsi="한양중고딕" w:cs="굴림" w:hint="eastAsia"/>
                <w:b/>
                <w:bCs/>
                <w:color w:val="000000"/>
                <w:spacing w:val="-10"/>
                <w:w w:val="90"/>
                <w:sz w:val="18"/>
                <w:szCs w:val="18"/>
                <w:lang w:eastAsia="ko-KR"/>
              </w:rPr>
              <w:t xml:space="preserve">□ </w:t>
            </w:r>
            <w:r w:rsidRPr="00E471C8">
              <w:rPr>
                <w:rFonts w:ascii="한양중고딕" w:eastAsia="한양중고딕" w:hAnsi="굴림" w:cs="굴림" w:hint="eastAsia"/>
                <w:b/>
                <w:bCs/>
                <w:color w:val="000000"/>
                <w:spacing w:val="-10"/>
                <w:w w:val="90"/>
                <w:sz w:val="18"/>
                <w:szCs w:val="18"/>
                <w:lang w:eastAsia="ko-KR"/>
              </w:rPr>
              <w:t xml:space="preserve">동의하지 않음 </w:t>
            </w:r>
            <w:r w:rsidRPr="00E471C8">
              <w:rPr>
                <w:rFonts w:ascii="한양중고딕" w:eastAsia="한양중고딕" w:hAnsi="한양중고딕" w:cs="굴림" w:hint="eastAsia"/>
                <w:b/>
                <w:bCs/>
                <w:color w:val="000000"/>
                <w:spacing w:val="-10"/>
                <w:w w:val="90"/>
                <w:sz w:val="18"/>
                <w:szCs w:val="18"/>
                <w:lang w:eastAsia="ko-KR"/>
              </w:rPr>
              <w:t>□</w:t>
            </w:r>
            <w:r w:rsidRPr="00E471C8">
              <w:rPr>
                <w:rFonts w:ascii="한양중고딕" w:eastAsia="한양중고딕" w:hAnsi="굴림" w:cs="굴림" w:hint="eastAsia"/>
                <w:b/>
                <w:bCs/>
                <w:color w:val="000000"/>
                <w:spacing w:val="-10"/>
                <w:w w:val="90"/>
                <w:sz w:val="18"/>
                <w:szCs w:val="18"/>
                <w:lang w:eastAsia="ko-KR"/>
              </w:rPr>
              <w:t>)</w:t>
            </w:r>
          </w:p>
        </w:tc>
      </w:tr>
    </w:tbl>
    <w:p w:rsidR="003F7D5C" w:rsidRPr="00E471C8" w:rsidRDefault="003F7D5C" w:rsidP="003F7D5C">
      <w:pPr>
        <w:ind w:left="120" w:hanging="120"/>
        <w:textAlignment w:val="baseline"/>
        <w:rPr>
          <w:rFonts w:ascii="함초롬바탕" w:eastAsia="굴림" w:hAnsi="굴림" w:cs="굴림"/>
          <w:vanish/>
          <w:color w:val="000000"/>
          <w:sz w:val="10"/>
          <w:szCs w:val="10"/>
          <w:lang w:eastAsia="ko-KR"/>
        </w:rPr>
      </w:pPr>
    </w:p>
    <w:tbl>
      <w:tblPr>
        <w:tblOverlap w:val="never"/>
        <w:tblW w:w="0" w:type="auto"/>
        <w:tblInd w:w="120" w:type="dxa"/>
        <w:tblCellMar>
          <w:top w:w="15" w:type="dxa"/>
          <w:left w:w="15" w:type="dxa"/>
          <w:bottom w:w="15" w:type="dxa"/>
          <w:right w:w="15" w:type="dxa"/>
        </w:tblCellMar>
        <w:tblLook w:val="04A0" w:firstRow="1" w:lastRow="0" w:firstColumn="1" w:lastColumn="0" w:noHBand="0" w:noVBand="1"/>
      </w:tblPr>
      <w:tblGrid>
        <w:gridCol w:w="2112"/>
        <w:gridCol w:w="7546"/>
      </w:tblGrid>
      <w:tr w:rsidR="003F7D5C" w:rsidRPr="00E471C8" w:rsidTr="00B51B78">
        <w:trPr>
          <w:trHeight w:val="236"/>
        </w:trPr>
        <w:tc>
          <w:tcPr>
            <w:tcW w:w="9658" w:type="dxa"/>
            <w:gridSpan w:val="2"/>
            <w:tcBorders>
              <w:top w:val="nil"/>
              <w:left w:val="nil"/>
              <w:bottom w:val="single" w:sz="12" w:space="0" w:color="auto"/>
              <w:right w:val="nil"/>
            </w:tcBorders>
            <w:tcMar>
              <w:top w:w="28" w:type="dxa"/>
              <w:left w:w="102" w:type="dxa"/>
              <w:bottom w:w="28" w:type="dxa"/>
              <w:right w:w="102" w:type="dxa"/>
            </w:tcMar>
            <w:vAlign w:val="center"/>
            <w:hideMark/>
          </w:tcPr>
          <w:p w:rsidR="00334E90" w:rsidRPr="00334E90" w:rsidRDefault="00334E90" w:rsidP="00C51585">
            <w:pPr>
              <w:textAlignment w:val="baseline"/>
              <w:rPr>
                <w:rFonts w:ascii="한양중고딕" w:eastAsia="한양중고딕" w:hAnsi="굴림" w:cs="굴림"/>
                <w:b/>
                <w:bCs/>
                <w:color w:val="000000"/>
                <w:sz w:val="10"/>
                <w:szCs w:val="10"/>
                <w:lang w:eastAsia="ko-KR"/>
              </w:rPr>
            </w:pPr>
          </w:p>
          <w:p w:rsidR="00C51585" w:rsidRPr="00E471C8" w:rsidRDefault="003F7D5C" w:rsidP="00C51585">
            <w:pPr>
              <w:textAlignment w:val="baseline"/>
              <w:rPr>
                <w:rFonts w:ascii="함초롬바탕" w:eastAsia="굴림" w:hAnsi="굴림" w:cs="굴림"/>
                <w:color w:val="000000"/>
                <w:szCs w:val="20"/>
                <w:lang w:eastAsia="ko-KR"/>
              </w:rPr>
            </w:pPr>
            <w:r w:rsidRPr="00E471C8">
              <w:rPr>
                <w:rFonts w:ascii="한양중고딕" w:eastAsia="한양중고딕" w:hAnsi="굴림" w:cs="굴림" w:hint="eastAsia"/>
                <w:b/>
                <w:bCs/>
                <w:color w:val="000000"/>
                <w:sz w:val="18"/>
                <w:szCs w:val="18"/>
                <w:lang w:eastAsia="ko-KR"/>
              </w:rPr>
              <w:t>3. 기업(신용)정보의 제공에 관한 사항</w:t>
            </w:r>
          </w:p>
        </w:tc>
      </w:tr>
      <w:tr w:rsidR="003F7D5C" w:rsidRPr="00E471C8" w:rsidTr="00B51B78">
        <w:trPr>
          <w:trHeight w:val="2137"/>
        </w:trPr>
        <w:tc>
          <w:tcPr>
            <w:tcW w:w="2112" w:type="dxa"/>
            <w:tcBorders>
              <w:top w:val="single" w:sz="12" w:space="0" w:color="auto"/>
              <w:left w:val="single" w:sz="12" w:space="0" w:color="auto"/>
              <w:bottom w:val="single" w:sz="2" w:space="0" w:color="000000"/>
              <w:right w:val="single" w:sz="2" w:space="0" w:color="000000"/>
            </w:tcBorders>
            <w:tcMar>
              <w:top w:w="28" w:type="dxa"/>
              <w:left w:w="102" w:type="dxa"/>
              <w:bottom w:w="28" w:type="dxa"/>
              <w:right w:w="102" w:type="dxa"/>
            </w:tcMar>
            <w:vAlign w:val="center"/>
            <w:hideMark/>
          </w:tcPr>
          <w:p w:rsidR="003F7D5C" w:rsidRPr="00FC56AE" w:rsidRDefault="003F7D5C" w:rsidP="00C51585">
            <w:pPr>
              <w:spacing w:line="228" w:lineRule="auto"/>
              <w:jc w:val="center"/>
              <w:textAlignment w:val="baseline"/>
              <w:rPr>
                <w:rFonts w:ascii="함초롬바탕" w:eastAsia="굴림" w:hAnsi="굴림" w:cs="굴림"/>
                <w:color w:val="000000"/>
                <w:sz w:val="18"/>
                <w:szCs w:val="18"/>
              </w:rPr>
            </w:pPr>
            <w:proofErr w:type="spellStart"/>
            <w:r w:rsidRPr="00FC56AE">
              <w:rPr>
                <w:rFonts w:ascii="한양중고딕" w:eastAsia="한양중고딕" w:hAnsi="굴림" w:cs="굴림" w:hint="eastAsia"/>
                <w:color w:val="000000"/>
                <w:w w:val="85"/>
                <w:sz w:val="18"/>
                <w:szCs w:val="18"/>
              </w:rPr>
              <w:t>제공받는</w:t>
            </w:r>
            <w:proofErr w:type="spellEnd"/>
            <w:r w:rsidRPr="00FC56AE">
              <w:rPr>
                <w:rFonts w:ascii="한양중고딕" w:eastAsia="한양중고딕" w:hAnsi="굴림" w:cs="굴림" w:hint="eastAsia"/>
                <w:color w:val="000000"/>
                <w:w w:val="85"/>
                <w:sz w:val="18"/>
                <w:szCs w:val="18"/>
              </w:rPr>
              <w:t xml:space="preserve"> 자</w:t>
            </w:r>
          </w:p>
        </w:tc>
        <w:tc>
          <w:tcPr>
            <w:tcW w:w="7546" w:type="dxa"/>
            <w:tcBorders>
              <w:top w:val="single" w:sz="12" w:space="0" w:color="auto"/>
              <w:left w:val="single" w:sz="2" w:space="0" w:color="000000"/>
              <w:bottom w:val="single" w:sz="2" w:space="0" w:color="000000"/>
              <w:right w:val="single" w:sz="12" w:space="0" w:color="auto"/>
            </w:tcBorders>
            <w:tcMar>
              <w:top w:w="28" w:type="dxa"/>
              <w:left w:w="102" w:type="dxa"/>
              <w:bottom w:w="28" w:type="dxa"/>
              <w:right w:w="102" w:type="dxa"/>
            </w:tcMar>
            <w:vAlign w:val="center"/>
            <w:hideMark/>
          </w:tcPr>
          <w:p w:rsidR="003F7D5C" w:rsidRPr="00602DA3" w:rsidRDefault="003F7D5C" w:rsidP="00602DA3">
            <w:pPr>
              <w:spacing w:after="20"/>
              <w:ind w:firstLine="2"/>
              <w:textAlignment w:val="baseline"/>
              <w:rPr>
                <w:rFonts w:ascii="한컴바탕" w:eastAsia="굴림" w:hAnsi="굴림" w:cs="굴림"/>
                <w:color w:val="000000"/>
                <w:sz w:val="17"/>
                <w:szCs w:val="17"/>
                <w:lang w:eastAsia="ko-KR"/>
              </w:rPr>
            </w:pPr>
            <w:r w:rsidRPr="00602DA3">
              <w:rPr>
                <w:rFonts w:ascii="MS Gothic" w:eastAsia="MS Gothic" w:hAnsi="MS Gothic" w:cs="MS Gothic" w:hint="eastAsia"/>
                <w:color w:val="000000"/>
                <w:spacing w:val="-10"/>
                <w:w w:val="90"/>
                <w:sz w:val="17"/>
                <w:szCs w:val="17"/>
                <w:lang w:eastAsia="ko-KR"/>
              </w:rPr>
              <w:t>‣</w:t>
            </w:r>
            <w:proofErr w:type="gramStart"/>
            <w:r w:rsidRPr="00602DA3">
              <w:rPr>
                <w:rFonts w:ascii="한양중고딕" w:eastAsia="한양중고딕" w:hAnsi="굴림" w:cs="굴림" w:hint="eastAsia"/>
                <w:color w:val="000000"/>
                <w:spacing w:val="-10"/>
                <w:w w:val="90"/>
                <w:sz w:val="17"/>
                <w:szCs w:val="17"/>
                <w:lang w:eastAsia="ko-KR"/>
              </w:rPr>
              <w:t>신용조회회사 :</w:t>
            </w:r>
            <w:proofErr w:type="gramEnd"/>
            <w:r w:rsidRPr="00602DA3">
              <w:rPr>
                <w:rFonts w:ascii="한양중고딕" w:eastAsia="한양중고딕" w:hAnsi="굴림" w:cs="굴림" w:hint="eastAsia"/>
                <w:color w:val="000000"/>
                <w:spacing w:val="-10"/>
                <w:w w:val="90"/>
                <w:sz w:val="17"/>
                <w:szCs w:val="17"/>
                <w:lang w:eastAsia="ko-KR"/>
              </w:rPr>
              <w:t xml:space="preserve"> 한국평가데이터(주), NICE평가정보(주), </w:t>
            </w:r>
            <w:proofErr w:type="spellStart"/>
            <w:r w:rsidRPr="00602DA3">
              <w:rPr>
                <w:rFonts w:ascii="한양중고딕" w:eastAsia="한양중고딕" w:hAnsi="굴림" w:cs="굴림" w:hint="eastAsia"/>
                <w:color w:val="000000"/>
                <w:spacing w:val="-10"/>
                <w:w w:val="90"/>
                <w:sz w:val="17"/>
                <w:szCs w:val="17"/>
                <w:lang w:eastAsia="ko-KR"/>
              </w:rPr>
              <w:t>코리아크레딧뷰로</w:t>
            </w:r>
            <w:proofErr w:type="spellEnd"/>
            <w:r w:rsidRPr="00602DA3">
              <w:rPr>
                <w:rFonts w:ascii="한양중고딕" w:eastAsia="한양중고딕" w:hAnsi="굴림" w:cs="굴림" w:hint="eastAsia"/>
                <w:color w:val="000000"/>
                <w:spacing w:val="-10"/>
                <w:w w:val="90"/>
                <w:sz w:val="17"/>
                <w:szCs w:val="17"/>
                <w:lang w:eastAsia="ko-KR"/>
              </w:rPr>
              <w:t>(주) 등</w:t>
            </w:r>
          </w:p>
          <w:p w:rsidR="003F7D5C" w:rsidRPr="00602DA3" w:rsidRDefault="003F7D5C" w:rsidP="00602DA3">
            <w:pPr>
              <w:spacing w:before="60" w:after="20"/>
              <w:ind w:firstLine="2"/>
              <w:textAlignment w:val="baseline"/>
              <w:rPr>
                <w:rFonts w:ascii="한컴바탕" w:eastAsia="굴림" w:hAnsi="굴림" w:cs="굴림"/>
                <w:color w:val="000000"/>
                <w:sz w:val="17"/>
                <w:szCs w:val="17"/>
                <w:lang w:eastAsia="ko-KR"/>
              </w:rPr>
            </w:pPr>
            <w:r w:rsidRPr="00602DA3">
              <w:rPr>
                <w:rFonts w:ascii="MS Gothic" w:eastAsia="MS Gothic" w:hAnsi="MS Gothic" w:cs="MS Gothic" w:hint="eastAsia"/>
                <w:color w:val="000000"/>
                <w:spacing w:val="-22"/>
                <w:w w:val="90"/>
                <w:sz w:val="17"/>
                <w:szCs w:val="17"/>
                <w:lang w:eastAsia="ko-KR"/>
              </w:rPr>
              <w:t>‣</w:t>
            </w:r>
            <w:r w:rsidRPr="00602DA3">
              <w:rPr>
                <w:rFonts w:ascii="한양중고딕" w:eastAsia="한양중고딕" w:hAnsi="굴림" w:cs="굴림" w:hint="eastAsia"/>
                <w:color w:val="000000"/>
                <w:spacing w:val="-22"/>
                <w:w w:val="90"/>
                <w:sz w:val="17"/>
                <w:szCs w:val="17"/>
                <w:lang w:eastAsia="ko-KR"/>
              </w:rPr>
              <w:t>신용정보집중기관</w:t>
            </w:r>
            <w:proofErr w:type="gramStart"/>
            <w:r w:rsidRPr="00602DA3">
              <w:rPr>
                <w:rFonts w:ascii="한양중고딕" w:eastAsia="한양중고딕" w:hAnsi="굴림" w:cs="굴림" w:hint="eastAsia"/>
                <w:color w:val="000000"/>
                <w:spacing w:val="-22"/>
                <w:w w:val="90"/>
                <w:sz w:val="17"/>
                <w:szCs w:val="17"/>
                <w:lang w:eastAsia="ko-KR"/>
              </w:rPr>
              <w:t>:한국신용정보원</w:t>
            </w:r>
            <w:proofErr w:type="gramEnd"/>
            <w:r w:rsidRPr="00602DA3">
              <w:rPr>
                <w:rFonts w:ascii="한양중고딕" w:eastAsia="한양중고딕" w:hAnsi="굴림" w:cs="굴림" w:hint="eastAsia"/>
                <w:color w:val="000000"/>
                <w:spacing w:val="-22"/>
                <w:w w:val="90"/>
                <w:sz w:val="17"/>
                <w:szCs w:val="17"/>
                <w:lang w:eastAsia="ko-KR"/>
              </w:rPr>
              <w:t xml:space="preserve">, 여신금융협회 등 </w:t>
            </w:r>
            <w:r w:rsidRPr="00602DA3">
              <w:rPr>
                <w:rFonts w:ascii="MS Gothic" w:eastAsia="MS Gothic" w:hAnsi="MS Gothic" w:cs="MS Gothic" w:hint="eastAsia"/>
                <w:color w:val="000000"/>
                <w:spacing w:val="-22"/>
                <w:w w:val="90"/>
                <w:sz w:val="17"/>
                <w:szCs w:val="17"/>
                <w:lang w:eastAsia="ko-KR"/>
              </w:rPr>
              <w:t>‣</w:t>
            </w:r>
            <w:r w:rsidRPr="00602DA3">
              <w:rPr>
                <w:rFonts w:ascii="한양중고딕" w:eastAsia="한양중고딕" w:hAnsi="굴림" w:cs="굴림" w:hint="eastAsia"/>
                <w:color w:val="000000"/>
                <w:spacing w:val="-22"/>
                <w:w w:val="90"/>
                <w:sz w:val="17"/>
                <w:szCs w:val="17"/>
                <w:lang w:eastAsia="ko-KR"/>
              </w:rPr>
              <w:t xml:space="preserve">관세청,무역통계진흥원 </w:t>
            </w:r>
            <w:r w:rsidRPr="00602DA3">
              <w:rPr>
                <w:rFonts w:ascii="MS Gothic" w:eastAsia="MS Gothic" w:hAnsi="MS Gothic" w:cs="MS Gothic" w:hint="eastAsia"/>
                <w:color w:val="000000"/>
                <w:spacing w:val="-22"/>
                <w:w w:val="90"/>
                <w:sz w:val="17"/>
                <w:szCs w:val="17"/>
                <w:lang w:eastAsia="ko-KR"/>
              </w:rPr>
              <w:t>‣</w:t>
            </w:r>
            <w:r w:rsidRPr="00602DA3">
              <w:rPr>
                <w:rFonts w:ascii="한양중고딕" w:eastAsia="한양중고딕" w:hAnsi="굴림" w:cs="굴림" w:hint="eastAsia"/>
                <w:color w:val="000000"/>
                <w:spacing w:val="-22"/>
                <w:w w:val="90"/>
                <w:sz w:val="17"/>
                <w:szCs w:val="17"/>
                <w:lang w:eastAsia="ko-KR"/>
              </w:rPr>
              <w:t>연대보증인</w:t>
            </w:r>
          </w:p>
          <w:p w:rsidR="003F7D5C" w:rsidRPr="00602DA3" w:rsidRDefault="003F7D5C" w:rsidP="00602DA3">
            <w:pPr>
              <w:spacing w:before="60" w:after="20"/>
              <w:textAlignment w:val="baseline"/>
              <w:rPr>
                <w:rFonts w:ascii="한컴바탕" w:eastAsia="굴림" w:hAnsi="굴림" w:cs="굴림"/>
                <w:color w:val="000000"/>
                <w:sz w:val="17"/>
                <w:szCs w:val="17"/>
                <w:lang w:eastAsia="ko-KR"/>
              </w:rPr>
            </w:pPr>
            <w:r w:rsidRPr="00602DA3">
              <w:rPr>
                <w:rFonts w:ascii="MS Gothic" w:eastAsia="MS Gothic" w:hAnsi="MS Gothic" w:cs="MS Gothic" w:hint="eastAsia"/>
                <w:color w:val="000000"/>
                <w:spacing w:val="-10"/>
                <w:w w:val="90"/>
                <w:sz w:val="17"/>
                <w:szCs w:val="17"/>
                <w:lang w:eastAsia="ko-KR"/>
              </w:rPr>
              <w:t>‣</w:t>
            </w:r>
            <w:r w:rsidRPr="00602DA3">
              <w:rPr>
                <w:rFonts w:ascii="한양중고딕" w:eastAsia="한양중고딕" w:hAnsi="굴림" w:cs="굴림" w:hint="eastAsia"/>
                <w:color w:val="000000"/>
                <w:spacing w:val="-42"/>
                <w:w w:val="90"/>
                <w:sz w:val="17"/>
                <w:szCs w:val="17"/>
                <w:lang w:eastAsia="ko-KR"/>
              </w:rPr>
              <w:t>스케일업금융 참여기관(</w:t>
            </w:r>
            <w:proofErr w:type="spellStart"/>
            <w:r w:rsidRPr="00602DA3">
              <w:rPr>
                <w:rFonts w:ascii="한양중고딕" w:eastAsia="한양중고딕" w:hAnsi="굴림" w:cs="굴림" w:hint="eastAsia"/>
                <w:color w:val="000000"/>
                <w:spacing w:val="-42"/>
                <w:w w:val="90"/>
                <w:sz w:val="17"/>
                <w:szCs w:val="17"/>
                <w:lang w:eastAsia="ko-KR"/>
              </w:rPr>
              <w:t>주관증권사</w:t>
            </w:r>
            <w:proofErr w:type="spellEnd"/>
            <w:r w:rsidRPr="00602DA3">
              <w:rPr>
                <w:rFonts w:ascii="한양중고딕" w:eastAsia="한양중고딕" w:hAnsi="굴림" w:cs="굴림" w:hint="eastAsia"/>
                <w:color w:val="000000"/>
                <w:spacing w:val="-42"/>
                <w:w w:val="90"/>
                <w:sz w:val="17"/>
                <w:szCs w:val="17"/>
                <w:lang w:eastAsia="ko-KR"/>
              </w:rPr>
              <w:t xml:space="preserve">, </w:t>
            </w:r>
            <w:proofErr w:type="spellStart"/>
            <w:r w:rsidRPr="00602DA3">
              <w:rPr>
                <w:rFonts w:ascii="한양중고딕" w:eastAsia="한양중고딕" w:hAnsi="굴림" w:cs="굴림" w:hint="eastAsia"/>
                <w:color w:val="000000"/>
                <w:spacing w:val="-42"/>
                <w:w w:val="90"/>
                <w:sz w:val="17"/>
                <w:szCs w:val="17"/>
                <w:lang w:eastAsia="ko-KR"/>
              </w:rPr>
              <w:t>자산관리자</w:t>
            </w:r>
            <w:proofErr w:type="spellEnd"/>
            <w:r w:rsidRPr="00602DA3">
              <w:rPr>
                <w:rFonts w:ascii="한양중고딕" w:eastAsia="한양중고딕" w:hAnsi="굴림" w:cs="굴림" w:hint="eastAsia"/>
                <w:color w:val="000000"/>
                <w:spacing w:val="-42"/>
                <w:w w:val="90"/>
                <w:sz w:val="17"/>
                <w:szCs w:val="17"/>
                <w:lang w:eastAsia="ko-KR"/>
              </w:rPr>
              <w:t>, 신용공여기관, 업무수탁기관, SPC, 신용평가회사, 회계법인, 법무법인 등)</w:t>
            </w:r>
          </w:p>
          <w:p w:rsidR="003F7D5C" w:rsidRPr="00602DA3" w:rsidRDefault="003F7D5C" w:rsidP="009E6BF6">
            <w:pPr>
              <w:spacing w:before="60" w:after="20"/>
              <w:textAlignment w:val="baseline"/>
              <w:rPr>
                <w:rFonts w:ascii="한컴바탕" w:eastAsia="굴림" w:hAnsi="굴림" w:cs="굴림"/>
                <w:color w:val="000000"/>
                <w:sz w:val="17"/>
                <w:szCs w:val="17"/>
                <w:lang w:eastAsia="ko-KR"/>
              </w:rPr>
            </w:pPr>
            <w:r w:rsidRPr="00602DA3">
              <w:rPr>
                <w:rFonts w:ascii="MS Gothic" w:eastAsia="MS Gothic" w:hAnsi="MS Gothic" w:cs="MS Gothic" w:hint="eastAsia"/>
                <w:color w:val="000000"/>
                <w:spacing w:val="-10"/>
                <w:w w:val="90"/>
                <w:sz w:val="17"/>
                <w:szCs w:val="17"/>
                <w:lang w:eastAsia="ko-KR"/>
              </w:rPr>
              <w:t>‣</w:t>
            </w:r>
            <w:r w:rsidRPr="00602DA3">
              <w:rPr>
                <w:rFonts w:ascii="한양중고딕" w:eastAsia="한양중고딕" w:hAnsi="굴림" w:cs="굴림" w:hint="eastAsia"/>
                <w:color w:val="000000"/>
                <w:spacing w:val="-14"/>
                <w:w w:val="90"/>
                <w:sz w:val="17"/>
                <w:szCs w:val="17"/>
                <w:lang w:eastAsia="ko-KR"/>
              </w:rPr>
              <w:t xml:space="preserve">중소기업 </w:t>
            </w:r>
            <w:proofErr w:type="spellStart"/>
            <w:r w:rsidRPr="00602DA3">
              <w:rPr>
                <w:rFonts w:ascii="한양중고딕" w:eastAsia="한양중고딕" w:hAnsi="굴림" w:cs="굴림" w:hint="eastAsia"/>
                <w:color w:val="000000"/>
                <w:spacing w:val="-14"/>
                <w:w w:val="90"/>
                <w:sz w:val="17"/>
                <w:szCs w:val="17"/>
                <w:lang w:eastAsia="ko-KR"/>
              </w:rPr>
              <w:t>진단관련</w:t>
            </w:r>
            <w:proofErr w:type="spellEnd"/>
            <w:r w:rsidRPr="00602DA3">
              <w:rPr>
                <w:rFonts w:ascii="한양중고딕" w:eastAsia="한양중고딕" w:hAnsi="굴림" w:cs="굴림" w:hint="eastAsia"/>
                <w:color w:val="000000"/>
                <w:spacing w:val="-14"/>
                <w:w w:val="90"/>
                <w:sz w:val="17"/>
                <w:szCs w:val="17"/>
                <w:lang w:eastAsia="ko-KR"/>
              </w:rPr>
              <w:t xml:space="preserve"> 관계기관(</w:t>
            </w:r>
            <w:proofErr w:type="spellStart"/>
            <w:r w:rsidRPr="00602DA3">
              <w:rPr>
                <w:rFonts w:ascii="한양중고딕" w:eastAsia="한양중고딕" w:hAnsi="굴림" w:cs="굴림" w:hint="eastAsia"/>
                <w:color w:val="000000"/>
                <w:spacing w:val="-14"/>
                <w:w w:val="90"/>
                <w:sz w:val="17"/>
                <w:szCs w:val="17"/>
                <w:lang w:eastAsia="ko-KR"/>
              </w:rPr>
              <w:t>진단전문가</w:t>
            </w:r>
            <w:proofErr w:type="spellEnd"/>
            <w:r w:rsidRPr="00602DA3">
              <w:rPr>
                <w:rFonts w:ascii="한양중고딕" w:eastAsia="한양중고딕" w:hAnsi="굴림" w:cs="굴림" w:hint="eastAsia"/>
                <w:color w:val="000000"/>
                <w:spacing w:val="-14"/>
                <w:w w:val="90"/>
                <w:sz w:val="17"/>
                <w:szCs w:val="17"/>
                <w:lang w:eastAsia="ko-KR"/>
              </w:rPr>
              <w:t xml:space="preserve">, </w:t>
            </w:r>
            <w:proofErr w:type="spellStart"/>
            <w:r w:rsidRPr="00602DA3">
              <w:rPr>
                <w:rFonts w:ascii="한양중고딕" w:eastAsia="한양중고딕" w:hAnsi="굴림" w:cs="굴림" w:hint="eastAsia"/>
                <w:color w:val="000000"/>
                <w:spacing w:val="-14"/>
                <w:w w:val="90"/>
                <w:sz w:val="17"/>
                <w:szCs w:val="17"/>
                <w:lang w:eastAsia="ko-KR"/>
              </w:rPr>
              <w:t>진단기관</w:t>
            </w:r>
            <w:r w:rsidR="009E6BF6">
              <w:rPr>
                <w:rFonts w:ascii="MS Gothic" w:eastAsia="MS Gothic" w:hAnsi="MS Gothic" w:cs="MS Gothic" w:hint="eastAsia"/>
                <w:color w:val="000000"/>
                <w:spacing w:val="-14"/>
                <w:w w:val="90"/>
                <w:sz w:val="17"/>
                <w:szCs w:val="17"/>
                <w:lang w:eastAsia="ko-KR"/>
              </w:rPr>
              <w:t>·</w:t>
            </w:r>
            <w:r w:rsidRPr="00602DA3">
              <w:rPr>
                <w:rFonts w:ascii="한양중고딕" w:eastAsia="한양중고딕" w:hAnsi="굴림" w:cs="굴림" w:hint="eastAsia"/>
                <w:color w:val="000000"/>
                <w:spacing w:val="-14"/>
                <w:w w:val="90"/>
                <w:sz w:val="17"/>
                <w:szCs w:val="17"/>
                <w:lang w:eastAsia="ko-KR"/>
              </w:rPr>
              <w:t>공동진단기관</w:t>
            </w:r>
            <w:r w:rsidR="009E6BF6">
              <w:rPr>
                <w:rFonts w:ascii="MS Gothic" w:eastAsia="MS Gothic" w:hAnsi="MS Gothic" w:cs="MS Gothic" w:hint="eastAsia"/>
                <w:color w:val="000000"/>
                <w:spacing w:val="-14"/>
                <w:w w:val="90"/>
                <w:sz w:val="17"/>
                <w:szCs w:val="17"/>
                <w:lang w:eastAsia="ko-KR"/>
              </w:rPr>
              <w:t>·</w:t>
            </w:r>
            <w:r w:rsidRPr="00602DA3">
              <w:rPr>
                <w:rFonts w:ascii="한양중고딕" w:eastAsia="한양중고딕" w:hAnsi="굴림" w:cs="굴림" w:hint="eastAsia"/>
                <w:color w:val="000000"/>
                <w:spacing w:val="-14"/>
                <w:w w:val="90"/>
                <w:sz w:val="17"/>
                <w:szCs w:val="17"/>
                <w:lang w:eastAsia="ko-KR"/>
              </w:rPr>
              <w:t>맞춤형</w:t>
            </w:r>
            <w:proofErr w:type="spellEnd"/>
            <w:r w:rsidRPr="00602DA3">
              <w:rPr>
                <w:rFonts w:ascii="한양중고딕" w:eastAsia="한양중고딕" w:hAnsi="굴림" w:cs="굴림" w:hint="eastAsia"/>
                <w:color w:val="000000"/>
                <w:spacing w:val="-14"/>
                <w:w w:val="90"/>
                <w:sz w:val="17"/>
                <w:szCs w:val="17"/>
                <w:lang w:eastAsia="ko-KR"/>
              </w:rPr>
              <w:t xml:space="preserve"> 치유 지원기관(</w:t>
            </w:r>
            <w:r w:rsidRPr="00602DA3">
              <w:rPr>
                <w:rFonts w:ascii="한양중고딕" w:eastAsia="한양중고딕" w:hAnsi="굴림" w:cs="굴림" w:hint="eastAsia"/>
                <w:color w:val="000000"/>
                <w:spacing w:val="-10"/>
                <w:w w:val="90"/>
                <w:sz w:val="17"/>
                <w:szCs w:val="17"/>
                <w:lang w:eastAsia="ko-KR"/>
              </w:rPr>
              <w:t>한국산업단지</w:t>
            </w:r>
            <w:r w:rsidRPr="00602DA3">
              <w:rPr>
                <w:rFonts w:ascii="한양중고딕" w:eastAsia="한양중고딕" w:hAnsi="굴림" w:cs="굴림" w:hint="eastAsia"/>
                <w:color w:val="000000"/>
                <w:spacing w:val="-14"/>
                <w:w w:val="90"/>
                <w:sz w:val="17"/>
                <w:szCs w:val="17"/>
                <w:lang w:eastAsia="ko-KR"/>
              </w:rPr>
              <w:t>공단, 지자체 등</w:t>
            </w:r>
            <w:r w:rsidRPr="00602DA3">
              <w:rPr>
                <w:rFonts w:ascii="한양중고딕" w:eastAsia="한양중고딕" w:hAnsi="굴림" w:cs="굴림" w:hint="eastAsia"/>
                <w:color w:val="000000"/>
                <w:spacing w:val="-18"/>
                <w:w w:val="90"/>
                <w:sz w:val="17"/>
                <w:szCs w:val="17"/>
                <w:lang w:eastAsia="ko-KR"/>
              </w:rPr>
              <w:t>), 사전부실예방위원회), 한국거래소, 중소벤처기업부에 등록된 창업투자회사(투자희망기업에 한함),</w:t>
            </w:r>
            <w:r w:rsidRPr="00602DA3">
              <w:rPr>
                <w:rFonts w:ascii="한컴바탕" w:eastAsia="한양중고딕" w:hAnsi="굴림" w:cs="굴림"/>
                <w:color w:val="000000"/>
                <w:spacing w:val="-14"/>
                <w:w w:val="90"/>
                <w:sz w:val="17"/>
                <w:szCs w:val="17"/>
                <w:lang w:eastAsia="ko-KR"/>
              </w:rPr>
              <w:t xml:space="preserve"> </w:t>
            </w:r>
            <w:proofErr w:type="spellStart"/>
            <w:r w:rsidRPr="00602DA3">
              <w:rPr>
                <w:rFonts w:ascii="한양중고딕" w:eastAsia="한양중고딕" w:hAnsi="굴림" w:cs="굴림" w:hint="eastAsia"/>
                <w:color w:val="000000"/>
                <w:spacing w:val="-12"/>
                <w:w w:val="90"/>
                <w:sz w:val="17"/>
                <w:szCs w:val="17"/>
                <w:lang w:eastAsia="ko-KR"/>
              </w:rPr>
              <w:t>이익공유형</w:t>
            </w:r>
            <w:proofErr w:type="spellEnd"/>
            <w:r w:rsidRPr="00602DA3">
              <w:rPr>
                <w:rFonts w:ascii="한양중고딕" w:eastAsia="한양중고딕" w:hAnsi="굴림" w:cs="굴림" w:hint="eastAsia"/>
                <w:color w:val="000000"/>
                <w:spacing w:val="-12"/>
                <w:w w:val="90"/>
                <w:sz w:val="17"/>
                <w:szCs w:val="17"/>
                <w:lang w:eastAsia="ko-KR"/>
              </w:rPr>
              <w:t xml:space="preserve"> 대출의 영업이익 적정성 </w:t>
            </w:r>
            <w:proofErr w:type="spellStart"/>
            <w:r w:rsidRPr="00602DA3">
              <w:rPr>
                <w:rFonts w:ascii="한양중고딕" w:eastAsia="한양중고딕" w:hAnsi="굴림" w:cs="굴림" w:hint="eastAsia"/>
                <w:color w:val="000000"/>
                <w:spacing w:val="-12"/>
                <w:w w:val="90"/>
                <w:sz w:val="17"/>
                <w:szCs w:val="17"/>
                <w:lang w:eastAsia="ko-KR"/>
              </w:rPr>
              <w:t>점검용역</w:t>
            </w:r>
            <w:proofErr w:type="spellEnd"/>
            <w:r w:rsidRPr="00602DA3">
              <w:rPr>
                <w:rFonts w:ascii="한양중고딕" w:eastAsia="한양중고딕" w:hAnsi="굴림" w:cs="굴림" w:hint="eastAsia"/>
                <w:color w:val="000000"/>
                <w:spacing w:val="-12"/>
                <w:w w:val="90"/>
                <w:sz w:val="17"/>
                <w:szCs w:val="17"/>
                <w:lang w:eastAsia="ko-KR"/>
              </w:rPr>
              <w:t xml:space="preserve"> 수행 회계법인, 중소벤처기업부</w:t>
            </w:r>
            <w:r w:rsidRPr="00602DA3">
              <w:rPr>
                <w:rFonts w:ascii="한컴바탕" w:eastAsia="한양중고딕" w:hAnsi="굴림" w:cs="굴림"/>
                <w:color w:val="000000"/>
                <w:spacing w:val="-14"/>
                <w:w w:val="90"/>
                <w:sz w:val="17"/>
                <w:szCs w:val="17"/>
                <w:lang w:eastAsia="ko-KR"/>
              </w:rPr>
              <w:t xml:space="preserve"> </w:t>
            </w:r>
            <w:r w:rsidRPr="00602DA3">
              <w:rPr>
                <w:rFonts w:ascii="한양중고딕" w:eastAsia="한양중고딕" w:hAnsi="굴림" w:cs="굴림" w:hint="eastAsia"/>
                <w:color w:val="000000"/>
                <w:spacing w:val="-14"/>
                <w:w w:val="90"/>
                <w:sz w:val="17"/>
                <w:szCs w:val="17"/>
                <w:lang w:eastAsia="ko-KR"/>
              </w:rPr>
              <w:t xml:space="preserve">등 공공기관, 중소기업 통합관리시스템 운영기관, </w:t>
            </w:r>
            <w:proofErr w:type="spellStart"/>
            <w:r w:rsidRPr="00602DA3">
              <w:rPr>
                <w:rFonts w:ascii="한양중고딕" w:eastAsia="한양중고딕" w:hAnsi="굴림" w:cs="굴림" w:hint="eastAsia"/>
                <w:color w:val="000000"/>
                <w:spacing w:val="-14"/>
                <w:w w:val="90"/>
                <w:sz w:val="17"/>
                <w:szCs w:val="17"/>
                <w:lang w:eastAsia="ko-KR"/>
              </w:rPr>
              <w:t>중진공과</w:t>
            </w:r>
            <w:proofErr w:type="spellEnd"/>
            <w:r w:rsidRPr="00602DA3">
              <w:rPr>
                <w:rFonts w:ascii="한양중고딕" w:eastAsia="한양중고딕" w:hAnsi="굴림" w:cs="굴림" w:hint="eastAsia"/>
                <w:color w:val="000000"/>
                <w:spacing w:val="-14"/>
                <w:w w:val="90"/>
                <w:sz w:val="17"/>
                <w:szCs w:val="17"/>
                <w:lang w:eastAsia="ko-KR"/>
              </w:rPr>
              <w:t xml:space="preserve"> 대출 등 정보 제공 온라인 </w:t>
            </w:r>
            <w:proofErr w:type="spellStart"/>
            <w:r w:rsidRPr="00602DA3">
              <w:rPr>
                <w:rFonts w:ascii="한양중고딕" w:eastAsia="한양중고딕" w:hAnsi="굴림" w:cs="굴림" w:hint="eastAsia"/>
                <w:color w:val="000000"/>
                <w:spacing w:val="-14"/>
                <w:w w:val="90"/>
                <w:sz w:val="17"/>
                <w:szCs w:val="17"/>
                <w:lang w:eastAsia="ko-KR"/>
              </w:rPr>
              <w:t>연계협약</w:t>
            </w:r>
            <w:proofErr w:type="spellEnd"/>
            <w:r w:rsidRPr="00602DA3">
              <w:rPr>
                <w:rFonts w:ascii="한양중고딕" w:eastAsia="한양중고딕" w:hAnsi="굴림" w:cs="굴림" w:hint="eastAsia"/>
                <w:color w:val="000000"/>
                <w:spacing w:val="-14"/>
                <w:w w:val="90"/>
                <w:sz w:val="17"/>
                <w:szCs w:val="17"/>
                <w:lang w:eastAsia="ko-KR"/>
              </w:rPr>
              <w:t xml:space="preserve">, </w:t>
            </w:r>
            <w:proofErr w:type="spellStart"/>
            <w:r w:rsidRPr="00602DA3">
              <w:rPr>
                <w:rFonts w:ascii="한양중고딕" w:eastAsia="한양중고딕" w:hAnsi="굴림" w:cs="굴림" w:hint="eastAsia"/>
                <w:color w:val="000000"/>
                <w:spacing w:val="-14"/>
                <w:w w:val="90"/>
                <w:sz w:val="17"/>
                <w:szCs w:val="17"/>
                <w:lang w:eastAsia="ko-KR"/>
              </w:rPr>
              <w:t>융자취급</w:t>
            </w:r>
            <w:proofErr w:type="spellEnd"/>
            <w:r w:rsidRPr="00602DA3">
              <w:rPr>
                <w:rFonts w:ascii="한양중고딕" w:eastAsia="한양중고딕" w:hAnsi="굴림" w:cs="굴림" w:hint="eastAsia"/>
                <w:color w:val="000000"/>
                <w:spacing w:val="-14"/>
                <w:w w:val="90"/>
                <w:sz w:val="17"/>
                <w:szCs w:val="17"/>
                <w:lang w:eastAsia="ko-KR"/>
              </w:rPr>
              <w:t xml:space="preserve"> 협약을 체결한 금융회사(</w:t>
            </w:r>
            <w:r w:rsidRPr="00602DA3">
              <w:rPr>
                <w:rFonts w:ascii="한양중고딕" w:eastAsia="한양중고딕" w:hAnsi="굴림" w:cs="굴림" w:hint="eastAsia"/>
                <w:color w:val="000000"/>
                <w:spacing w:val="-10"/>
                <w:w w:val="90"/>
                <w:sz w:val="17"/>
                <w:szCs w:val="17"/>
                <w:lang w:eastAsia="ko-KR"/>
              </w:rPr>
              <w:t xml:space="preserve">IBK기업, </w:t>
            </w:r>
            <w:proofErr w:type="spellStart"/>
            <w:r w:rsidRPr="00602DA3">
              <w:rPr>
                <w:rFonts w:ascii="한양중고딕" w:eastAsia="한양중고딕" w:hAnsi="굴림" w:cs="굴림" w:hint="eastAsia"/>
                <w:color w:val="000000"/>
                <w:spacing w:val="-10"/>
                <w:w w:val="90"/>
                <w:sz w:val="17"/>
                <w:szCs w:val="17"/>
                <w:lang w:eastAsia="ko-KR"/>
              </w:rPr>
              <w:t>Sh</w:t>
            </w:r>
            <w:proofErr w:type="spellEnd"/>
            <w:r w:rsidRPr="00602DA3">
              <w:rPr>
                <w:rFonts w:ascii="한양중고딕" w:eastAsia="한양중고딕" w:hAnsi="굴림" w:cs="굴림" w:hint="eastAsia"/>
                <w:color w:val="000000"/>
                <w:spacing w:val="-10"/>
                <w:w w:val="90"/>
                <w:sz w:val="17"/>
                <w:szCs w:val="17"/>
                <w:lang w:eastAsia="ko-KR"/>
              </w:rPr>
              <w:t xml:space="preserve">수협, 전북, DGB대구, 우리, 부산, 경남, 제주, 광주, SC제일, </w:t>
            </w:r>
            <w:proofErr w:type="spellStart"/>
            <w:r w:rsidRPr="00602DA3">
              <w:rPr>
                <w:rFonts w:ascii="한양중고딕" w:eastAsia="한양중고딕" w:hAnsi="굴림" w:cs="굴림" w:hint="eastAsia"/>
                <w:color w:val="000000"/>
                <w:spacing w:val="-10"/>
                <w:w w:val="90"/>
                <w:sz w:val="17"/>
                <w:szCs w:val="17"/>
                <w:lang w:eastAsia="ko-KR"/>
              </w:rPr>
              <w:t>한국씨티</w:t>
            </w:r>
            <w:proofErr w:type="spellEnd"/>
            <w:r w:rsidRPr="00602DA3">
              <w:rPr>
                <w:rFonts w:ascii="한양중고딕" w:eastAsia="한양중고딕" w:hAnsi="굴림" w:cs="굴림" w:hint="eastAsia"/>
                <w:color w:val="000000"/>
                <w:spacing w:val="16"/>
                <w:w w:val="90"/>
                <w:sz w:val="17"/>
                <w:szCs w:val="17"/>
                <w:lang w:eastAsia="ko-KR"/>
              </w:rPr>
              <w:t>,</w:t>
            </w:r>
            <w:r w:rsidRPr="00602DA3">
              <w:rPr>
                <w:rFonts w:ascii="한컴바탕" w:eastAsia="한양중고딕" w:hAnsi="굴림" w:cs="굴림"/>
                <w:color w:val="000000"/>
                <w:spacing w:val="-14"/>
                <w:w w:val="90"/>
                <w:sz w:val="17"/>
                <w:szCs w:val="17"/>
                <w:lang w:eastAsia="ko-KR"/>
              </w:rPr>
              <w:t xml:space="preserve"> </w:t>
            </w:r>
            <w:r w:rsidRPr="00602DA3">
              <w:rPr>
                <w:rFonts w:ascii="한양중고딕" w:eastAsia="한양중고딕" w:hAnsi="굴림" w:cs="굴림" w:hint="eastAsia"/>
                <w:color w:val="000000"/>
                <w:spacing w:val="-14"/>
                <w:w w:val="90"/>
                <w:sz w:val="17"/>
                <w:szCs w:val="17"/>
                <w:lang w:eastAsia="ko-KR"/>
              </w:rPr>
              <w:t xml:space="preserve">NH농협, KB국민, 신한, 하나, </w:t>
            </w:r>
            <w:proofErr w:type="spellStart"/>
            <w:r w:rsidRPr="00602DA3">
              <w:rPr>
                <w:rFonts w:ascii="한양중고딕" w:eastAsia="한양중고딕" w:hAnsi="굴림" w:cs="굴림" w:hint="eastAsia"/>
                <w:color w:val="000000"/>
                <w:spacing w:val="-14"/>
                <w:w w:val="90"/>
                <w:sz w:val="17"/>
                <w:szCs w:val="17"/>
                <w:lang w:eastAsia="ko-KR"/>
              </w:rPr>
              <w:t>한국수출입</w:t>
            </w:r>
            <w:proofErr w:type="spellEnd"/>
            <w:r w:rsidRPr="00602DA3">
              <w:rPr>
                <w:rFonts w:ascii="한양중고딕" w:eastAsia="한양중고딕" w:hAnsi="굴림" w:cs="굴림" w:hint="eastAsia"/>
                <w:color w:val="000000"/>
                <w:spacing w:val="-14"/>
                <w:w w:val="90"/>
                <w:sz w:val="17"/>
                <w:szCs w:val="17"/>
                <w:lang w:eastAsia="ko-KR"/>
              </w:rPr>
              <w:t xml:space="preserve">, KDB산업은행 등) </w:t>
            </w:r>
            <w:r w:rsidRPr="00602DA3">
              <w:rPr>
                <w:rFonts w:ascii="MS Gothic" w:eastAsia="MS Gothic" w:hAnsi="MS Gothic" w:cs="MS Gothic" w:hint="eastAsia"/>
                <w:color w:val="000000"/>
                <w:spacing w:val="-10"/>
                <w:w w:val="90"/>
                <w:sz w:val="17"/>
                <w:szCs w:val="17"/>
                <w:lang w:eastAsia="ko-KR"/>
              </w:rPr>
              <w:t>‣</w:t>
            </w:r>
            <w:r w:rsidRPr="00602DA3">
              <w:rPr>
                <w:rFonts w:ascii="한양중고딕" w:eastAsia="한양중고딕" w:hAnsi="굴림" w:cs="굴림" w:hint="eastAsia"/>
                <w:color w:val="000000"/>
                <w:spacing w:val="-10"/>
                <w:w w:val="90"/>
                <w:sz w:val="17"/>
                <w:szCs w:val="17"/>
                <w:lang w:eastAsia="ko-KR"/>
              </w:rPr>
              <w:t>보증기관(신용보증기금, 기술보증기금 등)</w:t>
            </w:r>
          </w:p>
        </w:tc>
      </w:tr>
      <w:tr w:rsidR="003F7D5C" w:rsidRPr="00E471C8" w:rsidTr="00B51B78">
        <w:trPr>
          <w:trHeight w:val="2722"/>
        </w:trPr>
        <w:tc>
          <w:tcPr>
            <w:tcW w:w="2112" w:type="dxa"/>
            <w:tcBorders>
              <w:top w:val="single" w:sz="2" w:space="0" w:color="000000"/>
              <w:left w:val="single" w:sz="12" w:space="0" w:color="auto"/>
              <w:bottom w:val="single" w:sz="2" w:space="0" w:color="000000"/>
              <w:right w:val="single" w:sz="2" w:space="0" w:color="000000"/>
            </w:tcBorders>
            <w:tcMar>
              <w:top w:w="28" w:type="dxa"/>
              <w:left w:w="102" w:type="dxa"/>
              <w:bottom w:w="28" w:type="dxa"/>
              <w:right w:w="102" w:type="dxa"/>
            </w:tcMar>
            <w:vAlign w:val="center"/>
            <w:hideMark/>
          </w:tcPr>
          <w:p w:rsidR="003F7D5C" w:rsidRPr="00FC56AE" w:rsidRDefault="003F7D5C" w:rsidP="00E706AC">
            <w:pPr>
              <w:jc w:val="center"/>
              <w:textAlignment w:val="baseline"/>
              <w:rPr>
                <w:rFonts w:ascii="함초롬바탕" w:eastAsia="굴림" w:hAnsi="굴림" w:cs="굴림"/>
                <w:color w:val="000000"/>
                <w:sz w:val="18"/>
                <w:szCs w:val="18"/>
                <w:lang w:eastAsia="ko-KR"/>
              </w:rPr>
            </w:pPr>
            <w:proofErr w:type="spellStart"/>
            <w:r w:rsidRPr="00FC56AE">
              <w:rPr>
                <w:rFonts w:ascii="한양중고딕" w:eastAsia="한양중고딕" w:hAnsi="굴림" w:cs="굴림" w:hint="eastAsia"/>
                <w:color w:val="000000"/>
                <w:w w:val="85"/>
                <w:sz w:val="18"/>
                <w:szCs w:val="18"/>
              </w:rPr>
              <w:t>제공받는</w:t>
            </w:r>
            <w:proofErr w:type="spellEnd"/>
            <w:r w:rsidRPr="00FC56AE">
              <w:rPr>
                <w:rFonts w:ascii="한양중고딕" w:eastAsia="한양중고딕" w:hAnsi="굴림" w:cs="굴림" w:hint="eastAsia"/>
                <w:color w:val="000000"/>
                <w:w w:val="85"/>
                <w:sz w:val="18"/>
                <w:szCs w:val="18"/>
              </w:rPr>
              <w:t xml:space="preserve"> 자</w:t>
            </w:r>
            <w:r w:rsidRPr="00FC56AE">
              <w:rPr>
                <w:rFonts w:ascii="한양중고딕" w:eastAsia="한양중고딕" w:hAnsi="굴림" w:cs="굴림" w:hint="eastAsia"/>
                <w:color w:val="000000"/>
                <w:w w:val="85"/>
                <w:sz w:val="18"/>
                <w:szCs w:val="18"/>
                <w:lang w:eastAsia="ko-KR"/>
              </w:rPr>
              <w:t>의 목적</w:t>
            </w:r>
          </w:p>
        </w:tc>
        <w:tc>
          <w:tcPr>
            <w:tcW w:w="7546" w:type="dxa"/>
            <w:tcBorders>
              <w:top w:val="single" w:sz="2" w:space="0" w:color="000000"/>
              <w:left w:val="single" w:sz="2" w:space="0" w:color="000000"/>
              <w:bottom w:val="single" w:sz="2" w:space="0" w:color="000000"/>
              <w:right w:val="single" w:sz="12" w:space="0" w:color="auto"/>
            </w:tcBorders>
            <w:tcMar>
              <w:top w:w="28" w:type="dxa"/>
              <w:left w:w="102" w:type="dxa"/>
              <w:bottom w:w="28" w:type="dxa"/>
              <w:right w:w="102" w:type="dxa"/>
            </w:tcMar>
            <w:vAlign w:val="center"/>
            <w:hideMark/>
          </w:tcPr>
          <w:p w:rsidR="003F7D5C" w:rsidRPr="00E706AC" w:rsidRDefault="003F7D5C" w:rsidP="00E706AC">
            <w:pPr>
              <w:spacing w:after="20"/>
              <w:textAlignment w:val="baseline"/>
              <w:rPr>
                <w:rFonts w:ascii="한컴바탕" w:eastAsia="굴림" w:hAnsi="굴림" w:cs="굴림"/>
                <w:color w:val="000000"/>
                <w:w w:val="85"/>
                <w:sz w:val="17"/>
                <w:szCs w:val="17"/>
                <w:lang w:eastAsia="ko-KR"/>
              </w:rPr>
            </w:pPr>
            <w:r w:rsidRPr="00E706AC">
              <w:rPr>
                <w:rFonts w:ascii="MS Gothic" w:eastAsia="MS Gothic" w:hAnsi="MS Gothic" w:cs="MS Gothic" w:hint="eastAsia"/>
                <w:color w:val="000000"/>
                <w:spacing w:val="-10"/>
                <w:w w:val="85"/>
                <w:sz w:val="17"/>
                <w:szCs w:val="17"/>
                <w:lang w:eastAsia="ko-KR"/>
              </w:rPr>
              <w:t>‣</w:t>
            </w:r>
            <w:r w:rsidRPr="00E706AC">
              <w:rPr>
                <w:rFonts w:ascii="한양중고딕" w:eastAsia="한양중고딕" w:hAnsi="굴림" w:cs="굴림" w:hint="eastAsia"/>
                <w:color w:val="000000"/>
                <w:spacing w:val="-10"/>
                <w:w w:val="85"/>
                <w:sz w:val="17"/>
                <w:szCs w:val="17"/>
                <w:lang w:eastAsia="ko-KR"/>
              </w:rPr>
              <w:t xml:space="preserve">신용조회회사, 신용정보집중기관, 스케일업금융 참여기관, </w:t>
            </w:r>
            <w:proofErr w:type="gramStart"/>
            <w:r w:rsidRPr="00E706AC">
              <w:rPr>
                <w:rFonts w:ascii="한양중고딕" w:eastAsia="한양중고딕" w:hAnsi="굴림" w:cs="굴림" w:hint="eastAsia"/>
                <w:color w:val="000000"/>
                <w:spacing w:val="-10"/>
                <w:w w:val="85"/>
                <w:sz w:val="17"/>
                <w:szCs w:val="17"/>
                <w:lang w:eastAsia="ko-KR"/>
              </w:rPr>
              <w:t>보증기관 :</w:t>
            </w:r>
            <w:proofErr w:type="gramEnd"/>
            <w:r w:rsidRPr="00E706AC">
              <w:rPr>
                <w:rFonts w:ascii="한양중고딕" w:eastAsia="한양중고딕" w:hAnsi="굴림" w:cs="굴림" w:hint="eastAsia"/>
                <w:color w:val="000000"/>
                <w:spacing w:val="-10"/>
                <w:w w:val="85"/>
                <w:sz w:val="17"/>
                <w:szCs w:val="17"/>
                <w:lang w:eastAsia="ko-KR"/>
              </w:rPr>
              <w:t xml:space="preserve"> (금융) 거래의 설정, 유지, 이행, 관리 등에 필요한 업무의 수행, 신용을 판단하기 위한 자료</w:t>
            </w:r>
          </w:p>
          <w:p w:rsidR="003F7D5C" w:rsidRPr="00E706AC" w:rsidRDefault="003F7D5C" w:rsidP="00E706AC">
            <w:pPr>
              <w:spacing w:before="60" w:after="20"/>
              <w:ind w:firstLine="2"/>
              <w:textAlignment w:val="baseline"/>
              <w:rPr>
                <w:rFonts w:ascii="한컴바탕" w:eastAsia="굴림" w:hAnsi="굴림" w:cs="굴림"/>
                <w:color w:val="000000"/>
                <w:w w:val="85"/>
                <w:sz w:val="17"/>
                <w:szCs w:val="17"/>
                <w:lang w:eastAsia="ko-KR"/>
              </w:rPr>
            </w:pPr>
            <w:r w:rsidRPr="00E706AC">
              <w:rPr>
                <w:rFonts w:ascii="MS Gothic" w:eastAsia="MS Gothic" w:hAnsi="MS Gothic" w:cs="MS Gothic" w:hint="eastAsia"/>
                <w:color w:val="000000"/>
                <w:spacing w:val="-10"/>
                <w:w w:val="85"/>
                <w:sz w:val="17"/>
                <w:szCs w:val="17"/>
                <w:lang w:eastAsia="ko-KR"/>
              </w:rPr>
              <w:t>‣</w:t>
            </w:r>
            <w:r w:rsidRPr="00E706AC">
              <w:rPr>
                <w:rFonts w:ascii="한양중고딕" w:eastAsia="한양중고딕" w:hAnsi="굴림" w:cs="굴림" w:hint="eastAsia"/>
                <w:color w:val="000000"/>
                <w:spacing w:val="-10"/>
                <w:w w:val="85"/>
                <w:sz w:val="17"/>
                <w:szCs w:val="17"/>
                <w:lang w:eastAsia="ko-KR"/>
              </w:rPr>
              <w:t xml:space="preserve">관세청, </w:t>
            </w:r>
            <w:proofErr w:type="gramStart"/>
            <w:r w:rsidRPr="00E706AC">
              <w:rPr>
                <w:rFonts w:ascii="한양중고딕" w:eastAsia="한양중고딕" w:hAnsi="굴림" w:cs="굴림" w:hint="eastAsia"/>
                <w:color w:val="000000"/>
                <w:spacing w:val="-10"/>
                <w:w w:val="85"/>
                <w:sz w:val="17"/>
                <w:szCs w:val="17"/>
                <w:lang w:eastAsia="ko-KR"/>
              </w:rPr>
              <w:t>무역통계진흥원 :</w:t>
            </w:r>
            <w:proofErr w:type="gramEnd"/>
            <w:r w:rsidRPr="00E706AC">
              <w:rPr>
                <w:rFonts w:ascii="한양중고딕" w:eastAsia="한양중고딕" w:hAnsi="굴림" w:cs="굴림" w:hint="eastAsia"/>
                <w:color w:val="000000"/>
                <w:spacing w:val="-10"/>
                <w:w w:val="85"/>
                <w:sz w:val="17"/>
                <w:szCs w:val="17"/>
                <w:lang w:eastAsia="ko-KR"/>
              </w:rPr>
              <w:t xml:space="preserve"> 수출에 관한 거래내역을 판단하기 위한 자료</w:t>
            </w:r>
          </w:p>
          <w:p w:rsidR="003F7D5C" w:rsidRPr="00E706AC" w:rsidRDefault="003F7D5C" w:rsidP="00E706AC">
            <w:pPr>
              <w:spacing w:before="60" w:after="20"/>
              <w:ind w:firstLine="2"/>
              <w:textAlignment w:val="baseline"/>
              <w:rPr>
                <w:rFonts w:ascii="한컴바탕" w:eastAsia="굴림" w:hAnsi="굴림" w:cs="굴림"/>
                <w:color w:val="000000"/>
                <w:w w:val="85"/>
                <w:sz w:val="17"/>
                <w:szCs w:val="17"/>
                <w:lang w:eastAsia="ko-KR"/>
              </w:rPr>
            </w:pPr>
            <w:r w:rsidRPr="00E706AC">
              <w:rPr>
                <w:rFonts w:ascii="MS Gothic" w:eastAsia="MS Gothic" w:hAnsi="MS Gothic" w:cs="MS Gothic" w:hint="eastAsia"/>
                <w:color w:val="000000"/>
                <w:spacing w:val="-10"/>
                <w:w w:val="85"/>
                <w:sz w:val="17"/>
                <w:szCs w:val="17"/>
                <w:lang w:eastAsia="ko-KR"/>
              </w:rPr>
              <w:t>‣</w:t>
            </w:r>
            <w:proofErr w:type="gramStart"/>
            <w:r w:rsidRPr="00E706AC">
              <w:rPr>
                <w:rFonts w:ascii="한양중고딕" w:eastAsia="한양중고딕" w:hAnsi="굴림" w:cs="굴림" w:hint="eastAsia"/>
                <w:color w:val="000000"/>
                <w:spacing w:val="-10"/>
                <w:w w:val="85"/>
                <w:sz w:val="17"/>
                <w:szCs w:val="17"/>
                <w:lang w:eastAsia="ko-KR"/>
              </w:rPr>
              <w:t>연대보증인 :</w:t>
            </w:r>
            <w:proofErr w:type="gramEnd"/>
            <w:r w:rsidRPr="00E706AC">
              <w:rPr>
                <w:rFonts w:ascii="한양중고딕" w:eastAsia="한양중고딕" w:hAnsi="굴림" w:cs="굴림" w:hint="eastAsia"/>
                <w:color w:val="000000"/>
                <w:spacing w:val="-10"/>
                <w:w w:val="85"/>
                <w:sz w:val="17"/>
                <w:szCs w:val="17"/>
                <w:lang w:eastAsia="ko-KR"/>
              </w:rPr>
              <w:t xml:space="preserve"> 보증인 보호를 위한 </w:t>
            </w:r>
            <w:proofErr w:type="spellStart"/>
            <w:r w:rsidRPr="00E706AC">
              <w:rPr>
                <w:rFonts w:ascii="한양중고딕" w:eastAsia="한양중고딕" w:hAnsi="굴림" w:cs="굴림" w:hint="eastAsia"/>
                <w:color w:val="000000"/>
                <w:spacing w:val="-10"/>
                <w:w w:val="85"/>
                <w:sz w:val="17"/>
                <w:szCs w:val="17"/>
                <w:lang w:eastAsia="ko-KR"/>
              </w:rPr>
              <w:t>대출계약</w:t>
            </w:r>
            <w:proofErr w:type="spellEnd"/>
            <w:r w:rsidRPr="00E706AC">
              <w:rPr>
                <w:rFonts w:ascii="한양중고딕" w:eastAsia="한양중고딕" w:hAnsi="굴림" w:cs="굴림" w:hint="eastAsia"/>
                <w:color w:val="000000"/>
                <w:spacing w:val="-10"/>
                <w:w w:val="85"/>
                <w:sz w:val="17"/>
                <w:szCs w:val="17"/>
                <w:lang w:eastAsia="ko-KR"/>
              </w:rPr>
              <w:t xml:space="preserve"> </w:t>
            </w:r>
            <w:proofErr w:type="spellStart"/>
            <w:r w:rsidRPr="00E706AC">
              <w:rPr>
                <w:rFonts w:ascii="한양중고딕" w:eastAsia="한양중고딕" w:hAnsi="굴림" w:cs="굴림" w:hint="eastAsia"/>
                <w:color w:val="000000"/>
                <w:spacing w:val="-10"/>
                <w:w w:val="85"/>
                <w:sz w:val="17"/>
                <w:szCs w:val="17"/>
                <w:lang w:eastAsia="ko-KR"/>
              </w:rPr>
              <w:t>체결여부</w:t>
            </w:r>
            <w:proofErr w:type="spellEnd"/>
            <w:r w:rsidRPr="00E706AC">
              <w:rPr>
                <w:rFonts w:ascii="한양중고딕" w:eastAsia="한양중고딕" w:hAnsi="굴림" w:cs="굴림" w:hint="eastAsia"/>
                <w:color w:val="000000"/>
                <w:spacing w:val="-10"/>
                <w:w w:val="85"/>
                <w:sz w:val="17"/>
                <w:szCs w:val="17"/>
                <w:lang w:eastAsia="ko-KR"/>
              </w:rPr>
              <w:t xml:space="preserve"> 판단 및 유지, 관리, 이행</w:t>
            </w:r>
          </w:p>
          <w:p w:rsidR="003F7D5C" w:rsidRPr="00E706AC" w:rsidRDefault="003F7D5C" w:rsidP="00E706AC">
            <w:pPr>
              <w:spacing w:before="60" w:after="20"/>
              <w:textAlignment w:val="baseline"/>
              <w:rPr>
                <w:rFonts w:ascii="한컴바탕" w:eastAsia="굴림" w:hAnsi="굴림" w:cs="굴림"/>
                <w:color w:val="000000"/>
                <w:w w:val="85"/>
                <w:sz w:val="17"/>
                <w:szCs w:val="17"/>
                <w:lang w:eastAsia="ko-KR"/>
              </w:rPr>
            </w:pPr>
            <w:r w:rsidRPr="00E706AC">
              <w:rPr>
                <w:rFonts w:ascii="MS Gothic" w:eastAsia="MS Gothic" w:hAnsi="MS Gothic" w:cs="MS Gothic" w:hint="eastAsia"/>
                <w:color w:val="000000"/>
                <w:spacing w:val="-10"/>
                <w:w w:val="85"/>
                <w:sz w:val="17"/>
                <w:szCs w:val="17"/>
                <w:lang w:eastAsia="ko-KR"/>
              </w:rPr>
              <w:t>‣</w:t>
            </w:r>
            <w:r w:rsidRPr="00E706AC">
              <w:rPr>
                <w:rFonts w:ascii="한양중고딕" w:eastAsia="한양중고딕" w:hAnsi="굴림" w:cs="굴림" w:hint="eastAsia"/>
                <w:color w:val="000000"/>
                <w:spacing w:val="-14"/>
                <w:w w:val="85"/>
                <w:sz w:val="17"/>
                <w:szCs w:val="17"/>
                <w:lang w:eastAsia="ko-KR"/>
              </w:rPr>
              <w:t xml:space="preserve">중소기업 </w:t>
            </w:r>
            <w:proofErr w:type="spellStart"/>
            <w:r w:rsidRPr="00E706AC">
              <w:rPr>
                <w:rFonts w:ascii="한양중고딕" w:eastAsia="한양중고딕" w:hAnsi="굴림" w:cs="굴림" w:hint="eastAsia"/>
                <w:color w:val="000000"/>
                <w:spacing w:val="-14"/>
                <w:w w:val="85"/>
                <w:sz w:val="17"/>
                <w:szCs w:val="17"/>
                <w:lang w:eastAsia="ko-KR"/>
              </w:rPr>
              <w:t>진단관련</w:t>
            </w:r>
            <w:proofErr w:type="spellEnd"/>
            <w:r w:rsidRPr="00E706AC">
              <w:rPr>
                <w:rFonts w:ascii="한양중고딕" w:eastAsia="한양중고딕" w:hAnsi="굴림" w:cs="굴림" w:hint="eastAsia"/>
                <w:color w:val="000000"/>
                <w:spacing w:val="-14"/>
                <w:w w:val="85"/>
                <w:sz w:val="17"/>
                <w:szCs w:val="17"/>
                <w:lang w:eastAsia="ko-KR"/>
              </w:rPr>
              <w:t xml:space="preserve"> 관계기관(</w:t>
            </w:r>
            <w:proofErr w:type="spellStart"/>
            <w:r w:rsidRPr="00E706AC">
              <w:rPr>
                <w:rFonts w:ascii="한양중고딕" w:eastAsia="한양중고딕" w:hAnsi="굴림" w:cs="굴림" w:hint="eastAsia"/>
                <w:color w:val="000000"/>
                <w:spacing w:val="-14"/>
                <w:w w:val="85"/>
                <w:sz w:val="17"/>
                <w:szCs w:val="17"/>
                <w:lang w:eastAsia="ko-KR"/>
              </w:rPr>
              <w:t>진단전문가</w:t>
            </w:r>
            <w:proofErr w:type="spellEnd"/>
            <w:r w:rsidRPr="00E706AC">
              <w:rPr>
                <w:rFonts w:ascii="한양중고딕" w:eastAsia="한양중고딕" w:hAnsi="굴림" w:cs="굴림" w:hint="eastAsia"/>
                <w:color w:val="000000"/>
                <w:spacing w:val="-14"/>
                <w:w w:val="85"/>
                <w:sz w:val="17"/>
                <w:szCs w:val="17"/>
                <w:lang w:eastAsia="ko-KR"/>
              </w:rPr>
              <w:t xml:space="preserve">, </w:t>
            </w:r>
            <w:proofErr w:type="spellStart"/>
            <w:r w:rsidRPr="00E706AC">
              <w:rPr>
                <w:rFonts w:ascii="한양중고딕" w:eastAsia="한양중고딕" w:hAnsi="굴림" w:cs="굴림" w:hint="eastAsia"/>
                <w:color w:val="000000"/>
                <w:spacing w:val="-14"/>
                <w:w w:val="85"/>
                <w:sz w:val="17"/>
                <w:szCs w:val="17"/>
                <w:lang w:eastAsia="ko-KR"/>
              </w:rPr>
              <w:t>진단기관</w:t>
            </w:r>
            <w:r w:rsidR="0068349B">
              <w:rPr>
                <w:rFonts w:ascii="MS Gothic" w:eastAsia="MS Gothic" w:hAnsi="MS Gothic" w:cs="MS Gothic" w:hint="eastAsia"/>
                <w:color w:val="000000"/>
                <w:spacing w:val="-14"/>
                <w:w w:val="85"/>
                <w:sz w:val="17"/>
                <w:szCs w:val="17"/>
                <w:lang w:eastAsia="ko-KR"/>
              </w:rPr>
              <w:t>·</w:t>
            </w:r>
            <w:r w:rsidRPr="00E706AC">
              <w:rPr>
                <w:rFonts w:ascii="한양중고딕" w:eastAsia="한양중고딕" w:hAnsi="굴림" w:cs="굴림" w:hint="eastAsia"/>
                <w:color w:val="000000"/>
                <w:spacing w:val="-14"/>
                <w:w w:val="85"/>
                <w:sz w:val="17"/>
                <w:szCs w:val="17"/>
                <w:lang w:eastAsia="ko-KR"/>
              </w:rPr>
              <w:t>공동진단기관</w:t>
            </w:r>
            <w:r w:rsidR="0068349B">
              <w:rPr>
                <w:rFonts w:ascii="MS Gothic" w:eastAsia="MS Gothic" w:hAnsi="MS Gothic" w:cs="MS Gothic" w:hint="eastAsia"/>
                <w:color w:val="000000"/>
                <w:spacing w:val="-14"/>
                <w:w w:val="85"/>
                <w:sz w:val="17"/>
                <w:szCs w:val="17"/>
                <w:lang w:eastAsia="ko-KR"/>
              </w:rPr>
              <w:t>·</w:t>
            </w:r>
            <w:r w:rsidRPr="00E706AC">
              <w:rPr>
                <w:rFonts w:ascii="한양중고딕" w:eastAsia="한양중고딕" w:hAnsi="굴림" w:cs="굴림" w:hint="eastAsia"/>
                <w:color w:val="000000"/>
                <w:spacing w:val="-14"/>
                <w:w w:val="85"/>
                <w:sz w:val="17"/>
                <w:szCs w:val="17"/>
                <w:lang w:eastAsia="ko-KR"/>
              </w:rPr>
              <w:t>맞춤형</w:t>
            </w:r>
            <w:proofErr w:type="spellEnd"/>
            <w:r w:rsidRPr="00E706AC">
              <w:rPr>
                <w:rFonts w:ascii="한양중고딕" w:eastAsia="한양중고딕" w:hAnsi="굴림" w:cs="굴림" w:hint="eastAsia"/>
                <w:color w:val="000000"/>
                <w:spacing w:val="-14"/>
                <w:w w:val="85"/>
                <w:sz w:val="17"/>
                <w:szCs w:val="17"/>
                <w:lang w:eastAsia="ko-KR"/>
              </w:rPr>
              <w:t xml:space="preserve"> 치유 지원기관(</w:t>
            </w:r>
            <w:r w:rsidRPr="00E706AC">
              <w:rPr>
                <w:rFonts w:ascii="한양중고딕" w:eastAsia="한양중고딕" w:hAnsi="굴림" w:cs="굴림" w:hint="eastAsia"/>
                <w:color w:val="000000"/>
                <w:spacing w:val="-10"/>
                <w:w w:val="85"/>
                <w:sz w:val="17"/>
                <w:szCs w:val="17"/>
                <w:lang w:eastAsia="ko-KR"/>
              </w:rPr>
              <w:t>한국산업단지</w:t>
            </w:r>
            <w:r w:rsidRPr="00E706AC">
              <w:rPr>
                <w:rFonts w:ascii="한양중고딕" w:eastAsia="한양중고딕" w:hAnsi="굴림" w:cs="굴림" w:hint="eastAsia"/>
                <w:color w:val="000000"/>
                <w:spacing w:val="-14"/>
                <w:w w:val="85"/>
                <w:sz w:val="17"/>
                <w:szCs w:val="17"/>
                <w:lang w:eastAsia="ko-KR"/>
              </w:rPr>
              <w:t>공단, 지자체 등</w:t>
            </w:r>
            <w:r w:rsidRPr="00E706AC">
              <w:rPr>
                <w:rFonts w:ascii="한양중고딕" w:eastAsia="한양중고딕" w:hAnsi="굴림" w:cs="굴림" w:hint="eastAsia"/>
                <w:color w:val="000000"/>
                <w:spacing w:val="-18"/>
                <w:w w:val="85"/>
                <w:sz w:val="17"/>
                <w:szCs w:val="17"/>
                <w:lang w:eastAsia="ko-KR"/>
              </w:rPr>
              <w:t>), 사전부실예방위원회), 한국거래소, 중소벤처기업부에 등록된 창업투자회사(투자희망기업에 한함),</w:t>
            </w:r>
            <w:r w:rsidRPr="00E706AC">
              <w:rPr>
                <w:rFonts w:ascii="한컴바탕" w:eastAsia="한양중고딕" w:hAnsi="굴림" w:cs="굴림"/>
                <w:color w:val="000000"/>
                <w:spacing w:val="-14"/>
                <w:w w:val="85"/>
                <w:sz w:val="17"/>
                <w:szCs w:val="17"/>
                <w:lang w:eastAsia="ko-KR"/>
              </w:rPr>
              <w:t xml:space="preserve"> </w:t>
            </w:r>
            <w:proofErr w:type="spellStart"/>
            <w:r w:rsidRPr="00E706AC">
              <w:rPr>
                <w:rFonts w:ascii="한양중고딕" w:eastAsia="한양중고딕" w:hAnsi="굴림" w:cs="굴림" w:hint="eastAsia"/>
                <w:color w:val="000000"/>
                <w:spacing w:val="-12"/>
                <w:w w:val="85"/>
                <w:sz w:val="17"/>
                <w:szCs w:val="17"/>
                <w:lang w:eastAsia="ko-KR"/>
              </w:rPr>
              <w:t>이익공유형</w:t>
            </w:r>
            <w:proofErr w:type="spellEnd"/>
            <w:r w:rsidRPr="00E706AC">
              <w:rPr>
                <w:rFonts w:ascii="한양중고딕" w:eastAsia="한양중고딕" w:hAnsi="굴림" w:cs="굴림" w:hint="eastAsia"/>
                <w:color w:val="000000"/>
                <w:spacing w:val="-12"/>
                <w:w w:val="85"/>
                <w:sz w:val="17"/>
                <w:szCs w:val="17"/>
                <w:lang w:eastAsia="ko-KR"/>
              </w:rPr>
              <w:t xml:space="preserve"> 대출의 영업이익 적정성 </w:t>
            </w:r>
            <w:proofErr w:type="spellStart"/>
            <w:r w:rsidRPr="00E706AC">
              <w:rPr>
                <w:rFonts w:ascii="한양중고딕" w:eastAsia="한양중고딕" w:hAnsi="굴림" w:cs="굴림" w:hint="eastAsia"/>
                <w:color w:val="000000"/>
                <w:spacing w:val="-12"/>
                <w:w w:val="85"/>
                <w:sz w:val="17"/>
                <w:szCs w:val="17"/>
                <w:lang w:eastAsia="ko-KR"/>
              </w:rPr>
              <w:t>점검용역</w:t>
            </w:r>
            <w:proofErr w:type="spellEnd"/>
            <w:r w:rsidRPr="00E706AC">
              <w:rPr>
                <w:rFonts w:ascii="한양중고딕" w:eastAsia="한양중고딕" w:hAnsi="굴림" w:cs="굴림" w:hint="eastAsia"/>
                <w:color w:val="000000"/>
                <w:spacing w:val="-12"/>
                <w:w w:val="85"/>
                <w:sz w:val="17"/>
                <w:szCs w:val="17"/>
                <w:lang w:eastAsia="ko-KR"/>
              </w:rPr>
              <w:t xml:space="preserve"> 수행 회계법인, 중소벤처기업부</w:t>
            </w:r>
            <w:r w:rsidRPr="00E706AC">
              <w:rPr>
                <w:rFonts w:ascii="한컴바탕" w:eastAsia="한양중고딕" w:hAnsi="굴림" w:cs="굴림"/>
                <w:color w:val="000000"/>
                <w:spacing w:val="-14"/>
                <w:w w:val="85"/>
                <w:sz w:val="17"/>
                <w:szCs w:val="17"/>
                <w:lang w:eastAsia="ko-KR"/>
              </w:rPr>
              <w:t xml:space="preserve"> </w:t>
            </w:r>
            <w:r w:rsidRPr="00E706AC">
              <w:rPr>
                <w:rFonts w:ascii="한양중고딕" w:eastAsia="한양중고딕" w:hAnsi="굴림" w:cs="굴림" w:hint="eastAsia"/>
                <w:color w:val="000000"/>
                <w:spacing w:val="-14"/>
                <w:w w:val="85"/>
                <w:sz w:val="17"/>
                <w:szCs w:val="17"/>
                <w:lang w:eastAsia="ko-KR"/>
              </w:rPr>
              <w:t xml:space="preserve">등 공공기관, 중소기업 통합관리시스템 운영기관, 스케일업금융 </w:t>
            </w:r>
            <w:proofErr w:type="gramStart"/>
            <w:r w:rsidRPr="00E706AC">
              <w:rPr>
                <w:rFonts w:ascii="한양중고딕" w:eastAsia="한양중고딕" w:hAnsi="굴림" w:cs="굴림" w:hint="eastAsia"/>
                <w:color w:val="000000"/>
                <w:spacing w:val="-14"/>
                <w:w w:val="85"/>
                <w:sz w:val="17"/>
                <w:szCs w:val="17"/>
                <w:lang w:eastAsia="ko-KR"/>
              </w:rPr>
              <w:t>참여기관 :</w:t>
            </w:r>
            <w:proofErr w:type="gramEnd"/>
            <w:r w:rsidRPr="00E706AC">
              <w:rPr>
                <w:rFonts w:ascii="한컴바탕" w:eastAsia="한양중고딕" w:hAnsi="굴림" w:cs="굴림"/>
                <w:color w:val="000000"/>
                <w:spacing w:val="-10"/>
                <w:w w:val="85"/>
                <w:sz w:val="17"/>
                <w:szCs w:val="17"/>
                <w:lang w:eastAsia="ko-KR"/>
              </w:rPr>
              <w:t xml:space="preserve"> </w:t>
            </w:r>
            <w:r w:rsidRPr="00E706AC">
              <w:rPr>
                <w:rFonts w:ascii="한양중고딕" w:eastAsia="한양중고딕" w:hAnsi="굴림" w:cs="굴림" w:hint="eastAsia"/>
                <w:color w:val="000000"/>
                <w:spacing w:val="-10"/>
                <w:w w:val="85"/>
                <w:sz w:val="17"/>
                <w:szCs w:val="17"/>
                <w:lang w:eastAsia="ko-KR"/>
              </w:rPr>
              <w:t xml:space="preserve">공공기관에서 정책자료, 중소기업 </w:t>
            </w:r>
            <w:proofErr w:type="spellStart"/>
            <w:r w:rsidRPr="00E706AC">
              <w:rPr>
                <w:rFonts w:ascii="한양중고딕" w:eastAsia="한양중고딕" w:hAnsi="굴림" w:cs="굴림" w:hint="eastAsia"/>
                <w:color w:val="000000"/>
                <w:spacing w:val="-10"/>
                <w:w w:val="85"/>
                <w:sz w:val="17"/>
                <w:szCs w:val="17"/>
                <w:lang w:eastAsia="ko-KR"/>
              </w:rPr>
              <w:t>정책자금·기업진단·공동진단</w:t>
            </w:r>
            <w:proofErr w:type="spellEnd"/>
            <w:r w:rsidRPr="00E706AC">
              <w:rPr>
                <w:rFonts w:ascii="한양중고딕" w:eastAsia="한양중고딕" w:hAnsi="굴림" w:cs="굴림" w:hint="eastAsia"/>
                <w:color w:val="000000"/>
                <w:spacing w:val="-10"/>
                <w:w w:val="85"/>
                <w:sz w:val="17"/>
                <w:szCs w:val="17"/>
                <w:lang w:eastAsia="ko-KR"/>
              </w:rPr>
              <w:t xml:space="preserve"> 및 맞춤형 치유, </w:t>
            </w:r>
            <w:proofErr w:type="spellStart"/>
            <w:r w:rsidRPr="00E706AC">
              <w:rPr>
                <w:rFonts w:ascii="한양중고딕" w:eastAsia="한양중고딕" w:hAnsi="굴림" w:cs="굴림" w:hint="eastAsia"/>
                <w:color w:val="000000"/>
                <w:spacing w:val="-10"/>
                <w:w w:val="85"/>
                <w:sz w:val="17"/>
                <w:szCs w:val="17"/>
                <w:lang w:eastAsia="ko-KR"/>
              </w:rPr>
              <w:t>연계지원과</w:t>
            </w:r>
            <w:proofErr w:type="spellEnd"/>
            <w:r w:rsidRPr="00E706AC">
              <w:rPr>
                <w:rFonts w:ascii="한양중고딕" w:eastAsia="한양중고딕" w:hAnsi="굴림" w:cs="굴림" w:hint="eastAsia"/>
                <w:color w:val="000000"/>
                <w:spacing w:val="-10"/>
                <w:w w:val="85"/>
                <w:sz w:val="17"/>
                <w:szCs w:val="17"/>
                <w:lang w:eastAsia="ko-KR"/>
              </w:rPr>
              <w:t xml:space="preserve"> 관련하여 필요한 업무의 수행</w:t>
            </w:r>
          </w:p>
          <w:p w:rsidR="003F7D5C" w:rsidRPr="00602DA3" w:rsidRDefault="003F7D5C" w:rsidP="00E706AC">
            <w:pPr>
              <w:spacing w:before="60" w:after="20"/>
              <w:textAlignment w:val="baseline"/>
              <w:rPr>
                <w:rFonts w:ascii="한컴바탕" w:eastAsia="굴림" w:hAnsi="굴림" w:cs="굴림"/>
                <w:color w:val="000000"/>
                <w:sz w:val="17"/>
                <w:szCs w:val="17"/>
                <w:lang w:eastAsia="ko-KR"/>
              </w:rPr>
            </w:pPr>
            <w:r w:rsidRPr="00E706AC">
              <w:rPr>
                <w:rFonts w:ascii="MS Gothic" w:eastAsia="MS Gothic" w:hAnsi="MS Gothic" w:cs="MS Gothic" w:hint="eastAsia"/>
                <w:color w:val="000000"/>
                <w:spacing w:val="-10"/>
                <w:w w:val="85"/>
                <w:sz w:val="17"/>
                <w:szCs w:val="17"/>
                <w:lang w:eastAsia="ko-KR"/>
              </w:rPr>
              <w:t>‣</w:t>
            </w:r>
            <w:proofErr w:type="spellStart"/>
            <w:r w:rsidRPr="00E706AC">
              <w:rPr>
                <w:rFonts w:ascii="한양중고딕" w:eastAsia="한양중고딕" w:hAnsi="굴림" w:cs="굴림" w:hint="eastAsia"/>
                <w:color w:val="000000"/>
                <w:spacing w:val="-14"/>
                <w:w w:val="85"/>
                <w:sz w:val="17"/>
                <w:szCs w:val="17"/>
                <w:lang w:eastAsia="ko-KR"/>
              </w:rPr>
              <w:t>중진공과</w:t>
            </w:r>
            <w:proofErr w:type="spellEnd"/>
            <w:r w:rsidRPr="00E706AC">
              <w:rPr>
                <w:rFonts w:ascii="한양중고딕" w:eastAsia="한양중고딕" w:hAnsi="굴림" w:cs="굴림" w:hint="eastAsia"/>
                <w:color w:val="000000"/>
                <w:spacing w:val="-14"/>
                <w:w w:val="85"/>
                <w:sz w:val="17"/>
                <w:szCs w:val="17"/>
                <w:lang w:eastAsia="ko-KR"/>
              </w:rPr>
              <w:t xml:space="preserve"> 대출 등 정보 제공 온라인 </w:t>
            </w:r>
            <w:proofErr w:type="spellStart"/>
            <w:r w:rsidRPr="00E706AC">
              <w:rPr>
                <w:rFonts w:ascii="한양중고딕" w:eastAsia="한양중고딕" w:hAnsi="굴림" w:cs="굴림" w:hint="eastAsia"/>
                <w:color w:val="000000"/>
                <w:spacing w:val="-14"/>
                <w:w w:val="85"/>
                <w:sz w:val="17"/>
                <w:szCs w:val="17"/>
                <w:lang w:eastAsia="ko-KR"/>
              </w:rPr>
              <w:t>연계협약</w:t>
            </w:r>
            <w:proofErr w:type="spellEnd"/>
            <w:r w:rsidRPr="00E706AC">
              <w:rPr>
                <w:rFonts w:ascii="한양중고딕" w:eastAsia="한양중고딕" w:hAnsi="굴림" w:cs="굴림" w:hint="eastAsia"/>
                <w:color w:val="000000"/>
                <w:spacing w:val="-14"/>
                <w:w w:val="85"/>
                <w:sz w:val="17"/>
                <w:szCs w:val="17"/>
                <w:lang w:eastAsia="ko-KR"/>
              </w:rPr>
              <w:t xml:space="preserve">, </w:t>
            </w:r>
            <w:proofErr w:type="spellStart"/>
            <w:r w:rsidRPr="00E706AC">
              <w:rPr>
                <w:rFonts w:ascii="한양중고딕" w:eastAsia="한양중고딕" w:hAnsi="굴림" w:cs="굴림" w:hint="eastAsia"/>
                <w:color w:val="000000"/>
                <w:spacing w:val="-14"/>
                <w:w w:val="85"/>
                <w:sz w:val="17"/>
                <w:szCs w:val="17"/>
                <w:lang w:eastAsia="ko-KR"/>
              </w:rPr>
              <w:t>융자취급</w:t>
            </w:r>
            <w:proofErr w:type="spellEnd"/>
            <w:r w:rsidRPr="00E706AC">
              <w:rPr>
                <w:rFonts w:ascii="한양중고딕" w:eastAsia="한양중고딕" w:hAnsi="굴림" w:cs="굴림" w:hint="eastAsia"/>
                <w:color w:val="000000"/>
                <w:spacing w:val="-14"/>
                <w:w w:val="85"/>
                <w:sz w:val="17"/>
                <w:szCs w:val="17"/>
                <w:lang w:eastAsia="ko-KR"/>
              </w:rPr>
              <w:t xml:space="preserve"> 협약을 체결한 금융회사(</w:t>
            </w:r>
            <w:r w:rsidRPr="00E706AC">
              <w:rPr>
                <w:rFonts w:ascii="한양중고딕" w:eastAsia="한양중고딕" w:hAnsi="굴림" w:cs="굴림" w:hint="eastAsia"/>
                <w:color w:val="000000"/>
                <w:spacing w:val="-10"/>
                <w:w w:val="85"/>
                <w:sz w:val="17"/>
                <w:szCs w:val="17"/>
                <w:lang w:eastAsia="ko-KR"/>
              </w:rPr>
              <w:t xml:space="preserve">IBK기업, </w:t>
            </w:r>
            <w:proofErr w:type="spellStart"/>
            <w:r w:rsidRPr="00E706AC">
              <w:rPr>
                <w:rFonts w:ascii="한양중고딕" w:eastAsia="한양중고딕" w:hAnsi="굴림" w:cs="굴림" w:hint="eastAsia"/>
                <w:color w:val="000000"/>
                <w:spacing w:val="-10"/>
                <w:w w:val="85"/>
                <w:sz w:val="17"/>
                <w:szCs w:val="17"/>
                <w:lang w:eastAsia="ko-KR"/>
              </w:rPr>
              <w:t>Sh</w:t>
            </w:r>
            <w:proofErr w:type="spellEnd"/>
            <w:r w:rsidRPr="00E706AC">
              <w:rPr>
                <w:rFonts w:ascii="한양중고딕" w:eastAsia="한양중고딕" w:hAnsi="굴림" w:cs="굴림" w:hint="eastAsia"/>
                <w:color w:val="000000"/>
                <w:spacing w:val="-10"/>
                <w:w w:val="85"/>
                <w:sz w:val="17"/>
                <w:szCs w:val="17"/>
                <w:lang w:eastAsia="ko-KR"/>
              </w:rPr>
              <w:t xml:space="preserve">수협, 전북, DGB대구, 우리, 부산, 경남, 제주, 광주, SC제일, </w:t>
            </w:r>
            <w:proofErr w:type="spellStart"/>
            <w:r w:rsidRPr="00E706AC">
              <w:rPr>
                <w:rFonts w:ascii="한양중고딕" w:eastAsia="한양중고딕" w:hAnsi="굴림" w:cs="굴림" w:hint="eastAsia"/>
                <w:color w:val="000000"/>
                <w:spacing w:val="-10"/>
                <w:w w:val="85"/>
                <w:sz w:val="17"/>
                <w:szCs w:val="17"/>
                <w:lang w:eastAsia="ko-KR"/>
              </w:rPr>
              <w:t>한국씨티</w:t>
            </w:r>
            <w:proofErr w:type="spellEnd"/>
            <w:r w:rsidRPr="00E706AC">
              <w:rPr>
                <w:rFonts w:ascii="한양중고딕" w:eastAsia="한양중고딕" w:hAnsi="굴림" w:cs="굴림" w:hint="eastAsia"/>
                <w:color w:val="000000"/>
                <w:spacing w:val="16"/>
                <w:w w:val="85"/>
                <w:sz w:val="17"/>
                <w:szCs w:val="17"/>
                <w:lang w:eastAsia="ko-KR"/>
              </w:rPr>
              <w:t>,</w:t>
            </w:r>
            <w:r w:rsidRPr="00E706AC">
              <w:rPr>
                <w:rFonts w:ascii="한컴바탕" w:eastAsia="한양중고딕" w:hAnsi="굴림" w:cs="굴림"/>
                <w:color w:val="000000"/>
                <w:spacing w:val="-14"/>
                <w:w w:val="85"/>
                <w:sz w:val="17"/>
                <w:szCs w:val="17"/>
                <w:lang w:eastAsia="ko-KR"/>
              </w:rPr>
              <w:t xml:space="preserve"> </w:t>
            </w:r>
            <w:r w:rsidRPr="00E706AC">
              <w:rPr>
                <w:rFonts w:ascii="한양중고딕" w:eastAsia="한양중고딕" w:hAnsi="굴림" w:cs="굴림" w:hint="eastAsia"/>
                <w:color w:val="000000"/>
                <w:spacing w:val="-14"/>
                <w:w w:val="85"/>
                <w:sz w:val="17"/>
                <w:szCs w:val="17"/>
                <w:lang w:eastAsia="ko-KR"/>
              </w:rPr>
              <w:t xml:space="preserve">NH농협, KB국민, 신한, 하나, </w:t>
            </w:r>
            <w:proofErr w:type="spellStart"/>
            <w:r w:rsidRPr="00E706AC">
              <w:rPr>
                <w:rFonts w:ascii="한양중고딕" w:eastAsia="한양중고딕" w:hAnsi="굴림" w:cs="굴림" w:hint="eastAsia"/>
                <w:color w:val="000000"/>
                <w:spacing w:val="-14"/>
                <w:w w:val="85"/>
                <w:sz w:val="17"/>
                <w:szCs w:val="17"/>
                <w:lang w:eastAsia="ko-KR"/>
              </w:rPr>
              <w:t>한국수출입</w:t>
            </w:r>
            <w:proofErr w:type="spellEnd"/>
            <w:r w:rsidRPr="00E706AC">
              <w:rPr>
                <w:rFonts w:ascii="한양중고딕" w:eastAsia="한양중고딕" w:hAnsi="굴림" w:cs="굴림" w:hint="eastAsia"/>
                <w:color w:val="000000"/>
                <w:spacing w:val="-14"/>
                <w:w w:val="85"/>
                <w:sz w:val="17"/>
                <w:szCs w:val="17"/>
                <w:lang w:eastAsia="ko-KR"/>
              </w:rPr>
              <w:t>, KDB산업은행 등) :</w:t>
            </w:r>
            <w:r w:rsidRPr="00E706AC">
              <w:rPr>
                <w:rFonts w:ascii="한양중고딕" w:eastAsia="한양중고딕" w:hAnsi="굴림" w:cs="굴림" w:hint="eastAsia"/>
                <w:color w:val="000000"/>
                <w:spacing w:val="-10"/>
                <w:w w:val="85"/>
                <w:sz w:val="17"/>
                <w:szCs w:val="17"/>
                <w:lang w:eastAsia="ko-KR"/>
              </w:rPr>
              <w:t>(금융) 거래의 설정, 유지, 이행, 관리 등에 필요한 업무의 수행</w:t>
            </w:r>
          </w:p>
        </w:tc>
      </w:tr>
      <w:tr w:rsidR="003F7D5C" w:rsidRPr="00E471C8" w:rsidTr="00B51B78">
        <w:trPr>
          <w:trHeight w:val="3749"/>
        </w:trPr>
        <w:tc>
          <w:tcPr>
            <w:tcW w:w="2112" w:type="dxa"/>
            <w:tcBorders>
              <w:top w:val="single" w:sz="2" w:space="0" w:color="000000"/>
              <w:left w:val="single" w:sz="12" w:space="0" w:color="auto"/>
              <w:bottom w:val="single" w:sz="2" w:space="0" w:color="000000"/>
              <w:right w:val="single" w:sz="2" w:space="0" w:color="000000"/>
            </w:tcBorders>
            <w:tcMar>
              <w:top w:w="28" w:type="dxa"/>
              <w:left w:w="102" w:type="dxa"/>
              <w:bottom w:w="28" w:type="dxa"/>
              <w:right w:w="102" w:type="dxa"/>
            </w:tcMar>
            <w:vAlign w:val="center"/>
            <w:hideMark/>
          </w:tcPr>
          <w:p w:rsidR="003F7D5C" w:rsidRPr="001A50E3" w:rsidRDefault="003F7D5C" w:rsidP="00C51585">
            <w:pPr>
              <w:jc w:val="center"/>
              <w:textAlignment w:val="baseline"/>
              <w:rPr>
                <w:rFonts w:ascii="함초롬바탕" w:eastAsia="굴림" w:hAnsi="굴림" w:cs="굴림"/>
                <w:color w:val="000000"/>
                <w:sz w:val="18"/>
                <w:szCs w:val="18"/>
                <w:lang w:eastAsia="ko-KR"/>
              </w:rPr>
            </w:pPr>
            <w:r w:rsidRPr="001A50E3">
              <w:rPr>
                <w:rFonts w:ascii="한양중고딕" w:eastAsia="한양중고딕" w:hAnsi="굴림" w:cs="굴림" w:hint="eastAsia"/>
                <w:color w:val="000000"/>
                <w:w w:val="85"/>
                <w:sz w:val="18"/>
                <w:szCs w:val="18"/>
                <w:lang w:eastAsia="ko-KR"/>
              </w:rPr>
              <w:t>제공할 기업(신용)정보의 항목</w:t>
            </w:r>
          </w:p>
        </w:tc>
        <w:tc>
          <w:tcPr>
            <w:tcW w:w="7546" w:type="dxa"/>
            <w:tcBorders>
              <w:top w:val="single" w:sz="2" w:space="0" w:color="000000"/>
              <w:left w:val="single" w:sz="2" w:space="0" w:color="000000"/>
              <w:bottom w:val="single" w:sz="2" w:space="0" w:color="000000"/>
              <w:right w:val="single" w:sz="12" w:space="0" w:color="auto"/>
            </w:tcBorders>
            <w:tcMar>
              <w:top w:w="28" w:type="dxa"/>
              <w:left w:w="102" w:type="dxa"/>
              <w:bottom w:w="28" w:type="dxa"/>
              <w:right w:w="102" w:type="dxa"/>
            </w:tcMar>
            <w:vAlign w:val="center"/>
            <w:hideMark/>
          </w:tcPr>
          <w:p w:rsidR="003F7D5C" w:rsidRPr="002D247B" w:rsidRDefault="003F7D5C" w:rsidP="00602DA3">
            <w:pPr>
              <w:spacing w:after="20"/>
              <w:textAlignment w:val="baseline"/>
              <w:rPr>
                <w:rFonts w:ascii="함초롬바탕" w:eastAsia="굴림" w:hAnsi="굴림" w:cs="굴림"/>
                <w:color w:val="000000"/>
                <w:sz w:val="17"/>
                <w:szCs w:val="17"/>
                <w:lang w:eastAsia="ko-KR"/>
              </w:rPr>
            </w:pPr>
            <w:r w:rsidRPr="002D247B">
              <w:rPr>
                <w:rFonts w:ascii="MS Gothic" w:eastAsia="MS Gothic" w:hAnsi="MS Gothic" w:cs="MS Gothic" w:hint="eastAsia"/>
                <w:color w:val="000000"/>
                <w:spacing w:val="-10"/>
                <w:w w:val="90"/>
                <w:sz w:val="17"/>
                <w:szCs w:val="17"/>
                <w:lang w:eastAsia="ko-KR"/>
              </w:rPr>
              <w:t>‣</w:t>
            </w:r>
            <w:r w:rsidRPr="002D247B">
              <w:rPr>
                <w:rFonts w:ascii="한양중고딕" w:eastAsia="한양중고딕" w:hAnsi="굴림" w:cs="굴림" w:hint="eastAsia"/>
                <w:color w:val="000000"/>
                <w:spacing w:val="-18"/>
                <w:w w:val="90"/>
                <w:sz w:val="17"/>
                <w:szCs w:val="17"/>
                <w:lang w:eastAsia="ko-KR"/>
              </w:rPr>
              <w:t>신용정보집중기관, 신용조회회사, 스케일업금융 참여기관, 보증기관 등에 제공되는 기업(신용)정보의 항목</w:t>
            </w:r>
          </w:p>
          <w:p w:rsidR="003F7D5C" w:rsidRPr="002D247B" w:rsidRDefault="003F7D5C" w:rsidP="005C2CFA">
            <w:pPr>
              <w:spacing w:before="60" w:after="20"/>
              <w:textAlignment w:val="baseline"/>
              <w:rPr>
                <w:rFonts w:ascii="한컴바탕" w:eastAsia="굴림" w:hAnsi="굴림" w:cs="굴림"/>
                <w:color w:val="000000"/>
                <w:sz w:val="17"/>
                <w:szCs w:val="17"/>
                <w:lang w:eastAsia="ko-KR"/>
              </w:rPr>
            </w:pPr>
            <w:r w:rsidRPr="002D247B">
              <w:rPr>
                <w:rFonts w:ascii="MS Gothic" w:eastAsia="MS Gothic" w:hAnsi="MS Gothic" w:cs="MS Gothic" w:hint="eastAsia"/>
                <w:color w:val="000000"/>
                <w:spacing w:val="-10"/>
                <w:w w:val="90"/>
                <w:sz w:val="17"/>
                <w:szCs w:val="17"/>
                <w:lang w:eastAsia="ko-KR"/>
              </w:rPr>
              <w:t>․</w:t>
            </w:r>
            <w:r w:rsidRPr="002D247B">
              <w:rPr>
                <w:rFonts w:ascii="한양중고딕" w:eastAsia="한양중고딕" w:hAnsi="굴림" w:cs="굴림" w:hint="eastAsia"/>
                <w:color w:val="000000"/>
                <w:spacing w:val="-18"/>
                <w:w w:val="90"/>
                <w:sz w:val="17"/>
                <w:szCs w:val="17"/>
                <w:lang w:eastAsia="ko-KR"/>
              </w:rPr>
              <w:t>식별정보(상호, 법인등록번호, 사업자등록번호, 본점</w:t>
            </w:r>
            <w:r w:rsidR="009A2EFE">
              <w:rPr>
                <w:rFonts w:ascii="MS Gothic" w:eastAsia="MS Gothic" w:hAnsi="MS Gothic" w:cs="MS Gothic" w:hint="eastAsia"/>
                <w:color w:val="000000"/>
                <w:spacing w:val="-18"/>
                <w:w w:val="90"/>
                <w:sz w:val="17"/>
                <w:szCs w:val="17"/>
                <w:lang w:eastAsia="ko-KR"/>
              </w:rPr>
              <w:t xml:space="preserve"> </w:t>
            </w:r>
            <w:r w:rsidR="009A2EFE" w:rsidRPr="002D247B">
              <w:rPr>
                <w:rFonts w:ascii="MS Gothic" w:eastAsia="MS Gothic" w:hAnsi="MS Gothic" w:cs="MS Gothic" w:hint="eastAsia"/>
                <w:color w:val="000000"/>
                <w:spacing w:val="-10"/>
                <w:w w:val="90"/>
                <w:sz w:val="17"/>
                <w:szCs w:val="17"/>
                <w:lang w:eastAsia="ko-KR"/>
              </w:rPr>
              <w:t>․</w:t>
            </w:r>
            <w:r w:rsidRPr="002D247B">
              <w:rPr>
                <w:rFonts w:ascii="한양중고딕" w:eastAsia="한양중고딕" w:hAnsi="굴림" w:cs="굴림" w:hint="eastAsia"/>
                <w:color w:val="000000"/>
                <w:spacing w:val="-18"/>
                <w:w w:val="90"/>
                <w:sz w:val="17"/>
                <w:szCs w:val="17"/>
                <w:lang w:eastAsia="ko-KR"/>
              </w:rPr>
              <w:t xml:space="preserve">영업소 등의 소재지, </w:t>
            </w:r>
            <w:proofErr w:type="spellStart"/>
            <w:r w:rsidRPr="002D247B">
              <w:rPr>
                <w:rFonts w:ascii="한양중고딕" w:eastAsia="한양중고딕" w:hAnsi="굴림" w:cs="굴림" w:hint="eastAsia"/>
                <w:color w:val="000000"/>
                <w:spacing w:val="-18"/>
                <w:w w:val="90"/>
                <w:sz w:val="17"/>
                <w:szCs w:val="17"/>
                <w:lang w:eastAsia="ko-KR"/>
              </w:rPr>
              <w:t>설립연월일</w:t>
            </w:r>
            <w:proofErr w:type="spellEnd"/>
            <w:r w:rsidRPr="002D247B">
              <w:rPr>
                <w:rFonts w:ascii="한양중고딕" w:eastAsia="한양중고딕" w:hAnsi="굴림" w:cs="굴림" w:hint="eastAsia"/>
                <w:color w:val="000000"/>
                <w:spacing w:val="-18"/>
                <w:w w:val="90"/>
                <w:sz w:val="17"/>
                <w:szCs w:val="17"/>
                <w:lang w:eastAsia="ko-KR"/>
              </w:rPr>
              <w:t xml:space="preserve">, 연락처(주소, 전자우편주소, 전화번호) 등), 신용능력정보(재산, 채무, 소득의 총액, </w:t>
            </w:r>
            <w:proofErr w:type="spellStart"/>
            <w:r w:rsidRPr="002D247B">
              <w:rPr>
                <w:rFonts w:ascii="한양중고딕" w:eastAsia="한양중고딕" w:hAnsi="굴림" w:cs="굴림" w:hint="eastAsia"/>
                <w:color w:val="000000"/>
                <w:spacing w:val="-18"/>
                <w:w w:val="90"/>
                <w:sz w:val="17"/>
                <w:szCs w:val="17"/>
                <w:lang w:eastAsia="ko-KR"/>
              </w:rPr>
              <w:t>기업현황</w:t>
            </w:r>
            <w:proofErr w:type="spellEnd"/>
            <w:r w:rsidRPr="002D247B">
              <w:rPr>
                <w:rFonts w:ascii="한양중고딕" w:eastAsia="한양중고딕" w:hAnsi="굴림" w:cs="굴림" w:hint="eastAsia"/>
                <w:color w:val="000000"/>
                <w:spacing w:val="-18"/>
                <w:w w:val="90"/>
                <w:sz w:val="17"/>
                <w:szCs w:val="17"/>
                <w:lang w:eastAsia="ko-KR"/>
              </w:rPr>
              <w:t>, 대표자 및 경영진 현황, 영업상황(</w:t>
            </w:r>
            <w:r w:rsidRPr="002D247B">
              <w:rPr>
                <w:rFonts w:ascii="한양중고딕" w:eastAsia="한양중고딕" w:hAnsi="굴림" w:cs="굴림" w:hint="eastAsia"/>
                <w:color w:val="000000"/>
                <w:spacing w:val="-24"/>
                <w:w w:val="90"/>
                <w:sz w:val="17"/>
                <w:szCs w:val="17"/>
                <w:lang w:eastAsia="ko-KR"/>
              </w:rPr>
              <w:t>매출</w:t>
            </w:r>
            <w:r w:rsidRPr="002D247B">
              <w:rPr>
                <w:rFonts w:ascii="Times New Roman" w:eastAsia="한양중고딕" w:hAnsi="Times New Roman" w:cs="Times New Roman"/>
                <w:color w:val="000000"/>
                <w:spacing w:val="-24"/>
                <w:w w:val="90"/>
                <w:sz w:val="17"/>
                <w:szCs w:val="17"/>
                <w:lang w:eastAsia="ko-KR"/>
              </w:rPr>
              <w:t>‧</w:t>
            </w:r>
            <w:proofErr w:type="spellStart"/>
            <w:r w:rsidRPr="002D247B">
              <w:rPr>
                <w:rFonts w:ascii="한양중고딕" w:eastAsia="한양중고딕" w:hAnsi="굴림" w:cs="굴림" w:hint="eastAsia"/>
                <w:color w:val="000000"/>
                <w:spacing w:val="-24"/>
                <w:w w:val="90"/>
                <w:sz w:val="17"/>
                <w:szCs w:val="17"/>
                <w:lang w:eastAsia="ko-KR"/>
              </w:rPr>
              <w:t>매입</w:t>
            </w:r>
            <w:r w:rsidRPr="002D247B">
              <w:rPr>
                <w:rFonts w:ascii="한양중고딕" w:eastAsia="한양중고딕" w:hAnsi="굴림" w:cs="굴림" w:hint="eastAsia"/>
                <w:color w:val="000000"/>
                <w:spacing w:val="-18"/>
                <w:w w:val="90"/>
                <w:sz w:val="17"/>
                <w:szCs w:val="17"/>
                <w:lang w:eastAsia="ko-KR"/>
              </w:rPr>
              <w:t>현황</w:t>
            </w:r>
            <w:proofErr w:type="spellEnd"/>
            <w:r w:rsidRPr="002D247B">
              <w:rPr>
                <w:rFonts w:ascii="한양중고딕" w:eastAsia="한양중고딕" w:hAnsi="굴림" w:cs="굴림" w:hint="eastAsia"/>
                <w:color w:val="000000"/>
                <w:spacing w:val="-18"/>
                <w:w w:val="90"/>
                <w:sz w:val="17"/>
                <w:szCs w:val="17"/>
                <w:lang w:eastAsia="ko-KR"/>
              </w:rPr>
              <w:t>, 최근영업상황), 재무상황, 수출에 관한 거래내역)</w:t>
            </w:r>
          </w:p>
          <w:p w:rsidR="003F7D5C" w:rsidRPr="002D247B" w:rsidRDefault="003F7D5C" w:rsidP="005C2CFA">
            <w:pPr>
              <w:spacing w:before="60" w:after="20"/>
              <w:textAlignment w:val="baseline"/>
              <w:rPr>
                <w:rFonts w:ascii="한컴바탕" w:eastAsia="굴림" w:hAnsi="굴림" w:cs="굴림"/>
                <w:color w:val="000000"/>
                <w:sz w:val="17"/>
                <w:szCs w:val="17"/>
                <w:lang w:eastAsia="ko-KR"/>
              </w:rPr>
            </w:pPr>
            <w:r w:rsidRPr="002D247B">
              <w:rPr>
                <w:rFonts w:ascii="MS Gothic" w:eastAsia="MS Gothic" w:hAnsi="MS Gothic" w:cs="MS Gothic" w:hint="eastAsia"/>
                <w:color w:val="000000"/>
                <w:spacing w:val="-10"/>
                <w:w w:val="90"/>
                <w:sz w:val="17"/>
                <w:szCs w:val="17"/>
                <w:lang w:eastAsia="ko-KR"/>
              </w:rPr>
              <w:t>․</w:t>
            </w:r>
            <w:r w:rsidRPr="002D247B">
              <w:rPr>
                <w:rFonts w:ascii="한양중고딕" w:eastAsia="한양중고딕" w:hAnsi="굴림" w:cs="굴림" w:hint="eastAsia"/>
                <w:color w:val="000000"/>
                <w:spacing w:val="-18"/>
                <w:w w:val="90"/>
                <w:sz w:val="17"/>
                <w:szCs w:val="17"/>
                <w:lang w:eastAsia="ko-KR"/>
              </w:rPr>
              <w:t xml:space="preserve">신용거래 정보(대출, 담보제공 등 거래와 관련한 상품종류, 거래조건, </w:t>
            </w:r>
            <w:proofErr w:type="spellStart"/>
            <w:r w:rsidRPr="002D247B">
              <w:rPr>
                <w:rFonts w:ascii="한양중고딕" w:eastAsia="한양중고딕" w:hAnsi="굴림" w:cs="굴림" w:hint="eastAsia"/>
                <w:color w:val="000000"/>
                <w:spacing w:val="-18"/>
                <w:w w:val="90"/>
                <w:sz w:val="17"/>
                <w:szCs w:val="17"/>
                <w:lang w:eastAsia="ko-KR"/>
              </w:rPr>
              <w:t>거래일시</w:t>
            </w:r>
            <w:proofErr w:type="spellEnd"/>
            <w:r w:rsidRPr="002D247B">
              <w:rPr>
                <w:rFonts w:ascii="한양중고딕" w:eastAsia="한양중고딕" w:hAnsi="굴림" w:cs="굴림" w:hint="eastAsia"/>
                <w:color w:val="000000"/>
                <w:spacing w:val="-18"/>
                <w:w w:val="90"/>
                <w:sz w:val="17"/>
                <w:szCs w:val="17"/>
                <w:lang w:eastAsia="ko-KR"/>
              </w:rPr>
              <w:t>, 금액, 한도 등 정보), 신용도판단정보(연체, 부도, 대위변제 등)</w:t>
            </w:r>
          </w:p>
          <w:p w:rsidR="003F7D5C" w:rsidRPr="002D247B" w:rsidRDefault="003F7D5C" w:rsidP="005C2CFA">
            <w:pPr>
              <w:spacing w:before="60" w:after="20"/>
              <w:textAlignment w:val="baseline"/>
              <w:rPr>
                <w:rFonts w:ascii="한컴바탕" w:eastAsia="굴림" w:hAnsi="굴림" w:cs="굴림"/>
                <w:color w:val="000000"/>
                <w:sz w:val="17"/>
                <w:szCs w:val="17"/>
                <w:lang w:eastAsia="ko-KR"/>
              </w:rPr>
            </w:pPr>
            <w:r w:rsidRPr="002D247B">
              <w:rPr>
                <w:rFonts w:ascii="MS Gothic" w:eastAsia="MS Gothic" w:hAnsi="MS Gothic" w:cs="MS Gothic" w:hint="eastAsia"/>
                <w:color w:val="000000"/>
                <w:spacing w:val="-10"/>
                <w:w w:val="90"/>
                <w:sz w:val="17"/>
                <w:szCs w:val="17"/>
                <w:lang w:eastAsia="ko-KR"/>
              </w:rPr>
              <w:t>․</w:t>
            </w:r>
            <w:r w:rsidRPr="002D247B">
              <w:rPr>
                <w:rFonts w:ascii="한양중고딕" w:eastAsia="한양중고딕" w:hAnsi="굴림" w:cs="굴림" w:hint="eastAsia"/>
                <w:color w:val="000000"/>
                <w:spacing w:val="-18"/>
                <w:w w:val="90"/>
                <w:sz w:val="17"/>
                <w:szCs w:val="17"/>
                <w:lang w:eastAsia="ko-KR"/>
              </w:rPr>
              <w:t xml:space="preserve">기타 신용정보(정책자금 융자 신청서류 및 </w:t>
            </w:r>
            <w:proofErr w:type="spellStart"/>
            <w:r w:rsidRPr="002D247B">
              <w:rPr>
                <w:rFonts w:ascii="한양중고딕" w:eastAsia="한양중고딕" w:hAnsi="굴림" w:cs="굴림" w:hint="eastAsia"/>
                <w:color w:val="000000"/>
                <w:spacing w:val="-18"/>
                <w:w w:val="90"/>
                <w:sz w:val="17"/>
                <w:szCs w:val="17"/>
                <w:lang w:eastAsia="ko-KR"/>
              </w:rPr>
              <w:t>제반서류</w:t>
            </w:r>
            <w:proofErr w:type="spellEnd"/>
            <w:r w:rsidRPr="002D247B">
              <w:rPr>
                <w:rFonts w:ascii="한양중고딕" w:eastAsia="한양중고딕" w:hAnsi="굴림" w:cs="굴림" w:hint="eastAsia"/>
                <w:color w:val="000000"/>
                <w:spacing w:val="-18"/>
                <w:w w:val="90"/>
                <w:sz w:val="17"/>
                <w:szCs w:val="17"/>
                <w:lang w:eastAsia="ko-KR"/>
              </w:rPr>
              <w:t xml:space="preserve">(사업계획서, 기타 정책자금 융자 및 채권관리 등에 필요한 서류 일체) 등에 기재된 정보 등, 기타 금융거래의 </w:t>
            </w:r>
            <w:proofErr w:type="spellStart"/>
            <w:r w:rsidRPr="002D247B">
              <w:rPr>
                <w:rFonts w:ascii="한양중고딕" w:eastAsia="한양중고딕" w:hAnsi="굴림" w:cs="굴림" w:hint="eastAsia"/>
                <w:color w:val="000000"/>
                <w:spacing w:val="-18"/>
                <w:w w:val="90"/>
                <w:sz w:val="17"/>
                <w:szCs w:val="17"/>
                <w:lang w:eastAsia="ko-KR"/>
              </w:rPr>
              <w:t>설정</w:t>
            </w:r>
            <w:r w:rsidRPr="002D247B">
              <w:rPr>
                <w:rFonts w:ascii="MS Gothic" w:eastAsia="MS Gothic" w:hAnsi="MS Gothic" w:cs="MS Gothic" w:hint="eastAsia"/>
                <w:color w:val="000000"/>
                <w:spacing w:val="-18"/>
                <w:w w:val="90"/>
                <w:sz w:val="17"/>
                <w:szCs w:val="17"/>
                <w:lang w:eastAsia="ko-KR"/>
              </w:rPr>
              <w:t>․</w:t>
            </w:r>
            <w:r w:rsidRPr="002D247B">
              <w:rPr>
                <w:rFonts w:ascii="한양중고딕" w:eastAsia="한양중고딕" w:hAnsi="굴림" w:cs="굴림" w:hint="eastAsia"/>
                <w:color w:val="000000"/>
                <w:spacing w:val="-18"/>
                <w:w w:val="90"/>
                <w:sz w:val="17"/>
                <w:szCs w:val="17"/>
                <w:lang w:eastAsia="ko-KR"/>
              </w:rPr>
              <w:t>유지이행</w:t>
            </w:r>
            <w:proofErr w:type="spellEnd"/>
            <w:r w:rsidRPr="002D247B">
              <w:rPr>
                <w:rFonts w:ascii="한양중고딕" w:eastAsia="한양중고딕" w:hAnsi="굴림" w:cs="굴림" w:hint="eastAsia"/>
                <w:color w:val="000000"/>
                <w:spacing w:val="-18"/>
                <w:w w:val="90"/>
                <w:sz w:val="17"/>
                <w:szCs w:val="17"/>
                <w:lang w:eastAsia="ko-KR"/>
              </w:rPr>
              <w:t xml:space="preserve">, 관리를 위한 상담, 채권관리 등을 통해 생성되는 정보 등 </w:t>
            </w:r>
          </w:p>
          <w:p w:rsidR="003F7D5C" w:rsidRPr="002D247B" w:rsidRDefault="003F7D5C" w:rsidP="00602DA3">
            <w:pPr>
              <w:spacing w:before="60" w:after="20"/>
              <w:ind w:firstLine="2"/>
              <w:textAlignment w:val="baseline"/>
              <w:rPr>
                <w:rFonts w:ascii="한컴바탕" w:eastAsia="굴림" w:hAnsi="굴림" w:cs="굴림"/>
                <w:color w:val="000000"/>
                <w:sz w:val="17"/>
                <w:szCs w:val="17"/>
                <w:lang w:eastAsia="ko-KR"/>
              </w:rPr>
            </w:pPr>
            <w:r w:rsidRPr="002D247B">
              <w:rPr>
                <w:rFonts w:ascii="MS Gothic" w:eastAsia="MS Gothic" w:hAnsi="MS Gothic" w:cs="MS Gothic" w:hint="eastAsia"/>
                <w:color w:val="000000"/>
                <w:spacing w:val="-10"/>
                <w:w w:val="90"/>
                <w:sz w:val="17"/>
                <w:szCs w:val="17"/>
                <w:lang w:eastAsia="ko-KR"/>
              </w:rPr>
              <w:t>‣</w:t>
            </w:r>
            <w:r w:rsidRPr="002D247B">
              <w:rPr>
                <w:rFonts w:ascii="한양중고딕" w:eastAsia="한양중고딕" w:hAnsi="굴림" w:cs="굴림" w:hint="eastAsia"/>
                <w:color w:val="000000"/>
                <w:spacing w:val="-10"/>
                <w:w w:val="90"/>
                <w:sz w:val="17"/>
                <w:szCs w:val="17"/>
                <w:lang w:eastAsia="ko-KR"/>
              </w:rPr>
              <w:t xml:space="preserve">관세청, </w:t>
            </w:r>
            <w:proofErr w:type="gramStart"/>
            <w:r w:rsidRPr="002D247B">
              <w:rPr>
                <w:rFonts w:ascii="한양중고딕" w:eastAsia="한양중고딕" w:hAnsi="굴림" w:cs="굴림" w:hint="eastAsia"/>
                <w:color w:val="000000"/>
                <w:spacing w:val="-10"/>
                <w:w w:val="90"/>
                <w:sz w:val="17"/>
                <w:szCs w:val="17"/>
                <w:lang w:eastAsia="ko-KR"/>
              </w:rPr>
              <w:t>무역통계진흥원 :</w:t>
            </w:r>
            <w:proofErr w:type="gramEnd"/>
            <w:r w:rsidRPr="002D247B">
              <w:rPr>
                <w:rFonts w:ascii="한양중고딕" w:eastAsia="한양중고딕" w:hAnsi="굴림" w:cs="굴림" w:hint="eastAsia"/>
                <w:color w:val="000000"/>
                <w:spacing w:val="-10"/>
                <w:w w:val="90"/>
                <w:sz w:val="17"/>
                <w:szCs w:val="17"/>
                <w:lang w:eastAsia="ko-KR"/>
              </w:rPr>
              <w:t xml:space="preserve"> 수출에 관한 거래내역을 판단하기 위한 식별정보, </w:t>
            </w:r>
            <w:proofErr w:type="spellStart"/>
            <w:r w:rsidRPr="002D247B">
              <w:rPr>
                <w:rFonts w:ascii="한양중고딕" w:eastAsia="한양중고딕" w:hAnsi="굴림" w:cs="굴림" w:hint="eastAsia"/>
                <w:color w:val="000000"/>
                <w:spacing w:val="-10"/>
                <w:w w:val="90"/>
                <w:sz w:val="17"/>
                <w:szCs w:val="17"/>
                <w:lang w:eastAsia="ko-KR"/>
              </w:rPr>
              <w:t>대출정보</w:t>
            </w:r>
            <w:proofErr w:type="spellEnd"/>
            <w:r w:rsidRPr="002D247B">
              <w:rPr>
                <w:rFonts w:ascii="한양중고딕" w:eastAsia="한양중고딕" w:hAnsi="굴림" w:cs="굴림" w:hint="eastAsia"/>
                <w:color w:val="000000"/>
                <w:spacing w:val="-10"/>
                <w:w w:val="90"/>
                <w:sz w:val="17"/>
                <w:szCs w:val="17"/>
                <w:lang w:eastAsia="ko-KR"/>
              </w:rPr>
              <w:t xml:space="preserve"> 등 자료</w:t>
            </w:r>
          </w:p>
          <w:p w:rsidR="003F7D5C" w:rsidRPr="002D247B" w:rsidRDefault="003F7D5C" w:rsidP="00602DA3">
            <w:pPr>
              <w:spacing w:before="60" w:after="20"/>
              <w:textAlignment w:val="baseline"/>
              <w:rPr>
                <w:rFonts w:ascii="한컴바탕" w:eastAsia="굴림" w:hAnsi="굴림" w:cs="굴림"/>
                <w:color w:val="000000"/>
                <w:sz w:val="17"/>
                <w:szCs w:val="17"/>
                <w:lang w:eastAsia="ko-KR"/>
              </w:rPr>
            </w:pPr>
            <w:r w:rsidRPr="002D247B">
              <w:rPr>
                <w:rFonts w:ascii="MS Gothic" w:eastAsia="MS Gothic" w:hAnsi="MS Gothic" w:cs="MS Gothic" w:hint="eastAsia"/>
                <w:color w:val="000000"/>
                <w:spacing w:val="-10"/>
                <w:w w:val="90"/>
                <w:sz w:val="17"/>
                <w:szCs w:val="17"/>
                <w:lang w:eastAsia="ko-KR"/>
              </w:rPr>
              <w:t>‣</w:t>
            </w:r>
            <w:r w:rsidRPr="002D247B">
              <w:rPr>
                <w:rFonts w:ascii="한양중고딕" w:eastAsia="한양중고딕" w:hAnsi="굴림" w:cs="굴림" w:hint="eastAsia"/>
                <w:color w:val="000000"/>
                <w:spacing w:val="-14"/>
                <w:w w:val="90"/>
                <w:sz w:val="17"/>
                <w:szCs w:val="17"/>
                <w:lang w:eastAsia="ko-KR"/>
              </w:rPr>
              <w:t xml:space="preserve">중소기업 </w:t>
            </w:r>
            <w:proofErr w:type="spellStart"/>
            <w:r w:rsidRPr="002D247B">
              <w:rPr>
                <w:rFonts w:ascii="한양중고딕" w:eastAsia="한양중고딕" w:hAnsi="굴림" w:cs="굴림" w:hint="eastAsia"/>
                <w:color w:val="000000"/>
                <w:spacing w:val="-14"/>
                <w:w w:val="90"/>
                <w:sz w:val="17"/>
                <w:szCs w:val="17"/>
                <w:lang w:eastAsia="ko-KR"/>
              </w:rPr>
              <w:t>진단관련</w:t>
            </w:r>
            <w:proofErr w:type="spellEnd"/>
            <w:r w:rsidRPr="002D247B">
              <w:rPr>
                <w:rFonts w:ascii="한양중고딕" w:eastAsia="한양중고딕" w:hAnsi="굴림" w:cs="굴림" w:hint="eastAsia"/>
                <w:color w:val="000000"/>
                <w:spacing w:val="-14"/>
                <w:w w:val="90"/>
                <w:sz w:val="17"/>
                <w:szCs w:val="17"/>
                <w:lang w:eastAsia="ko-KR"/>
              </w:rPr>
              <w:t xml:space="preserve"> 관계기관(</w:t>
            </w:r>
            <w:proofErr w:type="spellStart"/>
            <w:r w:rsidRPr="002D247B">
              <w:rPr>
                <w:rFonts w:ascii="한양중고딕" w:eastAsia="한양중고딕" w:hAnsi="굴림" w:cs="굴림" w:hint="eastAsia"/>
                <w:color w:val="000000"/>
                <w:spacing w:val="-14"/>
                <w:w w:val="90"/>
                <w:sz w:val="17"/>
                <w:szCs w:val="17"/>
                <w:lang w:eastAsia="ko-KR"/>
              </w:rPr>
              <w:t>진단전문가</w:t>
            </w:r>
            <w:proofErr w:type="spellEnd"/>
            <w:r w:rsidRPr="002D247B">
              <w:rPr>
                <w:rFonts w:ascii="한양중고딕" w:eastAsia="한양중고딕" w:hAnsi="굴림" w:cs="굴림" w:hint="eastAsia"/>
                <w:color w:val="000000"/>
                <w:spacing w:val="-14"/>
                <w:w w:val="90"/>
                <w:sz w:val="17"/>
                <w:szCs w:val="17"/>
                <w:lang w:eastAsia="ko-KR"/>
              </w:rPr>
              <w:t xml:space="preserve">, </w:t>
            </w:r>
            <w:proofErr w:type="spellStart"/>
            <w:r w:rsidRPr="002D247B">
              <w:rPr>
                <w:rFonts w:ascii="한양중고딕" w:eastAsia="한양중고딕" w:hAnsi="굴림" w:cs="굴림" w:hint="eastAsia"/>
                <w:color w:val="000000"/>
                <w:spacing w:val="-14"/>
                <w:w w:val="90"/>
                <w:sz w:val="17"/>
                <w:szCs w:val="17"/>
                <w:lang w:eastAsia="ko-KR"/>
              </w:rPr>
              <w:t>진단기관</w:t>
            </w:r>
            <w:r w:rsidRPr="002D247B">
              <w:rPr>
                <w:rFonts w:ascii="MS Gothic" w:eastAsia="MS Gothic" w:hAnsi="MS Gothic" w:cs="MS Gothic" w:hint="eastAsia"/>
                <w:color w:val="000000"/>
                <w:spacing w:val="-14"/>
                <w:w w:val="90"/>
                <w:sz w:val="17"/>
                <w:szCs w:val="17"/>
                <w:lang w:eastAsia="ko-KR"/>
              </w:rPr>
              <w:t>․</w:t>
            </w:r>
            <w:r w:rsidRPr="002D247B">
              <w:rPr>
                <w:rFonts w:ascii="한양중고딕" w:eastAsia="한양중고딕" w:hAnsi="굴림" w:cs="굴림" w:hint="eastAsia"/>
                <w:color w:val="000000"/>
                <w:spacing w:val="-14"/>
                <w:w w:val="90"/>
                <w:sz w:val="17"/>
                <w:szCs w:val="17"/>
                <w:lang w:eastAsia="ko-KR"/>
              </w:rPr>
              <w:t>공동진단기관</w:t>
            </w:r>
            <w:r w:rsidRPr="002D247B">
              <w:rPr>
                <w:rFonts w:ascii="MS Gothic" w:eastAsia="MS Gothic" w:hAnsi="MS Gothic" w:cs="MS Gothic" w:hint="eastAsia"/>
                <w:color w:val="000000"/>
                <w:spacing w:val="-14"/>
                <w:w w:val="90"/>
                <w:sz w:val="17"/>
                <w:szCs w:val="17"/>
                <w:lang w:eastAsia="ko-KR"/>
              </w:rPr>
              <w:t>․</w:t>
            </w:r>
            <w:r w:rsidRPr="002D247B">
              <w:rPr>
                <w:rFonts w:ascii="한양중고딕" w:eastAsia="한양중고딕" w:hAnsi="굴림" w:cs="굴림" w:hint="eastAsia"/>
                <w:color w:val="000000"/>
                <w:spacing w:val="-14"/>
                <w:w w:val="90"/>
                <w:sz w:val="17"/>
                <w:szCs w:val="17"/>
                <w:lang w:eastAsia="ko-KR"/>
              </w:rPr>
              <w:t>맞춤형</w:t>
            </w:r>
            <w:proofErr w:type="spellEnd"/>
            <w:r w:rsidRPr="002D247B">
              <w:rPr>
                <w:rFonts w:ascii="한양중고딕" w:eastAsia="한양중고딕" w:hAnsi="굴림" w:cs="굴림" w:hint="eastAsia"/>
                <w:color w:val="000000"/>
                <w:spacing w:val="-14"/>
                <w:w w:val="90"/>
                <w:sz w:val="17"/>
                <w:szCs w:val="17"/>
                <w:lang w:eastAsia="ko-KR"/>
              </w:rPr>
              <w:t xml:space="preserve"> 치유 지원기관(한국산업단지</w:t>
            </w:r>
            <w:r w:rsidRPr="002D247B">
              <w:rPr>
                <w:rFonts w:ascii="한양중고딕" w:eastAsia="한양중고딕" w:hAnsi="굴림" w:cs="굴림" w:hint="eastAsia"/>
                <w:color w:val="000000"/>
                <w:spacing w:val="-18"/>
                <w:w w:val="90"/>
                <w:sz w:val="17"/>
                <w:szCs w:val="17"/>
                <w:lang w:eastAsia="ko-KR"/>
              </w:rPr>
              <w:t>공단, 지자체 등), 사전부실예방위원회), 한국거래소, 중소벤처기업부에 등록된 창업투자회사(투자희망기업에 한함),</w:t>
            </w:r>
            <w:r w:rsidRPr="002D247B">
              <w:rPr>
                <w:rFonts w:ascii="한컴바탕" w:eastAsia="한양중고딕" w:hAnsi="굴림" w:cs="굴림"/>
                <w:color w:val="000000"/>
                <w:spacing w:val="-14"/>
                <w:w w:val="90"/>
                <w:sz w:val="17"/>
                <w:szCs w:val="17"/>
                <w:lang w:eastAsia="ko-KR"/>
              </w:rPr>
              <w:t xml:space="preserve"> </w:t>
            </w:r>
            <w:proofErr w:type="spellStart"/>
            <w:r w:rsidRPr="002D247B">
              <w:rPr>
                <w:rFonts w:ascii="한양중고딕" w:eastAsia="한양중고딕" w:hAnsi="굴림" w:cs="굴림" w:hint="eastAsia"/>
                <w:color w:val="000000"/>
                <w:spacing w:val="-12"/>
                <w:w w:val="90"/>
                <w:sz w:val="17"/>
                <w:szCs w:val="17"/>
                <w:lang w:eastAsia="ko-KR"/>
              </w:rPr>
              <w:t>이익공유형</w:t>
            </w:r>
            <w:proofErr w:type="spellEnd"/>
            <w:r w:rsidRPr="002D247B">
              <w:rPr>
                <w:rFonts w:ascii="한양중고딕" w:eastAsia="한양중고딕" w:hAnsi="굴림" w:cs="굴림" w:hint="eastAsia"/>
                <w:color w:val="000000"/>
                <w:spacing w:val="-12"/>
                <w:w w:val="90"/>
                <w:sz w:val="17"/>
                <w:szCs w:val="17"/>
                <w:lang w:eastAsia="ko-KR"/>
              </w:rPr>
              <w:t xml:space="preserve"> 대출의 영업이익 적정성 </w:t>
            </w:r>
            <w:proofErr w:type="spellStart"/>
            <w:r w:rsidRPr="002D247B">
              <w:rPr>
                <w:rFonts w:ascii="한양중고딕" w:eastAsia="한양중고딕" w:hAnsi="굴림" w:cs="굴림" w:hint="eastAsia"/>
                <w:color w:val="000000"/>
                <w:spacing w:val="-12"/>
                <w:w w:val="90"/>
                <w:sz w:val="17"/>
                <w:szCs w:val="17"/>
                <w:lang w:eastAsia="ko-KR"/>
              </w:rPr>
              <w:t>점검용역</w:t>
            </w:r>
            <w:proofErr w:type="spellEnd"/>
            <w:r w:rsidRPr="002D247B">
              <w:rPr>
                <w:rFonts w:ascii="한양중고딕" w:eastAsia="한양중고딕" w:hAnsi="굴림" w:cs="굴림" w:hint="eastAsia"/>
                <w:color w:val="000000"/>
                <w:spacing w:val="-12"/>
                <w:w w:val="90"/>
                <w:sz w:val="17"/>
                <w:szCs w:val="17"/>
                <w:lang w:eastAsia="ko-KR"/>
              </w:rPr>
              <w:t xml:space="preserve"> 수행 회계법인, 중소벤처기업부</w:t>
            </w:r>
            <w:r w:rsidRPr="002D247B">
              <w:rPr>
                <w:rFonts w:ascii="한컴바탕" w:eastAsia="한양중고딕" w:hAnsi="굴림" w:cs="굴림"/>
                <w:color w:val="000000"/>
                <w:spacing w:val="-14"/>
                <w:w w:val="90"/>
                <w:sz w:val="17"/>
                <w:szCs w:val="17"/>
                <w:lang w:eastAsia="ko-KR"/>
              </w:rPr>
              <w:t xml:space="preserve"> </w:t>
            </w:r>
            <w:r w:rsidRPr="002D247B">
              <w:rPr>
                <w:rFonts w:ascii="한양중고딕" w:eastAsia="한양중고딕" w:hAnsi="굴림" w:cs="굴림" w:hint="eastAsia"/>
                <w:color w:val="000000"/>
                <w:spacing w:val="-14"/>
                <w:w w:val="90"/>
                <w:sz w:val="17"/>
                <w:szCs w:val="17"/>
                <w:lang w:eastAsia="ko-KR"/>
              </w:rPr>
              <w:t xml:space="preserve">등 공공기관, 중소기업 통합관리시스템 </w:t>
            </w:r>
            <w:proofErr w:type="gramStart"/>
            <w:r w:rsidRPr="002D247B">
              <w:rPr>
                <w:rFonts w:ascii="한양중고딕" w:eastAsia="한양중고딕" w:hAnsi="굴림" w:cs="굴림" w:hint="eastAsia"/>
                <w:color w:val="000000"/>
                <w:spacing w:val="-14"/>
                <w:w w:val="90"/>
                <w:sz w:val="17"/>
                <w:szCs w:val="17"/>
                <w:lang w:eastAsia="ko-KR"/>
              </w:rPr>
              <w:t>운영기관</w:t>
            </w:r>
            <w:r w:rsidRPr="002D247B">
              <w:rPr>
                <w:rFonts w:ascii="한컴바탕" w:eastAsia="한양중고딕" w:hAnsi="굴림" w:cs="굴림"/>
                <w:color w:val="000000"/>
                <w:spacing w:val="-10"/>
                <w:w w:val="90"/>
                <w:sz w:val="17"/>
                <w:szCs w:val="17"/>
                <w:lang w:eastAsia="ko-KR"/>
              </w:rPr>
              <w:t xml:space="preserve"> </w:t>
            </w:r>
            <w:r w:rsidRPr="002D247B">
              <w:rPr>
                <w:rFonts w:ascii="한양중고딕" w:eastAsia="한양중고딕" w:hAnsi="굴림" w:cs="굴림" w:hint="eastAsia"/>
                <w:color w:val="000000"/>
                <w:spacing w:val="-10"/>
                <w:w w:val="90"/>
                <w:sz w:val="17"/>
                <w:szCs w:val="17"/>
                <w:lang w:eastAsia="ko-KR"/>
              </w:rPr>
              <w:t>:</w:t>
            </w:r>
            <w:proofErr w:type="gramEnd"/>
            <w:r w:rsidRPr="002D247B">
              <w:rPr>
                <w:rFonts w:ascii="한양중고딕" w:eastAsia="한양중고딕" w:hAnsi="굴림" w:cs="굴림" w:hint="eastAsia"/>
                <w:color w:val="000000"/>
                <w:spacing w:val="-10"/>
                <w:w w:val="90"/>
                <w:sz w:val="17"/>
                <w:szCs w:val="17"/>
                <w:lang w:eastAsia="ko-KR"/>
              </w:rPr>
              <w:t xml:space="preserve"> 식별정보, 신용능력정보(</w:t>
            </w:r>
            <w:proofErr w:type="spellStart"/>
            <w:r w:rsidRPr="002D247B">
              <w:rPr>
                <w:rFonts w:ascii="한양중고딕" w:eastAsia="한양중고딕" w:hAnsi="굴림" w:cs="굴림" w:hint="eastAsia"/>
                <w:color w:val="000000"/>
                <w:spacing w:val="-10"/>
                <w:w w:val="90"/>
                <w:sz w:val="17"/>
                <w:szCs w:val="17"/>
                <w:lang w:eastAsia="ko-KR"/>
              </w:rPr>
              <w:t>기업현황</w:t>
            </w:r>
            <w:proofErr w:type="spellEnd"/>
            <w:r w:rsidRPr="002D247B">
              <w:rPr>
                <w:rFonts w:ascii="한양중고딕" w:eastAsia="한양중고딕" w:hAnsi="굴림" w:cs="굴림" w:hint="eastAsia"/>
                <w:color w:val="000000"/>
                <w:spacing w:val="-10"/>
                <w:w w:val="90"/>
                <w:sz w:val="17"/>
                <w:szCs w:val="17"/>
                <w:lang w:eastAsia="ko-KR"/>
              </w:rPr>
              <w:t xml:space="preserve">, 사업장 및 </w:t>
            </w:r>
            <w:proofErr w:type="spellStart"/>
            <w:r w:rsidRPr="002D247B">
              <w:rPr>
                <w:rFonts w:ascii="한양중고딕" w:eastAsia="한양중고딕" w:hAnsi="굴림" w:cs="굴림" w:hint="eastAsia"/>
                <w:color w:val="000000"/>
                <w:spacing w:val="-10"/>
                <w:w w:val="90"/>
                <w:sz w:val="17"/>
                <w:szCs w:val="17"/>
                <w:lang w:eastAsia="ko-KR"/>
              </w:rPr>
              <w:t>가동현황</w:t>
            </w:r>
            <w:proofErr w:type="spellEnd"/>
            <w:r w:rsidRPr="002D247B">
              <w:rPr>
                <w:rFonts w:ascii="한양중고딕" w:eastAsia="한양중고딕" w:hAnsi="굴림" w:cs="굴림" w:hint="eastAsia"/>
                <w:color w:val="000000"/>
                <w:spacing w:val="-10"/>
                <w:w w:val="90"/>
                <w:sz w:val="17"/>
                <w:szCs w:val="17"/>
                <w:lang w:eastAsia="ko-KR"/>
              </w:rPr>
              <w:t>, 신용거래정보, 영업상황, 재무상황 등), 신용거래정보(대출 등 지원현황 등)</w:t>
            </w:r>
          </w:p>
          <w:p w:rsidR="003F7D5C" w:rsidRPr="002D247B" w:rsidRDefault="003F7D5C" w:rsidP="00602DA3">
            <w:pPr>
              <w:spacing w:before="60" w:after="20"/>
              <w:textAlignment w:val="baseline"/>
              <w:rPr>
                <w:rFonts w:ascii="한컴바탕" w:eastAsia="굴림" w:hAnsi="굴림" w:cs="굴림"/>
                <w:color w:val="000000"/>
                <w:sz w:val="17"/>
                <w:szCs w:val="17"/>
                <w:lang w:eastAsia="ko-KR"/>
              </w:rPr>
            </w:pPr>
            <w:r w:rsidRPr="002D247B">
              <w:rPr>
                <w:rFonts w:ascii="MS Gothic" w:eastAsia="MS Gothic" w:hAnsi="MS Gothic" w:cs="MS Gothic" w:hint="eastAsia"/>
                <w:color w:val="000000"/>
                <w:spacing w:val="-10"/>
                <w:w w:val="90"/>
                <w:sz w:val="17"/>
                <w:szCs w:val="17"/>
                <w:lang w:eastAsia="ko-KR"/>
              </w:rPr>
              <w:t>‣</w:t>
            </w:r>
            <w:r w:rsidRPr="002D247B">
              <w:rPr>
                <w:rFonts w:ascii="한양중고딕" w:eastAsia="한양중고딕" w:hAnsi="굴림" w:cs="굴림" w:hint="eastAsia"/>
                <w:color w:val="000000"/>
                <w:spacing w:val="-10"/>
                <w:w w:val="90"/>
                <w:sz w:val="17"/>
                <w:szCs w:val="17"/>
                <w:lang w:eastAsia="ko-KR"/>
              </w:rPr>
              <w:t xml:space="preserve">협약을 맺은 금융기관, 연대보증인 </w:t>
            </w:r>
            <w:proofErr w:type="gramStart"/>
            <w:r w:rsidRPr="002D247B">
              <w:rPr>
                <w:rFonts w:ascii="한양중고딕" w:eastAsia="한양중고딕" w:hAnsi="굴림" w:cs="굴림" w:hint="eastAsia"/>
                <w:color w:val="000000"/>
                <w:spacing w:val="-10"/>
                <w:w w:val="90"/>
                <w:sz w:val="17"/>
                <w:szCs w:val="17"/>
                <w:lang w:eastAsia="ko-KR"/>
              </w:rPr>
              <w:t>등 :</w:t>
            </w:r>
            <w:proofErr w:type="gramEnd"/>
            <w:r w:rsidRPr="002D247B">
              <w:rPr>
                <w:rFonts w:ascii="한양중고딕" w:eastAsia="한양중고딕" w:hAnsi="굴림" w:cs="굴림" w:hint="eastAsia"/>
                <w:color w:val="000000"/>
                <w:spacing w:val="-10"/>
                <w:w w:val="90"/>
                <w:sz w:val="17"/>
                <w:szCs w:val="17"/>
                <w:lang w:eastAsia="ko-KR"/>
              </w:rPr>
              <w:t xml:space="preserve"> </w:t>
            </w:r>
            <w:r w:rsidRPr="002D247B">
              <w:rPr>
                <w:rFonts w:ascii="한양중고딕" w:eastAsia="한양중고딕" w:hAnsi="굴림" w:cs="굴림" w:hint="eastAsia"/>
                <w:color w:val="000000"/>
                <w:spacing w:val="-18"/>
                <w:w w:val="90"/>
                <w:sz w:val="17"/>
                <w:szCs w:val="17"/>
                <w:lang w:eastAsia="ko-KR"/>
              </w:rPr>
              <w:t xml:space="preserve">식별정보(상호, 법인등록번호, 사업자등록번호, </w:t>
            </w:r>
            <w:proofErr w:type="spellStart"/>
            <w:r w:rsidRPr="002D247B">
              <w:rPr>
                <w:rFonts w:ascii="한양중고딕" w:eastAsia="한양중고딕" w:hAnsi="굴림" w:cs="굴림" w:hint="eastAsia"/>
                <w:color w:val="000000"/>
                <w:spacing w:val="-18"/>
                <w:w w:val="90"/>
                <w:sz w:val="17"/>
                <w:szCs w:val="17"/>
                <w:lang w:eastAsia="ko-KR"/>
              </w:rPr>
              <w:t>본점</w:t>
            </w:r>
            <w:r w:rsidRPr="002D247B">
              <w:rPr>
                <w:rFonts w:ascii="MS Gothic" w:eastAsia="MS Gothic" w:hAnsi="MS Gothic" w:cs="MS Gothic" w:hint="eastAsia"/>
                <w:color w:val="000000"/>
                <w:spacing w:val="-18"/>
                <w:w w:val="90"/>
                <w:sz w:val="17"/>
                <w:szCs w:val="17"/>
                <w:lang w:eastAsia="ko-KR"/>
              </w:rPr>
              <w:t>․</w:t>
            </w:r>
            <w:r w:rsidRPr="002D247B">
              <w:rPr>
                <w:rFonts w:ascii="한양중고딕" w:eastAsia="한양중고딕" w:hAnsi="굴림" w:cs="굴림" w:hint="eastAsia"/>
                <w:color w:val="000000"/>
                <w:spacing w:val="-18"/>
                <w:w w:val="90"/>
                <w:sz w:val="17"/>
                <w:szCs w:val="17"/>
                <w:lang w:eastAsia="ko-KR"/>
              </w:rPr>
              <w:t>영업소</w:t>
            </w:r>
            <w:proofErr w:type="spellEnd"/>
            <w:r w:rsidRPr="002D247B">
              <w:rPr>
                <w:rFonts w:ascii="한양중고딕" w:eastAsia="한양중고딕" w:hAnsi="굴림" w:cs="굴림" w:hint="eastAsia"/>
                <w:color w:val="000000"/>
                <w:spacing w:val="-18"/>
                <w:w w:val="90"/>
                <w:sz w:val="17"/>
                <w:szCs w:val="17"/>
                <w:lang w:eastAsia="ko-KR"/>
              </w:rPr>
              <w:t xml:space="preserve"> 등의 소재지, </w:t>
            </w:r>
            <w:proofErr w:type="spellStart"/>
            <w:r w:rsidRPr="002D247B">
              <w:rPr>
                <w:rFonts w:ascii="한양중고딕" w:eastAsia="한양중고딕" w:hAnsi="굴림" w:cs="굴림" w:hint="eastAsia"/>
                <w:color w:val="000000"/>
                <w:spacing w:val="-18"/>
                <w:w w:val="90"/>
                <w:sz w:val="17"/>
                <w:szCs w:val="17"/>
                <w:lang w:eastAsia="ko-KR"/>
              </w:rPr>
              <w:t>설립연월일</w:t>
            </w:r>
            <w:proofErr w:type="spellEnd"/>
            <w:r w:rsidRPr="002D247B">
              <w:rPr>
                <w:rFonts w:ascii="한양중고딕" w:eastAsia="한양중고딕" w:hAnsi="굴림" w:cs="굴림" w:hint="eastAsia"/>
                <w:color w:val="000000"/>
                <w:spacing w:val="-18"/>
                <w:w w:val="90"/>
                <w:sz w:val="17"/>
                <w:szCs w:val="17"/>
                <w:lang w:eastAsia="ko-KR"/>
              </w:rPr>
              <w:t xml:space="preserve"> 등), 신용거래 정보(대출, 보증, 담보제공 등 거래와 관련한 상품종류, 거래조건, </w:t>
            </w:r>
            <w:proofErr w:type="spellStart"/>
            <w:r w:rsidRPr="002D247B">
              <w:rPr>
                <w:rFonts w:ascii="한양중고딕" w:eastAsia="한양중고딕" w:hAnsi="굴림" w:cs="굴림" w:hint="eastAsia"/>
                <w:color w:val="000000"/>
                <w:spacing w:val="-18"/>
                <w:w w:val="90"/>
                <w:sz w:val="17"/>
                <w:szCs w:val="17"/>
                <w:lang w:eastAsia="ko-KR"/>
              </w:rPr>
              <w:t>거래일시</w:t>
            </w:r>
            <w:proofErr w:type="spellEnd"/>
            <w:r w:rsidRPr="002D247B">
              <w:rPr>
                <w:rFonts w:ascii="한양중고딕" w:eastAsia="한양중고딕" w:hAnsi="굴림" w:cs="굴림" w:hint="eastAsia"/>
                <w:color w:val="000000"/>
                <w:spacing w:val="-18"/>
                <w:w w:val="90"/>
                <w:sz w:val="17"/>
                <w:szCs w:val="17"/>
                <w:lang w:eastAsia="ko-KR"/>
              </w:rPr>
              <w:t>, 금액, 한도 등 정보), 신용도판단정보(연체, 부도, 대위변제 등), 신용능력정보(소득의 총액 등) 등</w:t>
            </w:r>
          </w:p>
        </w:tc>
      </w:tr>
      <w:tr w:rsidR="003F7D5C" w:rsidRPr="00E471C8" w:rsidTr="00B51B78">
        <w:trPr>
          <w:trHeight w:val="446"/>
        </w:trPr>
        <w:tc>
          <w:tcPr>
            <w:tcW w:w="2112" w:type="dxa"/>
            <w:tcBorders>
              <w:top w:val="single" w:sz="2" w:space="0" w:color="000000"/>
              <w:left w:val="single" w:sz="12" w:space="0" w:color="auto"/>
              <w:bottom w:val="single" w:sz="2" w:space="0" w:color="000000"/>
              <w:right w:val="single" w:sz="2" w:space="0" w:color="000000"/>
            </w:tcBorders>
            <w:tcMar>
              <w:top w:w="28" w:type="dxa"/>
              <w:left w:w="102" w:type="dxa"/>
              <w:bottom w:w="28" w:type="dxa"/>
              <w:right w:w="102" w:type="dxa"/>
            </w:tcMar>
            <w:vAlign w:val="center"/>
            <w:hideMark/>
          </w:tcPr>
          <w:p w:rsidR="003F7D5C" w:rsidRPr="001A50E3" w:rsidRDefault="003F7D5C" w:rsidP="00C51585">
            <w:pPr>
              <w:jc w:val="center"/>
              <w:textAlignment w:val="baseline"/>
              <w:rPr>
                <w:rFonts w:ascii="함초롬바탕" w:eastAsia="굴림" w:hAnsi="굴림" w:cs="굴림"/>
                <w:color w:val="000000"/>
                <w:sz w:val="18"/>
                <w:szCs w:val="18"/>
                <w:lang w:eastAsia="ko-KR"/>
              </w:rPr>
            </w:pPr>
            <w:r w:rsidRPr="001A50E3">
              <w:rPr>
                <w:rFonts w:ascii="한양중고딕" w:eastAsia="한양중고딕" w:hAnsi="굴림" w:cs="굴림" w:hint="eastAsia"/>
                <w:color w:val="000000"/>
                <w:spacing w:val="-18"/>
                <w:w w:val="85"/>
                <w:sz w:val="18"/>
                <w:szCs w:val="18"/>
                <w:lang w:eastAsia="ko-KR"/>
              </w:rPr>
              <w:t xml:space="preserve">제공받는 자의 기업(신용)정보 </w:t>
            </w:r>
            <w:proofErr w:type="spellStart"/>
            <w:r w:rsidRPr="001A50E3">
              <w:rPr>
                <w:rFonts w:ascii="한양중고딕" w:eastAsia="한양중고딕" w:hAnsi="굴림" w:cs="굴림" w:hint="eastAsia"/>
                <w:color w:val="000000"/>
                <w:spacing w:val="-18"/>
                <w:w w:val="85"/>
                <w:sz w:val="18"/>
                <w:szCs w:val="18"/>
                <w:lang w:eastAsia="ko-KR"/>
              </w:rPr>
              <w:t>보유·이용</w:t>
            </w:r>
            <w:proofErr w:type="spellEnd"/>
            <w:r w:rsidRPr="001A50E3">
              <w:rPr>
                <w:rFonts w:ascii="한양중고딕" w:eastAsia="한양중고딕" w:hAnsi="굴림" w:cs="굴림" w:hint="eastAsia"/>
                <w:color w:val="000000"/>
                <w:spacing w:val="-18"/>
                <w:w w:val="85"/>
                <w:sz w:val="18"/>
                <w:szCs w:val="18"/>
                <w:lang w:eastAsia="ko-KR"/>
              </w:rPr>
              <w:t xml:space="preserve"> 기간</w:t>
            </w:r>
          </w:p>
        </w:tc>
        <w:tc>
          <w:tcPr>
            <w:tcW w:w="7546" w:type="dxa"/>
            <w:tcBorders>
              <w:top w:val="single" w:sz="2" w:space="0" w:color="000000"/>
              <w:left w:val="single" w:sz="2" w:space="0" w:color="000000"/>
              <w:bottom w:val="single" w:sz="2" w:space="0" w:color="000000"/>
              <w:right w:val="single" w:sz="12" w:space="0" w:color="auto"/>
            </w:tcBorders>
            <w:tcMar>
              <w:top w:w="28" w:type="dxa"/>
              <w:left w:w="102" w:type="dxa"/>
              <w:bottom w:w="28" w:type="dxa"/>
              <w:right w:w="102" w:type="dxa"/>
            </w:tcMar>
            <w:vAlign w:val="center"/>
            <w:hideMark/>
          </w:tcPr>
          <w:p w:rsidR="003F7D5C" w:rsidRPr="002D247B" w:rsidRDefault="003F7D5C" w:rsidP="00C51585">
            <w:pPr>
              <w:spacing w:after="20"/>
              <w:textAlignment w:val="baseline"/>
              <w:rPr>
                <w:rFonts w:ascii="한컴바탕" w:eastAsia="굴림" w:hAnsi="굴림" w:cs="굴림"/>
                <w:color w:val="000000"/>
                <w:sz w:val="17"/>
                <w:szCs w:val="17"/>
                <w:lang w:eastAsia="ko-KR"/>
              </w:rPr>
            </w:pPr>
            <w:r w:rsidRPr="002D247B">
              <w:rPr>
                <w:rFonts w:ascii="한양중고딕" w:eastAsia="한양중고딕" w:hAnsi="굴림" w:cs="굴림" w:hint="eastAsia"/>
                <w:color w:val="000000"/>
                <w:spacing w:val="-10"/>
                <w:w w:val="90"/>
                <w:sz w:val="17"/>
                <w:szCs w:val="17"/>
                <w:lang w:eastAsia="ko-KR"/>
              </w:rPr>
              <w:t xml:space="preserve">제공된 날로부터 제공된 목적을 달성한 때까지 </w:t>
            </w:r>
            <w:proofErr w:type="spellStart"/>
            <w:r w:rsidRPr="002D247B">
              <w:rPr>
                <w:rFonts w:ascii="한양중고딕" w:eastAsia="한양중고딕" w:hAnsi="굴림" w:cs="굴림" w:hint="eastAsia"/>
                <w:color w:val="000000"/>
                <w:spacing w:val="-10"/>
                <w:w w:val="90"/>
                <w:sz w:val="17"/>
                <w:szCs w:val="17"/>
                <w:lang w:eastAsia="ko-KR"/>
              </w:rPr>
              <w:t>보유·이용됩니다</w:t>
            </w:r>
            <w:proofErr w:type="spellEnd"/>
            <w:r w:rsidRPr="002D247B">
              <w:rPr>
                <w:rFonts w:ascii="한양중고딕" w:eastAsia="한양중고딕" w:hAnsi="굴림" w:cs="굴림" w:hint="eastAsia"/>
                <w:color w:val="000000"/>
                <w:spacing w:val="-10"/>
                <w:w w:val="90"/>
                <w:sz w:val="17"/>
                <w:szCs w:val="17"/>
                <w:lang w:eastAsia="ko-KR"/>
              </w:rPr>
              <w:t xml:space="preserve">. 제공된 목적 달성 후에는 위에 기재된 이용목적과 관련된 금융사고 조사, 분쟁해결, 민원처리, 리스크 관리업무, 법령상 의무이행을 위하여만 </w:t>
            </w:r>
            <w:proofErr w:type="spellStart"/>
            <w:r w:rsidRPr="002D247B">
              <w:rPr>
                <w:rFonts w:ascii="한양중고딕" w:eastAsia="한양중고딕" w:hAnsi="굴림" w:cs="굴림" w:hint="eastAsia"/>
                <w:color w:val="000000"/>
                <w:spacing w:val="-10"/>
                <w:w w:val="90"/>
                <w:sz w:val="17"/>
                <w:szCs w:val="17"/>
                <w:lang w:eastAsia="ko-KR"/>
              </w:rPr>
              <w:t>보유·이용됩니다</w:t>
            </w:r>
            <w:proofErr w:type="spellEnd"/>
            <w:r w:rsidRPr="002D247B">
              <w:rPr>
                <w:rFonts w:ascii="한양중고딕" w:eastAsia="한양중고딕" w:hAnsi="굴림" w:cs="굴림" w:hint="eastAsia"/>
                <w:color w:val="000000"/>
                <w:spacing w:val="-10"/>
                <w:w w:val="90"/>
                <w:sz w:val="17"/>
                <w:szCs w:val="17"/>
                <w:lang w:eastAsia="ko-KR"/>
              </w:rPr>
              <w:t>.</w:t>
            </w:r>
          </w:p>
        </w:tc>
      </w:tr>
      <w:tr w:rsidR="003F7D5C" w:rsidRPr="00E471C8" w:rsidTr="00B51B78">
        <w:trPr>
          <w:trHeight w:val="416"/>
        </w:trPr>
        <w:tc>
          <w:tcPr>
            <w:tcW w:w="2112" w:type="dxa"/>
            <w:tcBorders>
              <w:top w:val="single" w:sz="2" w:space="0" w:color="000000"/>
              <w:left w:val="single" w:sz="12" w:space="0" w:color="auto"/>
              <w:bottom w:val="single" w:sz="2" w:space="0" w:color="000000"/>
              <w:right w:val="single" w:sz="2" w:space="0" w:color="000000"/>
            </w:tcBorders>
            <w:tcMar>
              <w:top w:w="28" w:type="dxa"/>
              <w:left w:w="102" w:type="dxa"/>
              <w:bottom w:w="28" w:type="dxa"/>
              <w:right w:w="102" w:type="dxa"/>
            </w:tcMar>
            <w:vAlign w:val="center"/>
            <w:hideMark/>
          </w:tcPr>
          <w:p w:rsidR="003F7D5C" w:rsidRPr="001A50E3" w:rsidRDefault="003F7D5C" w:rsidP="00C51585">
            <w:pPr>
              <w:jc w:val="center"/>
              <w:textAlignment w:val="baseline"/>
              <w:rPr>
                <w:rFonts w:ascii="함초롬바탕" w:eastAsia="굴림" w:hAnsi="굴림" w:cs="굴림"/>
                <w:color w:val="000000"/>
                <w:sz w:val="18"/>
                <w:szCs w:val="18"/>
                <w:lang w:eastAsia="ko-KR"/>
              </w:rPr>
            </w:pPr>
            <w:r w:rsidRPr="001A50E3">
              <w:rPr>
                <w:rFonts w:ascii="한양중고딕" w:eastAsia="한양중고딕" w:hAnsi="굴림" w:cs="굴림" w:hint="eastAsia"/>
                <w:color w:val="000000"/>
                <w:spacing w:val="-2"/>
                <w:w w:val="85"/>
                <w:sz w:val="18"/>
                <w:szCs w:val="18"/>
                <w:lang w:eastAsia="ko-KR"/>
              </w:rPr>
              <w:t>동의를 거부할 권리 및 동의를 거부할 경우 불이익</w:t>
            </w:r>
          </w:p>
        </w:tc>
        <w:tc>
          <w:tcPr>
            <w:tcW w:w="7546" w:type="dxa"/>
            <w:tcBorders>
              <w:top w:val="single" w:sz="2" w:space="0" w:color="000000"/>
              <w:left w:val="single" w:sz="2" w:space="0" w:color="000000"/>
              <w:bottom w:val="single" w:sz="2" w:space="0" w:color="000000"/>
              <w:right w:val="single" w:sz="12" w:space="0" w:color="auto"/>
            </w:tcBorders>
            <w:tcMar>
              <w:top w:w="28" w:type="dxa"/>
              <w:left w:w="102" w:type="dxa"/>
              <w:bottom w:w="28" w:type="dxa"/>
              <w:right w:w="102" w:type="dxa"/>
            </w:tcMar>
            <w:vAlign w:val="center"/>
            <w:hideMark/>
          </w:tcPr>
          <w:p w:rsidR="003F7D5C" w:rsidRPr="002D247B" w:rsidRDefault="003F7D5C" w:rsidP="00C51585">
            <w:pPr>
              <w:spacing w:after="20"/>
              <w:textAlignment w:val="baseline"/>
              <w:rPr>
                <w:rFonts w:ascii="한컴바탕" w:eastAsia="굴림" w:hAnsi="굴림" w:cs="굴림"/>
                <w:color w:val="000000"/>
                <w:sz w:val="17"/>
                <w:szCs w:val="17"/>
                <w:lang w:eastAsia="ko-KR"/>
              </w:rPr>
            </w:pPr>
            <w:r w:rsidRPr="002D247B">
              <w:rPr>
                <w:rFonts w:ascii="한양중고딕" w:eastAsia="한양중고딕" w:hAnsi="굴림" w:cs="굴림" w:hint="eastAsia"/>
                <w:color w:val="000000"/>
                <w:spacing w:val="-10"/>
                <w:w w:val="90"/>
                <w:sz w:val="17"/>
                <w:szCs w:val="17"/>
                <w:lang w:eastAsia="ko-KR"/>
              </w:rPr>
              <w:t xml:space="preserve">동의하지 않으실 경우 중소기업 정책자금 융자, 기업진단, </w:t>
            </w:r>
            <w:proofErr w:type="spellStart"/>
            <w:r w:rsidRPr="002D247B">
              <w:rPr>
                <w:rFonts w:ascii="한양중고딕" w:eastAsia="한양중고딕" w:hAnsi="굴림" w:cs="굴림" w:hint="eastAsia"/>
                <w:color w:val="000000"/>
                <w:spacing w:val="-10"/>
                <w:w w:val="90"/>
                <w:sz w:val="17"/>
                <w:szCs w:val="17"/>
                <w:lang w:eastAsia="ko-KR"/>
              </w:rPr>
              <w:t>연계지원</w:t>
            </w:r>
            <w:proofErr w:type="spellEnd"/>
            <w:r w:rsidRPr="002D247B">
              <w:rPr>
                <w:rFonts w:ascii="한양중고딕" w:eastAsia="한양중고딕" w:hAnsi="굴림" w:cs="굴림" w:hint="eastAsia"/>
                <w:color w:val="000000"/>
                <w:spacing w:val="-10"/>
                <w:w w:val="90"/>
                <w:sz w:val="17"/>
                <w:szCs w:val="17"/>
                <w:lang w:eastAsia="ko-KR"/>
              </w:rPr>
              <w:t xml:space="preserve"> 등과 관련한 상담 및 신청, 지원, 거래관계의 설정 및 유지가 불가능합니다.</w:t>
            </w:r>
          </w:p>
        </w:tc>
      </w:tr>
      <w:tr w:rsidR="003F7D5C" w:rsidRPr="00E471C8" w:rsidTr="00B51B78">
        <w:trPr>
          <w:trHeight w:val="416"/>
        </w:trPr>
        <w:tc>
          <w:tcPr>
            <w:tcW w:w="2112" w:type="dxa"/>
            <w:tcBorders>
              <w:top w:val="single" w:sz="2" w:space="0" w:color="000000"/>
              <w:left w:val="single" w:sz="12" w:space="0" w:color="auto"/>
              <w:bottom w:val="single" w:sz="12" w:space="0" w:color="auto"/>
              <w:right w:val="single" w:sz="2" w:space="0" w:color="000000"/>
            </w:tcBorders>
            <w:tcMar>
              <w:top w:w="28" w:type="dxa"/>
              <w:left w:w="102" w:type="dxa"/>
              <w:bottom w:w="28" w:type="dxa"/>
              <w:right w:w="102" w:type="dxa"/>
            </w:tcMar>
            <w:vAlign w:val="center"/>
            <w:hideMark/>
          </w:tcPr>
          <w:p w:rsidR="003F7D5C" w:rsidRPr="001A50E3" w:rsidRDefault="003F7D5C" w:rsidP="00C51585">
            <w:pPr>
              <w:jc w:val="center"/>
              <w:textAlignment w:val="baseline"/>
              <w:rPr>
                <w:rFonts w:ascii="함초롬바탕" w:eastAsia="굴림" w:hAnsi="굴림" w:cs="굴림"/>
                <w:color w:val="000000"/>
                <w:sz w:val="18"/>
                <w:szCs w:val="18"/>
                <w:lang w:eastAsia="ko-KR"/>
              </w:rPr>
            </w:pPr>
            <w:r w:rsidRPr="001A50E3">
              <w:rPr>
                <w:rFonts w:ascii="한양중고딕" w:eastAsia="한양중고딕" w:hAnsi="굴림" w:cs="굴림" w:hint="eastAsia"/>
                <w:color w:val="000000"/>
                <w:w w:val="85"/>
                <w:sz w:val="18"/>
                <w:szCs w:val="18"/>
                <w:lang w:eastAsia="ko-KR"/>
              </w:rPr>
              <w:t>기업(신용)정보 제공 동의여부</w:t>
            </w:r>
          </w:p>
        </w:tc>
        <w:tc>
          <w:tcPr>
            <w:tcW w:w="7546" w:type="dxa"/>
            <w:tcBorders>
              <w:top w:val="single" w:sz="2" w:space="0" w:color="000000"/>
              <w:left w:val="single" w:sz="2" w:space="0" w:color="000000"/>
              <w:bottom w:val="single" w:sz="12" w:space="0" w:color="auto"/>
              <w:right w:val="single" w:sz="12" w:space="0" w:color="auto"/>
            </w:tcBorders>
            <w:tcMar>
              <w:top w:w="28" w:type="dxa"/>
              <w:left w:w="102" w:type="dxa"/>
              <w:bottom w:w="28" w:type="dxa"/>
              <w:right w:w="102" w:type="dxa"/>
            </w:tcMar>
            <w:vAlign w:val="center"/>
            <w:hideMark/>
          </w:tcPr>
          <w:p w:rsidR="003F7D5C" w:rsidRPr="002D247B" w:rsidRDefault="003F7D5C" w:rsidP="00C51585">
            <w:pPr>
              <w:ind w:left="100" w:hanging="100"/>
              <w:textAlignment w:val="baseline"/>
              <w:rPr>
                <w:rFonts w:ascii="함초롬바탕" w:eastAsia="굴림" w:hAnsi="굴림" w:cs="굴림"/>
                <w:color w:val="000000"/>
                <w:sz w:val="17"/>
                <w:szCs w:val="17"/>
                <w:lang w:eastAsia="ko-KR"/>
              </w:rPr>
            </w:pPr>
            <w:r w:rsidRPr="002D247B">
              <w:rPr>
                <w:rFonts w:ascii="한양중고딕" w:eastAsia="한양중고딕" w:hAnsi="굴림" w:cs="굴림" w:hint="eastAsia"/>
                <w:color w:val="000000"/>
                <w:spacing w:val="-10"/>
                <w:w w:val="90"/>
                <w:sz w:val="17"/>
                <w:szCs w:val="17"/>
                <w:lang w:eastAsia="ko-KR"/>
              </w:rPr>
              <w:t xml:space="preserve">본인은 위와 같이 본인의 기업(신용)정보를 제공하는 것에 동의합니다. </w:t>
            </w:r>
          </w:p>
          <w:p w:rsidR="003F7D5C" w:rsidRPr="00E471C8" w:rsidRDefault="003F7D5C" w:rsidP="00C51585">
            <w:pPr>
              <w:ind w:left="100" w:hanging="100"/>
              <w:jc w:val="right"/>
              <w:textAlignment w:val="baseline"/>
              <w:rPr>
                <w:rFonts w:ascii="함초롬바탕" w:eastAsia="굴림" w:hAnsi="굴림" w:cs="굴림"/>
                <w:color w:val="000000"/>
                <w:szCs w:val="20"/>
                <w:lang w:eastAsia="ko-KR"/>
              </w:rPr>
            </w:pPr>
            <w:r w:rsidRPr="00E471C8">
              <w:rPr>
                <w:rFonts w:ascii="한양중고딕" w:eastAsia="한양중고딕" w:hAnsi="굴림" w:cs="굴림" w:hint="eastAsia"/>
                <w:b/>
                <w:bCs/>
                <w:color w:val="000000"/>
                <w:spacing w:val="-10"/>
                <w:w w:val="90"/>
                <w:sz w:val="18"/>
                <w:szCs w:val="18"/>
                <w:lang w:eastAsia="ko-KR"/>
              </w:rPr>
              <w:t xml:space="preserve">(동의함 </w:t>
            </w:r>
            <w:r w:rsidRPr="00E471C8">
              <w:rPr>
                <w:rFonts w:ascii="한양중고딕" w:eastAsia="한양중고딕" w:hAnsi="한양중고딕" w:cs="굴림" w:hint="eastAsia"/>
                <w:b/>
                <w:bCs/>
                <w:color w:val="000000"/>
                <w:spacing w:val="-10"/>
                <w:w w:val="90"/>
                <w:sz w:val="18"/>
                <w:szCs w:val="18"/>
                <w:lang w:eastAsia="ko-KR"/>
              </w:rPr>
              <w:t xml:space="preserve">□ </w:t>
            </w:r>
            <w:r w:rsidRPr="00E471C8">
              <w:rPr>
                <w:rFonts w:ascii="한양중고딕" w:eastAsia="한양중고딕" w:hAnsi="굴림" w:cs="굴림" w:hint="eastAsia"/>
                <w:b/>
                <w:bCs/>
                <w:color w:val="000000"/>
                <w:spacing w:val="-10"/>
                <w:w w:val="90"/>
                <w:sz w:val="18"/>
                <w:szCs w:val="18"/>
                <w:lang w:eastAsia="ko-KR"/>
              </w:rPr>
              <w:t xml:space="preserve">동의하지 않음 </w:t>
            </w:r>
            <w:r w:rsidRPr="00E471C8">
              <w:rPr>
                <w:rFonts w:ascii="한양중고딕" w:eastAsia="한양중고딕" w:hAnsi="한양중고딕" w:cs="굴림" w:hint="eastAsia"/>
                <w:b/>
                <w:bCs/>
                <w:color w:val="000000"/>
                <w:spacing w:val="-10"/>
                <w:w w:val="90"/>
                <w:sz w:val="18"/>
                <w:szCs w:val="18"/>
                <w:lang w:eastAsia="ko-KR"/>
              </w:rPr>
              <w:t>□</w:t>
            </w:r>
            <w:r w:rsidRPr="00E471C8">
              <w:rPr>
                <w:rFonts w:ascii="한양중고딕" w:eastAsia="한양중고딕" w:hAnsi="굴림" w:cs="굴림" w:hint="eastAsia"/>
                <w:b/>
                <w:bCs/>
                <w:color w:val="000000"/>
                <w:spacing w:val="-10"/>
                <w:w w:val="90"/>
                <w:sz w:val="18"/>
                <w:szCs w:val="18"/>
                <w:lang w:eastAsia="ko-KR"/>
              </w:rPr>
              <w:t>)</w:t>
            </w:r>
          </w:p>
        </w:tc>
      </w:tr>
    </w:tbl>
    <w:p w:rsidR="003F7D5C" w:rsidRPr="00334E90" w:rsidRDefault="003F7D5C" w:rsidP="003F7D5C">
      <w:pPr>
        <w:rPr>
          <w:sz w:val="10"/>
          <w:szCs w:val="10"/>
          <w:lang w:eastAsia="ko-KR"/>
        </w:rPr>
      </w:pPr>
    </w:p>
    <w:tbl>
      <w:tblPr>
        <w:tblOverlap w:val="never"/>
        <w:tblW w:w="0" w:type="auto"/>
        <w:tblInd w:w="102" w:type="dxa"/>
        <w:tblCellMar>
          <w:top w:w="15" w:type="dxa"/>
          <w:left w:w="15" w:type="dxa"/>
          <w:bottom w:w="15" w:type="dxa"/>
          <w:right w:w="15" w:type="dxa"/>
        </w:tblCellMar>
        <w:tblLook w:val="04A0" w:firstRow="1" w:lastRow="0" w:firstColumn="1" w:lastColumn="0" w:noHBand="0" w:noVBand="1"/>
      </w:tblPr>
      <w:tblGrid>
        <w:gridCol w:w="1921"/>
        <w:gridCol w:w="7718"/>
      </w:tblGrid>
      <w:tr w:rsidR="003F7D5C" w:rsidRPr="00E471C8" w:rsidTr="00B51B78">
        <w:trPr>
          <w:trHeight w:val="223"/>
        </w:trPr>
        <w:tc>
          <w:tcPr>
            <w:tcW w:w="9639" w:type="dxa"/>
            <w:gridSpan w:val="2"/>
            <w:tcBorders>
              <w:top w:val="nil"/>
              <w:left w:val="nil"/>
              <w:bottom w:val="single" w:sz="12" w:space="0" w:color="auto"/>
              <w:right w:val="nil"/>
            </w:tcBorders>
            <w:tcMar>
              <w:top w:w="28" w:type="dxa"/>
              <w:left w:w="102" w:type="dxa"/>
              <w:bottom w:w="28" w:type="dxa"/>
              <w:right w:w="102" w:type="dxa"/>
            </w:tcMar>
            <w:vAlign w:val="center"/>
            <w:hideMark/>
          </w:tcPr>
          <w:p w:rsidR="003F7D5C" w:rsidRPr="00E471C8" w:rsidRDefault="003F7D5C" w:rsidP="00C51585">
            <w:pPr>
              <w:textAlignment w:val="baseline"/>
              <w:rPr>
                <w:rFonts w:ascii="함초롬바탕" w:eastAsia="굴림" w:hAnsi="굴림" w:cs="굴림"/>
                <w:color w:val="000000"/>
                <w:szCs w:val="20"/>
                <w:lang w:eastAsia="ko-KR"/>
              </w:rPr>
            </w:pPr>
            <w:r w:rsidRPr="00E471C8">
              <w:rPr>
                <w:rFonts w:ascii="한양중고딕" w:eastAsia="한양중고딕" w:hAnsi="굴림" w:cs="굴림" w:hint="eastAsia"/>
                <w:b/>
                <w:bCs/>
                <w:color w:val="000000"/>
                <w:sz w:val="16"/>
                <w:szCs w:val="16"/>
                <w:lang w:eastAsia="ko-KR"/>
              </w:rPr>
              <w:t xml:space="preserve">4. 공공기관 등 보유 신용정보 </w:t>
            </w:r>
            <w:proofErr w:type="spellStart"/>
            <w:r w:rsidRPr="00E471C8">
              <w:rPr>
                <w:rFonts w:ascii="한양중고딕" w:eastAsia="한양중고딕" w:hAnsi="굴림" w:cs="굴림" w:hint="eastAsia"/>
                <w:b/>
                <w:bCs/>
                <w:color w:val="000000"/>
                <w:sz w:val="16"/>
                <w:szCs w:val="16"/>
                <w:lang w:eastAsia="ko-KR"/>
              </w:rPr>
              <w:t>제공</w:t>
            </w:r>
            <w:r w:rsidRPr="00E471C8">
              <w:rPr>
                <w:rFonts w:ascii="MS Gothic" w:eastAsia="MS Gothic" w:hAnsi="MS Gothic" w:cs="MS Gothic" w:hint="eastAsia"/>
                <w:b/>
                <w:bCs/>
                <w:color w:val="000000"/>
                <w:sz w:val="16"/>
                <w:szCs w:val="16"/>
                <w:lang w:eastAsia="ko-KR"/>
              </w:rPr>
              <w:t>․</w:t>
            </w:r>
            <w:r w:rsidRPr="00E471C8">
              <w:rPr>
                <w:rFonts w:ascii="한양중고딕" w:eastAsia="한양중고딕" w:hAnsi="굴림" w:cs="굴림" w:hint="eastAsia"/>
                <w:b/>
                <w:bCs/>
                <w:color w:val="000000"/>
                <w:sz w:val="16"/>
                <w:szCs w:val="16"/>
                <w:lang w:eastAsia="ko-KR"/>
              </w:rPr>
              <w:t>조회에</w:t>
            </w:r>
            <w:proofErr w:type="spellEnd"/>
            <w:r w:rsidRPr="00E471C8">
              <w:rPr>
                <w:rFonts w:ascii="한양중고딕" w:eastAsia="한양중고딕" w:hAnsi="굴림" w:cs="굴림" w:hint="eastAsia"/>
                <w:b/>
                <w:bCs/>
                <w:color w:val="000000"/>
                <w:sz w:val="16"/>
                <w:szCs w:val="16"/>
                <w:lang w:eastAsia="ko-KR"/>
              </w:rPr>
              <w:t xml:space="preserve"> 관한 사항</w:t>
            </w:r>
          </w:p>
        </w:tc>
      </w:tr>
      <w:tr w:rsidR="003F7D5C" w:rsidRPr="00E471C8" w:rsidTr="00B51B78">
        <w:trPr>
          <w:trHeight w:val="251"/>
        </w:trPr>
        <w:tc>
          <w:tcPr>
            <w:tcW w:w="1921" w:type="dxa"/>
            <w:tcBorders>
              <w:top w:val="single" w:sz="12" w:space="0" w:color="auto"/>
              <w:left w:val="single" w:sz="12" w:space="0" w:color="auto"/>
              <w:bottom w:val="single" w:sz="2" w:space="0" w:color="000000"/>
              <w:right w:val="single" w:sz="2" w:space="0" w:color="000000"/>
            </w:tcBorders>
            <w:tcMar>
              <w:top w:w="28" w:type="dxa"/>
              <w:left w:w="102" w:type="dxa"/>
              <w:bottom w:w="28" w:type="dxa"/>
              <w:right w:w="102" w:type="dxa"/>
            </w:tcMar>
            <w:vAlign w:val="center"/>
            <w:hideMark/>
          </w:tcPr>
          <w:p w:rsidR="003F7D5C" w:rsidRPr="002A5508" w:rsidRDefault="003F7D5C" w:rsidP="002A5508">
            <w:pPr>
              <w:jc w:val="center"/>
              <w:textAlignment w:val="baseline"/>
              <w:rPr>
                <w:rFonts w:ascii="함초롬바탕" w:eastAsia="굴림" w:hAnsi="굴림" w:cs="굴림"/>
                <w:color w:val="000000"/>
                <w:sz w:val="18"/>
                <w:szCs w:val="18"/>
              </w:rPr>
            </w:pPr>
            <w:proofErr w:type="spellStart"/>
            <w:r w:rsidRPr="002A5508">
              <w:rPr>
                <w:rFonts w:ascii="한양중고딕" w:eastAsia="한양중고딕" w:hAnsi="굴림" w:cs="굴림" w:hint="eastAsia"/>
                <w:color w:val="000000"/>
                <w:w w:val="85"/>
                <w:sz w:val="18"/>
                <w:szCs w:val="18"/>
              </w:rPr>
              <w:t>제공</w:t>
            </w:r>
            <w:r w:rsidR="002A5508">
              <w:rPr>
                <w:rFonts w:ascii="MS Gothic" w:eastAsia="MS Gothic" w:hAnsi="MS Gothic" w:cs="MS Gothic" w:hint="eastAsia"/>
                <w:color w:val="000000"/>
                <w:w w:val="85"/>
                <w:sz w:val="18"/>
                <w:szCs w:val="18"/>
              </w:rPr>
              <w:t>·</w:t>
            </w:r>
            <w:r w:rsidRPr="002A5508">
              <w:rPr>
                <w:rFonts w:ascii="한양중고딕" w:eastAsia="한양중고딕" w:hAnsi="굴림" w:cs="굴림" w:hint="eastAsia"/>
                <w:color w:val="000000"/>
                <w:w w:val="85"/>
                <w:sz w:val="18"/>
                <w:szCs w:val="18"/>
              </w:rPr>
              <w:t>조회</w:t>
            </w:r>
            <w:proofErr w:type="spellEnd"/>
            <w:r w:rsidRPr="002A5508">
              <w:rPr>
                <w:rFonts w:ascii="한양중고딕" w:eastAsia="한양중고딕" w:hAnsi="굴림" w:cs="굴림" w:hint="eastAsia"/>
                <w:color w:val="000000"/>
                <w:w w:val="85"/>
                <w:sz w:val="18"/>
                <w:szCs w:val="18"/>
              </w:rPr>
              <w:t xml:space="preserve"> </w:t>
            </w:r>
            <w:proofErr w:type="spellStart"/>
            <w:r w:rsidRPr="002A5508">
              <w:rPr>
                <w:rFonts w:ascii="한양중고딕" w:eastAsia="한양중고딕" w:hAnsi="굴림" w:cs="굴림" w:hint="eastAsia"/>
                <w:color w:val="000000"/>
                <w:w w:val="85"/>
                <w:sz w:val="18"/>
                <w:szCs w:val="18"/>
              </w:rPr>
              <w:t>대상기관</w:t>
            </w:r>
            <w:proofErr w:type="spellEnd"/>
          </w:p>
        </w:tc>
        <w:tc>
          <w:tcPr>
            <w:tcW w:w="7718" w:type="dxa"/>
            <w:tcBorders>
              <w:top w:val="single" w:sz="12" w:space="0" w:color="auto"/>
              <w:left w:val="single" w:sz="2" w:space="0" w:color="000000"/>
              <w:bottom w:val="single" w:sz="2" w:space="0" w:color="000000"/>
              <w:right w:val="single" w:sz="12" w:space="0" w:color="auto"/>
            </w:tcBorders>
            <w:tcMar>
              <w:top w:w="28" w:type="dxa"/>
              <w:left w:w="102" w:type="dxa"/>
              <w:bottom w:w="28" w:type="dxa"/>
              <w:right w:w="102" w:type="dxa"/>
            </w:tcMar>
            <w:vAlign w:val="center"/>
            <w:hideMark/>
          </w:tcPr>
          <w:p w:rsidR="003F7D5C" w:rsidRPr="002A5508" w:rsidRDefault="003F7D5C" w:rsidP="002A5508">
            <w:pPr>
              <w:spacing w:after="20"/>
              <w:textAlignment w:val="baseline"/>
              <w:rPr>
                <w:rFonts w:ascii="한컴바탕" w:eastAsia="굴림" w:hAnsi="굴림" w:cs="굴림"/>
                <w:color w:val="000000"/>
                <w:sz w:val="17"/>
                <w:szCs w:val="17"/>
                <w:lang w:eastAsia="ko-KR"/>
              </w:rPr>
            </w:pPr>
            <w:r w:rsidRPr="002A5508">
              <w:rPr>
                <w:rFonts w:ascii="MS Gothic" w:eastAsia="MS Gothic" w:hAnsi="MS Gothic" w:cs="MS Gothic" w:hint="eastAsia"/>
                <w:color w:val="000000"/>
                <w:spacing w:val="-10"/>
                <w:w w:val="90"/>
                <w:sz w:val="17"/>
                <w:szCs w:val="17"/>
                <w:lang w:eastAsia="ko-KR"/>
              </w:rPr>
              <w:t>‣</w:t>
            </w:r>
            <w:r w:rsidRPr="002A5508">
              <w:rPr>
                <w:rFonts w:ascii="한양중고딕" w:eastAsia="한양중고딕" w:hAnsi="굴림" w:cs="굴림" w:hint="eastAsia"/>
                <w:color w:val="000000"/>
                <w:spacing w:val="-10"/>
                <w:w w:val="90"/>
                <w:sz w:val="17"/>
                <w:szCs w:val="17"/>
                <w:lang w:eastAsia="ko-KR"/>
              </w:rPr>
              <w:t>국가기관(</w:t>
            </w:r>
            <w:proofErr w:type="spellStart"/>
            <w:r w:rsidRPr="002A5508">
              <w:rPr>
                <w:rFonts w:ascii="한양중고딕" w:eastAsia="한양중고딕" w:hAnsi="굴림" w:cs="굴림" w:hint="eastAsia"/>
                <w:color w:val="000000"/>
                <w:spacing w:val="-10"/>
                <w:w w:val="90"/>
                <w:sz w:val="17"/>
                <w:szCs w:val="17"/>
                <w:lang w:eastAsia="ko-KR"/>
              </w:rPr>
              <w:t>국토교통부</w:t>
            </w:r>
            <w:proofErr w:type="spellEnd"/>
            <w:r w:rsidRPr="002A5508">
              <w:rPr>
                <w:rFonts w:ascii="한양중고딕" w:eastAsia="한양중고딕" w:hAnsi="굴림" w:cs="굴림" w:hint="eastAsia"/>
                <w:color w:val="000000"/>
                <w:spacing w:val="-10"/>
                <w:w w:val="90"/>
                <w:sz w:val="17"/>
                <w:szCs w:val="17"/>
                <w:lang w:eastAsia="ko-KR"/>
              </w:rPr>
              <w:t>, 행정자치부, 국세청, 관세청, 무역통계진흥원 등), 지방자치단체, 국민연금공단, 국민건강보험공단, 근로복지공단, 그 밖의 대통령령으로 정하는 공공단체, 은행법에서 정한 은행</w:t>
            </w:r>
          </w:p>
        </w:tc>
      </w:tr>
      <w:tr w:rsidR="003F7D5C" w:rsidRPr="00E471C8" w:rsidTr="00B51B78">
        <w:trPr>
          <w:trHeight w:val="244"/>
        </w:trPr>
        <w:tc>
          <w:tcPr>
            <w:tcW w:w="1921" w:type="dxa"/>
            <w:tcBorders>
              <w:top w:val="single" w:sz="2" w:space="0" w:color="000000"/>
              <w:left w:val="single" w:sz="12" w:space="0" w:color="auto"/>
              <w:bottom w:val="single" w:sz="2" w:space="0" w:color="000000"/>
              <w:right w:val="single" w:sz="2" w:space="0" w:color="000000"/>
            </w:tcBorders>
            <w:tcMar>
              <w:top w:w="28" w:type="dxa"/>
              <w:left w:w="102" w:type="dxa"/>
              <w:bottom w:w="28" w:type="dxa"/>
              <w:right w:w="102" w:type="dxa"/>
            </w:tcMar>
            <w:vAlign w:val="center"/>
            <w:hideMark/>
          </w:tcPr>
          <w:p w:rsidR="003F7D5C" w:rsidRPr="002A5508" w:rsidRDefault="003F7D5C" w:rsidP="00C51585">
            <w:pPr>
              <w:jc w:val="center"/>
              <w:textAlignment w:val="baseline"/>
              <w:rPr>
                <w:rFonts w:ascii="함초롬바탕" w:eastAsia="굴림" w:hAnsi="굴림" w:cs="굴림"/>
                <w:color w:val="000000"/>
                <w:sz w:val="18"/>
                <w:szCs w:val="18"/>
              </w:rPr>
            </w:pPr>
            <w:proofErr w:type="spellStart"/>
            <w:r w:rsidRPr="002A5508">
              <w:rPr>
                <w:rFonts w:ascii="한양중고딕" w:eastAsia="한양중고딕" w:hAnsi="굴림" w:cs="굴림" w:hint="eastAsia"/>
                <w:color w:val="000000"/>
                <w:w w:val="85"/>
                <w:sz w:val="18"/>
                <w:szCs w:val="18"/>
              </w:rPr>
              <w:t>제공</w:t>
            </w:r>
            <w:r w:rsidR="002A5508">
              <w:rPr>
                <w:rFonts w:ascii="MS Gothic" w:eastAsia="MS Gothic" w:hAnsi="MS Gothic" w:cs="MS Gothic" w:hint="eastAsia"/>
                <w:color w:val="000000"/>
                <w:w w:val="85"/>
                <w:sz w:val="18"/>
                <w:szCs w:val="18"/>
              </w:rPr>
              <w:t>·</w:t>
            </w:r>
            <w:r w:rsidRPr="002A5508">
              <w:rPr>
                <w:rFonts w:ascii="한양중고딕" w:eastAsia="한양중고딕" w:hAnsi="굴림" w:cs="굴림" w:hint="eastAsia"/>
                <w:color w:val="000000"/>
                <w:w w:val="85"/>
                <w:sz w:val="18"/>
                <w:szCs w:val="18"/>
              </w:rPr>
              <w:t>조회</w:t>
            </w:r>
            <w:proofErr w:type="spellEnd"/>
            <w:r w:rsidRPr="002A5508">
              <w:rPr>
                <w:rFonts w:ascii="한양중고딕" w:eastAsia="한양중고딕" w:hAnsi="굴림" w:cs="굴림" w:hint="eastAsia"/>
                <w:color w:val="000000"/>
                <w:w w:val="85"/>
                <w:sz w:val="18"/>
                <w:szCs w:val="18"/>
              </w:rPr>
              <w:t xml:space="preserve"> </w:t>
            </w:r>
            <w:proofErr w:type="spellStart"/>
            <w:r w:rsidRPr="002A5508">
              <w:rPr>
                <w:rFonts w:ascii="한양중고딕" w:eastAsia="한양중고딕" w:hAnsi="굴림" w:cs="굴림" w:hint="eastAsia"/>
                <w:color w:val="000000"/>
                <w:w w:val="85"/>
                <w:sz w:val="18"/>
                <w:szCs w:val="18"/>
              </w:rPr>
              <w:t>목적</w:t>
            </w:r>
            <w:proofErr w:type="spellEnd"/>
          </w:p>
        </w:tc>
        <w:tc>
          <w:tcPr>
            <w:tcW w:w="7718" w:type="dxa"/>
            <w:tcBorders>
              <w:top w:val="single" w:sz="2" w:space="0" w:color="000000"/>
              <w:left w:val="single" w:sz="2" w:space="0" w:color="000000"/>
              <w:bottom w:val="single" w:sz="2" w:space="0" w:color="000000"/>
              <w:right w:val="single" w:sz="12" w:space="0" w:color="auto"/>
            </w:tcBorders>
            <w:tcMar>
              <w:top w:w="28" w:type="dxa"/>
              <w:left w:w="102" w:type="dxa"/>
              <w:bottom w:w="28" w:type="dxa"/>
              <w:right w:w="102" w:type="dxa"/>
            </w:tcMar>
            <w:vAlign w:val="center"/>
            <w:hideMark/>
          </w:tcPr>
          <w:p w:rsidR="003F7D5C" w:rsidRPr="002A5508" w:rsidRDefault="003F7D5C" w:rsidP="002A5508">
            <w:pPr>
              <w:spacing w:after="20"/>
              <w:textAlignment w:val="baseline"/>
              <w:rPr>
                <w:rFonts w:ascii="한컴바탕" w:eastAsia="굴림" w:hAnsi="굴림" w:cs="굴림"/>
                <w:color w:val="000000"/>
                <w:sz w:val="17"/>
                <w:szCs w:val="17"/>
                <w:lang w:eastAsia="ko-KR"/>
              </w:rPr>
            </w:pPr>
            <w:r w:rsidRPr="002A5508">
              <w:rPr>
                <w:rFonts w:ascii="MS Gothic" w:eastAsia="MS Gothic" w:hAnsi="MS Gothic" w:cs="MS Gothic" w:hint="eastAsia"/>
                <w:color w:val="000000"/>
                <w:spacing w:val="-10"/>
                <w:w w:val="90"/>
                <w:sz w:val="17"/>
                <w:szCs w:val="17"/>
                <w:lang w:eastAsia="ko-KR"/>
              </w:rPr>
              <w:t>‣</w:t>
            </w:r>
            <w:proofErr w:type="spellStart"/>
            <w:r w:rsidRPr="002A5508">
              <w:rPr>
                <w:rFonts w:ascii="한양중고딕" w:eastAsia="한양중고딕" w:hAnsi="굴림" w:cs="굴림" w:hint="eastAsia"/>
                <w:color w:val="000000"/>
                <w:spacing w:val="-10"/>
                <w:w w:val="90"/>
                <w:sz w:val="17"/>
                <w:szCs w:val="17"/>
                <w:lang w:eastAsia="ko-KR"/>
              </w:rPr>
              <w:t>중진공</w:t>
            </w:r>
            <w:proofErr w:type="spellEnd"/>
            <w:r w:rsidRPr="002A5508">
              <w:rPr>
                <w:rFonts w:ascii="한양중고딕" w:eastAsia="한양중고딕" w:hAnsi="굴림" w:cs="굴림" w:hint="eastAsia"/>
                <w:color w:val="000000"/>
                <w:spacing w:val="-10"/>
                <w:w w:val="90"/>
                <w:sz w:val="17"/>
                <w:szCs w:val="17"/>
                <w:lang w:eastAsia="ko-KR"/>
              </w:rPr>
              <w:t xml:space="preserve"> 정책자금 융자사업관련 조사, 평가, 정책자료 및 사후관리에 이용</w:t>
            </w:r>
          </w:p>
        </w:tc>
      </w:tr>
      <w:tr w:rsidR="003F7D5C" w:rsidRPr="00E471C8" w:rsidTr="00B51B78">
        <w:trPr>
          <w:trHeight w:val="956"/>
        </w:trPr>
        <w:tc>
          <w:tcPr>
            <w:tcW w:w="1921" w:type="dxa"/>
            <w:tcBorders>
              <w:top w:val="single" w:sz="2" w:space="0" w:color="000000"/>
              <w:left w:val="single" w:sz="12" w:space="0" w:color="auto"/>
              <w:bottom w:val="single" w:sz="2" w:space="0" w:color="000000"/>
              <w:right w:val="single" w:sz="2" w:space="0" w:color="000000"/>
            </w:tcBorders>
            <w:tcMar>
              <w:top w:w="28" w:type="dxa"/>
              <w:left w:w="102" w:type="dxa"/>
              <w:bottom w:w="28" w:type="dxa"/>
              <w:right w:w="102" w:type="dxa"/>
            </w:tcMar>
            <w:vAlign w:val="center"/>
            <w:hideMark/>
          </w:tcPr>
          <w:p w:rsidR="003F7D5C" w:rsidRPr="002A5508" w:rsidRDefault="003F7D5C" w:rsidP="00C51585">
            <w:pPr>
              <w:jc w:val="center"/>
              <w:textAlignment w:val="baseline"/>
              <w:rPr>
                <w:rFonts w:ascii="함초롬바탕" w:eastAsia="굴림" w:hAnsi="굴림" w:cs="굴림"/>
                <w:color w:val="000000"/>
                <w:sz w:val="18"/>
                <w:szCs w:val="18"/>
                <w:lang w:eastAsia="ko-KR"/>
              </w:rPr>
            </w:pPr>
            <w:proofErr w:type="spellStart"/>
            <w:r w:rsidRPr="002A5508">
              <w:rPr>
                <w:rFonts w:ascii="한양중고딕" w:eastAsia="한양중고딕" w:hAnsi="굴림" w:cs="굴림" w:hint="eastAsia"/>
                <w:color w:val="000000"/>
                <w:w w:val="85"/>
                <w:sz w:val="18"/>
                <w:szCs w:val="18"/>
                <w:lang w:eastAsia="ko-KR"/>
              </w:rPr>
              <w:lastRenderedPageBreak/>
              <w:t>제공</w:t>
            </w:r>
            <w:r w:rsidR="002A5508">
              <w:rPr>
                <w:rFonts w:ascii="MS Gothic" w:eastAsia="MS Gothic" w:hAnsi="MS Gothic" w:cs="MS Gothic" w:hint="eastAsia"/>
                <w:color w:val="000000"/>
                <w:w w:val="85"/>
                <w:sz w:val="18"/>
                <w:szCs w:val="18"/>
                <w:lang w:eastAsia="ko-KR"/>
              </w:rPr>
              <w:t>·</w:t>
            </w:r>
            <w:r w:rsidRPr="002A5508">
              <w:rPr>
                <w:rFonts w:ascii="한양중고딕" w:eastAsia="한양중고딕" w:hAnsi="굴림" w:cs="굴림" w:hint="eastAsia"/>
                <w:color w:val="000000"/>
                <w:w w:val="85"/>
                <w:sz w:val="18"/>
                <w:szCs w:val="18"/>
                <w:lang w:eastAsia="ko-KR"/>
              </w:rPr>
              <w:t>조회</w:t>
            </w:r>
            <w:proofErr w:type="spellEnd"/>
            <w:r w:rsidRPr="002A5508">
              <w:rPr>
                <w:rFonts w:ascii="한양중고딕" w:eastAsia="한양중고딕" w:hAnsi="굴림" w:cs="굴림" w:hint="eastAsia"/>
                <w:color w:val="000000"/>
                <w:w w:val="85"/>
                <w:sz w:val="18"/>
                <w:szCs w:val="18"/>
                <w:lang w:eastAsia="ko-KR"/>
              </w:rPr>
              <w:t xml:space="preserve"> 정보의 항목</w:t>
            </w:r>
          </w:p>
        </w:tc>
        <w:tc>
          <w:tcPr>
            <w:tcW w:w="7718" w:type="dxa"/>
            <w:tcBorders>
              <w:top w:val="single" w:sz="2" w:space="0" w:color="000000"/>
              <w:left w:val="single" w:sz="2" w:space="0" w:color="000000"/>
              <w:bottom w:val="single" w:sz="2" w:space="0" w:color="000000"/>
              <w:right w:val="single" w:sz="12" w:space="0" w:color="auto"/>
            </w:tcBorders>
            <w:tcMar>
              <w:top w:w="28" w:type="dxa"/>
              <w:left w:w="102" w:type="dxa"/>
              <w:bottom w:w="28" w:type="dxa"/>
              <w:right w:w="102" w:type="dxa"/>
            </w:tcMar>
            <w:vAlign w:val="center"/>
            <w:hideMark/>
          </w:tcPr>
          <w:p w:rsidR="003F7D5C" w:rsidRPr="002A5508" w:rsidRDefault="003F7D5C" w:rsidP="00C51585">
            <w:pPr>
              <w:ind w:left="144" w:hanging="144"/>
              <w:textAlignment w:val="baseline"/>
              <w:rPr>
                <w:rFonts w:ascii="함초롬바탕" w:eastAsia="굴림" w:hAnsi="굴림" w:cs="굴림"/>
                <w:color w:val="000000"/>
                <w:sz w:val="17"/>
                <w:szCs w:val="17"/>
                <w:lang w:eastAsia="ko-KR"/>
              </w:rPr>
            </w:pPr>
            <w:r w:rsidRPr="002A5508">
              <w:rPr>
                <w:rFonts w:ascii="MS Gothic" w:eastAsia="MS Gothic" w:hAnsi="MS Gothic" w:cs="MS Gothic" w:hint="eastAsia"/>
                <w:color w:val="000000"/>
                <w:spacing w:val="-22"/>
                <w:w w:val="90"/>
                <w:sz w:val="17"/>
                <w:szCs w:val="17"/>
                <w:lang w:eastAsia="ko-KR"/>
              </w:rPr>
              <w:t>‣</w:t>
            </w:r>
            <w:proofErr w:type="gramStart"/>
            <w:r w:rsidRPr="002A5508">
              <w:rPr>
                <w:rFonts w:ascii="한양중고딕" w:eastAsia="한양중고딕" w:hAnsi="굴림" w:cs="굴림" w:hint="eastAsia"/>
                <w:color w:val="000000"/>
                <w:spacing w:val="-28"/>
                <w:w w:val="90"/>
                <w:sz w:val="17"/>
                <w:szCs w:val="17"/>
                <w:lang w:eastAsia="ko-KR"/>
              </w:rPr>
              <w:t>식별정보 :법인의</w:t>
            </w:r>
            <w:proofErr w:type="gramEnd"/>
            <w:r w:rsidRPr="002A5508">
              <w:rPr>
                <w:rFonts w:ascii="한양중고딕" w:eastAsia="한양중고딕" w:hAnsi="굴림" w:cs="굴림" w:hint="eastAsia"/>
                <w:color w:val="000000"/>
                <w:spacing w:val="-28"/>
                <w:w w:val="90"/>
                <w:sz w:val="17"/>
                <w:szCs w:val="17"/>
                <w:lang w:eastAsia="ko-KR"/>
              </w:rPr>
              <w:t xml:space="preserve"> 명칭, 상호, </w:t>
            </w:r>
            <w:proofErr w:type="spellStart"/>
            <w:r w:rsidRPr="002A5508">
              <w:rPr>
                <w:rFonts w:ascii="한양중고딕" w:eastAsia="한양중고딕" w:hAnsi="굴림" w:cs="굴림" w:hint="eastAsia"/>
                <w:color w:val="000000"/>
                <w:spacing w:val="-28"/>
                <w:w w:val="90"/>
                <w:sz w:val="17"/>
                <w:szCs w:val="17"/>
                <w:lang w:eastAsia="ko-KR"/>
              </w:rPr>
              <w:t>법인번호</w:t>
            </w:r>
            <w:proofErr w:type="spellEnd"/>
            <w:r w:rsidRPr="002A5508">
              <w:rPr>
                <w:rFonts w:ascii="한양중고딕" w:eastAsia="한양중고딕" w:hAnsi="굴림" w:cs="굴림" w:hint="eastAsia"/>
                <w:color w:val="000000"/>
                <w:spacing w:val="-28"/>
                <w:w w:val="90"/>
                <w:sz w:val="17"/>
                <w:szCs w:val="17"/>
                <w:lang w:eastAsia="ko-KR"/>
              </w:rPr>
              <w:t xml:space="preserve">, </w:t>
            </w:r>
            <w:proofErr w:type="spellStart"/>
            <w:r w:rsidRPr="002A5508">
              <w:rPr>
                <w:rFonts w:ascii="한양중고딕" w:eastAsia="한양중고딕" w:hAnsi="굴림" w:cs="굴림" w:hint="eastAsia"/>
                <w:color w:val="000000"/>
                <w:spacing w:val="-28"/>
                <w:w w:val="90"/>
                <w:sz w:val="17"/>
                <w:szCs w:val="17"/>
                <w:lang w:eastAsia="ko-KR"/>
              </w:rPr>
              <w:t>사업자번호</w:t>
            </w:r>
            <w:proofErr w:type="spellEnd"/>
            <w:r w:rsidRPr="002A5508">
              <w:rPr>
                <w:rFonts w:ascii="한양중고딕" w:eastAsia="한양중고딕" w:hAnsi="굴림" w:cs="굴림" w:hint="eastAsia"/>
                <w:color w:val="000000"/>
                <w:spacing w:val="-28"/>
                <w:w w:val="90"/>
                <w:sz w:val="17"/>
                <w:szCs w:val="17"/>
                <w:lang w:eastAsia="ko-KR"/>
              </w:rPr>
              <w:t xml:space="preserve">, </w:t>
            </w:r>
            <w:proofErr w:type="spellStart"/>
            <w:r w:rsidRPr="002A5508">
              <w:rPr>
                <w:rFonts w:ascii="한양중고딕" w:eastAsia="한양중고딕" w:hAnsi="굴림" w:cs="굴림" w:hint="eastAsia"/>
                <w:color w:val="000000"/>
                <w:spacing w:val="-26"/>
                <w:w w:val="90"/>
                <w:sz w:val="17"/>
                <w:szCs w:val="17"/>
                <w:lang w:eastAsia="ko-KR"/>
              </w:rPr>
              <w:t>본점·영업소</w:t>
            </w:r>
            <w:proofErr w:type="spellEnd"/>
            <w:r w:rsidRPr="002A5508">
              <w:rPr>
                <w:rFonts w:ascii="한양중고딕" w:eastAsia="한양중고딕" w:hAnsi="굴림" w:cs="굴림" w:hint="eastAsia"/>
                <w:color w:val="000000"/>
                <w:spacing w:val="-26"/>
                <w:w w:val="90"/>
                <w:sz w:val="17"/>
                <w:szCs w:val="17"/>
                <w:lang w:eastAsia="ko-KR"/>
              </w:rPr>
              <w:t xml:space="preserve"> 등의 소재지, </w:t>
            </w:r>
            <w:proofErr w:type="spellStart"/>
            <w:r w:rsidRPr="002A5508">
              <w:rPr>
                <w:rFonts w:ascii="한양중고딕" w:eastAsia="한양중고딕" w:hAnsi="굴림" w:cs="굴림" w:hint="eastAsia"/>
                <w:color w:val="000000"/>
                <w:spacing w:val="-26"/>
                <w:w w:val="90"/>
                <w:sz w:val="17"/>
                <w:szCs w:val="17"/>
                <w:lang w:eastAsia="ko-KR"/>
              </w:rPr>
              <w:t>설립연월일</w:t>
            </w:r>
            <w:proofErr w:type="spellEnd"/>
            <w:r w:rsidRPr="002A5508">
              <w:rPr>
                <w:rFonts w:ascii="한양중고딕" w:eastAsia="한양중고딕" w:hAnsi="굴림" w:cs="굴림" w:hint="eastAsia"/>
                <w:color w:val="000000"/>
                <w:spacing w:val="-26"/>
                <w:w w:val="90"/>
                <w:sz w:val="17"/>
                <w:szCs w:val="17"/>
                <w:lang w:eastAsia="ko-KR"/>
              </w:rPr>
              <w:t>, 전화번호 등 연락처</w:t>
            </w:r>
          </w:p>
          <w:p w:rsidR="003F7D5C" w:rsidRPr="002A5508" w:rsidRDefault="003F7D5C" w:rsidP="00C51585">
            <w:pPr>
              <w:textAlignment w:val="baseline"/>
              <w:rPr>
                <w:rFonts w:ascii="함초롬바탕" w:eastAsia="굴림" w:hAnsi="굴림" w:cs="굴림"/>
                <w:color w:val="000000"/>
                <w:sz w:val="17"/>
                <w:szCs w:val="17"/>
                <w:lang w:eastAsia="ko-KR"/>
              </w:rPr>
            </w:pPr>
            <w:r w:rsidRPr="002A5508">
              <w:rPr>
                <w:rFonts w:ascii="MS Gothic" w:eastAsia="MS Gothic" w:hAnsi="MS Gothic" w:cs="MS Gothic" w:hint="eastAsia"/>
                <w:color w:val="000000"/>
                <w:spacing w:val="-20"/>
                <w:w w:val="90"/>
                <w:sz w:val="17"/>
                <w:szCs w:val="17"/>
                <w:lang w:eastAsia="ko-KR"/>
              </w:rPr>
              <w:t>‣</w:t>
            </w:r>
            <w:r w:rsidRPr="002A5508">
              <w:rPr>
                <w:rFonts w:ascii="한양중고딕" w:eastAsia="한양중고딕" w:hAnsi="굴림" w:cs="굴림" w:hint="eastAsia"/>
                <w:color w:val="000000"/>
                <w:spacing w:val="-20"/>
                <w:w w:val="90"/>
                <w:sz w:val="17"/>
                <w:szCs w:val="17"/>
                <w:lang w:eastAsia="ko-KR"/>
              </w:rPr>
              <w:t>수출에 관한 거래내역(</w:t>
            </w:r>
            <w:proofErr w:type="spellStart"/>
            <w:r w:rsidRPr="002A5508">
              <w:rPr>
                <w:rFonts w:ascii="한양중고딕" w:eastAsia="한양중고딕" w:hAnsi="굴림" w:cs="굴림" w:hint="eastAsia"/>
                <w:color w:val="000000"/>
                <w:spacing w:val="-20"/>
                <w:w w:val="90"/>
                <w:sz w:val="17"/>
                <w:szCs w:val="17"/>
                <w:lang w:eastAsia="ko-KR"/>
              </w:rPr>
              <w:t>목적국</w:t>
            </w:r>
            <w:proofErr w:type="spellEnd"/>
            <w:r w:rsidRPr="002A5508">
              <w:rPr>
                <w:rFonts w:ascii="한양중고딕" w:eastAsia="한양중고딕" w:hAnsi="굴림" w:cs="굴림" w:hint="eastAsia"/>
                <w:color w:val="000000"/>
                <w:spacing w:val="-20"/>
                <w:w w:val="90"/>
                <w:sz w:val="17"/>
                <w:szCs w:val="17"/>
                <w:lang w:eastAsia="ko-KR"/>
              </w:rPr>
              <w:t>, 수출액, 국가별 수출액, HS코드, 품목명 등)</w:t>
            </w:r>
          </w:p>
          <w:p w:rsidR="003F7D5C" w:rsidRPr="002A5508" w:rsidRDefault="003F7D5C" w:rsidP="00C51585">
            <w:pPr>
              <w:textAlignment w:val="baseline"/>
              <w:rPr>
                <w:rFonts w:ascii="함초롬바탕" w:eastAsia="굴림" w:hAnsi="굴림" w:cs="굴림"/>
                <w:color w:val="000000"/>
                <w:sz w:val="17"/>
                <w:szCs w:val="17"/>
                <w:lang w:eastAsia="ko-KR"/>
              </w:rPr>
            </w:pPr>
            <w:r w:rsidRPr="002A5508">
              <w:rPr>
                <w:rFonts w:ascii="MS Gothic" w:eastAsia="MS Gothic" w:hAnsi="MS Gothic" w:cs="MS Gothic" w:hint="eastAsia"/>
                <w:color w:val="000000"/>
                <w:spacing w:val="-20"/>
                <w:w w:val="90"/>
                <w:sz w:val="17"/>
                <w:szCs w:val="17"/>
                <w:lang w:eastAsia="ko-KR"/>
              </w:rPr>
              <w:t>‣</w:t>
            </w:r>
            <w:r w:rsidRPr="002A5508">
              <w:rPr>
                <w:rFonts w:ascii="한양중고딕" w:eastAsia="한양중고딕" w:hAnsi="굴림" w:cs="굴림" w:hint="eastAsia"/>
                <w:color w:val="000000"/>
                <w:spacing w:val="-20"/>
                <w:w w:val="90"/>
                <w:sz w:val="17"/>
                <w:szCs w:val="17"/>
                <w:lang w:eastAsia="ko-KR"/>
              </w:rPr>
              <w:t>고용에 관한 정보(고용보험 피보험자 수 등)</w:t>
            </w:r>
          </w:p>
          <w:p w:rsidR="003F7D5C" w:rsidRPr="002A5508" w:rsidRDefault="003F7D5C" w:rsidP="00C51585">
            <w:pPr>
              <w:textAlignment w:val="baseline"/>
              <w:rPr>
                <w:rFonts w:ascii="함초롬바탕" w:eastAsia="굴림" w:hAnsi="굴림" w:cs="굴림"/>
                <w:color w:val="000000"/>
                <w:sz w:val="17"/>
                <w:szCs w:val="17"/>
                <w:lang w:eastAsia="ko-KR"/>
              </w:rPr>
            </w:pPr>
            <w:r w:rsidRPr="002A5508">
              <w:rPr>
                <w:rFonts w:ascii="MS Gothic" w:eastAsia="MS Gothic" w:hAnsi="MS Gothic" w:cs="MS Gothic" w:hint="eastAsia"/>
                <w:color w:val="000000"/>
                <w:spacing w:val="-20"/>
                <w:w w:val="90"/>
                <w:sz w:val="17"/>
                <w:szCs w:val="17"/>
                <w:lang w:eastAsia="ko-KR"/>
              </w:rPr>
              <w:t>‣</w:t>
            </w:r>
            <w:r w:rsidRPr="002A5508">
              <w:rPr>
                <w:rFonts w:ascii="한양중고딕" w:eastAsia="한양중고딕" w:hAnsi="굴림" w:cs="굴림" w:hint="eastAsia"/>
                <w:color w:val="000000"/>
                <w:spacing w:val="-24"/>
                <w:w w:val="90"/>
                <w:sz w:val="17"/>
                <w:szCs w:val="17"/>
                <w:lang w:eastAsia="ko-KR"/>
              </w:rPr>
              <w:t>재무</w:t>
            </w:r>
            <w:r w:rsidRPr="002A5508">
              <w:rPr>
                <w:rFonts w:ascii="한양중고딕" w:eastAsia="한양중고딕" w:hAnsi="굴림" w:cs="굴림" w:hint="eastAsia"/>
                <w:color w:val="000000"/>
                <w:spacing w:val="-20"/>
                <w:w w:val="90"/>
                <w:sz w:val="17"/>
                <w:szCs w:val="17"/>
                <w:lang w:eastAsia="ko-KR"/>
              </w:rPr>
              <w:t>상황(재무제표 등)</w:t>
            </w:r>
          </w:p>
          <w:p w:rsidR="003F7D5C" w:rsidRPr="002A5508" w:rsidRDefault="003F7D5C" w:rsidP="00C51585">
            <w:pPr>
              <w:textAlignment w:val="baseline"/>
              <w:rPr>
                <w:rFonts w:ascii="함초롬바탕" w:eastAsia="굴림" w:hAnsi="굴림" w:cs="굴림"/>
                <w:color w:val="000000"/>
                <w:sz w:val="17"/>
                <w:szCs w:val="17"/>
                <w:lang w:eastAsia="ko-KR"/>
              </w:rPr>
            </w:pPr>
            <w:r w:rsidRPr="002A5508">
              <w:rPr>
                <w:rFonts w:ascii="MS Gothic" w:eastAsia="MS Gothic" w:hAnsi="MS Gothic" w:cs="MS Gothic" w:hint="eastAsia"/>
                <w:color w:val="000000"/>
                <w:spacing w:val="-20"/>
                <w:w w:val="90"/>
                <w:sz w:val="17"/>
                <w:szCs w:val="17"/>
                <w:lang w:eastAsia="ko-KR"/>
              </w:rPr>
              <w:t>‣</w:t>
            </w:r>
            <w:r w:rsidRPr="002A5508">
              <w:rPr>
                <w:rFonts w:ascii="한양중고딕" w:eastAsia="한양중고딕" w:hAnsi="굴림" w:cs="굴림" w:hint="eastAsia"/>
                <w:color w:val="000000"/>
                <w:spacing w:val="-28"/>
                <w:w w:val="90"/>
                <w:sz w:val="17"/>
                <w:szCs w:val="17"/>
                <w:lang w:eastAsia="ko-KR"/>
              </w:rPr>
              <w:t xml:space="preserve">부동산정보, 직장 및 </w:t>
            </w:r>
            <w:proofErr w:type="spellStart"/>
            <w:r w:rsidRPr="002A5508">
              <w:rPr>
                <w:rFonts w:ascii="한양중고딕" w:eastAsia="한양중고딕" w:hAnsi="굴림" w:cs="굴림" w:hint="eastAsia"/>
                <w:color w:val="000000"/>
                <w:spacing w:val="-28"/>
                <w:w w:val="90"/>
                <w:sz w:val="17"/>
                <w:szCs w:val="17"/>
                <w:lang w:eastAsia="ko-KR"/>
              </w:rPr>
              <w:t>고용</w:t>
            </w:r>
            <w:r w:rsidRPr="002A5508">
              <w:rPr>
                <w:rFonts w:ascii="MS Gothic" w:eastAsia="MS Gothic" w:hAnsi="MS Gothic" w:cs="MS Gothic" w:hint="eastAsia"/>
                <w:color w:val="000000"/>
                <w:spacing w:val="-28"/>
                <w:w w:val="90"/>
                <w:sz w:val="17"/>
                <w:szCs w:val="17"/>
                <w:lang w:eastAsia="ko-KR"/>
              </w:rPr>
              <w:t>․</w:t>
            </w:r>
            <w:r w:rsidRPr="002A5508">
              <w:rPr>
                <w:rFonts w:ascii="한양중고딕" w:eastAsia="한양중고딕" w:hAnsi="굴림" w:cs="굴림" w:hint="eastAsia"/>
                <w:color w:val="000000"/>
                <w:spacing w:val="-28"/>
                <w:w w:val="90"/>
                <w:sz w:val="17"/>
                <w:szCs w:val="17"/>
                <w:lang w:eastAsia="ko-KR"/>
              </w:rPr>
              <w:t>급여정보</w:t>
            </w:r>
            <w:proofErr w:type="spellEnd"/>
            <w:r w:rsidRPr="002A5508">
              <w:rPr>
                <w:rFonts w:ascii="한양중고딕" w:eastAsia="한양중고딕" w:hAnsi="굴림" w:cs="굴림" w:hint="eastAsia"/>
                <w:color w:val="000000"/>
                <w:spacing w:val="-28"/>
                <w:w w:val="90"/>
                <w:sz w:val="17"/>
                <w:szCs w:val="17"/>
                <w:lang w:eastAsia="ko-KR"/>
              </w:rPr>
              <w:t xml:space="preserve">, 과세 및 </w:t>
            </w:r>
            <w:proofErr w:type="spellStart"/>
            <w:r w:rsidRPr="002A5508">
              <w:rPr>
                <w:rFonts w:ascii="한양중고딕" w:eastAsia="한양중고딕" w:hAnsi="굴림" w:cs="굴림" w:hint="eastAsia"/>
                <w:color w:val="000000"/>
                <w:spacing w:val="-28"/>
                <w:w w:val="90"/>
                <w:sz w:val="17"/>
                <w:szCs w:val="17"/>
                <w:lang w:eastAsia="ko-KR"/>
              </w:rPr>
              <w:t>납세정보</w:t>
            </w:r>
            <w:proofErr w:type="spellEnd"/>
            <w:r w:rsidRPr="002A5508">
              <w:rPr>
                <w:rFonts w:ascii="한양중고딕" w:eastAsia="한양중고딕" w:hAnsi="굴림" w:cs="굴림" w:hint="eastAsia"/>
                <w:color w:val="000000"/>
                <w:spacing w:val="-28"/>
                <w:w w:val="90"/>
                <w:sz w:val="17"/>
                <w:szCs w:val="17"/>
                <w:lang w:eastAsia="ko-KR"/>
              </w:rPr>
              <w:t>(사업자등록증명원, 국세납세증명서 등), 정책지원내역 등</w:t>
            </w:r>
          </w:p>
        </w:tc>
      </w:tr>
      <w:tr w:rsidR="003F7D5C" w:rsidRPr="00E471C8" w:rsidTr="00B51B78">
        <w:trPr>
          <w:trHeight w:val="621"/>
        </w:trPr>
        <w:tc>
          <w:tcPr>
            <w:tcW w:w="1921" w:type="dxa"/>
            <w:tcBorders>
              <w:top w:val="single" w:sz="2" w:space="0" w:color="000000"/>
              <w:left w:val="single" w:sz="12" w:space="0" w:color="auto"/>
              <w:bottom w:val="single" w:sz="2" w:space="0" w:color="000000"/>
              <w:right w:val="single" w:sz="2" w:space="0" w:color="000000"/>
            </w:tcBorders>
            <w:tcMar>
              <w:top w:w="28" w:type="dxa"/>
              <w:left w:w="102" w:type="dxa"/>
              <w:bottom w:w="28" w:type="dxa"/>
              <w:right w:w="102" w:type="dxa"/>
            </w:tcMar>
            <w:vAlign w:val="center"/>
            <w:hideMark/>
          </w:tcPr>
          <w:p w:rsidR="003F7D5C" w:rsidRPr="002A5508" w:rsidRDefault="003F7D5C" w:rsidP="00C51585">
            <w:pPr>
              <w:jc w:val="center"/>
              <w:textAlignment w:val="baseline"/>
              <w:rPr>
                <w:rFonts w:ascii="함초롬바탕" w:eastAsia="굴림" w:hAnsi="굴림" w:cs="굴림"/>
                <w:color w:val="000000"/>
                <w:sz w:val="18"/>
                <w:szCs w:val="18"/>
                <w:lang w:eastAsia="ko-KR"/>
              </w:rPr>
            </w:pPr>
            <w:proofErr w:type="spellStart"/>
            <w:r w:rsidRPr="002A5508">
              <w:rPr>
                <w:rFonts w:ascii="한양중고딕" w:eastAsia="한양중고딕" w:hAnsi="굴림" w:cs="굴림" w:hint="eastAsia"/>
                <w:color w:val="000000"/>
                <w:w w:val="85"/>
                <w:sz w:val="18"/>
                <w:szCs w:val="18"/>
                <w:lang w:eastAsia="ko-KR"/>
              </w:rPr>
              <w:t>제공</w:t>
            </w:r>
            <w:r w:rsidR="002A5508">
              <w:rPr>
                <w:rFonts w:ascii="MS Gothic" w:eastAsia="MS Gothic" w:hAnsi="MS Gothic" w:cs="MS Gothic" w:hint="eastAsia"/>
                <w:color w:val="000000"/>
                <w:w w:val="85"/>
                <w:sz w:val="18"/>
                <w:szCs w:val="18"/>
                <w:lang w:eastAsia="ko-KR"/>
              </w:rPr>
              <w:t>·</w:t>
            </w:r>
            <w:r w:rsidRPr="002A5508">
              <w:rPr>
                <w:rFonts w:ascii="한양중고딕" w:eastAsia="한양중고딕" w:hAnsi="굴림" w:cs="굴림" w:hint="eastAsia"/>
                <w:color w:val="000000"/>
                <w:w w:val="85"/>
                <w:sz w:val="18"/>
                <w:szCs w:val="18"/>
                <w:lang w:eastAsia="ko-KR"/>
              </w:rPr>
              <w:t>조회</w:t>
            </w:r>
            <w:proofErr w:type="spellEnd"/>
            <w:r w:rsidRPr="002A5508">
              <w:rPr>
                <w:rFonts w:ascii="한양중고딕" w:eastAsia="한양중고딕" w:hAnsi="굴림" w:cs="굴림" w:hint="eastAsia"/>
                <w:color w:val="000000"/>
                <w:w w:val="85"/>
                <w:sz w:val="18"/>
                <w:szCs w:val="18"/>
                <w:lang w:eastAsia="ko-KR"/>
              </w:rPr>
              <w:t xml:space="preserve"> 정보 </w:t>
            </w:r>
            <w:proofErr w:type="spellStart"/>
            <w:r w:rsidRPr="002A5508">
              <w:rPr>
                <w:rFonts w:ascii="한양중고딕" w:eastAsia="한양중고딕" w:hAnsi="굴림" w:cs="굴림" w:hint="eastAsia"/>
                <w:color w:val="000000"/>
                <w:w w:val="85"/>
                <w:sz w:val="18"/>
                <w:szCs w:val="18"/>
                <w:lang w:eastAsia="ko-KR"/>
              </w:rPr>
              <w:t>보유·이용</w:t>
            </w:r>
            <w:proofErr w:type="spellEnd"/>
            <w:r w:rsidRPr="002A5508">
              <w:rPr>
                <w:rFonts w:ascii="한양중고딕" w:eastAsia="한양중고딕" w:hAnsi="굴림" w:cs="굴림" w:hint="eastAsia"/>
                <w:color w:val="000000"/>
                <w:w w:val="85"/>
                <w:sz w:val="18"/>
                <w:szCs w:val="18"/>
                <w:lang w:eastAsia="ko-KR"/>
              </w:rPr>
              <w:t xml:space="preserve"> 기간</w:t>
            </w:r>
          </w:p>
        </w:tc>
        <w:tc>
          <w:tcPr>
            <w:tcW w:w="7718" w:type="dxa"/>
            <w:tcBorders>
              <w:top w:val="single" w:sz="2" w:space="0" w:color="000000"/>
              <w:left w:val="single" w:sz="2" w:space="0" w:color="000000"/>
              <w:bottom w:val="single" w:sz="2" w:space="0" w:color="000000"/>
              <w:right w:val="single" w:sz="12" w:space="0" w:color="auto"/>
            </w:tcBorders>
            <w:tcMar>
              <w:top w:w="28" w:type="dxa"/>
              <w:left w:w="102" w:type="dxa"/>
              <w:bottom w:w="28" w:type="dxa"/>
              <w:right w:w="102" w:type="dxa"/>
            </w:tcMar>
            <w:vAlign w:val="center"/>
            <w:hideMark/>
          </w:tcPr>
          <w:p w:rsidR="003F7D5C" w:rsidRPr="002A5508" w:rsidRDefault="003F7D5C" w:rsidP="005820EA">
            <w:pPr>
              <w:spacing w:after="20"/>
              <w:textAlignment w:val="baseline"/>
              <w:rPr>
                <w:rFonts w:ascii="한컴바탕" w:eastAsia="굴림" w:hAnsi="굴림" w:cs="굴림"/>
                <w:color w:val="000000"/>
                <w:sz w:val="17"/>
                <w:szCs w:val="17"/>
                <w:lang w:eastAsia="ko-KR"/>
              </w:rPr>
            </w:pPr>
            <w:r w:rsidRPr="002A5508">
              <w:rPr>
                <w:rFonts w:ascii="한양중고딕" w:eastAsia="한양중고딕" w:hAnsi="굴림" w:cs="굴림" w:hint="eastAsia"/>
                <w:color w:val="000000"/>
                <w:spacing w:val="-20"/>
                <w:w w:val="90"/>
                <w:sz w:val="17"/>
                <w:szCs w:val="17"/>
                <w:lang w:eastAsia="ko-KR"/>
              </w:rPr>
              <w:t xml:space="preserve">기업(신용)정보는 제공(조회)된 날로부터 동의 철회 시 또는 제공(조회)된 목적을 달성할 때까지 </w:t>
            </w:r>
            <w:proofErr w:type="spellStart"/>
            <w:r w:rsidRPr="002A5508">
              <w:rPr>
                <w:rFonts w:ascii="한양중고딕" w:eastAsia="한양중고딕" w:hAnsi="굴림" w:cs="굴림" w:hint="eastAsia"/>
                <w:color w:val="000000"/>
                <w:spacing w:val="-20"/>
                <w:w w:val="90"/>
                <w:sz w:val="17"/>
                <w:szCs w:val="17"/>
                <w:lang w:eastAsia="ko-KR"/>
              </w:rPr>
              <w:t>보유</w:t>
            </w:r>
            <w:r w:rsidR="000E67ED">
              <w:rPr>
                <w:rFonts w:ascii="MS Gothic" w:eastAsia="MS Gothic" w:hAnsi="MS Gothic" w:cs="MS Gothic" w:hint="eastAsia"/>
                <w:color w:val="000000"/>
                <w:spacing w:val="-20"/>
                <w:w w:val="90"/>
                <w:sz w:val="17"/>
                <w:szCs w:val="17"/>
                <w:lang w:eastAsia="ko-KR"/>
              </w:rPr>
              <w:t>·</w:t>
            </w:r>
            <w:r w:rsidRPr="002A5508">
              <w:rPr>
                <w:rFonts w:ascii="한양중고딕" w:eastAsia="한양중고딕" w:hAnsi="굴림" w:cs="굴림" w:hint="eastAsia"/>
                <w:color w:val="000000"/>
                <w:spacing w:val="-20"/>
                <w:w w:val="90"/>
                <w:sz w:val="17"/>
                <w:szCs w:val="17"/>
                <w:lang w:eastAsia="ko-KR"/>
              </w:rPr>
              <w:t>이용되며</w:t>
            </w:r>
            <w:proofErr w:type="spellEnd"/>
            <w:r w:rsidRPr="002A5508">
              <w:rPr>
                <w:rFonts w:ascii="한양중고딕" w:eastAsia="한양중고딕" w:hAnsi="굴림" w:cs="굴림" w:hint="eastAsia"/>
                <w:color w:val="000000"/>
                <w:spacing w:val="-20"/>
                <w:w w:val="90"/>
                <w:sz w:val="17"/>
                <w:szCs w:val="17"/>
                <w:lang w:eastAsia="ko-KR"/>
              </w:rPr>
              <w:t xml:space="preserve">, 동의 철회 또는 제공(조회)된 목적 달성 후에는 위에 기재된 제공(조회)의 목적과 관련된 금융사고 조사, 분쟁해결 민원처리, 리스크 관리업무, 법령상 의무이행을 위하여 필요한 범위 내에서만 </w:t>
            </w:r>
            <w:proofErr w:type="spellStart"/>
            <w:r w:rsidRPr="002A5508">
              <w:rPr>
                <w:rFonts w:ascii="한양중고딕" w:eastAsia="한양중고딕" w:hAnsi="굴림" w:cs="굴림" w:hint="eastAsia"/>
                <w:color w:val="000000"/>
                <w:spacing w:val="-20"/>
                <w:w w:val="90"/>
                <w:sz w:val="17"/>
                <w:szCs w:val="17"/>
                <w:lang w:eastAsia="ko-KR"/>
              </w:rPr>
              <w:t>보유</w:t>
            </w:r>
            <w:r w:rsidR="005820EA">
              <w:rPr>
                <w:rFonts w:ascii="MS Gothic" w:eastAsia="MS Gothic" w:hAnsi="MS Gothic" w:cs="MS Gothic" w:hint="eastAsia"/>
                <w:color w:val="000000"/>
                <w:spacing w:val="-20"/>
                <w:w w:val="90"/>
                <w:sz w:val="17"/>
                <w:szCs w:val="17"/>
                <w:lang w:eastAsia="ko-KR"/>
              </w:rPr>
              <w:t>·</w:t>
            </w:r>
            <w:r w:rsidRPr="002A5508">
              <w:rPr>
                <w:rFonts w:ascii="한양중고딕" w:eastAsia="한양중고딕" w:hAnsi="굴림" w:cs="굴림" w:hint="eastAsia"/>
                <w:color w:val="000000"/>
                <w:spacing w:val="-20"/>
                <w:w w:val="90"/>
                <w:sz w:val="17"/>
                <w:szCs w:val="17"/>
                <w:lang w:eastAsia="ko-KR"/>
              </w:rPr>
              <w:t>이용됩니다</w:t>
            </w:r>
            <w:proofErr w:type="spellEnd"/>
            <w:r w:rsidRPr="002A5508">
              <w:rPr>
                <w:rFonts w:ascii="한양중고딕" w:eastAsia="한양중고딕" w:hAnsi="굴림" w:cs="굴림" w:hint="eastAsia"/>
                <w:color w:val="000000"/>
                <w:spacing w:val="-20"/>
                <w:w w:val="90"/>
                <w:sz w:val="17"/>
                <w:szCs w:val="17"/>
                <w:lang w:eastAsia="ko-KR"/>
              </w:rPr>
              <w:t>.</w:t>
            </w:r>
          </w:p>
        </w:tc>
      </w:tr>
      <w:tr w:rsidR="003F7D5C" w:rsidRPr="00E471C8" w:rsidTr="00B51B78">
        <w:trPr>
          <w:trHeight w:val="416"/>
        </w:trPr>
        <w:tc>
          <w:tcPr>
            <w:tcW w:w="1921" w:type="dxa"/>
            <w:tcBorders>
              <w:top w:val="single" w:sz="2" w:space="0" w:color="000000"/>
              <w:left w:val="single" w:sz="12" w:space="0" w:color="auto"/>
              <w:bottom w:val="single" w:sz="2" w:space="0" w:color="000000"/>
              <w:right w:val="single" w:sz="2" w:space="0" w:color="000000"/>
            </w:tcBorders>
            <w:tcMar>
              <w:top w:w="28" w:type="dxa"/>
              <w:left w:w="102" w:type="dxa"/>
              <w:bottom w:w="28" w:type="dxa"/>
              <w:right w:w="102" w:type="dxa"/>
            </w:tcMar>
            <w:vAlign w:val="center"/>
            <w:hideMark/>
          </w:tcPr>
          <w:p w:rsidR="003F7D5C" w:rsidRPr="002A5508" w:rsidRDefault="003F7D5C" w:rsidP="00C51585">
            <w:pPr>
              <w:jc w:val="center"/>
              <w:textAlignment w:val="baseline"/>
              <w:rPr>
                <w:rFonts w:ascii="함초롬바탕" w:eastAsia="굴림" w:hAnsi="굴림" w:cs="굴림"/>
                <w:color w:val="000000"/>
                <w:sz w:val="18"/>
                <w:szCs w:val="18"/>
                <w:lang w:eastAsia="ko-KR"/>
              </w:rPr>
            </w:pPr>
            <w:r w:rsidRPr="002A5508">
              <w:rPr>
                <w:rFonts w:ascii="한양중고딕" w:eastAsia="한양중고딕" w:hAnsi="굴림" w:cs="굴림" w:hint="eastAsia"/>
                <w:color w:val="000000"/>
                <w:w w:val="85"/>
                <w:sz w:val="18"/>
                <w:szCs w:val="18"/>
                <w:lang w:eastAsia="ko-KR"/>
              </w:rPr>
              <w:t xml:space="preserve">동의를 거부할 권리 및 </w:t>
            </w:r>
            <w:r w:rsidRPr="002A5508">
              <w:rPr>
                <w:rFonts w:ascii="한양중고딕" w:eastAsia="한양중고딕" w:hAnsi="굴림" w:cs="굴림" w:hint="eastAsia"/>
                <w:color w:val="000000"/>
                <w:spacing w:val="-14"/>
                <w:w w:val="85"/>
                <w:sz w:val="18"/>
                <w:szCs w:val="18"/>
                <w:lang w:eastAsia="ko-KR"/>
              </w:rPr>
              <w:t>동의를 거부할 경우 불이익</w:t>
            </w:r>
          </w:p>
        </w:tc>
        <w:tc>
          <w:tcPr>
            <w:tcW w:w="7718" w:type="dxa"/>
            <w:tcBorders>
              <w:top w:val="single" w:sz="2" w:space="0" w:color="000000"/>
              <w:left w:val="single" w:sz="2" w:space="0" w:color="000000"/>
              <w:bottom w:val="single" w:sz="2" w:space="0" w:color="000000"/>
              <w:right w:val="single" w:sz="12" w:space="0" w:color="auto"/>
            </w:tcBorders>
            <w:tcMar>
              <w:top w:w="28" w:type="dxa"/>
              <w:left w:w="102" w:type="dxa"/>
              <w:bottom w:w="28" w:type="dxa"/>
              <w:right w:w="102" w:type="dxa"/>
            </w:tcMar>
            <w:vAlign w:val="center"/>
            <w:hideMark/>
          </w:tcPr>
          <w:p w:rsidR="003F7D5C" w:rsidRPr="002A5508" w:rsidRDefault="003F7D5C" w:rsidP="00C51585">
            <w:pPr>
              <w:spacing w:after="20"/>
              <w:textAlignment w:val="baseline"/>
              <w:rPr>
                <w:rFonts w:ascii="한컴바탕" w:eastAsia="굴림" w:hAnsi="굴림" w:cs="굴림"/>
                <w:color w:val="000000"/>
                <w:sz w:val="17"/>
                <w:szCs w:val="17"/>
                <w:lang w:eastAsia="ko-KR"/>
              </w:rPr>
            </w:pPr>
            <w:r w:rsidRPr="002A5508">
              <w:rPr>
                <w:rFonts w:ascii="한양중고딕" w:eastAsia="한양중고딕" w:hAnsi="굴림" w:cs="굴림" w:hint="eastAsia"/>
                <w:color w:val="000000"/>
                <w:spacing w:val="-10"/>
                <w:w w:val="90"/>
                <w:sz w:val="17"/>
                <w:szCs w:val="17"/>
                <w:lang w:eastAsia="ko-KR"/>
              </w:rPr>
              <w:t xml:space="preserve">동의하지 않으실 경우 중소기업 정책자금 융자, 기업진단, </w:t>
            </w:r>
            <w:proofErr w:type="spellStart"/>
            <w:r w:rsidRPr="002A5508">
              <w:rPr>
                <w:rFonts w:ascii="한양중고딕" w:eastAsia="한양중고딕" w:hAnsi="굴림" w:cs="굴림" w:hint="eastAsia"/>
                <w:color w:val="000000"/>
                <w:spacing w:val="-10"/>
                <w:w w:val="90"/>
                <w:sz w:val="17"/>
                <w:szCs w:val="17"/>
                <w:lang w:eastAsia="ko-KR"/>
              </w:rPr>
              <w:t>연계지원</w:t>
            </w:r>
            <w:proofErr w:type="spellEnd"/>
            <w:r w:rsidRPr="002A5508">
              <w:rPr>
                <w:rFonts w:ascii="한양중고딕" w:eastAsia="한양중고딕" w:hAnsi="굴림" w:cs="굴림" w:hint="eastAsia"/>
                <w:color w:val="000000"/>
                <w:spacing w:val="-10"/>
                <w:w w:val="90"/>
                <w:sz w:val="17"/>
                <w:szCs w:val="17"/>
                <w:lang w:eastAsia="ko-KR"/>
              </w:rPr>
              <w:t xml:space="preserve"> 등과 관련한 상담 및 신청, 지원, 거래관계의 설정 및 유지가 불가능합니다.</w:t>
            </w:r>
          </w:p>
        </w:tc>
      </w:tr>
      <w:tr w:rsidR="003F7D5C" w:rsidRPr="00E471C8" w:rsidTr="00B51B78">
        <w:trPr>
          <w:trHeight w:val="494"/>
        </w:trPr>
        <w:tc>
          <w:tcPr>
            <w:tcW w:w="1921" w:type="dxa"/>
            <w:tcBorders>
              <w:top w:val="single" w:sz="2" w:space="0" w:color="000000"/>
              <w:left w:val="single" w:sz="12" w:space="0" w:color="auto"/>
              <w:bottom w:val="single" w:sz="2" w:space="0" w:color="000000"/>
              <w:right w:val="single" w:sz="2" w:space="0" w:color="000000"/>
            </w:tcBorders>
            <w:tcMar>
              <w:top w:w="28" w:type="dxa"/>
              <w:left w:w="102" w:type="dxa"/>
              <w:bottom w:w="28" w:type="dxa"/>
              <w:right w:w="102" w:type="dxa"/>
            </w:tcMar>
            <w:vAlign w:val="center"/>
            <w:hideMark/>
          </w:tcPr>
          <w:p w:rsidR="003F7D5C" w:rsidRPr="002A5508" w:rsidRDefault="003F7D5C" w:rsidP="00E961FF">
            <w:pPr>
              <w:jc w:val="center"/>
              <w:textAlignment w:val="baseline"/>
              <w:rPr>
                <w:rFonts w:ascii="함초롬바탕" w:eastAsia="굴림" w:hAnsi="굴림" w:cs="굴림"/>
                <w:color w:val="000000"/>
                <w:sz w:val="18"/>
                <w:szCs w:val="18"/>
                <w:lang w:eastAsia="ko-KR"/>
              </w:rPr>
            </w:pPr>
            <w:r w:rsidRPr="002A5508">
              <w:rPr>
                <w:rFonts w:ascii="한양중고딕" w:eastAsia="한양중고딕" w:hAnsi="굴림" w:cs="굴림" w:hint="eastAsia"/>
                <w:color w:val="000000"/>
                <w:spacing w:val="-24"/>
                <w:w w:val="85"/>
                <w:sz w:val="18"/>
                <w:szCs w:val="18"/>
                <w:lang w:eastAsia="ko-KR"/>
              </w:rPr>
              <w:t xml:space="preserve">신용정보 </w:t>
            </w:r>
            <w:proofErr w:type="spellStart"/>
            <w:r w:rsidRPr="002A5508">
              <w:rPr>
                <w:rFonts w:ascii="한양중고딕" w:eastAsia="한양중고딕" w:hAnsi="굴림" w:cs="굴림" w:hint="eastAsia"/>
                <w:color w:val="000000"/>
                <w:spacing w:val="-24"/>
                <w:w w:val="85"/>
                <w:sz w:val="18"/>
                <w:szCs w:val="18"/>
                <w:lang w:eastAsia="ko-KR"/>
              </w:rPr>
              <w:t>제공</w:t>
            </w:r>
            <w:r w:rsidR="00E961FF">
              <w:rPr>
                <w:rFonts w:ascii="MS Gothic" w:eastAsia="MS Gothic" w:hAnsi="MS Gothic" w:cs="MS Gothic" w:hint="eastAsia"/>
                <w:color w:val="000000"/>
                <w:spacing w:val="-24"/>
                <w:w w:val="85"/>
                <w:sz w:val="18"/>
                <w:szCs w:val="18"/>
                <w:lang w:eastAsia="ko-KR"/>
              </w:rPr>
              <w:t>·</w:t>
            </w:r>
            <w:r w:rsidRPr="002A5508">
              <w:rPr>
                <w:rFonts w:ascii="한양중고딕" w:eastAsia="한양중고딕" w:hAnsi="굴림" w:cs="굴림" w:hint="eastAsia"/>
                <w:color w:val="000000"/>
                <w:spacing w:val="-24"/>
                <w:w w:val="85"/>
                <w:sz w:val="18"/>
                <w:szCs w:val="18"/>
                <w:lang w:eastAsia="ko-KR"/>
              </w:rPr>
              <w:t>조회</w:t>
            </w:r>
            <w:proofErr w:type="spellEnd"/>
            <w:r w:rsidRPr="002A5508">
              <w:rPr>
                <w:rFonts w:ascii="한양중고딕" w:eastAsia="한양중고딕" w:hAnsi="굴림" w:cs="굴림" w:hint="eastAsia"/>
                <w:color w:val="000000"/>
                <w:spacing w:val="-24"/>
                <w:w w:val="85"/>
                <w:sz w:val="18"/>
                <w:szCs w:val="18"/>
                <w:lang w:eastAsia="ko-KR"/>
              </w:rPr>
              <w:t xml:space="preserve"> 동의여부</w:t>
            </w:r>
          </w:p>
        </w:tc>
        <w:tc>
          <w:tcPr>
            <w:tcW w:w="7718" w:type="dxa"/>
            <w:tcBorders>
              <w:top w:val="single" w:sz="2" w:space="0" w:color="000000"/>
              <w:left w:val="single" w:sz="2" w:space="0" w:color="000000"/>
              <w:bottom w:val="single" w:sz="2" w:space="0" w:color="000000"/>
              <w:right w:val="single" w:sz="12" w:space="0" w:color="auto"/>
            </w:tcBorders>
            <w:tcMar>
              <w:top w:w="28" w:type="dxa"/>
              <w:left w:w="102" w:type="dxa"/>
              <w:bottom w:w="28" w:type="dxa"/>
              <w:right w:w="102" w:type="dxa"/>
            </w:tcMar>
            <w:vAlign w:val="center"/>
            <w:hideMark/>
          </w:tcPr>
          <w:p w:rsidR="003F7D5C" w:rsidRPr="00302937" w:rsidRDefault="003F7D5C" w:rsidP="00C51585">
            <w:pPr>
              <w:ind w:left="100" w:hanging="100"/>
              <w:textAlignment w:val="baseline"/>
              <w:rPr>
                <w:rFonts w:ascii="함초롬바탕" w:eastAsia="굴림" w:hAnsi="굴림" w:cs="굴림"/>
                <w:color w:val="000000"/>
                <w:sz w:val="17"/>
                <w:szCs w:val="17"/>
                <w:lang w:eastAsia="ko-KR"/>
              </w:rPr>
            </w:pPr>
            <w:r w:rsidRPr="00302937">
              <w:rPr>
                <w:rFonts w:ascii="한양중고딕" w:eastAsia="한양중고딕" w:hAnsi="굴림" w:cs="굴림" w:hint="eastAsia"/>
                <w:color w:val="000000"/>
                <w:spacing w:val="-10"/>
                <w:w w:val="90"/>
                <w:sz w:val="17"/>
                <w:szCs w:val="17"/>
                <w:lang w:eastAsia="ko-KR"/>
              </w:rPr>
              <w:t xml:space="preserve">본인은 위와 같이 신용정보를 </w:t>
            </w:r>
            <w:proofErr w:type="spellStart"/>
            <w:r w:rsidRPr="00302937">
              <w:rPr>
                <w:rFonts w:ascii="한양중고딕" w:eastAsia="한양중고딕" w:hAnsi="굴림" w:cs="굴림" w:hint="eastAsia"/>
                <w:color w:val="000000"/>
                <w:spacing w:val="-10"/>
                <w:w w:val="90"/>
                <w:sz w:val="17"/>
                <w:szCs w:val="17"/>
                <w:lang w:eastAsia="ko-KR"/>
              </w:rPr>
              <w:t>중진공에</w:t>
            </w:r>
            <w:proofErr w:type="spellEnd"/>
            <w:r w:rsidRPr="00302937">
              <w:rPr>
                <w:rFonts w:ascii="한양중고딕" w:eastAsia="한양중고딕" w:hAnsi="굴림" w:cs="굴림" w:hint="eastAsia"/>
                <w:color w:val="000000"/>
                <w:spacing w:val="-10"/>
                <w:w w:val="90"/>
                <w:sz w:val="17"/>
                <w:szCs w:val="17"/>
                <w:lang w:eastAsia="ko-KR"/>
              </w:rPr>
              <w:t xml:space="preserve"> 제공하여, </w:t>
            </w:r>
            <w:proofErr w:type="spellStart"/>
            <w:r w:rsidRPr="00302937">
              <w:rPr>
                <w:rFonts w:ascii="한양중고딕" w:eastAsia="한양중고딕" w:hAnsi="굴림" w:cs="굴림" w:hint="eastAsia"/>
                <w:color w:val="000000"/>
                <w:spacing w:val="-10"/>
                <w:w w:val="90"/>
                <w:sz w:val="17"/>
                <w:szCs w:val="17"/>
                <w:lang w:eastAsia="ko-KR"/>
              </w:rPr>
              <w:t>중진공이</w:t>
            </w:r>
            <w:proofErr w:type="spellEnd"/>
            <w:r w:rsidRPr="00302937">
              <w:rPr>
                <w:rFonts w:ascii="한양중고딕" w:eastAsia="한양중고딕" w:hAnsi="굴림" w:cs="굴림" w:hint="eastAsia"/>
                <w:color w:val="000000"/>
                <w:spacing w:val="-10"/>
                <w:w w:val="90"/>
                <w:sz w:val="17"/>
                <w:szCs w:val="17"/>
                <w:lang w:eastAsia="ko-KR"/>
              </w:rPr>
              <w:t xml:space="preserve"> 조회하는 것에 동의합니다.</w:t>
            </w:r>
          </w:p>
          <w:p w:rsidR="003F7D5C" w:rsidRPr="00E471C8" w:rsidRDefault="003F7D5C" w:rsidP="00C51585">
            <w:pPr>
              <w:ind w:left="100" w:hanging="100"/>
              <w:textAlignment w:val="baseline"/>
              <w:rPr>
                <w:rFonts w:ascii="함초롬바탕" w:eastAsia="굴림" w:hAnsi="굴림" w:cs="굴림"/>
                <w:color w:val="000000"/>
                <w:spacing w:val="-10"/>
                <w:w w:val="90"/>
                <w:sz w:val="8"/>
                <w:szCs w:val="8"/>
                <w:lang w:eastAsia="ko-KR"/>
              </w:rPr>
            </w:pPr>
          </w:p>
          <w:p w:rsidR="003F7D5C" w:rsidRPr="00E471C8" w:rsidRDefault="003F7D5C" w:rsidP="00C51585">
            <w:pPr>
              <w:ind w:left="100" w:hanging="100"/>
              <w:jc w:val="right"/>
              <w:textAlignment w:val="baseline"/>
              <w:rPr>
                <w:rFonts w:ascii="함초롬바탕" w:eastAsia="굴림" w:hAnsi="굴림" w:cs="굴림"/>
                <w:color w:val="000000"/>
                <w:szCs w:val="20"/>
                <w:lang w:eastAsia="ko-KR"/>
              </w:rPr>
            </w:pPr>
            <w:r w:rsidRPr="00E471C8">
              <w:rPr>
                <w:rFonts w:ascii="한양중고딕" w:eastAsia="한양중고딕" w:hAnsi="굴림" w:cs="굴림" w:hint="eastAsia"/>
                <w:b/>
                <w:bCs/>
                <w:color w:val="000000"/>
                <w:spacing w:val="-10"/>
                <w:w w:val="90"/>
                <w:sz w:val="18"/>
                <w:szCs w:val="18"/>
                <w:lang w:eastAsia="ko-KR"/>
              </w:rPr>
              <w:t xml:space="preserve">(동의함 </w:t>
            </w:r>
            <w:r w:rsidRPr="00E471C8">
              <w:rPr>
                <w:rFonts w:ascii="한양중고딕" w:eastAsia="한양중고딕" w:hAnsi="한양중고딕" w:cs="굴림" w:hint="eastAsia"/>
                <w:b/>
                <w:bCs/>
                <w:color w:val="000000"/>
                <w:spacing w:val="-10"/>
                <w:w w:val="90"/>
                <w:sz w:val="18"/>
                <w:szCs w:val="18"/>
                <w:lang w:eastAsia="ko-KR"/>
              </w:rPr>
              <w:t xml:space="preserve">□ </w:t>
            </w:r>
            <w:r w:rsidRPr="00E471C8">
              <w:rPr>
                <w:rFonts w:ascii="한양중고딕" w:eastAsia="한양중고딕" w:hAnsi="굴림" w:cs="굴림" w:hint="eastAsia"/>
                <w:b/>
                <w:bCs/>
                <w:color w:val="000000"/>
                <w:spacing w:val="-10"/>
                <w:w w:val="90"/>
                <w:sz w:val="18"/>
                <w:szCs w:val="18"/>
                <w:lang w:eastAsia="ko-KR"/>
              </w:rPr>
              <w:t xml:space="preserve">동의하지 않음 </w:t>
            </w:r>
            <w:r w:rsidRPr="00E471C8">
              <w:rPr>
                <w:rFonts w:ascii="한양중고딕" w:eastAsia="한양중고딕" w:hAnsi="한양중고딕" w:cs="굴림" w:hint="eastAsia"/>
                <w:b/>
                <w:bCs/>
                <w:color w:val="000000"/>
                <w:spacing w:val="-10"/>
                <w:w w:val="90"/>
                <w:sz w:val="18"/>
                <w:szCs w:val="18"/>
                <w:lang w:eastAsia="ko-KR"/>
              </w:rPr>
              <w:t>□</w:t>
            </w:r>
            <w:r w:rsidRPr="00E471C8">
              <w:rPr>
                <w:rFonts w:ascii="한양중고딕" w:eastAsia="한양중고딕" w:hAnsi="굴림" w:cs="굴림" w:hint="eastAsia"/>
                <w:b/>
                <w:bCs/>
                <w:color w:val="000000"/>
                <w:spacing w:val="-10"/>
                <w:w w:val="90"/>
                <w:sz w:val="18"/>
                <w:szCs w:val="18"/>
                <w:lang w:eastAsia="ko-KR"/>
              </w:rPr>
              <w:t>)</w:t>
            </w:r>
          </w:p>
        </w:tc>
      </w:tr>
      <w:tr w:rsidR="003F7D5C" w:rsidRPr="00E471C8" w:rsidTr="00B51B78">
        <w:trPr>
          <w:trHeight w:val="416"/>
        </w:trPr>
        <w:tc>
          <w:tcPr>
            <w:tcW w:w="1921" w:type="dxa"/>
            <w:tcBorders>
              <w:top w:val="single" w:sz="2" w:space="0" w:color="000000"/>
              <w:left w:val="single" w:sz="12" w:space="0" w:color="auto"/>
              <w:bottom w:val="single" w:sz="12" w:space="0" w:color="auto"/>
              <w:right w:val="single" w:sz="2" w:space="0" w:color="000000"/>
            </w:tcBorders>
            <w:tcMar>
              <w:top w:w="28" w:type="dxa"/>
              <w:left w:w="102" w:type="dxa"/>
              <w:bottom w:w="28" w:type="dxa"/>
              <w:right w:w="102" w:type="dxa"/>
            </w:tcMar>
            <w:vAlign w:val="center"/>
            <w:hideMark/>
          </w:tcPr>
          <w:p w:rsidR="003F7D5C" w:rsidRPr="002A5508" w:rsidRDefault="003F7D5C" w:rsidP="00C51585">
            <w:pPr>
              <w:jc w:val="center"/>
              <w:textAlignment w:val="baseline"/>
              <w:rPr>
                <w:rFonts w:ascii="함초롬바탕" w:eastAsia="굴림" w:hAnsi="굴림" w:cs="굴림"/>
                <w:color w:val="000000"/>
                <w:sz w:val="18"/>
                <w:szCs w:val="18"/>
                <w:lang w:eastAsia="ko-KR"/>
              </w:rPr>
            </w:pPr>
            <w:proofErr w:type="spellStart"/>
            <w:r w:rsidRPr="002A5508">
              <w:rPr>
                <w:rFonts w:ascii="한양중고딕" w:eastAsia="한양중고딕" w:hAnsi="굴림" w:cs="굴림" w:hint="eastAsia"/>
                <w:color w:val="000000"/>
                <w:w w:val="85"/>
                <w:sz w:val="18"/>
                <w:szCs w:val="18"/>
                <w:lang w:eastAsia="ko-KR"/>
              </w:rPr>
              <w:t>권한부여에</w:t>
            </w:r>
            <w:proofErr w:type="spellEnd"/>
            <w:r w:rsidRPr="002A5508">
              <w:rPr>
                <w:rFonts w:ascii="한양중고딕" w:eastAsia="한양중고딕" w:hAnsi="굴림" w:cs="굴림" w:hint="eastAsia"/>
                <w:color w:val="000000"/>
                <w:w w:val="85"/>
                <w:sz w:val="18"/>
                <w:szCs w:val="18"/>
                <w:lang w:eastAsia="ko-KR"/>
              </w:rPr>
              <w:t xml:space="preserve"> 대한 동의여부</w:t>
            </w:r>
          </w:p>
        </w:tc>
        <w:tc>
          <w:tcPr>
            <w:tcW w:w="7718" w:type="dxa"/>
            <w:tcBorders>
              <w:top w:val="single" w:sz="2" w:space="0" w:color="000000"/>
              <w:left w:val="single" w:sz="2" w:space="0" w:color="000000"/>
              <w:bottom w:val="single" w:sz="12" w:space="0" w:color="auto"/>
              <w:right w:val="single" w:sz="12" w:space="0" w:color="auto"/>
            </w:tcBorders>
            <w:tcMar>
              <w:top w:w="28" w:type="dxa"/>
              <w:left w:w="102" w:type="dxa"/>
              <w:bottom w:w="28" w:type="dxa"/>
              <w:right w:w="102" w:type="dxa"/>
            </w:tcMar>
            <w:vAlign w:val="center"/>
            <w:hideMark/>
          </w:tcPr>
          <w:p w:rsidR="003F7D5C" w:rsidRPr="00E471C8" w:rsidRDefault="003F7D5C" w:rsidP="00302937">
            <w:pPr>
              <w:ind w:left="5567" w:hangingChars="3900" w:hanging="5567"/>
              <w:textAlignment w:val="baseline"/>
              <w:rPr>
                <w:rFonts w:ascii="함초롬바탕" w:eastAsia="굴림" w:hAnsi="굴림" w:cs="굴림"/>
                <w:color w:val="000000"/>
                <w:szCs w:val="20"/>
                <w:lang w:eastAsia="ko-KR"/>
              </w:rPr>
            </w:pPr>
            <w:proofErr w:type="spellStart"/>
            <w:r w:rsidRPr="00302937">
              <w:rPr>
                <w:rFonts w:ascii="한양중고딕" w:eastAsia="한양중고딕" w:hAnsi="굴림" w:cs="굴림" w:hint="eastAsia"/>
                <w:color w:val="000000"/>
                <w:spacing w:val="-10"/>
                <w:w w:val="90"/>
                <w:sz w:val="17"/>
                <w:szCs w:val="17"/>
                <w:lang w:eastAsia="ko-KR"/>
              </w:rPr>
              <w:t>중진공이</w:t>
            </w:r>
            <w:proofErr w:type="spellEnd"/>
            <w:r w:rsidRPr="00302937">
              <w:rPr>
                <w:rFonts w:ascii="한양중고딕" w:eastAsia="한양중고딕" w:hAnsi="굴림" w:cs="굴림" w:hint="eastAsia"/>
                <w:color w:val="000000"/>
                <w:spacing w:val="-10"/>
                <w:w w:val="90"/>
                <w:sz w:val="17"/>
                <w:szCs w:val="17"/>
                <w:lang w:eastAsia="ko-KR"/>
              </w:rPr>
              <w:t xml:space="preserve"> 본인을 대리하여 </w:t>
            </w:r>
            <w:proofErr w:type="spellStart"/>
            <w:r w:rsidRPr="00302937">
              <w:rPr>
                <w:rFonts w:ascii="한양중고딕" w:eastAsia="한양중고딕" w:hAnsi="굴림" w:cs="굴림" w:hint="eastAsia"/>
                <w:color w:val="000000"/>
                <w:spacing w:val="-10"/>
                <w:w w:val="90"/>
                <w:sz w:val="17"/>
                <w:szCs w:val="17"/>
                <w:lang w:eastAsia="ko-KR"/>
              </w:rPr>
              <w:t>대상기관인</w:t>
            </w:r>
            <w:proofErr w:type="spellEnd"/>
            <w:r w:rsidRPr="00302937">
              <w:rPr>
                <w:rFonts w:ascii="한양중고딕" w:eastAsia="한양중고딕" w:hAnsi="굴림" w:cs="굴림" w:hint="eastAsia"/>
                <w:color w:val="000000"/>
                <w:spacing w:val="-10"/>
                <w:w w:val="90"/>
                <w:sz w:val="17"/>
                <w:szCs w:val="17"/>
                <w:lang w:eastAsia="ko-KR"/>
              </w:rPr>
              <w:t xml:space="preserve"> 국가기관 등에 위와 같이 본인의 신용 정보를 제공 요청하는 것에 동의합니다</w:t>
            </w:r>
            <w:r w:rsidRPr="00E471C8">
              <w:rPr>
                <w:rFonts w:ascii="한양중고딕" w:eastAsia="한양중고딕" w:hAnsi="굴림" w:cs="굴림" w:hint="eastAsia"/>
                <w:color w:val="000000"/>
                <w:spacing w:val="-10"/>
                <w:w w:val="90"/>
                <w:sz w:val="18"/>
                <w:szCs w:val="18"/>
                <w:lang w:eastAsia="ko-KR"/>
              </w:rPr>
              <w:t xml:space="preserve">. </w:t>
            </w:r>
            <w:r w:rsidR="007E71D0">
              <w:rPr>
                <w:rFonts w:ascii="한양중고딕" w:eastAsia="한양중고딕" w:hAnsi="굴림" w:cs="굴림"/>
                <w:color w:val="000000"/>
                <w:spacing w:val="-10"/>
                <w:w w:val="90"/>
                <w:sz w:val="18"/>
                <w:szCs w:val="18"/>
                <w:lang w:eastAsia="ko-KR"/>
              </w:rPr>
              <w:t xml:space="preserve">                                                                                                            </w:t>
            </w:r>
            <w:r w:rsidRPr="00E471C8">
              <w:rPr>
                <w:rFonts w:ascii="한양중고딕" w:eastAsia="한양중고딕" w:hAnsi="굴림" w:cs="굴림" w:hint="eastAsia"/>
                <w:b/>
                <w:bCs/>
                <w:color w:val="000000"/>
                <w:spacing w:val="-10"/>
                <w:w w:val="90"/>
                <w:sz w:val="18"/>
                <w:szCs w:val="18"/>
                <w:lang w:eastAsia="ko-KR"/>
              </w:rPr>
              <w:t xml:space="preserve">(동의함 </w:t>
            </w:r>
            <w:r w:rsidRPr="00E471C8">
              <w:rPr>
                <w:rFonts w:ascii="한양중고딕" w:eastAsia="한양중고딕" w:hAnsi="한양중고딕" w:cs="굴림" w:hint="eastAsia"/>
                <w:b/>
                <w:bCs/>
                <w:color w:val="000000"/>
                <w:spacing w:val="-10"/>
                <w:w w:val="90"/>
                <w:sz w:val="18"/>
                <w:szCs w:val="18"/>
                <w:lang w:eastAsia="ko-KR"/>
              </w:rPr>
              <w:t xml:space="preserve">□ </w:t>
            </w:r>
            <w:r w:rsidRPr="00E471C8">
              <w:rPr>
                <w:rFonts w:ascii="한양중고딕" w:eastAsia="한양중고딕" w:hAnsi="굴림" w:cs="굴림" w:hint="eastAsia"/>
                <w:b/>
                <w:bCs/>
                <w:color w:val="000000"/>
                <w:spacing w:val="-10"/>
                <w:w w:val="90"/>
                <w:sz w:val="18"/>
                <w:szCs w:val="18"/>
                <w:lang w:eastAsia="ko-KR"/>
              </w:rPr>
              <w:t xml:space="preserve">동의하지 않음 </w:t>
            </w:r>
            <w:r w:rsidRPr="00E471C8">
              <w:rPr>
                <w:rFonts w:ascii="한양중고딕" w:eastAsia="한양중고딕" w:hAnsi="한양중고딕" w:cs="굴림" w:hint="eastAsia"/>
                <w:b/>
                <w:bCs/>
                <w:color w:val="000000"/>
                <w:spacing w:val="-10"/>
                <w:w w:val="90"/>
                <w:sz w:val="18"/>
                <w:szCs w:val="18"/>
                <w:lang w:eastAsia="ko-KR"/>
              </w:rPr>
              <w:t>□</w:t>
            </w:r>
            <w:r w:rsidRPr="00E471C8">
              <w:rPr>
                <w:rFonts w:ascii="한양중고딕" w:eastAsia="한양중고딕" w:hAnsi="굴림" w:cs="굴림" w:hint="eastAsia"/>
                <w:b/>
                <w:bCs/>
                <w:color w:val="000000"/>
                <w:spacing w:val="-10"/>
                <w:w w:val="90"/>
                <w:sz w:val="18"/>
                <w:szCs w:val="18"/>
                <w:lang w:eastAsia="ko-KR"/>
              </w:rPr>
              <w:t>)</w:t>
            </w:r>
          </w:p>
        </w:tc>
      </w:tr>
    </w:tbl>
    <w:p w:rsidR="003F7D5C" w:rsidRPr="00334E90" w:rsidRDefault="003F7D5C" w:rsidP="003F7D5C">
      <w:pPr>
        <w:rPr>
          <w:sz w:val="10"/>
          <w:szCs w:val="10"/>
          <w:lang w:eastAsia="ko-KR"/>
        </w:rPr>
      </w:pPr>
    </w:p>
    <w:tbl>
      <w:tblPr>
        <w:tblOverlap w:val="never"/>
        <w:tblW w:w="0" w:type="auto"/>
        <w:tblInd w:w="102" w:type="dxa"/>
        <w:tblCellMar>
          <w:top w:w="15" w:type="dxa"/>
          <w:left w:w="15" w:type="dxa"/>
          <w:bottom w:w="15" w:type="dxa"/>
          <w:right w:w="15" w:type="dxa"/>
        </w:tblCellMar>
        <w:tblLook w:val="04A0" w:firstRow="1" w:lastRow="0" w:firstColumn="1" w:lastColumn="0" w:noHBand="0" w:noVBand="1"/>
      </w:tblPr>
      <w:tblGrid>
        <w:gridCol w:w="2010"/>
        <w:gridCol w:w="7629"/>
      </w:tblGrid>
      <w:tr w:rsidR="003F7D5C" w:rsidRPr="00E471C8" w:rsidTr="00B51B78">
        <w:trPr>
          <w:trHeight w:val="216"/>
        </w:trPr>
        <w:tc>
          <w:tcPr>
            <w:tcW w:w="9639" w:type="dxa"/>
            <w:gridSpan w:val="2"/>
            <w:tcBorders>
              <w:top w:val="nil"/>
              <w:left w:val="nil"/>
              <w:bottom w:val="single" w:sz="12" w:space="0" w:color="auto"/>
              <w:right w:val="nil"/>
            </w:tcBorders>
            <w:tcMar>
              <w:top w:w="28" w:type="dxa"/>
              <w:left w:w="102" w:type="dxa"/>
              <w:bottom w:w="28" w:type="dxa"/>
              <w:right w:w="102" w:type="dxa"/>
            </w:tcMar>
            <w:vAlign w:val="center"/>
            <w:hideMark/>
          </w:tcPr>
          <w:p w:rsidR="003F7D5C" w:rsidRPr="00E471C8" w:rsidRDefault="003F7D5C" w:rsidP="00302937">
            <w:pPr>
              <w:textAlignment w:val="baseline"/>
              <w:rPr>
                <w:rFonts w:ascii="함초롬바탕" w:eastAsia="굴림" w:hAnsi="굴림" w:cs="굴림"/>
                <w:color w:val="000000"/>
                <w:szCs w:val="20"/>
                <w:lang w:eastAsia="ko-KR"/>
              </w:rPr>
            </w:pPr>
            <w:r w:rsidRPr="00E471C8">
              <w:rPr>
                <w:rFonts w:ascii="한양중고딕" w:eastAsia="한양중고딕" w:hAnsi="굴림" w:cs="굴림" w:hint="eastAsia"/>
                <w:b/>
                <w:bCs/>
                <w:color w:val="000000"/>
                <w:sz w:val="16"/>
                <w:szCs w:val="16"/>
                <w:lang w:eastAsia="ko-KR"/>
              </w:rPr>
              <w:t>5. 유관기관 정보공유를 위한 기업정보 제3자 제공에 관한 사항</w:t>
            </w:r>
          </w:p>
        </w:tc>
      </w:tr>
      <w:tr w:rsidR="003F7D5C" w:rsidRPr="00E471C8" w:rsidTr="00B51B78">
        <w:trPr>
          <w:trHeight w:val="412"/>
        </w:trPr>
        <w:tc>
          <w:tcPr>
            <w:tcW w:w="2010" w:type="dxa"/>
            <w:tcBorders>
              <w:top w:val="single" w:sz="12" w:space="0" w:color="auto"/>
              <w:left w:val="single" w:sz="12" w:space="0" w:color="auto"/>
              <w:bottom w:val="single" w:sz="2" w:space="0" w:color="000000"/>
              <w:right w:val="single" w:sz="2" w:space="0" w:color="000000"/>
            </w:tcBorders>
            <w:tcMar>
              <w:top w:w="28" w:type="dxa"/>
              <w:left w:w="102" w:type="dxa"/>
              <w:bottom w:w="28" w:type="dxa"/>
              <w:right w:w="102" w:type="dxa"/>
            </w:tcMar>
            <w:vAlign w:val="center"/>
            <w:hideMark/>
          </w:tcPr>
          <w:p w:rsidR="003F7D5C" w:rsidRPr="00E471C8" w:rsidRDefault="003F7D5C" w:rsidP="00C51585">
            <w:pPr>
              <w:spacing w:line="384" w:lineRule="auto"/>
              <w:jc w:val="center"/>
              <w:textAlignment w:val="baseline"/>
              <w:rPr>
                <w:rFonts w:ascii="함초롬바탕" w:eastAsia="굴림" w:hAnsi="굴림" w:cs="굴림"/>
                <w:color w:val="000000"/>
                <w:szCs w:val="20"/>
              </w:rPr>
            </w:pPr>
            <w:proofErr w:type="spellStart"/>
            <w:r w:rsidRPr="00E471C8">
              <w:rPr>
                <w:rFonts w:ascii="한양중고딕" w:eastAsia="한양중고딕" w:hAnsi="굴림" w:cs="굴림" w:hint="eastAsia"/>
                <w:color w:val="000000"/>
                <w:w w:val="85"/>
                <w:sz w:val="18"/>
                <w:szCs w:val="18"/>
              </w:rPr>
              <w:t>제공</w:t>
            </w:r>
            <w:proofErr w:type="spellEnd"/>
            <w:r w:rsidRPr="00E471C8">
              <w:rPr>
                <w:rFonts w:ascii="한양중고딕" w:eastAsia="한양중고딕" w:hAnsi="굴림" w:cs="굴림" w:hint="eastAsia"/>
                <w:color w:val="000000"/>
                <w:w w:val="85"/>
                <w:sz w:val="18"/>
                <w:szCs w:val="18"/>
              </w:rPr>
              <w:t xml:space="preserve"> </w:t>
            </w:r>
            <w:proofErr w:type="spellStart"/>
            <w:r w:rsidRPr="00E471C8">
              <w:rPr>
                <w:rFonts w:ascii="한양중고딕" w:eastAsia="한양중고딕" w:hAnsi="굴림" w:cs="굴림" w:hint="eastAsia"/>
                <w:color w:val="000000"/>
                <w:w w:val="85"/>
                <w:sz w:val="18"/>
                <w:szCs w:val="18"/>
              </w:rPr>
              <w:t>대상기관</w:t>
            </w:r>
            <w:proofErr w:type="spellEnd"/>
          </w:p>
        </w:tc>
        <w:tc>
          <w:tcPr>
            <w:tcW w:w="7629" w:type="dxa"/>
            <w:tcBorders>
              <w:top w:val="single" w:sz="12" w:space="0" w:color="auto"/>
              <w:left w:val="single" w:sz="2" w:space="0" w:color="000000"/>
              <w:bottom w:val="single" w:sz="2" w:space="0" w:color="000000"/>
              <w:right w:val="single" w:sz="12" w:space="0" w:color="auto"/>
            </w:tcBorders>
            <w:tcMar>
              <w:top w:w="28" w:type="dxa"/>
              <w:left w:w="102" w:type="dxa"/>
              <w:bottom w:w="28" w:type="dxa"/>
              <w:right w:w="102" w:type="dxa"/>
            </w:tcMar>
            <w:vAlign w:val="center"/>
            <w:hideMark/>
          </w:tcPr>
          <w:p w:rsidR="003F7D5C" w:rsidRPr="004A6ED2" w:rsidRDefault="003F7D5C" w:rsidP="004A6ED2">
            <w:pPr>
              <w:spacing w:after="20"/>
              <w:textAlignment w:val="baseline"/>
              <w:rPr>
                <w:rFonts w:ascii="한컴바탕" w:eastAsia="굴림" w:hAnsi="굴림" w:cs="굴림"/>
                <w:color w:val="000000"/>
                <w:sz w:val="17"/>
                <w:szCs w:val="17"/>
                <w:lang w:eastAsia="ko-KR"/>
              </w:rPr>
            </w:pPr>
            <w:r w:rsidRPr="004A6ED2">
              <w:rPr>
                <w:rFonts w:ascii="MS Gothic" w:eastAsia="MS Gothic" w:hAnsi="MS Gothic" w:cs="MS Gothic" w:hint="eastAsia"/>
                <w:color w:val="000000"/>
                <w:spacing w:val="-10"/>
                <w:w w:val="90"/>
                <w:sz w:val="17"/>
                <w:szCs w:val="17"/>
                <w:lang w:eastAsia="ko-KR"/>
              </w:rPr>
              <w:t>‣</w:t>
            </w:r>
            <w:r w:rsidRPr="004A6ED2">
              <w:rPr>
                <w:rFonts w:ascii="한양중고딕" w:eastAsia="한양중고딕" w:hAnsi="굴림" w:cs="굴림" w:hint="eastAsia"/>
                <w:color w:val="000000"/>
                <w:spacing w:val="-20"/>
                <w:w w:val="90"/>
                <w:sz w:val="17"/>
                <w:szCs w:val="17"/>
                <w:lang w:eastAsia="ko-KR"/>
              </w:rPr>
              <w:t xml:space="preserve">중소벤처기업부, 기술보증기금, 소상공인시장진흥공단, </w:t>
            </w:r>
            <w:proofErr w:type="spellStart"/>
            <w:r w:rsidRPr="004A6ED2">
              <w:rPr>
                <w:rFonts w:ascii="한양중고딕" w:eastAsia="한양중고딕" w:hAnsi="굴림" w:cs="굴림" w:hint="eastAsia"/>
                <w:color w:val="000000"/>
                <w:spacing w:val="-20"/>
                <w:w w:val="90"/>
                <w:sz w:val="17"/>
                <w:szCs w:val="17"/>
                <w:lang w:eastAsia="ko-KR"/>
              </w:rPr>
              <w:t>창업진흥원</w:t>
            </w:r>
            <w:proofErr w:type="spellEnd"/>
            <w:r w:rsidRPr="004A6ED2">
              <w:rPr>
                <w:rFonts w:ascii="한양중고딕" w:eastAsia="한양중고딕" w:hAnsi="굴림" w:cs="굴림" w:hint="eastAsia"/>
                <w:color w:val="000000"/>
                <w:spacing w:val="-20"/>
                <w:w w:val="90"/>
                <w:sz w:val="17"/>
                <w:szCs w:val="17"/>
                <w:lang w:eastAsia="ko-KR"/>
              </w:rPr>
              <w:t>, 중소기업유통센터, 신용보증재단중앙회,</w:t>
            </w:r>
            <w:r w:rsidRPr="004A6ED2">
              <w:rPr>
                <w:rFonts w:ascii="한컴바탕" w:eastAsia="한양중고딕" w:hAnsi="굴림" w:cs="굴림"/>
                <w:color w:val="000000"/>
                <w:spacing w:val="-10"/>
                <w:w w:val="90"/>
                <w:sz w:val="17"/>
                <w:szCs w:val="17"/>
                <w:lang w:eastAsia="ko-KR"/>
              </w:rPr>
              <w:t xml:space="preserve"> </w:t>
            </w:r>
            <w:r w:rsidRPr="004A6ED2">
              <w:rPr>
                <w:rFonts w:ascii="한양중고딕" w:eastAsia="한양중고딕" w:hAnsi="굴림" w:cs="굴림" w:hint="eastAsia"/>
                <w:color w:val="000000"/>
                <w:spacing w:val="-10"/>
                <w:w w:val="90"/>
                <w:sz w:val="17"/>
                <w:szCs w:val="17"/>
                <w:lang w:eastAsia="ko-KR"/>
              </w:rPr>
              <w:t>한국벤처투자, 장애인기업종합지원센터, 중소기업기술정보진흥원, 산업통상자원부, 한국무역보험공사, 서울보증보험</w:t>
            </w:r>
          </w:p>
        </w:tc>
      </w:tr>
      <w:tr w:rsidR="003F7D5C" w:rsidRPr="00E471C8" w:rsidTr="00B51B78">
        <w:trPr>
          <w:trHeight w:val="432"/>
        </w:trPr>
        <w:tc>
          <w:tcPr>
            <w:tcW w:w="2010" w:type="dxa"/>
            <w:tcBorders>
              <w:top w:val="single" w:sz="2" w:space="0" w:color="000000"/>
              <w:left w:val="single" w:sz="12" w:space="0" w:color="auto"/>
              <w:bottom w:val="single" w:sz="2" w:space="0" w:color="000000"/>
              <w:right w:val="single" w:sz="2" w:space="0" w:color="000000"/>
            </w:tcBorders>
            <w:tcMar>
              <w:top w:w="28" w:type="dxa"/>
              <w:left w:w="102" w:type="dxa"/>
              <w:bottom w:w="28" w:type="dxa"/>
              <w:right w:w="102" w:type="dxa"/>
            </w:tcMar>
            <w:vAlign w:val="center"/>
            <w:hideMark/>
          </w:tcPr>
          <w:p w:rsidR="003F7D5C" w:rsidRPr="00E471C8" w:rsidRDefault="003F7D5C" w:rsidP="00C51585">
            <w:pPr>
              <w:spacing w:line="384" w:lineRule="auto"/>
              <w:jc w:val="center"/>
              <w:textAlignment w:val="baseline"/>
              <w:rPr>
                <w:rFonts w:ascii="함초롬바탕" w:eastAsia="굴림" w:hAnsi="굴림" w:cs="굴림"/>
                <w:color w:val="000000"/>
                <w:szCs w:val="20"/>
              </w:rPr>
            </w:pPr>
            <w:proofErr w:type="spellStart"/>
            <w:r w:rsidRPr="00E471C8">
              <w:rPr>
                <w:rFonts w:ascii="한양중고딕" w:eastAsia="한양중고딕" w:hAnsi="굴림" w:cs="굴림" w:hint="eastAsia"/>
                <w:color w:val="000000"/>
                <w:w w:val="85"/>
                <w:sz w:val="18"/>
                <w:szCs w:val="18"/>
              </w:rPr>
              <w:t>제공</w:t>
            </w:r>
            <w:proofErr w:type="spellEnd"/>
            <w:r w:rsidRPr="00E471C8">
              <w:rPr>
                <w:rFonts w:ascii="한양중고딕" w:eastAsia="한양중고딕" w:hAnsi="굴림" w:cs="굴림" w:hint="eastAsia"/>
                <w:color w:val="000000"/>
                <w:w w:val="85"/>
                <w:sz w:val="18"/>
                <w:szCs w:val="18"/>
              </w:rPr>
              <w:t xml:space="preserve"> </w:t>
            </w:r>
            <w:proofErr w:type="spellStart"/>
            <w:r w:rsidRPr="00E471C8">
              <w:rPr>
                <w:rFonts w:ascii="한양중고딕" w:eastAsia="한양중고딕" w:hAnsi="굴림" w:cs="굴림" w:hint="eastAsia"/>
                <w:color w:val="000000"/>
                <w:w w:val="85"/>
                <w:sz w:val="18"/>
                <w:szCs w:val="18"/>
              </w:rPr>
              <w:t>목적</w:t>
            </w:r>
            <w:proofErr w:type="spellEnd"/>
          </w:p>
        </w:tc>
        <w:tc>
          <w:tcPr>
            <w:tcW w:w="7629" w:type="dxa"/>
            <w:tcBorders>
              <w:top w:val="single" w:sz="2" w:space="0" w:color="000000"/>
              <w:left w:val="single" w:sz="2" w:space="0" w:color="000000"/>
              <w:bottom w:val="single" w:sz="2" w:space="0" w:color="000000"/>
              <w:right w:val="single" w:sz="12" w:space="0" w:color="auto"/>
            </w:tcBorders>
            <w:tcMar>
              <w:top w:w="28" w:type="dxa"/>
              <w:left w:w="102" w:type="dxa"/>
              <w:bottom w:w="28" w:type="dxa"/>
              <w:right w:w="102" w:type="dxa"/>
            </w:tcMar>
            <w:vAlign w:val="center"/>
            <w:hideMark/>
          </w:tcPr>
          <w:p w:rsidR="003F7D5C" w:rsidRPr="004A6ED2" w:rsidRDefault="003F7D5C" w:rsidP="004A6ED2">
            <w:pPr>
              <w:spacing w:after="20"/>
              <w:textAlignment w:val="baseline"/>
              <w:rPr>
                <w:rFonts w:ascii="한컴바탕" w:eastAsia="굴림" w:hAnsi="굴림" w:cs="굴림"/>
                <w:color w:val="000000"/>
                <w:sz w:val="17"/>
                <w:szCs w:val="17"/>
                <w:lang w:eastAsia="ko-KR"/>
              </w:rPr>
            </w:pPr>
            <w:r w:rsidRPr="004A6ED2">
              <w:rPr>
                <w:rFonts w:ascii="MS Gothic" w:eastAsia="MS Gothic" w:hAnsi="MS Gothic" w:cs="MS Gothic" w:hint="eastAsia"/>
                <w:color w:val="000000"/>
                <w:spacing w:val="-10"/>
                <w:w w:val="90"/>
                <w:sz w:val="17"/>
                <w:szCs w:val="17"/>
                <w:lang w:eastAsia="ko-KR"/>
              </w:rPr>
              <w:t>‣</w:t>
            </w:r>
            <w:r w:rsidRPr="004A6ED2">
              <w:rPr>
                <w:rFonts w:ascii="한양중고딕" w:eastAsia="한양중고딕" w:hAnsi="굴림" w:cs="굴림" w:hint="eastAsia"/>
                <w:color w:val="000000"/>
                <w:spacing w:val="-10"/>
                <w:w w:val="90"/>
                <w:sz w:val="17"/>
                <w:szCs w:val="17"/>
                <w:lang w:eastAsia="ko-KR"/>
              </w:rPr>
              <w:t xml:space="preserve">중소벤처기업부 및 유관기관의 지원 사업간 </w:t>
            </w:r>
            <w:proofErr w:type="spellStart"/>
            <w:r w:rsidRPr="004A6ED2">
              <w:rPr>
                <w:rFonts w:ascii="한양중고딕" w:eastAsia="한양중고딕" w:hAnsi="굴림" w:cs="굴림" w:hint="eastAsia"/>
                <w:color w:val="000000"/>
                <w:spacing w:val="-10"/>
                <w:w w:val="90"/>
                <w:sz w:val="17"/>
                <w:szCs w:val="17"/>
                <w:lang w:eastAsia="ko-KR"/>
              </w:rPr>
              <w:t>연계지원</w:t>
            </w:r>
            <w:proofErr w:type="spellEnd"/>
            <w:r w:rsidRPr="004A6ED2">
              <w:rPr>
                <w:rFonts w:ascii="한양중고딕" w:eastAsia="한양중고딕" w:hAnsi="굴림" w:cs="굴림" w:hint="eastAsia"/>
                <w:color w:val="000000"/>
                <w:spacing w:val="-10"/>
                <w:w w:val="90"/>
                <w:sz w:val="17"/>
                <w:szCs w:val="17"/>
                <w:lang w:eastAsia="ko-KR"/>
              </w:rPr>
              <w:t xml:space="preserve"> 및 </w:t>
            </w:r>
            <w:proofErr w:type="spellStart"/>
            <w:r w:rsidRPr="004A6ED2">
              <w:rPr>
                <w:rFonts w:ascii="한양중고딕" w:eastAsia="한양중고딕" w:hAnsi="굴림" w:cs="굴림" w:hint="eastAsia"/>
                <w:color w:val="000000"/>
                <w:spacing w:val="-10"/>
                <w:w w:val="90"/>
                <w:sz w:val="17"/>
                <w:szCs w:val="17"/>
                <w:lang w:eastAsia="ko-KR"/>
              </w:rPr>
              <w:t>후속지원</w:t>
            </w:r>
            <w:proofErr w:type="spellEnd"/>
            <w:r w:rsidRPr="004A6ED2">
              <w:rPr>
                <w:rFonts w:ascii="한양중고딕" w:eastAsia="한양중고딕" w:hAnsi="굴림" w:cs="굴림" w:hint="eastAsia"/>
                <w:color w:val="000000"/>
                <w:spacing w:val="-10"/>
                <w:w w:val="90"/>
                <w:sz w:val="17"/>
                <w:szCs w:val="17"/>
                <w:lang w:eastAsia="ko-KR"/>
              </w:rPr>
              <w:t xml:space="preserve"> 활용</w:t>
            </w:r>
          </w:p>
          <w:p w:rsidR="003F7D5C" w:rsidRPr="004A6ED2" w:rsidRDefault="003F7D5C" w:rsidP="004A6ED2">
            <w:pPr>
              <w:spacing w:after="20"/>
              <w:textAlignment w:val="baseline"/>
              <w:rPr>
                <w:rFonts w:ascii="한컴바탕" w:eastAsia="굴림" w:hAnsi="굴림" w:cs="굴림"/>
                <w:color w:val="000000"/>
                <w:sz w:val="17"/>
                <w:szCs w:val="17"/>
                <w:lang w:eastAsia="ko-KR"/>
              </w:rPr>
            </w:pPr>
            <w:r w:rsidRPr="004A6ED2">
              <w:rPr>
                <w:rFonts w:ascii="MS Gothic" w:eastAsia="MS Gothic" w:hAnsi="MS Gothic" w:cs="MS Gothic" w:hint="eastAsia"/>
                <w:color w:val="000000"/>
                <w:spacing w:val="-10"/>
                <w:w w:val="90"/>
                <w:sz w:val="17"/>
                <w:szCs w:val="17"/>
                <w:lang w:eastAsia="ko-KR"/>
              </w:rPr>
              <w:t>‣</w:t>
            </w:r>
            <w:r w:rsidRPr="004A6ED2">
              <w:rPr>
                <w:rFonts w:ascii="한양중고딕" w:eastAsia="한양중고딕" w:hAnsi="굴림" w:cs="굴림" w:hint="eastAsia"/>
                <w:color w:val="000000"/>
                <w:spacing w:val="-10"/>
                <w:w w:val="90"/>
                <w:sz w:val="17"/>
                <w:szCs w:val="17"/>
                <w:lang w:eastAsia="ko-KR"/>
              </w:rPr>
              <w:t>중소벤처기업부 등 중앙부처 및 지자체 중소기업지원사업 안내 등</w:t>
            </w:r>
          </w:p>
        </w:tc>
      </w:tr>
      <w:tr w:rsidR="003F7D5C" w:rsidRPr="00E471C8" w:rsidTr="00B51B78">
        <w:trPr>
          <w:trHeight w:val="412"/>
        </w:trPr>
        <w:tc>
          <w:tcPr>
            <w:tcW w:w="2010" w:type="dxa"/>
            <w:tcBorders>
              <w:top w:val="single" w:sz="2" w:space="0" w:color="000000"/>
              <w:left w:val="single" w:sz="12" w:space="0" w:color="auto"/>
              <w:bottom w:val="single" w:sz="2" w:space="0" w:color="000000"/>
              <w:right w:val="single" w:sz="2" w:space="0" w:color="000000"/>
            </w:tcBorders>
            <w:tcMar>
              <w:top w:w="28" w:type="dxa"/>
              <w:left w:w="102" w:type="dxa"/>
              <w:bottom w:w="28" w:type="dxa"/>
              <w:right w:w="102" w:type="dxa"/>
            </w:tcMar>
            <w:vAlign w:val="center"/>
            <w:hideMark/>
          </w:tcPr>
          <w:p w:rsidR="003F7D5C" w:rsidRPr="00E471C8" w:rsidRDefault="003F7D5C" w:rsidP="00C51585">
            <w:pPr>
              <w:spacing w:line="384" w:lineRule="auto"/>
              <w:jc w:val="center"/>
              <w:textAlignment w:val="baseline"/>
              <w:rPr>
                <w:rFonts w:ascii="함초롬바탕" w:eastAsia="굴림" w:hAnsi="굴림" w:cs="굴림"/>
                <w:color w:val="000000"/>
                <w:szCs w:val="20"/>
              </w:rPr>
            </w:pPr>
            <w:proofErr w:type="spellStart"/>
            <w:r w:rsidRPr="00E471C8">
              <w:rPr>
                <w:rFonts w:ascii="한양중고딕" w:eastAsia="한양중고딕" w:hAnsi="굴림" w:cs="굴림" w:hint="eastAsia"/>
                <w:color w:val="000000"/>
                <w:w w:val="85"/>
                <w:sz w:val="18"/>
                <w:szCs w:val="18"/>
              </w:rPr>
              <w:t>제공</w:t>
            </w:r>
            <w:proofErr w:type="spellEnd"/>
            <w:r w:rsidRPr="00E471C8">
              <w:rPr>
                <w:rFonts w:ascii="한양중고딕" w:eastAsia="한양중고딕" w:hAnsi="굴림" w:cs="굴림" w:hint="eastAsia"/>
                <w:color w:val="000000"/>
                <w:w w:val="85"/>
                <w:sz w:val="18"/>
                <w:szCs w:val="18"/>
              </w:rPr>
              <w:t xml:space="preserve"> </w:t>
            </w:r>
            <w:proofErr w:type="spellStart"/>
            <w:r w:rsidRPr="00E471C8">
              <w:rPr>
                <w:rFonts w:ascii="한양중고딕" w:eastAsia="한양중고딕" w:hAnsi="굴림" w:cs="굴림" w:hint="eastAsia"/>
                <w:color w:val="000000"/>
                <w:w w:val="85"/>
                <w:sz w:val="18"/>
                <w:szCs w:val="18"/>
              </w:rPr>
              <w:t>정보의</w:t>
            </w:r>
            <w:proofErr w:type="spellEnd"/>
            <w:r w:rsidRPr="00E471C8">
              <w:rPr>
                <w:rFonts w:ascii="한양중고딕" w:eastAsia="한양중고딕" w:hAnsi="굴림" w:cs="굴림" w:hint="eastAsia"/>
                <w:color w:val="000000"/>
                <w:w w:val="85"/>
                <w:sz w:val="18"/>
                <w:szCs w:val="18"/>
              </w:rPr>
              <w:t xml:space="preserve"> </w:t>
            </w:r>
            <w:proofErr w:type="spellStart"/>
            <w:r w:rsidRPr="00E471C8">
              <w:rPr>
                <w:rFonts w:ascii="한양중고딕" w:eastAsia="한양중고딕" w:hAnsi="굴림" w:cs="굴림" w:hint="eastAsia"/>
                <w:color w:val="000000"/>
                <w:w w:val="85"/>
                <w:sz w:val="18"/>
                <w:szCs w:val="18"/>
              </w:rPr>
              <w:t>항목</w:t>
            </w:r>
            <w:proofErr w:type="spellEnd"/>
          </w:p>
        </w:tc>
        <w:tc>
          <w:tcPr>
            <w:tcW w:w="7629" w:type="dxa"/>
            <w:tcBorders>
              <w:top w:val="single" w:sz="2" w:space="0" w:color="000000"/>
              <w:left w:val="single" w:sz="2" w:space="0" w:color="000000"/>
              <w:bottom w:val="single" w:sz="2" w:space="0" w:color="000000"/>
              <w:right w:val="single" w:sz="12" w:space="0" w:color="auto"/>
            </w:tcBorders>
            <w:tcMar>
              <w:top w:w="28" w:type="dxa"/>
              <w:left w:w="102" w:type="dxa"/>
              <w:bottom w:w="28" w:type="dxa"/>
              <w:right w:w="102" w:type="dxa"/>
            </w:tcMar>
            <w:vAlign w:val="center"/>
            <w:hideMark/>
          </w:tcPr>
          <w:p w:rsidR="003F7D5C" w:rsidRPr="004A6ED2" w:rsidRDefault="003F7D5C" w:rsidP="004A6ED2">
            <w:pPr>
              <w:spacing w:after="20"/>
              <w:textAlignment w:val="baseline"/>
              <w:rPr>
                <w:rFonts w:ascii="한컴바탕" w:eastAsia="굴림" w:hAnsi="굴림" w:cs="굴림"/>
                <w:color w:val="000000"/>
                <w:sz w:val="17"/>
                <w:szCs w:val="17"/>
                <w:lang w:eastAsia="ko-KR"/>
              </w:rPr>
            </w:pPr>
            <w:r w:rsidRPr="004A6ED2">
              <w:rPr>
                <w:rFonts w:ascii="MS Gothic" w:eastAsia="MS Gothic" w:hAnsi="MS Gothic" w:cs="MS Gothic" w:hint="eastAsia"/>
                <w:color w:val="000000"/>
                <w:spacing w:val="-14"/>
                <w:w w:val="90"/>
                <w:sz w:val="17"/>
                <w:szCs w:val="17"/>
                <w:lang w:eastAsia="ko-KR"/>
              </w:rPr>
              <w:t>‣</w:t>
            </w:r>
            <w:proofErr w:type="spellStart"/>
            <w:r w:rsidRPr="004A6ED2">
              <w:rPr>
                <w:rFonts w:ascii="한양중고딕" w:eastAsia="한양중고딕" w:hAnsi="굴림" w:cs="굴림" w:hint="eastAsia"/>
                <w:color w:val="000000"/>
                <w:spacing w:val="-14"/>
                <w:w w:val="90"/>
                <w:sz w:val="17"/>
                <w:szCs w:val="17"/>
                <w:lang w:eastAsia="ko-KR"/>
              </w:rPr>
              <w:t>사업자번호</w:t>
            </w:r>
            <w:proofErr w:type="spellEnd"/>
            <w:r w:rsidRPr="004A6ED2">
              <w:rPr>
                <w:rFonts w:ascii="한양중고딕" w:eastAsia="한양중고딕" w:hAnsi="굴림" w:cs="굴림" w:hint="eastAsia"/>
                <w:color w:val="000000"/>
                <w:spacing w:val="-14"/>
                <w:w w:val="90"/>
                <w:sz w:val="17"/>
                <w:szCs w:val="17"/>
                <w:lang w:eastAsia="ko-KR"/>
              </w:rPr>
              <w:t xml:space="preserve">, </w:t>
            </w:r>
            <w:proofErr w:type="spellStart"/>
            <w:r w:rsidRPr="004A6ED2">
              <w:rPr>
                <w:rFonts w:ascii="한양중고딕" w:eastAsia="한양중고딕" w:hAnsi="굴림" w:cs="굴림" w:hint="eastAsia"/>
                <w:color w:val="000000"/>
                <w:spacing w:val="-14"/>
                <w:w w:val="90"/>
                <w:sz w:val="17"/>
                <w:szCs w:val="17"/>
                <w:lang w:eastAsia="ko-KR"/>
              </w:rPr>
              <w:t>법인번호</w:t>
            </w:r>
            <w:proofErr w:type="spellEnd"/>
            <w:r w:rsidRPr="004A6ED2">
              <w:rPr>
                <w:rFonts w:ascii="한양중고딕" w:eastAsia="한양중고딕" w:hAnsi="굴림" w:cs="굴림" w:hint="eastAsia"/>
                <w:color w:val="000000"/>
                <w:spacing w:val="-14"/>
                <w:w w:val="90"/>
                <w:sz w:val="17"/>
                <w:szCs w:val="17"/>
                <w:lang w:eastAsia="ko-KR"/>
              </w:rPr>
              <w:t xml:space="preserve">, 기업명, </w:t>
            </w:r>
            <w:proofErr w:type="spellStart"/>
            <w:r w:rsidRPr="004A6ED2">
              <w:rPr>
                <w:rFonts w:ascii="한양중고딕" w:eastAsia="한양중고딕" w:hAnsi="굴림" w:cs="굴림" w:hint="eastAsia"/>
                <w:color w:val="000000"/>
                <w:spacing w:val="-14"/>
                <w:w w:val="90"/>
                <w:sz w:val="17"/>
                <w:szCs w:val="17"/>
                <w:lang w:eastAsia="ko-KR"/>
              </w:rPr>
              <w:t>지원사업명</w:t>
            </w:r>
            <w:proofErr w:type="spellEnd"/>
            <w:r w:rsidRPr="004A6ED2">
              <w:rPr>
                <w:rFonts w:ascii="한양중고딕" w:eastAsia="한양중고딕" w:hAnsi="굴림" w:cs="굴림" w:hint="eastAsia"/>
                <w:color w:val="000000"/>
                <w:spacing w:val="-14"/>
                <w:w w:val="90"/>
                <w:sz w:val="17"/>
                <w:szCs w:val="17"/>
                <w:lang w:eastAsia="ko-KR"/>
              </w:rPr>
              <w:t xml:space="preserve">, 대표자명, </w:t>
            </w:r>
            <w:proofErr w:type="spellStart"/>
            <w:r w:rsidRPr="004A6ED2">
              <w:rPr>
                <w:rFonts w:ascii="한양중고딕" w:eastAsia="한양중고딕" w:hAnsi="굴림" w:cs="굴림" w:hint="eastAsia"/>
                <w:color w:val="000000"/>
                <w:spacing w:val="-14"/>
                <w:w w:val="90"/>
                <w:sz w:val="17"/>
                <w:szCs w:val="17"/>
                <w:lang w:eastAsia="ko-KR"/>
              </w:rPr>
              <w:t>신청일자</w:t>
            </w:r>
            <w:proofErr w:type="spellEnd"/>
            <w:r w:rsidRPr="004A6ED2">
              <w:rPr>
                <w:rFonts w:ascii="한양중고딕" w:eastAsia="한양중고딕" w:hAnsi="굴림" w:cs="굴림" w:hint="eastAsia"/>
                <w:color w:val="000000"/>
                <w:spacing w:val="-14"/>
                <w:w w:val="90"/>
                <w:sz w:val="17"/>
                <w:szCs w:val="17"/>
                <w:lang w:eastAsia="ko-KR"/>
              </w:rPr>
              <w:t xml:space="preserve">, </w:t>
            </w:r>
            <w:proofErr w:type="spellStart"/>
            <w:r w:rsidRPr="004A6ED2">
              <w:rPr>
                <w:rFonts w:ascii="한양중고딕" w:eastAsia="한양중고딕" w:hAnsi="굴림" w:cs="굴림" w:hint="eastAsia"/>
                <w:color w:val="000000"/>
                <w:spacing w:val="-14"/>
                <w:w w:val="90"/>
                <w:sz w:val="17"/>
                <w:szCs w:val="17"/>
                <w:lang w:eastAsia="ko-KR"/>
              </w:rPr>
              <w:t>승인일자</w:t>
            </w:r>
            <w:proofErr w:type="spellEnd"/>
            <w:r w:rsidRPr="004A6ED2">
              <w:rPr>
                <w:rFonts w:ascii="한양중고딕" w:eastAsia="한양중고딕" w:hAnsi="굴림" w:cs="굴림" w:hint="eastAsia"/>
                <w:color w:val="000000"/>
                <w:spacing w:val="-14"/>
                <w:w w:val="90"/>
                <w:sz w:val="17"/>
                <w:szCs w:val="17"/>
                <w:lang w:eastAsia="ko-KR"/>
              </w:rPr>
              <w:t xml:space="preserve">, 신청금액, </w:t>
            </w:r>
            <w:proofErr w:type="spellStart"/>
            <w:r w:rsidRPr="004A6ED2">
              <w:rPr>
                <w:rFonts w:ascii="한양중고딕" w:eastAsia="한양중고딕" w:hAnsi="굴림" w:cs="굴림" w:hint="eastAsia"/>
                <w:color w:val="000000"/>
                <w:spacing w:val="-14"/>
                <w:w w:val="90"/>
                <w:sz w:val="17"/>
                <w:szCs w:val="17"/>
                <w:lang w:eastAsia="ko-KR"/>
              </w:rPr>
              <w:t>승인금액</w:t>
            </w:r>
            <w:proofErr w:type="spellEnd"/>
            <w:r w:rsidRPr="004A6ED2">
              <w:rPr>
                <w:rFonts w:ascii="한양중고딕" w:eastAsia="한양중고딕" w:hAnsi="굴림" w:cs="굴림" w:hint="eastAsia"/>
                <w:color w:val="000000"/>
                <w:spacing w:val="-14"/>
                <w:w w:val="90"/>
                <w:sz w:val="17"/>
                <w:szCs w:val="17"/>
                <w:lang w:eastAsia="ko-KR"/>
              </w:rPr>
              <w:t xml:space="preserve">, </w:t>
            </w:r>
            <w:proofErr w:type="spellStart"/>
            <w:r w:rsidRPr="004A6ED2">
              <w:rPr>
                <w:rFonts w:ascii="한양중고딕" w:eastAsia="한양중고딕" w:hAnsi="굴림" w:cs="굴림" w:hint="eastAsia"/>
                <w:color w:val="000000"/>
                <w:spacing w:val="-14"/>
                <w:w w:val="90"/>
                <w:sz w:val="17"/>
                <w:szCs w:val="17"/>
                <w:lang w:eastAsia="ko-KR"/>
              </w:rPr>
              <w:t>지원일자</w:t>
            </w:r>
            <w:proofErr w:type="spellEnd"/>
            <w:r w:rsidRPr="004A6ED2">
              <w:rPr>
                <w:rFonts w:ascii="한양중고딕" w:eastAsia="한양중고딕" w:hAnsi="굴림" w:cs="굴림" w:hint="eastAsia"/>
                <w:color w:val="000000"/>
                <w:spacing w:val="-14"/>
                <w:w w:val="90"/>
                <w:sz w:val="17"/>
                <w:szCs w:val="17"/>
                <w:lang w:eastAsia="ko-KR"/>
              </w:rPr>
              <w:t xml:space="preserve">, 지원금액, </w:t>
            </w:r>
            <w:proofErr w:type="spellStart"/>
            <w:r w:rsidRPr="004A6ED2">
              <w:rPr>
                <w:rFonts w:ascii="한양중고딕" w:eastAsia="한양중고딕" w:hAnsi="굴림" w:cs="굴림" w:hint="eastAsia"/>
                <w:color w:val="000000"/>
                <w:spacing w:val="-14"/>
                <w:w w:val="90"/>
                <w:sz w:val="17"/>
                <w:szCs w:val="17"/>
                <w:lang w:eastAsia="ko-KR"/>
              </w:rPr>
              <w:t>기업주소</w:t>
            </w:r>
            <w:proofErr w:type="spellEnd"/>
            <w:r w:rsidRPr="004A6ED2">
              <w:rPr>
                <w:rFonts w:ascii="한양중고딕" w:eastAsia="한양중고딕" w:hAnsi="굴림" w:cs="굴림" w:hint="eastAsia"/>
                <w:color w:val="000000"/>
                <w:spacing w:val="-14"/>
                <w:w w:val="90"/>
                <w:sz w:val="17"/>
                <w:szCs w:val="17"/>
                <w:lang w:eastAsia="ko-KR"/>
              </w:rPr>
              <w:t xml:space="preserve">, 기업대표전화번호, 기업대표이메일, </w:t>
            </w:r>
            <w:proofErr w:type="spellStart"/>
            <w:r w:rsidRPr="004A6ED2">
              <w:rPr>
                <w:rFonts w:ascii="한양중고딕" w:eastAsia="한양중고딕" w:hAnsi="굴림" w:cs="굴림" w:hint="eastAsia"/>
                <w:color w:val="000000"/>
                <w:spacing w:val="-14"/>
                <w:w w:val="90"/>
                <w:sz w:val="17"/>
                <w:szCs w:val="17"/>
                <w:lang w:eastAsia="ko-KR"/>
              </w:rPr>
              <w:t>주생산품</w:t>
            </w:r>
            <w:proofErr w:type="spellEnd"/>
            <w:r w:rsidRPr="004A6ED2">
              <w:rPr>
                <w:rFonts w:ascii="한양중고딕" w:eastAsia="한양중고딕" w:hAnsi="굴림" w:cs="굴림" w:hint="eastAsia"/>
                <w:color w:val="000000"/>
                <w:spacing w:val="-14"/>
                <w:w w:val="90"/>
                <w:sz w:val="17"/>
                <w:szCs w:val="17"/>
                <w:lang w:eastAsia="ko-KR"/>
              </w:rPr>
              <w:t xml:space="preserve"> 등</w:t>
            </w:r>
          </w:p>
        </w:tc>
      </w:tr>
      <w:tr w:rsidR="003F7D5C" w:rsidRPr="00E471C8" w:rsidTr="00B51B78">
        <w:trPr>
          <w:trHeight w:val="696"/>
        </w:trPr>
        <w:tc>
          <w:tcPr>
            <w:tcW w:w="2010" w:type="dxa"/>
            <w:tcBorders>
              <w:top w:val="single" w:sz="2" w:space="0" w:color="000000"/>
              <w:left w:val="single" w:sz="12" w:space="0" w:color="auto"/>
              <w:bottom w:val="single" w:sz="2" w:space="0" w:color="000000"/>
              <w:right w:val="single" w:sz="2" w:space="0" w:color="000000"/>
            </w:tcBorders>
            <w:tcMar>
              <w:top w:w="28" w:type="dxa"/>
              <w:left w:w="102" w:type="dxa"/>
              <w:bottom w:w="28" w:type="dxa"/>
              <w:right w:w="102" w:type="dxa"/>
            </w:tcMar>
            <w:vAlign w:val="center"/>
            <w:hideMark/>
          </w:tcPr>
          <w:p w:rsidR="003F7D5C" w:rsidRPr="00E471C8" w:rsidRDefault="003F7D5C" w:rsidP="00C51585">
            <w:pPr>
              <w:spacing w:line="384" w:lineRule="auto"/>
              <w:jc w:val="center"/>
              <w:textAlignment w:val="baseline"/>
              <w:rPr>
                <w:rFonts w:ascii="함초롬바탕" w:eastAsia="굴림" w:hAnsi="굴림" w:cs="굴림"/>
                <w:color w:val="000000"/>
                <w:szCs w:val="20"/>
                <w:lang w:eastAsia="ko-KR"/>
              </w:rPr>
            </w:pPr>
            <w:r w:rsidRPr="00E471C8">
              <w:rPr>
                <w:rFonts w:ascii="한양중고딕" w:eastAsia="한양중고딕" w:hAnsi="굴림" w:cs="굴림" w:hint="eastAsia"/>
                <w:color w:val="000000"/>
                <w:w w:val="85"/>
                <w:sz w:val="18"/>
                <w:szCs w:val="18"/>
                <w:lang w:eastAsia="ko-KR"/>
              </w:rPr>
              <w:t xml:space="preserve">제공 정보 </w:t>
            </w:r>
            <w:proofErr w:type="spellStart"/>
            <w:r w:rsidRPr="00E471C8">
              <w:rPr>
                <w:rFonts w:ascii="한양중고딕" w:eastAsia="한양중고딕" w:hAnsi="굴림" w:cs="굴림" w:hint="eastAsia"/>
                <w:color w:val="000000"/>
                <w:w w:val="85"/>
                <w:sz w:val="18"/>
                <w:szCs w:val="18"/>
                <w:lang w:eastAsia="ko-KR"/>
              </w:rPr>
              <w:t>보유·이용</w:t>
            </w:r>
            <w:proofErr w:type="spellEnd"/>
            <w:r w:rsidRPr="00E471C8">
              <w:rPr>
                <w:rFonts w:ascii="한양중고딕" w:eastAsia="한양중고딕" w:hAnsi="굴림" w:cs="굴림" w:hint="eastAsia"/>
                <w:color w:val="000000"/>
                <w:w w:val="85"/>
                <w:sz w:val="18"/>
                <w:szCs w:val="18"/>
                <w:lang w:eastAsia="ko-KR"/>
              </w:rPr>
              <w:t xml:space="preserve"> 기간</w:t>
            </w:r>
          </w:p>
        </w:tc>
        <w:tc>
          <w:tcPr>
            <w:tcW w:w="7629" w:type="dxa"/>
            <w:tcBorders>
              <w:top w:val="single" w:sz="2" w:space="0" w:color="000000"/>
              <w:left w:val="single" w:sz="2" w:space="0" w:color="000000"/>
              <w:bottom w:val="single" w:sz="2" w:space="0" w:color="000000"/>
              <w:right w:val="single" w:sz="12" w:space="0" w:color="auto"/>
            </w:tcBorders>
            <w:tcMar>
              <w:top w:w="28" w:type="dxa"/>
              <w:left w:w="102" w:type="dxa"/>
              <w:bottom w:w="28" w:type="dxa"/>
              <w:right w:w="102" w:type="dxa"/>
            </w:tcMar>
            <w:vAlign w:val="center"/>
            <w:hideMark/>
          </w:tcPr>
          <w:p w:rsidR="003F7D5C" w:rsidRPr="004A6ED2" w:rsidRDefault="003F7D5C" w:rsidP="009F70EC">
            <w:pPr>
              <w:spacing w:after="20"/>
              <w:textAlignment w:val="baseline"/>
              <w:rPr>
                <w:rFonts w:ascii="한컴바탕" w:eastAsia="굴림" w:hAnsi="굴림" w:cs="굴림"/>
                <w:color w:val="000000"/>
                <w:sz w:val="17"/>
                <w:szCs w:val="17"/>
                <w:lang w:eastAsia="ko-KR"/>
              </w:rPr>
            </w:pPr>
            <w:r w:rsidRPr="004A6ED2">
              <w:rPr>
                <w:rFonts w:ascii="MS Gothic" w:eastAsia="MS Gothic" w:hAnsi="MS Gothic" w:cs="MS Gothic" w:hint="eastAsia"/>
                <w:color w:val="000000"/>
                <w:spacing w:val="-16"/>
                <w:w w:val="90"/>
                <w:sz w:val="17"/>
                <w:szCs w:val="17"/>
                <w:lang w:eastAsia="ko-KR"/>
              </w:rPr>
              <w:t>‣</w:t>
            </w:r>
            <w:r w:rsidRPr="004A6ED2">
              <w:rPr>
                <w:rFonts w:ascii="한양중고딕" w:eastAsia="한양중고딕" w:hAnsi="굴림" w:cs="굴림" w:hint="eastAsia"/>
                <w:color w:val="000000"/>
                <w:spacing w:val="-22"/>
                <w:w w:val="90"/>
                <w:sz w:val="17"/>
                <w:szCs w:val="17"/>
                <w:lang w:eastAsia="ko-KR"/>
              </w:rPr>
              <w:t xml:space="preserve">기업(신용)정보는 제공된 날로부터 동의 철회 시 또는 해당 지원 사업 참여 종료 후 5년간 </w:t>
            </w:r>
            <w:proofErr w:type="spellStart"/>
            <w:r w:rsidRPr="004A6ED2">
              <w:rPr>
                <w:rFonts w:ascii="한양중고딕" w:eastAsia="한양중고딕" w:hAnsi="굴림" w:cs="굴림" w:hint="eastAsia"/>
                <w:color w:val="000000"/>
                <w:spacing w:val="-22"/>
                <w:w w:val="90"/>
                <w:sz w:val="17"/>
                <w:szCs w:val="17"/>
                <w:lang w:eastAsia="ko-KR"/>
              </w:rPr>
              <w:t>보유</w:t>
            </w:r>
            <w:r w:rsidR="00773563">
              <w:rPr>
                <w:rFonts w:ascii="MS Gothic" w:eastAsia="MS Gothic" w:hAnsi="MS Gothic" w:cs="MS Gothic" w:hint="eastAsia"/>
                <w:color w:val="000000"/>
                <w:spacing w:val="-22"/>
                <w:w w:val="90"/>
                <w:sz w:val="17"/>
                <w:szCs w:val="17"/>
                <w:lang w:eastAsia="ko-KR"/>
              </w:rPr>
              <w:t>·</w:t>
            </w:r>
            <w:r w:rsidRPr="004A6ED2">
              <w:rPr>
                <w:rFonts w:ascii="한양중고딕" w:eastAsia="한양중고딕" w:hAnsi="굴림" w:cs="굴림" w:hint="eastAsia"/>
                <w:color w:val="000000"/>
                <w:spacing w:val="-22"/>
                <w:w w:val="90"/>
                <w:sz w:val="17"/>
                <w:szCs w:val="17"/>
                <w:lang w:eastAsia="ko-KR"/>
              </w:rPr>
              <w:t>이용되며</w:t>
            </w:r>
            <w:proofErr w:type="spellEnd"/>
            <w:r w:rsidRPr="004A6ED2">
              <w:rPr>
                <w:rFonts w:ascii="한양중고딕" w:eastAsia="한양중고딕" w:hAnsi="굴림" w:cs="굴림" w:hint="eastAsia"/>
                <w:color w:val="000000"/>
                <w:spacing w:val="-22"/>
                <w:w w:val="90"/>
                <w:sz w:val="17"/>
                <w:szCs w:val="17"/>
                <w:lang w:eastAsia="ko-KR"/>
              </w:rPr>
              <w:t xml:space="preserve">, </w:t>
            </w:r>
            <w:r w:rsidRPr="004A6ED2">
              <w:rPr>
                <w:rFonts w:ascii="한양중고딕" w:eastAsia="한양중고딕" w:hAnsi="굴림" w:cs="굴림" w:hint="eastAsia"/>
                <w:color w:val="000000"/>
                <w:spacing w:val="-26"/>
                <w:w w:val="90"/>
                <w:sz w:val="17"/>
                <w:szCs w:val="17"/>
                <w:lang w:eastAsia="ko-KR"/>
              </w:rPr>
              <w:t>동의 철회 또는 해당 지원 사업 참여 종료 후 5년 후에는 위에 기재된 제공(조회)의 목적과 관련된 금융사고</w:t>
            </w:r>
            <w:r w:rsidRPr="004A6ED2">
              <w:rPr>
                <w:rFonts w:ascii="한컴바탕" w:eastAsia="한양중고딕" w:hAnsi="굴림" w:cs="굴림"/>
                <w:color w:val="000000"/>
                <w:spacing w:val="-22"/>
                <w:w w:val="90"/>
                <w:sz w:val="17"/>
                <w:szCs w:val="17"/>
                <w:lang w:eastAsia="ko-KR"/>
              </w:rPr>
              <w:t xml:space="preserve"> </w:t>
            </w:r>
            <w:r w:rsidRPr="004A6ED2">
              <w:rPr>
                <w:rFonts w:ascii="한양중고딕" w:eastAsia="한양중고딕" w:hAnsi="굴림" w:cs="굴림" w:hint="eastAsia"/>
                <w:color w:val="000000"/>
                <w:spacing w:val="-22"/>
                <w:w w:val="90"/>
                <w:sz w:val="17"/>
                <w:szCs w:val="17"/>
                <w:lang w:eastAsia="ko-KR"/>
              </w:rPr>
              <w:t xml:space="preserve">조사, 분쟁해결 민원처리, 리스크 관리업무, 법령상 의무이행을 위하여 필요한 범위 내에서만 </w:t>
            </w:r>
            <w:proofErr w:type="spellStart"/>
            <w:r w:rsidRPr="004A6ED2">
              <w:rPr>
                <w:rFonts w:ascii="한양중고딕" w:eastAsia="한양중고딕" w:hAnsi="굴림" w:cs="굴림" w:hint="eastAsia"/>
                <w:color w:val="000000"/>
                <w:spacing w:val="-22"/>
                <w:w w:val="90"/>
                <w:sz w:val="17"/>
                <w:szCs w:val="17"/>
                <w:lang w:eastAsia="ko-KR"/>
              </w:rPr>
              <w:t>보유</w:t>
            </w:r>
            <w:r w:rsidR="009F70EC">
              <w:rPr>
                <w:rFonts w:ascii="MS Gothic" w:eastAsia="MS Gothic" w:hAnsi="MS Gothic" w:cs="MS Gothic" w:hint="eastAsia"/>
                <w:color w:val="000000"/>
                <w:spacing w:val="-22"/>
                <w:w w:val="90"/>
                <w:sz w:val="17"/>
                <w:szCs w:val="17"/>
                <w:lang w:eastAsia="ko-KR"/>
              </w:rPr>
              <w:t>·</w:t>
            </w:r>
            <w:r w:rsidRPr="004A6ED2">
              <w:rPr>
                <w:rFonts w:ascii="한양중고딕" w:eastAsia="한양중고딕" w:hAnsi="굴림" w:cs="굴림" w:hint="eastAsia"/>
                <w:color w:val="000000"/>
                <w:spacing w:val="-22"/>
                <w:w w:val="90"/>
                <w:sz w:val="17"/>
                <w:szCs w:val="17"/>
                <w:lang w:eastAsia="ko-KR"/>
              </w:rPr>
              <w:t>이용됩니다</w:t>
            </w:r>
            <w:proofErr w:type="spellEnd"/>
            <w:r w:rsidRPr="004A6ED2">
              <w:rPr>
                <w:rFonts w:ascii="한양중고딕" w:eastAsia="한양중고딕" w:hAnsi="굴림" w:cs="굴림" w:hint="eastAsia"/>
                <w:color w:val="000000"/>
                <w:spacing w:val="-22"/>
                <w:w w:val="90"/>
                <w:sz w:val="17"/>
                <w:szCs w:val="17"/>
                <w:lang w:eastAsia="ko-KR"/>
              </w:rPr>
              <w:t>.</w:t>
            </w:r>
          </w:p>
        </w:tc>
      </w:tr>
      <w:tr w:rsidR="003F7D5C" w:rsidRPr="00E471C8" w:rsidTr="00B51B78">
        <w:trPr>
          <w:trHeight w:val="416"/>
        </w:trPr>
        <w:tc>
          <w:tcPr>
            <w:tcW w:w="2010" w:type="dxa"/>
            <w:tcBorders>
              <w:top w:val="single" w:sz="2" w:space="0" w:color="000000"/>
              <w:left w:val="single" w:sz="12" w:space="0" w:color="auto"/>
              <w:bottom w:val="single" w:sz="2" w:space="0" w:color="000000"/>
              <w:right w:val="single" w:sz="2" w:space="0" w:color="000000"/>
            </w:tcBorders>
            <w:tcMar>
              <w:top w:w="28" w:type="dxa"/>
              <w:left w:w="102" w:type="dxa"/>
              <w:bottom w:w="28" w:type="dxa"/>
              <w:right w:w="102" w:type="dxa"/>
            </w:tcMar>
            <w:vAlign w:val="center"/>
            <w:hideMark/>
          </w:tcPr>
          <w:p w:rsidR="003F7D5C" w:rsidRPr="00E471C8" w:rsidRDefault="003F7D5C" w:rsidP="00C51585">
            <w:pPr>
              <w:jc w:val="center"/>
              <w:textAlignment w:val="baseline"/>
              <w:rPr>
                <w:rFonts w:ascii="함초롬바탕" w:eastAsia="굴림" w:hAnsi="굴림" w:cs="굴림"/>
                <w:color w:val="000000"/>
                <w:szCs w:val="20"/>
                <w:lang w:eastAsia="ko-KR"/>
              </w:rPr>
            </w:pPr>
            <w:r w:rsidRPr="00E471C8">
              <w:rPr>
                <w:rFonts w:ascii="한양중고딕" w:eastAsia="한양중고딕" w:hAnsi="굴림" w:cs="굴림" w:hint="eastAsia"/>
                <w:color w:val="000000"/>
                <w:w w:val="85"/>
                <w:sz w:val="18"/>
                <w:szCs w:val="18"/>
                <w:lang w:eastAsia="ko-KR"/>
              </w:rPr>
              <w:t xml:space="preserve">동의를 거부할 권리 및 </w:t>
            </w:r>
            <w:r w:rsidRPr="00E471C8">
              <w:rPr>
                <w:rFonts w:ascii="한양중고딕" w:eastAsia="한양중고딕" w:hAnsi="굴림" w:cs="굴림" w:hint="eastAsia"/>
                <w:color w:val="000000"/>
                <w:spacing w:val="-2"/>
                <w:w w:val="85"/>
                <w:sz w:val="18"/>
                <w:szCs w:val="18"/>
                <w:lang w:eastAsia="ko-KR"/>
              </w:rPr>
              <w:t>동의를 거부할 경우 불이익</w:t>
            </w:r>
          </w:p>
        </w:tc>
        <w:tc>
          <w:tcPr>
            <w:tcW w:w="7629" w:type="dxa"/>
            <w:tcBorders>
              <w:top w:val="single" w:sz="2" w:space="0" w:color="000000"/>
              <w:left w:val="single" w:sz="2" w:space="0" w:color="000000"/>
              <w:bottom w:val="single" w:sz="2" w:space="0" w:color="000000"/>
              <w:right w:val="single" w:sz="12" w:space="0" w:color="auto"/>
            </w:tcBorders>
            <w:tcMar>
              <w:top w:w="28" w:type="dxa"/>
              <w:left w:w="102" w:type="dxa"/>
              <w:bottom w:w="28" w:type="dxa"/>
              <w:right w:w="102" w:type="dxa"/>
            </w:tcMar>
            <w:vAlign w:val="center"/>
            <w:hideMark/>
          </w:tcPr>
          <w:p w:rsidR="003F7D5C" w:rsidRPr="00302937" w:rsidRDefault="003F7D5C" w:rsidP="00C51585">
            <w:pPr>
              <w:spacing w:after="20"/>
              <w:textAlignment w:val="baseline"/>
              <w:rPr>
                <w:rFonts w:ascii="한컴바탕" w:eastAsia="굴림" w:hAnsi="굴림" w:cs="굴림"/>
                <w:color w:val="000000"/>
                <w:sz w:val="17"/>
                <w:szCs w:val="17"/>
                <w:lang w:eastAsia="ko-KR"/>
              </w:rPr>
            </w:pPr>
            <w:r w:rsidRPr="00302937">
              <w:rPr>
                <w:rFonts w:ascii="한양중고딕" w:eastAsia="한양중고딕" w:hAnsi="굴림" w:cs="굴림" w:hint="eastAsia"/>
                <w:color w:val="000000"/>
                <w:spacing w:val="-10"/>
                <w:w w:val="90"/>
                <w:sz w:val="17"/>
                <w:szCs w:val="17"/>
                <w:lang w:eastAsia="ko-KR"/>
              </w:rPr>
              <w:t xml:space="preserve">중소기업은 동의를 거부할 권리가 있으며, 동의를 거부한 경우에는 중소벤처기업부 및 유관기관의 </w:t>
            </w:r>
            <w:proofErr w:type="spellStart"/>
            <w:r w:rsidRPr="00302937">
              <w:rPr>
                <w:rFonts w:ascii="한양중고딕" w:eastAsia="한양중고딕" w:hAnsi="굴림" w:cs="굴림" w:hint="eastAsia"/>
                <w:color w:val="000000"/>
                <w:spacing w:val="-10"/>
                <w:w w:val="90"/>
                <w:sz w:val="17"/>
                <w:szCs w:val="17"/>
                <w:lang w:eastAsia="ko-KR"/>
              </w:rPr>
              <w:t>연계지원</w:t>
            </w:r>
            <w:proofErr w:type="spellEnd"/>
            <w:r w:rsidRPr="00302937">
              <w:rPr>
                <w:rFonts w:ascii="한양중고딕" w:eastAsia="한양중고딕" w:hAnsi="굴림" w:cs="굴림" w:hint="eastAsia"/>
                <w:color w:val="000000"/>
                <w:spacing w:val="-10"/>
                <w:w w:val="90"/>
                <w:sz w:val="17"/>
                <w:szCs w:val="17"/>
                <w:lang w:eastAsia="ko-KR"/>
              </w:rPr>
              <w:t xml:space="preserve"> 정보 </w:t>
            </w:r>
            <w:proofErr w:type="spellStart"/>
            <w:r w:rsidRPr="00302937">
              <w:rPr>
                <w:rFonts w:ascii="한양중고딕" w:eastAsia="한양중고딕" w:hAnsi="굴림" w:cs="굴림" w:hint="eastAsia"/>
                <w:color w:val="000000"/>
                <w:spacing w:val="-10"/>
                <w:w w:val="90"/>
                <w:sz w:val="17"/>
                <w:szCs w:val="17"/>
                <w:lang w:eastAsia="ko-KR"/>
              </w:rPr>
              <w:t>미제공</w:t>
            </w:r>
            <w:proofErr w:type="spellEnd"/>
            <w:r w:rsidRPr="00302937">
              <w:rPr>
                <w:rFonts w:ascii="한양중고딕" w:eastAsia="한양중고딕" w:hAnsi="굴림" w:cs="굴림" w:hint="eastAsia"/>
                <w:color w:val="000000"/>
                <w:spacing w:val="-10"/>
                <w:w w:val="90"/>
                <w:sz w:val="17"/>
                <w:szCs w:val="17"/>
                <w:lang w:eastAsia="ko-KR"/>
              </w:rPr>
              <w:t xml:space="preserve"> 등의 불이익이 발생할 수 있음</w:t>
            </w:r>
          </w:p>
        </w:tc>
      </w:tr>
      <w:tr w:rsidR="003F7D5C" w:rsidRPr="00E471C8" w:rsidTr="00B51B78">
        <w:trPr>
          <w:trHeight w:val="592"/>
        </w:trPr>
        <w:tc>
          <w:tcPr>
            <w:tcW w:w="2010" w:type="dxa"/>
            <w:tcBorders>
              <w:top w:val="single" w:sz="2" w:space="0" w:color="000000"/>
              <w:left w:val="single" w:sz="12" w:space="0" w:color="auto"/>
              <w:bottom w:val="single" w:sz="12" w:space="0" w:color="auto"/>
              <w:right w:val="single" w:sz="2" w:space="0" w:color="000000"/>
            </w:tcBorders>
            <w:tcMar>
              <w:top w:w="28" w:type="dxa"/>
              <w:left w:w="102" w:type="dxa"/>
              <w:bottom w:w="28" w:type="dxa"/>
              <w:right w:w="102" w:type="dxa"/>
            </w:tcMar>
            <w:vAlign w:val="center"/>
            <w:hideMark/>
          </w:tcPr>
          <w:p w:rsidR="003F7D5C" w:rsidRPr="00E471C8" w:rsidRDefault="003F7D5C" w:rsidP="00C51585">
            <w:pPr>
              <w:spacing w:line="384" w:lineRule="auto"/>
              <w:jc w:val="center"/>
              <w:textAlignment w:val="baseline"/>
              <w:rPr>
                <w:rFonts w:ascii="함초롬바탕" w:eastAsia="굴림" w:hAnsi="굴림" w:cs="굴림"/>
                <w:color w:val="000000"/>
                <w:szCs w:val="20"/>
              </w:rPr>
            </w:pPr>
            <w:proofErr w:type="spellStart"/>
            <w:r w:rsidRPr="00E471C8">
              <w:rPr>
                <w:rFonts w:ascii="한양중고딕" w:eastAsia="한양중고딕" w:hAnsi="굴림" w:cs="굴림" w:hint="eastAsia"/>
                <w:color w:val="000000"/>
                <w:spacing w:val="-24"/>
                <w:w w:val="85"/>
                <w:sz w:val="18"/>
                <w:szCs w:val="18"/>
              </w:rPr>
              <w:t>제공</w:t>
            </w:r>
            <w:proofErr w:type="spellEnd"/>
            <w:r w:rsidRPr="00E471C8">
              <w:rPr>
                <w:rFonts w:ascii="한양중고딕" w:eastAsia="한양중고딕" w:hAnsi="굴림" w:cs="굴림" w:hint="eastAsia"/>
                <w:color w:val="000000"/>
                <w:spacing w:val="-24"/>
                <w:w w:val="85"/>
                <w:sz w:val="18"/>
                <w:szCs w:val="18"/>
              </w:rPr>
              <w:t xml:space="preserve"> </w:t>
            </w:r>
            <w:proofErr w:type="spellStart"/>
            <w:r w:rsidRPr="00E471C8">
              <w:rPr>
                <w:rFonts w:ascii="한양중고딕" w:eastAsia="한양중고딕" w:hAnsi="굴림" w:cs="굴림" w:hint="eastAsia"/>
                <w:color w:val="000000"/>
                <w:spacing w:val="-24"/>
                <w:w w:val="85"/>
                <w:sz w:val="18"/>
                <w:szCs w:val="18"/>
              </w:rPr>
              <w:t>동의여부</w:t>
            </w:r>
            <w:proofErr w:type="spellEnd"/>
          </w:p>
        </w:tc>
        <w:tc>
          <w:tcPr>
            <w:tcW w:w="7629" w:type="dxa"/>
            <w:tcBorders>
              <w:top w:val="single" w:sz="2" w:space="0" w:color="000000"/>
              <w:left w:val="single" w:sz="2" w:space="0" w:color="000000"/>
              <w:bottom w:val="single" w:sz="12" w:space="0" w:color="auto"/>
              <w:right w:val="single" w:sz="12" w:space="0" w:color="auto"/>
            </w:tcBorders>
            <w:tcMar>
              <w:top w:w="28" w:type="dxa"/>
              <w:left w:w="102" w:type="dxa"/>
              <w:bottom w:w="28" w:type="dxa"/>
              <w:right w:w="102" w:type="dxa"/>
            </w:tcMar>
            <w:vAlign w:val="center"/>
            <w:hideMark/>
          </w:tcPr>
          <w:p w:rsidR="003F7D5C" w:rsidRPr="00F36371" w:rsidRDefault="003F7D5C" w:rsidP="00C51585">
            <w:pPr>
              <w:textAlignment w:val="baseline"/>
              <w:rPr>
                <w:rFonts w:ascii="함초롬바탕" w:eastAsia="굴림" w:hAnsi="굴림" w:cs="굴림"/>
                <w:color w:val="000000"/>
                <w:sz w:val="17"/>
                <w:szCs w:val="17"/>
                <w:lang w:eastAsia="ko-KR"/>
              </w:rPr>
            </w:pPr>
            <w:proofErr w:type="spellStart"/>
            <w:r w:rsidRPr="00F36371">
              <w:rPr>
                <w:rFonts w:ascii="한양중고딕" w:eastAsia="한양중고딕" w:hAnsi="굴림" w:cs="굴림" w:hint="eastAsia"/>
                <w:color w:val="000000"/>
                <w:spacing w:val="-10"/>
                <w:w w:val="90"/>
                <w:sz w:val="17"/>
                <w:szCs w:val="17"/>
                <w:lang w:eastAsia="ko-KR"/>
              </w:rPr>
              <w:t>중진공이</w:t>
            </w:r>
            <w:proofErr w:type="spellEnd"/>
            <w:r w:rsidRPr="00F36371">
              <w:rPr>
                <w:rFonts w:ascii="한양중고딕" w:eastAsia="한양중고딕" w:hAnsi="굴림" w:cs="굴림" w:hint="eastAsia"/>
                <w:color w:val="000000"/>
                <w:spacing w:val="-10"/>
                <w:w w:val="90"/>
                <w:sz w:val="17"/>
                <w:szCs w:val="17"/>
                <w:lang w:eastAsia="ko-KR"/>
              </w:rPr>
              <w:t xml:space="preserve"> 본인을 대리하여 중소벤처기업부 및 유관기관에 제공하는 것에 동의하고, 제공된 정보를 중소벤처기업부가 제공 대상기관에 제공하는 것도 동의합니다. </w:t>
            </w:r>
          </w:p>
          <w:p w:rsidR="003F7D5C" w:rsidRPr="00E471C8" w:rsidRDefault="003F7D5C" w:rsidP="00C51585">
            <w:pPr>
              <w:jc w:val="right"/>
              <w:textAlignment w:val="baseline"/>
              <w:rPr>
                <w:rFonts w:ascii="함초롬바탕" w:eastAsia="굴림" w:hAnsi="굴림" w:cs="굴림"/>
                <w:color w:val="000000"/>
                <w:szCs w:val="20"/>
                <w:lang w:eastAsia="ko-KR"/>
              </w:rPr>
            </w:pPr>
            <w:r w:rsidRPr="00E471C8">
              <w:rPr>
                <w:rFonts w:ascii="한양중고딕" w:eastAsia="한양중고딕" w:hAnsi="굴림" w:cs="굴림" w:hint="eastAsia"/>
                <w:b/>
                <w:bCs/>
                <w:color w:val="000000"/>
                <w:spacing w:val="-10"/>
                <w:w w:val="90"/>
                <w:sz w:val="18"/>
                <w:szCs w:val="18"/>
                <w:lang w:eastAsia="ko-KR"/>
              </w:rPr>
              <w:t xml:space="preserve">(동의함 </w:t>
            </w:r>
            <w:r w:rsidRPr="00E471C8">
              <w:rPr>
                <w:rFonts w:ascii="한양중고딕" w:eastAsia="한양중고딕" w:hAnsi="한양중고딕" w:cs="굴림" w:hint="eastAsia"/>
                <w:b/>
                <w:bCs/>
                <w:color w:val="000000"/>
                <w:spacing w:val="-10"/>
                <w:w w:val="90"/>
                <w:sz w:val="18"/>
                <w:szCs w:val="18"/>
                <w:lang w:eastAsia="ko-KR"/>
              </w:rPr>
              <w:t xml:space="preserve">□ </w:t>
            </w:r>
            <w:r w:rsidRPr="00E471C8">
              <w:rPr>
                <w:rFonts w:ascii="한양중고딕" w:eastAsia="한양중고딕" w:hAnsi="굴림" w:cs="굴림" w:hint="eastAsia"/>
                <w:b/>
                <w:bCs/>
                <w:color w:val="000000"/>
                <w:spacing w:val="-10"/>
                <w:w w:val="90"/>
                <w:sz w:val="18"/>
                <w:szCs w:val="18"/>
                <w:lang w:eastAsia="ko-KR"/>
              </w:rPr>
              <w:t xml:space="preserve">동의하지 않음 </w:t>
            </w:r>
            <w:r w:rsidRPr="00E471C8">
              <w:rPr>
                <w:rFonts w:ascii="한양중고딕" w:eastAsia="한양중고딕" w:hAnsi="한양중고딕" w:cs="굴림" w:hint="eastAsia"/>
                <w:b/>
                <w:bCs/>
                <w:color w:val="000000"/>
                <w:spacing w:val="-10"/>
                <w:w w:val="90"/>
                <w:sz w:val="18"/>
                <w:szCs w:val="18"/>
                <w:lang w:eastAsia="ko-KR"/>
              </w:rPr>
              <w:t>□</w:t>
            </w:r>
            <w:r w:rsidRPr="00E471C8">
              <w:rPr>
                <w:rFonts w:ascii="한양중고딕" w:eastAsia="한양중고딕" w:hAnsi="굴림" w:cs="굴림" w:hint="eastAsia"/>
                <w:b/>
                <w:bCs/>
                <w:color w:val="000000"/>
                <w:spacing w:val="-10"/>
                <w:w w:val="90"/>
                <w:sz w:val="18"/>
                <w:szCs w:val="18"/>
                <w:lang w:eastAsia="ko-KR"/>
              </w:rPr>
              <w:t>)</w:t>
            </w:r>
          </w:p>
        </w:tc>
      </w:tr>
    </w:tbl>
    <w:p w:rsidR="003F7D5C" w:rsidRDefault="003F7D5C" w:rsidP="003F7D5C">
      <w:pPr>
        <w:rPr>
          <w:lang w:eastAsia="ko-KR"/>
        </w:rPr>
      </w:pPr>
    </w:p>
    <w:tbl>
      <w:tblPr>
        <w:tblOverlap w:val="never"/>
        <w:tblW w:w="0" w:type="auto"/>
        <w:tblInd w:w="102" w:type="dxa"/>
        <w:tblCellMar>
          <w:top w:w="15" w:type="dxa"/>
          <w:left w:w="15" w:type="dxa"/>
          <w:bottom w:w="15" w:type="dxa"/>
          <w:right w:w="15" w:type="dxa"/>
        </w:tblCellMar>
        <w:tblLook w:val="04A0" w:firstRow="1" w:lastRow="0" w:firstColumn="1" w:lastColumn="0" w:noHBand="0" w:noVBand="1"/>
      </w:tblPr>
      <w:tblGrid>
        <w:gridCol w:w="9639"/>
      </w:tblGrid>
      <w:tr w:rsidR="003F7D5C" w:rsidRPr="00E471C8" w:rsidTr="00534B14">
        <w:trPr>
          <w:trHeight w:val="296"/>
        </w:trPr>
        <w:tc>
          <w:tcPr>
            <w:tcW w:w="9639" w:type="dxa"/>
            <w:tcBorders>
              <w:top w:val="single" w:sz="12" w:space="0" w:color="000000"/>
              <w:left w:val="single" w:sz="12" w:space="0" w:color="000000"/>
              <w:bottom w:val="single" w:sz="12" w:space="0" w:color="000000"/>
              <w:right w:val="single" w:sz="12" w:space="0" w:color="000000"/>
            </w:tcBorders>
            <w:tcMar>
              <w:top w:w="28" w:type="dxa"/>
              <w:left w:w="102" w:type="dxa"/>
              <w:bottom w:w="28" w:type="dxa"/>
              <w:right w:w="102" w:type="dxa"/>
            </w:tcMar>
            <w:hideMark/>
          </w:tcPr>
          <w:p w:rsidR="003F7D5C" w:rsidRPr="00E471C8" w:rsidRDefault="003F7D5C" w:rsidP="00C51585">
            <w:pPr>
              <w:spacing w:line="384" w:lineRule="auto"/>
              <w:jc w:val="center"/>
              <w:textAlignment w:val="baseline"/>
              <w:rPr>
                <w:rFonts w:ascii="함초롬바탕" w:eastAsia="굴림" w:hAnsi="굴림" w:cs="굴림"/>
                <w:color w:val="000000"/>
                <w:szCs w:val="20"/>
                <w:lang w:eastAsia="ko-KR"/>
              </w:rPr>
            </w:pPr>
            <w:r w:rsidRPr="00E471C8">
              <w:rPr>
                <w:rFonts w:ascii="HY헤드라인M" w:eastAsia="HY헤드라인M" w:hAnsi="HY헤드라인M" w:cs="굴림" w:hint="eastAsia"/>
                <w:color w:val="000000"/>
                <w:spacing w:val="40"/>
                <w:sz w:val="22"/>
                <w:lang w:eastAsia="ko-KR"/>
              </w:rPr>
              <w:t>【</w:t>
            </w:r>
            <w:r w:rsidRPr="00E471C8">
              <w:rPr>
                <w:rFonts w:ascii="HY헤드라인M" w:eastAsia="HY헤드라인M" w:hAnsi="굴림" w:cs="굴림" w:hint="eastAsia"/>
                <w:color w:val="000000"/>
                <w:spacing w:val="40"/>
                <w:sz w:val="22"/>
                <w:lang w:eastAsia="ko-KR"/>
              </w:rPr>
              <w:t>고객정보 활용 동의서</w:t>
            </w:r>
            <w:r w:rsidRPr="00E471C8">
              <w:rPr>
                <w:rFonts w:ascii="HY헤드라인M" w:eastAsia="HY헤드라인M" w:hAnsi="HY헤드라인M" w:cs="굴림" w:hint="eastAsia"/>
                <w:color w:val="000000"/>
                <w:spacing w:val="40"/>
                <w:sz w:val="22"/>
                <w:lang w:eastAsia="ko-KR"/>
              </w:rPr>
              <w:t>】</w:t>
            </w:r>
          </w:p>
        </w:tc>
      </w:tr>
      <w:tr w:rsidR="003F7D5C" w:rsidRPr="00E471C8" w:rsidTr="00534B14">
        <w:trPr>
          <w:trHeight w:val="56"/>
        </w:trPr>
        <w:tc>
          <w:tcPr>
            <w:tcW w:w="9639" w:type="dxa"/>
            <w:tcBorders>
              <w:top w:val="single" w:sz="12" w:space="0" w:color="000000"/>
              <w:left w:val="single" w:sz="12" w:space="0" w:color="000000"/>
              <w:bottom w:val="single" w:sz="12" w:space="0" w:color="000000"/>
              <w:right w:val="single" w:sz="12" w:space="0" w:color="000000"/>
            </w:tcBorders>
            <w:tcMar>
              <w:top w:w="28" w:type="dxa"/>
              <w:left w:w="102" w:type="dxa"/>
              <w:bottom w:w="28" w:type="dxa"/>
              <w:right w:w="102" w:type="dxa"/>
            </w:tcMar>
            <w:hideMark/>
          </w:tcPr>
          <w:p w:rsidR="003F7D5C" w:rsidRPr="00BD2806" w:rsidRDefault="003F7D5C" w:rsidP="00BD2806">
            <w:pPr>
              <w:ind w:firstLine="200"/>
              <w:textAlignment w:val="baseline"/>
              <w:rPr>
                <w:rFonts w:ascii="함초롬바탕" w:eastAsia="굴림" w:hAnsi="굴림" w:cs="굴림"/>
                <w:color w:val="000000"/>
                <w:szCs w:val="20"/>
                <w:lang w:eastAsia="ko-KR"/>
              </w:rPr>
            </w:pPr>
            <w:r w:rsidRPr="00012615">
              <w:rPr>
                <w:rFonts w:ascii="휴먼명조" w:eastAsia="휴먼명조" w:hAnsi="굴림" w:cs="굴림" w:hint="eastAsia"/>
                <w:b/>
                <w:bCs/>
                <w:color w:val="000000"/>
                <w:spacing w:val="-8"/>
                <w:w w:val="97"/>
                <w:szCs w:val="20"/>
                <w:lang w:eastAsia="ko-KR"/>
              </w:rPr>
              <w:t xml:space="preserve">□ </w:t>
            </w:r>
            <w:r w:rsidRPr="00012615">
              <w:rPr>
                <w:rFonts w:ascii="휴먼명조" w:eastAsia="휴먼명조" w:hAnsi="굴림" w:cs="굴림" w:hint="eastAsia"/>
                <w:b/>
                <w:bCs/>
                <w:color w:val="000000"/>
                <w:szCs w:val="20"/>
                <w:lang w:eastAsia="ko-KR"/>
              </w:rPr>
              <w:t>행정정보공동이용에 관한 사항</w:t>
            </w:r>
            <w:r w:rsidRPr="00012615">
              <w:rPr>
                <w:rFonts w:ascii="HCI Poppy" w:eastAsia="휴먼명조" w:hAnsi="HCI Poppy" w:cs="굴림"/>
                <w:color w:val="000000"/>
                <w:szCs w:val="20"/>
                <w:lang w:eastAsia="ko-KR"/>
              </w:rPr>
              <w:t>(</w:t>
            </w:r>
            <w:r w:rsidRPr="00012615">
              <w:rPr>
                <w:rFonts w:ascii="휴먼명조" w:eastAsia="휴먼명조" w:hAnsi="굴림" w:cs="굴림" w:hint="eastAsia"/>
                <w:color w:val="000000"/>
                <w:szCs w:val="20"/>
                <w:lang w:eastAsia="ko-KR"/>
              </w:rPr>
              <w:t>선택사항</w:t>
            </w:r>
            <w:r w:rsidRPr="00012615">
              <w:rPr>
                <w:rFonts w:ascii="HCI Poppy" w:eastAsia="휴먼명조" w:hAnsi="HCI Poppy" w:cs="굴림"/>
                <w:color w:val="000000"/>
                <w:szCs w:val="20"/>
                <w:lang w:eastAsia="ko-KR"/>
              </w:rPr>
              <w:t>)</w:t>
            </w:r>
          </w:p>
          <w:p w:rsidR="003F7D5C" w:rsidRPr="00BD2806" w:rsidRDefault="003F7D5C" w:rsidP="00EA527D">
            <w:pPr>
              <w:ind w:leftChars="100" w:left="200"/>
              <w:textAlignment w:val="baseline"/>
              <w:rPr>
                <w:rFonts w:ascii="함초롬바탕" w:eastAsia="굴림" w:hAnsi="굴림" w:cs="굴림"/>
                <w:color w:val="000000"/>
                <w:sz w:val="17"/>
                <w:szCs w:val="17"/>
                <w:lang w:eastAsia="ko-KR"/>
              </w:rPr>
            </w:pPr>
            <w:r w:rsidRPr="00BD2806">
              <w:rPr>
                <w:rFonts w:ascii="한양중고딕" w:eastAsia="한양중고딕" w:hAnsi="한양중고딕" w:cs="굴림" w:hint="eastAsia"/>
                <w:color w:val="000000"/>
                <w:sz w:val="17"/>
                <w:szCs w:val="17"/>
                <w:lang w:eastAsia="ko-KR"/>
              </w:rPr>
              <w:t xml:space="preserve">○ </w:t>
            </w:r>
            <w:r w:rsidRPr="00BD2806">
              <w:rPr>
                <w:rFonts w:ascii="한양중고딕" w:eastAsia="한양중고딕" w:hAnsi="굴림" w:cs="굴림" w:hint="eastAsia"/>
                <w:color w:val="000000"/>
                <w:spacing w:val="-8"/>
                <w:sz w:val="17"/>
                <w:szCs w:val="17"/>
                <w:lang w:eastAsia="ko-KR"/>
              </w:rPr>
              <w:t>본인은 아래의</w:t>
            </w:r>
            <w:r w:rsidRPr="00BD2806">
              <w:rPr>
                <w:rFonts w:ascii="함초롬바탕" w:eastAsia="한양중고딕" w:hAnsi="굴림" w:cs="굴림"/>
                <w:color w:val="000000"/>
                <w:spacing w:val="-14"/>
                <w:sz w:val="17"/>
                <w:szCs w:val="17"/>
                <w:lang w:eastAsia="ko-KR"/>
              </w:rPr>
              <w:t xml:space="preserve"> </w:t>
            </w:r>
            <w:r w:rsidRPr="00BD2806">
              <w:rPr>
                <w:rFonts w:ascii="한양중고딕" w:eastAsia="한양중고딕" w:hAnsi="굴림" w:cs="굴림" w:hint="eastAsia"/>
                <w:color w:val="000000"/>
                <w:spacing w:val="-14"/>
                <w:sz w:val="17"/>
                <w:szCs w:val="17"/>
                <w:lang w:eastAsia="ko-KR"/>
              </w:rPr>
              <w:t xml:space="preserve">사무 처리를 위하여 </w:t>
            </w:r>
            <w:r w:rsidRPr="00BD2806">
              <w:rPr>
                <w:rFonts w:ascii="한양중고딕" w:eastAsia="한양중고딕" w:hAnsi="한양중고딕" w:cs="굴림" w:hint="eastAsia"/>
                <w:color w:val="000000"/>
                <w:spacing w:val="-14"/>
                <w:sz w:val="17"/>
                <w:szCs w:val="17"/>
                <w:lang w:eastAsia="ko-KR"/>
              </w:rPr>
              <w:t>「</w:t>
            </w:r>
            <w:proofErr w:type="spellStart"/>
            <w:r w:rsidRPr="00BD2806">
              <w:rPr>
                <w:rFonts w:ascii="한양중고딕" w:eastAsia="한양중고딕" w:hAnsi="굴림" w:cs="굴림" w:hint="eastAsia"/>
                <w:color w:val="000000"/>
                <w:spacing w:val="-14"/>
                <w:sz w:val="17"/>
                <w:szCs w:val="17"/>
                <w:lang w:eastAsia="ko-KR"/>
              </w:rPr>
              <w:t>전자정부법</w:t>
            </w:r>
            <w:r w:rsidRPr="00BD2806">
              <w:rPr>
                <w:rFonts w:ascii="한양중고딕" w:eastAsia="한양중고딕" w:hAnsi="한양중고딕" w:cs="굴림" w:hint="eastAsia"/>
                <w:color w:val="000000"/>
                <w:spacing w:val="-14"/>
                <w:sz w:val="17"/>
                <w:szCs w:val="17"/>
                <w:lang w:eastAsia="ko-KR"/>
              </w:rPr>
              <w:t>」</w:t>
            </w:r>
            <w:r w:rsidRPr="00BD2806">
              <w:rPr>
                <w:rFonts w:ascii="한양중고딕" w:eastAsia="한양중고딕" w:hAnsi="굴림" w:cs="굴림" w:hint="eastAsia"/>
                <w:color w:val="000000"/>
                <w:spacing w:val="-14"/>
                <w:sz w:val="17"/>
                <w:szCs w:val="17"/>
                <w:lang w:eastAsia="ko-KR"/>
              </w:rPr>
              <w:t>제</w:t>
            </w:r>
            <w:proofErr w:type="spellEnd"/>
            <w:r w:rsidRPr="00BD2806">
              <w:rPr>
                <w:rFonts w:ascii="한양중고딕" w:eastAsia="한양중고딕" w:hAnsi="굴림" w:cs="굴림" w:hint="eastAsia"/>
                <w:color w:val="000000"/>
                <w:spacing w:val="-14"/>
                <w:sz w:val="17"/>
                <w:szCs w:val="17"/>
                <w:lang w:eastAsia="ko-KR"/>
              </w:rPr>
              <w:t>36조에 따른 행정</w:t>
            </w:r>
            <w:r w:rsidRPr="00BD2806">
              <w:rPr>
                <w:rFonts w:ascii="한양중고딕" w:eastAsia="한양중고딕" w:hAnsi="굴림" w:cs="굴림" w:hint="eastAsia"/>
                <w:color w:val="000000"/>
                <w:spacing w:val="-8"/>
                <w:sz w:val="17"/>
                <w:szCs w:val="17"/>
                <w:lang w:eastAsia="ko-KR"/>
              </w:rPr>
              <w:t>정보의 공동</w:t>
            </w:r>
            <w:r w:rsidRPr="00BD2806">
              <w:rPr>
                <w:rFonts w:ascii="한양중고딕" w:eastAsia="한양중고딕" w:hAnsi="굴림" w:cs="굴림" w:hint="eastAsia"/>
                <w:color w:val="000000"/>
                <w:spacing w:val="-6"/>
                <w:sz w:val="17"/>
                <w:szCs w:val="17"/>
                <w:lang w:eastAsia="ko-KR"/>
              </w:rPr>
              <w:t xml:space="preserve">이용을 </w:t>
            </w:r>
            <w:r w:rsidRPr="00BD2806">
              <w:rPr>
                <w:rFonts w:ascii="한양중고딕" w:eastAsia="한양중고딕" w:hAnsi="굴림" w:cs="굴림" w:hint="eastAsia"/>
                <w:color w:val="000000"/>
                <w:spacing w:val="-8"/>
                <w:sz w:val="17"/>
                <w:szCs w:val="17"/>
                <w:lang w:eastAsia="ko-KR"/>
              </w:rPr>
              <w:t>통해</w:t>
            </w:r>
            <w:r w:rsidRPr="00BD2806">
              <w:rPr>
                <w:rFonts w:ascii="함초롬바탕" w:eastAsia="한양중고딕" w:hAnsi="굴림" w:cs="굴림"/>
                <w:color w:val="000000"/>
                <w:spacing w:val="-6"/>
                <w:sz w:val="17"/>
                <w:szCs w:val="17"/>
                <w:lang w:eastAsia="ko-KR"/>
              </w:rPr>
              <w:t xml:space="preserve"> </w:t>
            </w:r>
            <w:r w:rsidRPr="00BD2806">
              <w:rPr>
                <w:rFonts w:ascii="한양중고딕" w:eastAsia="한양중고딕" w:hAnsi="굴림" w:cs="굴림" w:hint="eastAsia"/>
                <w:color w:val="000000"/>
                <w:spacing w:val="-6"/>
                <w:sz w:val="17"/>
                <w:szCs w:val="17"/>
                <w:lang w:eastAsia="ko-KR"/>
              </w:rPr>
              <w:t xml:space="preserve">중진공의 </w:t>
            </w:r>
            <w:r w:rsidRPr="00BD2806">
              <w:rPr>
                <w:rFonts w:ascii="한양중고딕" w:eastAsia="한양중고딕" w:hAnsi="굴림" w:cs="굴림" w:hint="eastAsia"/>
                <w:color w:val="000000"/>
                <w:spacing w:val="-18"/>
                <w:sz w:val="17"/>
                <w:szCs w:val="17"/>
                <w:lang w:eastAsia="ko-KR"/>
              </w:rPr>
              <w:t>업무담당자가</w:t>
            </w:r>
            <w:r w:rsidRPr="00BD2806">
              <w:rPr>
                <w:rFonts w:ascii="함초롬바탕" w:eastAsia="한양중고딕" w:hAnsi="굴림" w:cs="굴림"/>
                <w:color w:val="000000"/>
                <w:spacing w:val="-14"/>
                <w:sz w:val="17"/>
                <w:szCs w:val="17"/>
                <w:lang w:eastAsia="ko-KR"/>
              </w:rPr>
              <w:t xml:space="preserve"> </w:t>
            </w:r>
            <w:r w:rsidRPr="00BD2806">
              <w:rPr>
                <w:rFonts w:ascii="한양중고딕" w:eastAsia="한양중고딕" w:hAnsi="굴림" w:cs="굴림" w:hint="eastAsia"/>
                <w:color w:val="000000"/>
                <w:spacing w:val="-14"/>
                <w:sz w:val="17"/>
                <w:szCs w:val="17"/>
                <w:lang w:eastAsia="ko-KR"/>
              </w:rPr>
              <w:t xml:space="preserve">행정정보를 </w:t>
            </w:r>
            <w:proofErr w:type="spellStart"/>
            <w:r w:rsidRPr="00BD2806">
              <w:rPr>
                <w:rFonts w:ascii="한양중고딕" w:eastAsia="한양중고딕" w:hAnsi="굴림" w:cs="굴림" w:hint="eastAsia"/>
                <w:color w:val="000000"/>
                <w:spacing w:val="-14"/>
                <w:sz w:val="17"/>
                <w:szCs w:val="17"/>
                <w:lang w:eastAsia="ko-KR"/>
              </w:rPr>
              <w:t>열람</w:t>
            </w:r>
            <w:r w:rsidR="006C6D93" w:rsidRPr="00BD2806">
              <w:rPr>
                <w:rFonts w:ascii="MS Gothic" w:eastAsia="MS Gothic" w:hAnsi="MS Gothic" w:cs="MS Gothic" w:hint="eastAsia"/>
                <w:color w:val="000000"/>
                <w:spacing w:val="-14"/>
                <w:sz w:val="17"/>
                <w:szCs w:val="17"/>
                <w:lang w:eastAsia="ko-KR"/>
              </w:rPr>
              <w:t>·</w:t>
            </w:r>
            <w:r w:rsidRPr="00BD2806">
              <w:rPr>
                <w:rFonts w:ascii="한양중고딕" w:eastAsia="한양중고딕" w:hAnsi="굴림" w:cs="굴림" w:hint="eastAsia"/>
                <w:color w:val="000000"/>
                <w:spacing w:val="-14"/>
                <w:sz w:val="17"/>
                <w:szCs w:val="17"/>
                <w:lang w:eastAsia="ko-KR"/>
              </w:rPr>
              <w:t>이용하는</w:t>
            </w:r>
            <w:proofErr w:type="spellEnd"/>
            <w:r w:rsidRPr="00BD2806">
              <w:rPr>
                <w:rFonts w:ascii="한양중고딕" w:eastAsia="한양중고딕" w:hAnsi="굴림" w:cs="굴림" w:hint="eastAsia"/>
                <w:color w:val="000000"/>
                <w:spacing w:val="-14"/>
                <w:sz w:val="17"/>
                <w:szCs w:val="17"/>
                <w:lang w:eastAsia="ko-KR"/>
              </w:rPr>
              <w:t xml:space="preserve"> 것에</w:t>
            </w:r>
            <w:r w:rsidRPr="00BD2806">
              <w:rPr>
                <w:rFonts w:ascii="함초롬바탕" w:eastAsia="한양중고딕" w:hAnsi="굴림" w:cs="굴림"/>
                <w:color w:val="000000"/>
                <w:spacing w:val="-12"/>
                <w:sz w:val="17"/>
                <w:szCs w:val="17"/>
                <w:lang w:eastAsia="ko-KR"/>
              </w:rPr>
              <w:t xml:space="preserve"> </w:t>
            </w:r>
            <w:r w:rsidRPr="00BD2806">
              <w:rPr>
                <w:rFonts w:ascii="한양중고딕" w:eastAsia="한양중고딕" w:hAnsi="굴림" w:cs="굴림" w:hint="eastAsia"/>
                <w:color w:val="000000"/>
                <w:spacing w:val="-20"/>
                <w:sz w:val="17"/>
                <w:szCs w:val="17"/>
                <w:lang w:eastAsia="ko-KR"/>
              </w:rPr>
              <w:t xml:space="preserve">동의합니다. (기재된 </w:t>
            </w:r>
            <w:proofErr w:type="spellStart"/>
            <w:r w:rsidRPr="00BD2806">
              <w:rPr>
                <w:rFonts w:ascii="한양중고딕" w:eastAsia="한양중고딕" w:hAnsi="굴림" w:cs="굴림" w:hint="eastAsia"/>
                <w:color w:val="000000"/>
                <w:spacing w:val="-20"/>
                <w:sz w:val="17"/>
                <w:szCs w:val="17"/>
                <w:lang w:eastAsia="ko-KR"/>
              </w:rPr>
              <w:t>행정정보는</w:t>
            </w:r>
            <w:proofErr w:type="spellEnd"/>
            <w:r w:rsidRPr="00BD2806">
              <w:rPr>
                <w:rFonts w:ascii="한양중고딕" w:eastAsia="한양중고딕" w:hAnsi="굴림" w:cs="굴림" w:hint="eastAsia"/>
                <w:color w:val="000000"/>
                <w:spacing w:val="-20"/>
                <w:sz w:val="17"/>
                <w:szCs w:val="17"/>
                <w:lang w:eastAsia="ko-KR"/>
              </w:rPr>
              <w:t xml:space="preserve"> 해당 사무 이외의 용도로 사용될 수 없음)</w:t>
            </w:r>
            <w:r w:rsidRPr="00BD2806">
              <w:rPr>
                <w:rFonts w:ascii="함초롬바탕" w:eastAsia="한양중고딕" w:hAnsi="굴림" w:cs="굴림"/>
                <w:color w:val="000000"/>
                <w:sz w:val="17"/>
                <w:szCs w:val="17"/>
                <w:lang w:eastAsia="ko-KR"/>
              </w:rPr>
              <w:t xml:space="preserve"> </w:t>
            </w:r>
          </w:p>
          <w:tbl>
            <w:tblPr>
              <w:tblOverlap w:val="never"/>
              <w:tblW w:w="0" w:type="auto"/>
              <w:jc w:val="right"/>
              <w:tblCellMar>
                <w:top w:w="15" w:type="dxa"/>
                <w:left w:w="15" w:type="dxa"/>
                <w:bottom w:w="15" w:type="dxa"/>
                <w:right w:w="15" w:type="dxa"/>
              </w:tblCellMar>
              <w:tblLook w:val="04A0" w:firstRow="1" w:lastRow="0" w:firstColumn="1" w:lastColumn="0" w:noHBand="0" w:noVBand="1"/>
            </w:tblPr>
            <w:tblGrid>
              <w:gridCol w:w="1615"/>
              <w:gridCol w:w="5853"/>
              <w:gridCol w:w="1679"/>
            </w:tblGrid>
            <w:tr w:rsidR="003F7D5C" w:rsidRPr="00E471C8" w:rsidTr="00C51585">
              <w:trPr>
                <w:trHeight w:val="520"/>
                <w:jc w:val="right"/>
              </w:trPr>
              <w:tc>
                <w:tcPr>
                  <w:tcW w:w="1615" w:type="dxa"/>
                  <w:tcBorders>
                    <w:top w:val="single" w:sz="12" w:space="0" w:color="000000"/>
                    <w:left w:val="single" w:sz="12" w:space="0" w:color="000000"/>
                    <w:bottom w:val="single" w:sz="2" w:space="0" w:color="000000"/>
                    <w:right w:val="single" w:sz="2" w:space="0" w:color="000000"/>
                  </w:tcBorders>
                  <w:tcMar>
                    <w:top w:w="28" w:type="dxa"/>
                    <w:left w:w="28" w:type="dxa"/>
                    <w:bottom w:w="28" w:type="dxa"/>
                    <w:right w:w="28" w:type="dxa"/>
                  </w:tcMar>
                  <w:vAlign w:val="center"/>
                  <w:hideMark/>
                </w:tcPr>
                <w:p w:rsidR="003F7D5C" w:rsidRPr="00EA527D" w:rsidRDefault="003F7D5C" w:rsidP="00C51585">
                  <w:pPr>
                    <w:spacing w:line="288" w:lineRule="auto"/>
                    <w:ind w:left="240" w:hanging="240"/>
                    <w:jc w:val="center"/>
                    <w:textAlignment w:val="baseline"/>
                    <w:rPr>
                      <w:rFonts w:ascii="함초롬바탕" w:eastAsia="굴림" w:hAnsi="굴림" w:cs="굴림"/>
                      <w:color w:val="000000"/>
                      <w:sz w:val="18"/>
                      <w:szCs w:val="18"/>
                    </w:rPr>
                  </w:pPr>
                  <w:proofErr w:type="spellStart"/>
                  <w:r w:rsidRPr="00EA527D">
                    <w:rPr>
                      <w:rFonts w:ascii="한양중고딕" w:eastAsia="한양중고딕" w:hAnsi="굴림" w:cs="굴림" w:hint="eastAsia"/>
                      <w:color w:val="000000"/>
                      <w:spacing w:val="-8"/>
                      <w:w w:val="97"/>
                      <w:sz w:val="18"/>
                      <w:szCs w:val="18"/>
                    </w:rPr>
                    <w:t>이용</w:t>
                  </w:r>
                  <w:proofErr w:type="spellEnd"/>
                  <w:r w:rsidRPr="00EA527D">
                    <w:rPr>
                      <w:rFonts w:ascii="한양중고딕" w:eastAsia="한양중고딕" w:hAnsi="굴림" w:cs="굴림" w:hint="eastAsia"/>
                      <w:color w:val="000000"/>
                      <w:spacing w:val="-8"/>
                      <w:w w:val="97"/>
                      <w:sz w:val="18"/>
                      <w:szCs w:val="18"/>
                    </w:rPr>
                    <w:t xml:space="preserve"> </w:t>
                  </w:r>
                  <w:proofErr w:type="spellStart"/>
                  <w:r w:rsidRPr="00EA527D">
                    <w:rPr>
                      <w:rFonts w:ascii="한양중고딕" w:eastAsia="한양중고딕" w:hAnsi="굴림" w:cs="굴림" w:hint="eastAsia"/>
                      <w:color w:val="000000"/>
                      <w:spacing w:val="-8"/>
                      <w:w w:val="97"/>
                      <w:sz w:val="18"/>
                      <w:szCs w:val="18"/>
                    </w:rPr>
                    <w:t>사무</w:t>
                  </w:r>
                  <w:proofErr w:type="spellEnd"/>
                </w:p>
                <w:p w:rsidR="003F7D5C" w:rsidRPr="00EA527D" w:rsidRDefault="003F7D5C" w:rsidP="00C51585">
                  <w:pPr>
                    <w:spacing w:line="288" w:lineRule="auto"/>
                    <w:ind w:left="240" w:hanging="240"/>
                    <w:jc w:val="center"/>
                    <w:textAlignment w:val="baseline"/>
                    <w:rPr>
                      <w:rFonts w:ascii="함초롬바탕" w:eastAsia="굴림" w:hAnsi="굴림" w:cs="굴림"/>
                      <w:color w:val="000000"/>
                      <w:sz w:val="18"/>
                      <w:szCs w:val="18"/>
                    </w:rPr>
                  </w:pPr>
                  <w:r w:rsidRPr="00EA527D">
                    <w:rPr>
                      <w:rFonts w:ascii="한양중고딕" w:eastAsia="한양중고딕" w:hAnsi="굴림" w:cs="굴림" w:hint="eastAsia"/>
                      <w:color w:val="000000"/>
                      <w:spacing w:val="-8"/>
                      <w:w w:val="97"/>
                      <w:sz w:val="18"/>
                      <w:szCs w:val="18"/>
                    </w:rPr>
                    <w:t>(</w:t>
                  </w:r>
                  <w:proofErr w:type="spellStart"/>
                  <w:r w:rsidRPr="00EA527D">
                    <w:rPr>
                      <w:rFonts w:ascii="한양중고딕" w:eastAsia="한양중고딕" w:hAnsi="굴림" w:cs="굴림" w:hint="eastAsia"/>
                      <w:color w:val="000000"/>
                      <w:spacing w:val="-8"/>
                      <w:w w:val="97"/>
                      <w:sz w:val="18"/>
                      <w:szCs w:val="18"/>
                    </w:rPr>
                    <w:t>이용목적</w:t>
                  </w:r>
                  <w:proofErr w:type="spellEnd"/>
                  <w:r w:rsidRPr="00EA527D">
                    <w:rPr>
                      <w:rFonts w:ascii="한양중고딕" w:eastAsia="한양중고딕" w:hAnsi="굴림" w:cs="굴림" w:hint="eastAsia"/>
                      <w:color w:val="000000"/>
                      <w:spacing w:val="-8"/>
                      <w:w w:val="97"/>
                      <w:sz w:val="18"/>
                      <w:szCs w:val="18"/>
                    </w:rPr>
                    <w:t>)</w:t>
                  </w:r>
                </w:p>
              </w:tc>
              <w:tc>
                <w:tcPr>
                  <w:tcW w:w="5853" w:type="dxa"/>
                  <w:tcBorders>
                    <w:top w:val="single" w:sz="1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rsidR="003F7D5C" w:rsidRPr="00EA527D" w:rsidRDefault="003F7D5C" w:rsidP="00C51585">
                  <w:pPr>
                    <w:spacing w:line="264" w:lineRule="auto"/>
                    <w:ind w:left="240" w:hanging="240"/>
                    <w:jc w:val="center"/>
                    <w:textAlignment w:val="baseline"/>
                    <w:rPr>
                      <w:rFonts w:ascii="함초롬바탕" w:eastAsia="굴림" w:hAnsi="굴림" w:cs="굴림"/>
                      <w:color w:val="000000"/>
                      <w:sz w:val="18"/>
                      <w:szCs w:val="18"/>
                    </w:rPr>
                  </w:pPr>
                  <w:proofErr w:type="spellStart"/>
                  <w:r w:rsidRPr="00EA527D">
                    <w:rPr>
                      <w:rFonts w:ascii="한양중고딕" w:eastAsia="한양중고딕" w:hAnsi="굴림" w:cs="굴림" w:hint="eastAsia"/>
                      <w:color w:val="000000"/>
                      <w:spacing w:val="-24"/>
                      <w:sz w:val="18"/>
                      <w:szCs w:val="18"/>
                    </w:rPr>
                    <w:t>담당자</w:t>
                  </w:r>
                  <w:proofErr w:type="spellEnd"/>
                  <w:r w:rsidRPr="00EA527D">
                    <w:rPr>
                      <w:rFonts w:ascii="한양중고딕" w:eastAsia="한양중고딕" w:hAnsi="굴림" w:cs="굴림" w:hint="eastAsia"/>
                      <w:color w:val="000000"/>
                      <w:spacing w:val="-24"/>
                      <w:sz w:val="18"/>
                      <w:szCs w:val="18"/>
                    </w:rPr>
                    <w:t xml:space="preserve"> </w:t>
                  </w:r>
                  <w:proofErr w:type="spellStart"/>
                  <w:r w:rsidRPr="00EA527D">
                    <w:rPr>
                      <w:rFonts w:ascii="한양중고딕" w:eastAsia="한양중고딕" w:hAnsi="굴림" w:cs="굴림" w:hint="eastAsia"/>
                      <w:color w:val="000000"/>
                      <w:spacing w:val="-24"/>
                      <w:sz w:val="18"/>
                      <w:szCs w:val="18"/>
                    </w:rPr>
                    <w:t>확인</w:t>
                  </w:r>
                  <w:proofErr w:type="spellEnd"/>
                  <w:r w:rsidRPr="00EA527D">
                    <w:rPr>
                      <w:rFonts w:ascii="한양중고딕" w:eastAsia="한양중고딕" w:hAnsi="굴림" w:cs="굴림" w:hint="eastAsia"/>
                      <w:color w:val="000000"/>
                      <w:spacing w:val="-24"/>
                      <w:sz w:val="18"/>
                      <w:szCs w:val="18"/>
                    </w:rPr>
                    <w:t xml:space="preserve"> </w:t>
                  </w:r>
                  <w:proofErr w:type="spellStart"/>
                  <w:r w:rsidRPr="00EA527D">
                    <w:rPr>
                      <w:rFonts w:ascii="한양중고딕" w:eastAsia="한양중고딕" w:hAnsi="굴림" w:cs="굴림" w:hint="eastAsia"/>
                      <w:color w:val="000000"/>
                      <w:spacing w:val="-24"/>
                      <w:sz w:val="18"/>
                      <w:szCs w:val="18"/>
                    </w:rPr>
                    <w:t>정보</w:t>
                  </w:r>
                  <w:proofErr w:type="spellEnd"/>
                </w:p>
              </w:tc>
              <w:tc>
                <w:tcPr>
                  <w:tcW w:w="1679" w:type="dxa"/>
                  <w:tcBorders>
                    <w:top w:val="single" w:sz="12" w:space="0" w:color="000000"/>
                    <w:left w:val="single" w:sz="2" w:space="0" w:color="000000"/>
                    <w:bottom w:val="single" w:sz="2" w:space="0" w:color="000000"/>
                    <w:right w:val="single" w:sz="12" w:space="0" w:color="000000"/>
                  </w:tcBorders>
                  <w:tcMar>
                    <w:top w:w="28" w:type="dxa"/>
                    <w:left w:w="28" w:type="dxa"/>
                    <w:bottom w:w="28" w:type="dxa"/>
                    <w:right w:w="28" w:type="dxa"/>
                  </w:tcMar>
                  <w:vAlign w:val="center"/>
                  <w:hideMark/>
                </w:tcPr>
                <w:p w:rsidR="003F7D5C" w:rsidRPr="00EA527D" w:rsidRDefault="003F7D5C" w:rsidP="00C51585">
                  <w:pPr>
                    <w:spacing w:line="264" w:lineRule="auto"/>
                    <w:ind w:left="240" w:hanging="240"/>
                    <w:jc w:val="center"/>
                    <w:textAlignment w:val="baseline"/>
                    <w:rPr>
                      <w:rFonts w:ascii="함초롬바탕" w:eastAsia="굴림" w:hAnsi="굴림" w:cs="굴림"/>
                      <w:color w:val="000000"/>
                      <w:sz w:val="18"/>
                      <w:szCs w:val="18"/>
                      <w:lang w:eastAsia="ko-KR"/>
                    </w:rPr>
                  </w:pPr>
                  <w:r w:rsidRPr="00EA527D">
                    <w:rPr>
                      <w:rFonts w:ascii="한양중고딕" w:eastAsia="한양중고딕" w:hAnsi="굴림" w:cs="굴림" w:hint="eastAsia"/>
                      <w:color w:val="000000"/>
                      <w:sz w:val="18"/>
                      <w:szCs w:val="18"/>
                      <w:lang w:eastAsia="ko-KR"/>
                    </w:rPr>
                    <w:t>동의여부</w:t>
                  </w:r>
                </w:p>
                <w:p w:rsidR="003F7D5C" w:rsidRPr="00EA527D" w:rsidRDefault="003F7D5C" w:rsidP="00C51585">
                  <w:pPr>
                    <w:spacing w:line="264" w:lineRule="auto"/>
                    <w:ind w:left="240" w:hanging="240"/>
                    <w:jc w:val="center"/>
                    <w:textAlignment w:val="baseline"/>
                    <w:rPr>
                      <w:rFonts w:ascii="함초롬바탕" w:eastAsia="굴림" w:hAnsi="굴림" w:cs="굴림"/>
                      <w:color w:val="000000"/>
                      <w:sz w:val="18"/>
                      <w:szCs w:val="18"/>
                      <w:lang w:eastAsia="ko-KR"/>
                    </w:rPr>
                  </w:pPr>
                  <w:r w:rsidRPr="00EA527D">
                    <w:rPr>
                      <w:rFonts w:ascii="한양중고딕" w:eastAsia="한양중고딕" w:hAnsi="굴림" w:cs="굴림" w:hint="eastAsia"/>
                      <w:color w:val="000000"/>
                      <w:spacing w:val="-8"/>
                      <w:sz w:val="18"/>
                      <w:szCs w:val="18"/>
                      <w:lang w:eastAsia="ko-KR"/>
                    </w:rPr>
                    <w:t>(</w:t>
                  </w:r>
                  <w:proofErr w:type="spellStart"/>
                  <w:r w:rsidRPr="00EA527D">
                    <w:rPr>
                      <w:rFonts w:ascii="한양중고딕" w:eastAsia="한양중고딕" w:hAnsi="굴림" w:cs="굴림" w:hint="eastAsia"/>
                      <w:color w:val="000000"/>
                      <w:spacing w:val="-8"/>
                      <w:sz w:val="18"/>
                      <w:szCs w:val="18"/>
                      <w:lang w:eastAsia="ko-KR"/>
                    </w:rPr>
                    <w:t>해당란에</w:t>
                  </w:r>
                  <w:proofErr w:type="spellEnd"/>
                  <w:r w:rsidRPr="00EA527D">
                    <w:rPr>
                      <w:rFonts w:ascii="한양중고딕" w:eastAsia="한양중고딕" w:hAnsi="굴림" w:cs="굴림" w:hint="eastAsia"/>
                      <w:color w:val="000000"/>
                      <w:spacing w:val="-8"/>
                      <w:sz w:val="18"/>
                      <w:szCs w:val="18"/>
                      <w:lang w:eastAsia="ko-KR"/>
                    </w:rPr>
                    <w:t xml:space="preserve"> </w:t>
                  </w:r>
                  <w:r w:rsidRPr="00EA527D">
                    <w:rPr>
                      <w:rFonts w:ascii="한양중고딕" w:eastAsia="한양중고딕" w:hAnsi="한양중고딕" w:cs="굴림" w:hint="eastAsia"/>
                      <w:color w:val="000000"/>
                      <w:spacing w:val="-8"/>
                      <w:sz w:val="18"/>
                      <w:szCs w:val="18"/>
                      <w:lang w:eastAsia="ko-KR"/>
                    </w:rPr>
                    <w:t>√</w:t>
                  </w:r>
                  <w:r w:rsidRPr="00EA527D">
                    <w:rPr>
                      <w:rFonts w:ascii="한양중고딕" w:eastAsia="한양중고딕" w:hAnsi="굴림" w:cs="굴림" w:hint="eastAsia"/>
                      <w:color w:val="000000"/>
                      <w:spacing w:val="-8"/>
                      <w:sz w:val="18"/>
                      <w:szCs w:val="18"/>
                      <w:lang w:eastAsia="ko-KR"/>
                    </w:rPr>
                    <w:t>표시)</w:t>
                  </w:r>
                </w:p>
              </w:tc>
            </w:tr>
            <w:tr w:rsidR="003F7D5C" w:rsidRPr="00E471C8" w:rsidTr="00C51585">
              <w:trPr>
                <w:trHeight w:val="1480"/>
                <w:jc w:val="right"/>
              </w:trPr>
              <w:tc>
                <w:tcPr>
                  <w:tcW w:w="1615" w:type="dxa"/>
                  <w:tcBorders>
                    <w:top w:val="single" w:sz="2" w:space="0" w:color="000000"/>
                    <w:left w:val="single" w:sz="12" w:space="0" w:color="000000"/>
                    <w:bottom w:val="single" w:sz="12" w:space="0" w:color="000000"/>
                    <w:right w:val="single" w:sz="2" w:space="0" w:color="000000"/>
                  </w:tcBorders>
                  <w:tcMar>
                    <w:top w:w="28" w:type="dxa"/>
                    <w:left w:w="28" w:type="dxa"/>
                    <w:bottom w:w="28" w:type="dxa"/>
                    <w:right w:w="28" w:type="dxa"/>
                  </w:tcMar>
                  <w:vAlign w:val="center"/>
                  <w:hideMark/>
                </w:tcPr>
                <w:p w:rsidR="003F7D5C" w:rsidRPr="00EA527D" w:rsidRDefault="003F7D5C" w:rsidP="00C51585">
                  <w:pPr>
                    <w:spacing w:line="288" w:lineRule="auto"/>
                    <w:ind w:left="40" w:right="40"/>
                    <w:jc w:val="center"/>
                    <w:textAlignment w:val="baseline"/>
                    <w:rPr>
                      <w:rFonts w:ascii="함초롬바탕" w:eastAsia="굴림" w:hAnsi="굴림" w:cs="굴림"/>
                      <w:color w:val="000000"/>
                      <w:sz w:val="18"/>
                      <w:szCs w:val="18"/>
                    </w:rPr>
                  </w:pPr>
                  <w:proofErr w:type="spellStart"/>
                  <w:r w:rsidRPr="00EA527D">
                    <w:rPr>
                      <w:rFonts w:ascii="한양중고딕" w:eastAsia="한양중고딕" w:hAnsi="굴림" w:cs="굴림" w:hint="eastAsia"/>
                      <w:color w:val="000000"/>
                      <w:sz w:val="18"/>
                      <w:szCs w:val="18"/>
                    </w:rPr>
                    <w:t>해외지사화사업</w:t>
                  </w:r>
                  <w:proofErr w:type="spellEnd"/>
                </w:p>
              </w:tc>
              <w:tc>
                <w:tcPr>
                  <w:tcW w:w="5853" w:type="dxa"/>
                  <w:tcBorders>
                    <w:top w:val="single" w:sz="2" w:space="0" w:color="000000"/>
                    <w:left w:val="single" w:sz="2" w:space="0" w:color="000000"/>
                    <w:bottom w:val="single" w:sz="12" w:space="0" w:color="000000"/>
                    <w:right w:val="single" w:sz="2" w:space="0" w:color="000000"/>
                  </w:tcBorders>
                  <w:shd w:val="clear" w:color="auto" w:fill="FFFFFF"/>
                  <w:tcMar>
                    <w:top w:w="22" w:type="dxa"/>
                    <w:left w:w="24" w:type="dxa"/>
                    <w:bottom w:w="0" w:type="dxa"/>
                    <w:right w:w="21" w:type="dxa"/>
                  </w:tcMar>
                  <w:vAlign w:val="center"/>
                  <w:hideMark/>
                </w:tcPr>
                <w:p w:rsidR="003F7D5C" w:rsidRPr="002C2AC5" w:rsidRDefault="003F7D5C" w:rsidP="00C51585">
                  <w:pPr>
                    <w:spacing w:line="288" w:lineRule="auto"/>
                    <w:ind w:left="40" w:right="40"/>
                    <w:textAlignment w:val="baseline"/>
                    <w:rPr>
                      <w:rFonts w:ascii="함초롬바탕" w:eastAsia="굴림" w:hAnsi="굴림" w:cs="굴림"/>
                      <w:color w:val="000000"/>
                      <w:w w:val="80"/>
                      <w:sz w:val="17"/>
                      <w:szCs w:val="17"/>
                      <w:lang w:eastAsia="ko-KR"/>
                    </w:rPr>
                  </w:pPr>
                  <w:r w:rsidRPr="002C2AC5">
                    <w:rPr>
                      <w:rFonts w:ascii="한양중고딕" w:eastAsia="한양중고딕" w:hAnsi="굴림" w:cs="굴림" w:hint="eastAsia"/>
                      <w:color w:val="000000"/>
                      <w:w w:val="80"/>
                      <w:sz w:val="17"/>
                      <w:szCs w:val="17"/>
                      <w:lang w:eastAsia="ko-KR"/>
                    </w:rPr>
                    <w:t>사업자등록증명, 국세납세증명서, 지방세납세증명서</w:t>
                  </w:r>
                  <w:r w:rsidR="00405A51" w:rsidRPr="002C2AC5">
                    <w:rPr>
                      <w:rFonts w:ascii="한양중고딕" w:eastAsia="한양중고딕" w:hAnsi="굴림" w:cs="굴림" w:hint="eastAsia"/>
                      <w:color w:val="000000"/>
                      <w:w w:val="80"/>
                      <w:sz w:val="17"/>
                      <w:szCs w:val="17"/>
                      <w:lang w:eastAsia="ko-KR"/>
                    </w:rPr>
                    <w:t xml:space="preserve">, </w:t>
                  </w:r>
                  <w:r w:rsidRPr="002C2AC5">
                    <w:rPr>
                      <w:rFonts w:ascii="한양중고딕" w:eastAsia="한양중고딕" w:hAnsi="굴림" w:cs="굴림" w:hint="eastAsia"/>
                      <w:color w:val="000000"/>
                      <w:w w:val="80"/>
                      <w:sz w:val="17"/>
                      <w:szCs w:val="17"/>
                      <w:lang w:eastAsia="ko-KR"/>
                    </w:rPr>
                    <w:t xml:space="preserve">표준재무제표증명(개인, 법인), </w:t>
                  </w:r>
                </w:p>
                <w:p w:rsidR="003F7D5C" w:rsidRPr="00272562" w:rsidRDefault="003F7D5C" w:rsidP="00272562">
                  <w:pPr>
                    <w:spacing w:line="288" w:lineRule="auto"/>
                    <w:ind w:left="40" w:right="40"/>
                    <w:textAlignment w:val="baseline"/>
                    <w:rPr>
                      <w:rFonts w:ascii="함초롬바탕" w:eastAsia="굴림" w:hAnsi="굴림" w:cs="굴림"/>
                      <w:color w:val="000000"/>
                      <w:w w:val="80"/>
                      <w:sz w:val="17"/>
                      <w:szCs w:val="17"/>
                      <w:lang w:eastAsia="ko-KR"/>
                    </w:rPr>
                  </w:pPr>
                  <w:r w:rsidRPr="002C2AC5">
                    <w:rPr>
                      <w:rFonts w:ascii="한양중고딕" w:eastAsia="한양중고딕" w:hAnsi="굴림" w:cs="굴림" w:hint="eastAsia"/>
                      <w:color w:val="000000"/>
                      <w:w w:val="80"/>
                      <w:sz w:val="17"/>
                      <w:szCs w:val="17"/>
                      <w:lang w:eastAsia="ko-KR"/>
                    </w:rPr>
                    <w:t xml:space="preserve">휴업사실증명, 폐업사실증명, </w:t>
                  </w:r>
                  <w:proofErr w:type="spellStart"/>
                  <w:r w:rsidRPr="002C2AC5">
                    <w:rPr>
                      <w:rFonts w:ascii="한양중고딕" w:eastAsia="한양중고딕" w:hAnsi="굴림" w:cs="굴림" w:hint="eastAsia"/>
                      <w:color w:val="000000"/>
                      <w:w w:val="80"/>
                      <w:sz w:val="17"/>
                      <w:szCs w:val="17"/>
                      <w:lang w:eastAsia="ko-KR"/>
                    </w:rPr>
                    <w:t>주민등록표</w:t>
                  </w:r>
                  <w:proofErr w:type="spellEnd"/>
                  <w:r w:rsidRPr="002C2AC5">
                    <w:rPr>
                      <w:rFonts w:ascii="한양중고딕" w:eastAsia="한양중고딕" w:hAnsi="굴림" w:cs="굴림" w:hint="eastAsia"/>
                      <w:color w:val="000000"/>
                      <w:w w:val="80"/>
                      <w:sz w:val="17"/>
                      <w:szCs w:val="17"/>
                      <w:lang w:eastAsia="ko-KR"/>
                    </w:rPr>
                    <w:t xml:space="preserve"> </w:t>
                  </w:r>
                  <w:proofErr w:type="spellStart"/>
                  <w:r w:rsidRPr="002C2AC5">
                    <w:rPr>
                      <w:rFonts w:ascii="한양중고딕" w:eastAsia="한양중고딕" w:hAnsi="굴림" w:cs="굴림" w:hint="eastAsia"/>
                      <w:color w:val="000000"/>
                      <w:w w:val="80"/>
                      <w:sz w:val="17"/>
                      <w:szCs w:val="17"/>
                      <w:lang w:eastAsia="ko-KR"/>
                    </w:rPr>
                    <w:t>등·초본</w:t>
                  </w:r>
                  <w:proofErr w:type="spellEnd"/>
                  <w:r w:rsidRPr="002C2AC5">
                    <w:rPr>
                      <w:rFonts w:ascii="한양중고딕" w:eastAsia="한양중고딕" w:hAnsi="굴림" w:cs="굴림" w:hint="eastAsia"/>
                      <w:color w:val="000000"/>
                      <w:w w:val="80"/>
                      <w:sz w:val="17"/>
                      <w:szCs w:val="17"/>
                      <w:lang w:eastAsia="ko-KR"/>
                    </w:rPr>
                    <w:t xml:space="preserve">, 벤처기업확인증, 메인비즈확인서, </w:t>
                  </w:r>
                  <w:proofErr w:type="spellStart"/>
                  <w:r w:rsidRPr="002C2AC5">
                    <w:rPr>
                      <w:rFonts w:ascii="한양중고딕" w:eastAsia="한양중고딕" w:hAnsi="굴림" w:cs="굴림" w:hint="eastAsia"/>
                      <w:color w:val="000000"/>
                      <w:w w:val="80"/>
                      <w:sz w:val="17"/>
                      <w:szCs w:val="17"/>
                      <w:lang w:eastAsia="ko-KR"/>
                    </w:rPr>
                    <w:t>이노비즈확인서</w:t>
                  </w:r>
                  <w:proofErr w:type="spellEnd"/>
                  <w:r w:rsidRPr="002C2AC5">
                    <w:rPr>
                      <w:rFonts w:ascii="한양중고딕" w:eastAsia="한양중고딕" w:hAnsi="굴림" w:cs="굴림" w:hint="eastAsia"/>
                      <w:color w:val="000000"/>
                      <w:w w:val="80"/>
                      <w:sz w:val="17"/>
                      <w:szCs w:val="17"/>
                      <w:lang w:eastAsia="ko-KR"/>
                    </w:rPr>
                    <w:t xml:space="preserve">, 특허등록원부, 상표등록원부, 디자인등록원부, 실용신안등록원부, 공장등록증명서, </w:t>
                  </w:r>
                  <w:proofErr w:type="spellStart"/>
                  <w:r w:rsidRPr="002C2AC5">
                    <w:rPr>
                      <w:rFonts w:ascii="한양중고딕" w:eastAsia="한양중고딕" w:hAnsi="굴림" w:cs="굴림" w:hint="eastAsia"/>
                      <w:color w:val="000000"/>
                      <w:w w:val="80"/>
                      <w:sz w:val="17"/>
                      <w:szCs w:val="17"/>
                      <w:lang w:eastAsia="ko-KR"/>
                    </w:rPr>
                    <w:t>건축허가서</w:t>
                  </w:r>
                  <w:proofErr w:type="spellEnd"/>
                  <w:r w:rsidRPr="002C2AC5">
                    <w:rPr>
                      <w:rFonts w:ascii="한양중고딕" w:eastAsia="한양중고딕" w:hAnsi="굴림" w:cs="굴림" w:hint="eastAsia"/>
                      <w:color w:val="000000"/>
                      <w:w w:val="80"/>
                      <w:sz w:val="17"/>
                      <w:szCs w:val="17"/>
                      <w:lang w:eastAsia="ko-KR"/>
                    </w:rPr>
                    <w:t xml:space="preserve">, 건설업등록증, </w:t>
                  </w:r>
                  <w:proofErr w:type="spellStart"/>
                  <w:r w:rsidRPr="002C2AC5">
                    <w:rPr>
                      <w:rFonts w:ascii="한양중고딕" w:eastAsia="한양중고딕" w:hAnsi="굴림" w:cs="굴림" w:hint="eastAsia"/>
                      <w:color w:val="000000"/>
                      <w:w w:val="80"/>
                      <w:sz w:val="17"/>
                      <w:szCs w:val="17"/>
                      <w:lang w:eastAsia="ko-KR"/>
                    </w:rPr>
                    <w:t>건축사업무신고필증</w:t>
                  </w:r>
                  <w:proofErr w:type="spellEnd"/>
                  <w:r w:rsidR="00272562">
                    <w:rPr>
                      <w:rFonts w:ascii="한양중고딕" w:eastAsia="한양중고딕" w:hAnsi="굴림" w:cs="굴림" w:hint="eastAsia"/>
                      <w:color w:val="000000"/>
                      <w:w w:val="80"/>
                      <w:sz w:val="17"/>
                      <w:szCs w:val="17"/>
                      <w:lang w:eastAsia="ko-KR"/>
                    </w:rPr>
                    <w:t xml:space="preserve">, </w:t>
                  </w:r>
                  <w:proofErr w:type="spellStart"/>
                  <w:r w:rsidRPr="002C2AC5">
                    <w:rPr>
                      <w:rFonts w:ascii="한양중고딕" w:eastAsia="한양중고딕" w:hAnsi="굴림" w:cs="굴림" w:hint="eastAsia"/>
                      <w:color w:val="000000"/>
                      <w:w w:val="80"/>
                      <w:sz w:val="17"/>
                      <w:szCs w:val="17"/>
                      <w:lang w:eastAsia="ko-KR"/>
                    </w:rPr>
                    <w:t>부동산등기용등록번호증명서</w:t>
                  </w:r>
                  <w:proofErr w:type="spellEnd"/>
                  <w:r w:rsidRPr="002C2AC5">
                    <w:rPr>
                      <w:rFonts w:ascii="한양중고딕" w:eastAsia="한양중고딕" w:hAnsi="굴림" w:cs="굴림" w:hint="eastAsia"/>
                      <w:color w:val="000000"/>
                      <w:w w:val="80"/>
                      <w:sz w:val="17"/>
                      <w:szCs w:val="17"/>
                      <w:lang w:eastAsia="ko-KR"/>
                    </w:rPr>
                    <w:t xml:space="preserve">, 개별공시지가확인서, 선박원부, </w:t>
                  </w:r>
                  <w:proofErr w:type="spellStart"/>
                  <w:r w:rsidRPr="002C2AC5">
                    <w:rPr>
                      <w:rFonts w:ascii="한양중고딕" w:eastAsia="한양중고딕" w:hAnsi="굴림" w:cs="굴림" w:hint="eastAsia"/>
                      <w:color w:val="000000"/>
                      <w:w w:val="80"/>
                      <w:sz w:val="17"/>
                      <w:szCs w:val="17"/>
                      <w:lang w:eastAsia="ko-KR"/>
                    </w:rPr>
                    <w:t>선적증서</w:t>
                  </w:r>
                  <w:proofErr w:type="spellEnd"/>
                  <w:r w:rsidRPr="002C2AC5">
                    <w:rPr>
                      <w:rFonts w:ascii="한양중고딕" w:eastAsia="한양중고딕" w:hAnsi="굴림" w:cs="굴림" w:hint="eastAsia"/>
                      <w:color w:val="000000"/>
                      <w:w w:val="80"/>
                      <w:sz w:val="17"/>
                      <w:szCs w:val="17"/>
                      <w:lang w:eastAsia="ko-KR"/>
                    </w:rPr>
                    <w:t xml:space="preserve">, 수입신고필증, 수출신고필증, </w:t>
                  </w:r>
                  <w:proofErr w:type="spellStart"/>
                  <w:r w:rsidRPr="002C2AC5">
                    <w:rPr>
                      <w:rFonts w:ascii="한양중고딕" w:eastAsia="한양중고딕" w:hAnsi="굴림" w:cs="굴림" w:hint="eastAsia"/>
                      <w:color w:val="000000"/>
                      <w:w w:val="80"/>
                      <w:sz w:val="17"/>
                      <w:szCs w:val="17"/>
                      <w:lang w:eastAsia="ko-KR"/>
                    </w:rPr>
                    <w:t>산재보험료완납증명원</w:t>
                  </w:r>
                  <w:proofErr w:type="spellEnd"/>
                  <w:r w:rsidRPr="002C2AC5">
                    <w:rPr>
                      <w:rFonts w:ascii="한양중고딕" w:eastAsia="한양중고딕" w:hAnsi="굴림" w:cs="굴림" w:hint="eastAsia"/>
                      <w:color w:val="000000"/>
                      <w:w w:val="80"/>
                      <w:sz w:val="17"/>
                      <w:szCs w:val="17"/>
                      <w:lang w:eastAsia="ko-KR"/>
                    </w:rPr>
                    <w:t xml:space="preserve">, </w:t>
                  </w:r>
                  <w:proofErr w:type="spellStart"/>
                  <w:r w:rsidRPr="002C2AC5">
                    <w:rPr>
                      <w:rFonts w:ascii="한양중고딕" w:eastAsia="한양중고딕" w:hAnsi="굴림" w:cs="굴림" w:hint="eastAsia"/>
                      <w:color w:val="000000"/>
                      <w:w w:val="80"/>
                      <w:sz w:val="17"/>
                      <w:szCs w:val="17"/>
                      <w:lang w:eastAsia="ko-KR"/>
                    </w:rPr>
                    <w:t>고용보험료완납증명원</w:t>
                  </w:r>
                  <w:proofErr w:type="spellEnd"/>
                  <w:r w:rsidRPr="002C2AC5">
                    <w:rPr>
                      <w:rFonts w:ascii="한양중고딕" w:eastAsia="한양중고딕" w:hAnsi="굴림" w:cs="굴림" w:hint="eastAsia"/>
                      <w:color w:val="000000"/>
                      <w:w w:val="80"/>
                      <w:sz w:val="17"/>
                      <w:szCs w:val="17"/>
                      <w:lang w:eastAsia="ko-KR"/>
                    </w:rPr>
                    <w:t>, 장애인증명서</w:t>
                  </w:r>
                  <w:r w:rsidR="00405A51" w:rsidRPr="002C2AC5">
                    <w:rPr>
                      <w:rFonts w:ascii="한양중고딕" w:eastAsia="한양중고딕" w:hAnsi="굴림" w:cs="굴림" w:hint="eastAsia"/>
                      <w:color w:val="000000"/>
                      <w:w w:val="80"/>
                      <w:sz w:val="17"/>
                      <w:szCs w:val="17"/>
                      <w:lang w:eastAsia="ko-KR"/>
                    </w:rPr>
                    <w:t xml:space="preserve">, </w:t>
                  </w:r>
                  <w:r w:rsidRPr="002C2AC5">
                    <w:rPr>
                      <w:rFonts w:ascii="한양중고딕" w:eastAsia="한양중고딕" w:hAnsi="굴림" w:cs="굴림" w:hint="eastAsia"/>
                      <w:color w:val="000000"/>
                      <w:w w:val="80"/>
                      <w:sz w:val="17"/>
                      <w:szCs w:val="17"/>
                      <w:lang w:eastAsia="ko-KR"/>
                    </w:rPr>
                    <w:t>중소기업확인서</w:t>
                  </w:r>
                  <w:r w:rsidR="00405A51" w:rsidRPr="002C2AC5">
                    <w:rPr>
                      <w:rFonts w:ascii="함초롬바탕" w:eastAsia="굴림" w:hAnsi="굴림" w:cs="굴림" w:hint="eastAsia"/>
                      <w:color w:val="000000"/>
                      <w:w w:val="80"/>
                      <w:sz w:val="17"/>
                      <w:szCs w:val="17"/>
                      <w:lang w:eastAsia="ko-KR"/>
                    </w:rPr>
                    <w:t xml:space="preserve">, </w:t>
                  </w:r>
                  <w:proofErr w:type="spellStart"/>
                  <w:r w:rsidRPr="002C2AC5">
                    <w:rPr>
                      <w:rFonts w:ascii="한양중고딕" w:eastAsia="한양중고딕" w:hAnsi="굴림" w:cs="굴림" w:hint="eastAsia"/>
                      <w:color w:val="000000"/>
                      <w:w w:val="80"/>
                      <w:sz w:val="17"/>
                      <w:szCs w:val="17"/>
                      <w:lang w:eastAsia="ko-KR"/>
                    </w:rPr>
                    <w:t>사업장국민연금보험료월별납부증명</w:t>
                  </w:r>
                  <w:proofErr w:type="spellEnd"/>
                  <w:r w:rsidRPr="002C2AC5">
                    <w:rPr>
                      <w:rFonts w:ascii="한양중고딕" w:eastAsia="한양중고딕" w:hAnsi="굴림" w:cs="굴림" w:hint="eastAsia"/>
                      <w:color w:val="000000"/>
                      <w:w w:val="80"/>
                      <w:sz w:val="17"/>
                      <w:szCs w:val="17"/>
                      <w:lang w:eastAsia="ko-KR"/>
                    </w:rPr>
                    <w:t>, 부가가치세과세표준증명원</w:t>
                  </w:r>
                </w:p>
              </w:tc>
              <w:tc>
                <w:tcPr>
                  <w:tcW w:w="1679" w:type="dxa"/>
                  <w:tcBorders>
                    <w:top w:val="single" w:sz="2" w:space="0" w:color="000000"/>
                    <w:left w:val="single" w:sz="2" w:space="0" w:color="000000"/>
                    <w:bottom w:val="single" w:sz="12" w:space="0" w:color="000000"/>
                    <w:right w:val="single" w:sz="12" w:space="0" w:color="000000"/>
                  </w:tcBorders>
                  <w:tcMar>
                    <w:top w:w="28" w:type="dxa"/>
                    <w:left w:w="28" w:type="dxa"/>
                    <w:bottom w:w="28" w:type="dxa"/>
                    <w:right w:w="28" w:type="dxa"/>
                  </w:tcMar>
                  <w:vAlign w:val="center"/>
                  <w:hideMark/>
                </w:tcPr>
                <w:p w:rsidR="003F7D5C" w:rsidRPr="00EA527D" w:rsidRDefault="003F7D5C" w:rsidP="00C51585">
                  <w:pPr>
                    <w:spacing w:line="288" w:lineRule="auto"/>
                    <w:jc w:val="center"/>
                    <w:textAlignment w:val="baseline"/>
                    <w:rPr>
                      <w:rFonts w:ascii="함초롬바탕" w:eastAsia="굴림" w:hAnsi="굴림" w:cs="굴림"/>
                      <w:color w:val="000000"/>
                      <w:sz w:val="18"/>
                      <w:szCs w:val="18"/>
                      <w:lang w:eastAsia="ko-KR"/>
                    </w:rPr>
                  </w:pPr>
                  <w:r w:rsidRPr="00EA527D">
                    <w:rPr>
                      <w:rFonts w:ascii="한양중고딕" w:eastAsia="한양중고딕" w:hAnsi="굴림" w:cs="굴림" w:hint="eastAsia"/>
                      <w:b/>
                      <w:bCs/>
                      <w:color w:val="000000"/>
                      <w:sz w:val="18"/>
                      <w:szCs w:val="18"/>
                      <w:lang w:eastAsia="ko-KR"/>
                    </w:rPr>
                    <w:t>동의함</w:t>
                  </w:r>
                  <w:r w:rsidRPr="00EA527D">
                    <w:rPr>
                      <w:rFonts w:ascii="한양중고딕" w:eastAsia="한양중고딕" w:hAnsi="한양중고딕" w:cs="굴림" w:hint="eastAsia"/>
                      <w:b/>
                      <w:bCs/>
                      <w:color w:val="000000"/>
                      <w:sz w:val="18"/>
                      <w:szCs w:val="18"/>
                      <w:lang w:eastAsia="ko-KR"/>
                    </w:rPr>
                    <w:t xml:space="preserve">□ </w:t>
                  </w:r>
                </w:p>
                <w:p w:rsidR="003F7D5C" w:rsidRPr="00E471C8" w:rsidRDefault="003F7D5C" w:rsidP="00C51585">
                  <w:pPr>
                    <w:spacing w:line="288" w:lineRule="auto"/>
                    <w:jc w:val="center"/>
                    <w:textAlignment w:val="baseline"/>
                    <w:rPr>
                      <w:rFonts w:ascii="함초롬바탕" w:eastAsia="굴림" w:hAnsi="굴림" w:cs="굴림"/>
                      <w:color w:val="000000"/>
                      <w:szCs w:val="20"/>
                      <w:lang w:eastAsia="ko-KR"/>
                    </w:rPr>
                  </w:pPr>
                  <w:r w:rsidRPr="00EA527D">
                    <w:rPr>
                      <w:rFonts w:ascii="한양중고딕" w:eastAsia="한양중고딕" w:hAnsi="굴림" w:cs="굴림" w:hint="eastAsia"/>
                      <w:b/>
                      <w:bCs/>
                      <w:color w:val="000000"/>
                      <w:sz w:val="18"/>
                      <w:szCs w:val="18"/>
                      <w:lang w:eastAsia="ko-KR"/>
                    </w:rPr>
                    <w:t>동의하지 않음</w:t>
                  </w:r>
                  <w:r w:rsidRPr="00EA527D">
                    <w:rPr>
                      <w:rFonts w:ascii="한양중고딕" w:eastAsia="한양중고딕" w:hAnsi="한양중고딕" w:cs="굴림" w:hint="eastAsia"/>
                      <w:b/>
                      <w:bCs/>
                      <w:color w:val="000000"/>
                      <w:sz w:val="18"/>
                      <w:szCs w:val="18"/>
                      <w:lang w:eastAsia="ko-KR"/>
                    </w:rPr>
                    <w:t>□</w:t>
                  </w:r>
                </w:p>
              </w:tc>
            </w:tr>
          </w:tbl>
          <w:p w:rsidR="00C51585" w:rsidRPr="00012615" w:rsidRDefault="00C51585" w:rsidP="00C51585">
            <w:pPr>
              <w:ind w:left="560" w:hanging="560"/>
              <w:jc w:val="center"/>
              <w:textAlignment w:val="baseline"/>
              <w:rPr>
                <w:rFonts w:ascii="함초롬바탕" w:eastAsia="굴림" w:hAnsi="굴림" w:cs="굴림"/>
                <w:color w:val="000000"/>
                <w:sz w:val="14"/>
                <w:szCs w:val="14"/>
                <w:lang w:eastAsia="ko-KR"/>
              </w:rPr>
            </w:pPr>
          </w:p>
          <w:p w:rsidR="003F7D5C" w:rsidRPr="00012615" w:rsidRDefault="003F7D5C" w:rsidP="00C51585">
            <w:pPr>
              <w:ind w:firstLine="200"/>
              <w:textAlignment w:val="baseline"/>
              <w:rPr>
                <w:rFonts w:ascii="함초롬바탕" w:eastAsia="굴림" w:hAnsi="굴림" w:cs="굴림"/>
                <w:color w:val="000000"/>
                <w:szCs w:val="20"/>
                <w:lang w:eastAsia="ko-KR"/>
              </w:rPr>
            </w:pPr>
            <w:r w:rsidRPr="00012615">
              <w:rPr>
                <w:rFonts w:ascii="휴먼명조" w:eastAsia="휴먼명조" w:hAnsi="굴림" w:cs="굴림" w:hint="eastAsia"/>
                <w:b/>
                <w:bCs/>
                <w:color w:val="000000"/>
                <w:spacing w:val="-8"/>
                <w:w w:val="97"/>
                <w:szCs w:val="20"/>
                <w:lang w:eastAsia="ko-KR"/>
              </w:rPr>
              <w:t xml:space="preserve">□ </w:t>
            </w:r>
            <w:r w:rsidRPr="00012615">
              <w:rPr>
                <w:rFonts w:ascii="휴먼명조" w:eastAsia="휴먼명조" w:hAnsi="굴림" w:cs="굴림" w:hint="eastAsia"/>
                <w:b/>
                <w:bCs/>
                <w:color w:val="000000"/>
                <w:szCs w:val="20"/>
                <w:lang w:eastAsia="ko-KR"/>
              </w:rPr>
              <w:t>세무회계자료 온라인 제출에 관한 사항</w:t>
            </w:r>
            <w:r w:rsidRPr="00012615">
              <w:rPr>
                <w:rFonts w:ascii="HCI Poppy" w:eastAsia="휴먼명조" w:hAnsi="HCI Poppy" w:cs="굴림"/>
                <w:color w:val="000000"/>
                <w:szCs w:val="20"/>
                <w:lang w:eastAsia="ko-KR"/>
              </w:rPr>
              <w:t>(</w:t>
            </w:r>
            <w:r w:rsidRPr="00012615">
              <w:rPr>
                <w:rFonts w:ascii="휴먼명조" w:eastAsia="휴먼명조" w:hAnsi="굴림" w:cs="굴림" w:hint="eastAsia"/>
                <w:color w:val="000000"/>
                <w:szCs w:val="20"/>
                <w:lang w:eastAsia="ko-KR"/>
              </w:rPr>
              <w:t>선택사항</w:t>
            </w:r>
            <w:r w:rsidRPr="00012615">
              <w:rPr>
                <w:rFonts w:ascii="HCI Poppy" w:eastAsia="휴먼명조" w:hAnsi="HCI Poppy" w:cs="굴림"/>
                <w:color w:val="000000"/>
                <w:szCs w:val="20"/>
                <w:lang w:eastAsia="ko-KR"/>
              </w:rPr>
              <w:t>)</w:t>
            </w:r>
          </w:p>
          <w:p w:rsidR="003F7D5C" w:rsidRPr="00BD2806" w:rsidRDefault="003F7D5C" w:rsidP="00BD2806">
            <w:pPr>
              <w:ind w:leftChars="100" w:left="200"/>
              <w:textAlignment w:val="baseline"/>
              <w:rPr>
                <w:rFonts w:ascii="함초롬바탕" w:eastAsia="굴림" w:hAnsi="굴림" w:cs="굴림"/>
                <w:color w:val="000000"/>
                <w:sz w:val="17"/>
                <w:szCs w:val="17"/>
                <w:lang w:eastAsia="ko-KR"/>
              </w:rPr>
            </w:pPr>
            <w:r w:rsidRPr="00BD2806">
              <w:rPr>
                <w:rFonts w:ascii="한양중고딕" w:eastAsia="한양중고딕" w:hAnsi="한양중고딕" w:cs="굴림" w:hint="eastAsia"/>
                <w:color w:val="000000"/>
                <w:sz w:val="17"/>
                <w:szCs w:val="17"/>
                <w:lang w:eastAsia="ko-KR"/>
              </w:rPr>
              <w:t xml:space="preserve">○ </w:t>
            </w:r>
            <w:r w:rsidRPr="00BD2806">
              <w:rPr>
                <w:rFonts w:ascii="한양중고딕" w:eastAsia="한양중고딕" w:hAnsi="굴림" w:cs="굴림" w:hint="eastAsia"/>
                <w:color w:val="000000"/>
                <w:spacing w:val="-6"/>
                <w:sz w:val="17"/>
                <w:szCs w:val="17"/>
                <w:lang w:eastAsia="ko-KR"/>
              </w:rPr>
              <w:t xml:space="preserve">본인은 중진공의 해외지사화사업 등 </w:t>
            </w:r>
            <w:proofErr w:type="spellStart"/>
            <w:r w:rsidRPr="00BD2806">
              <w:rPr>
                <w:rFonts w:ascii="한양중고딕" w:eastAsia="한양중고딕" w:hAnsi="굴림" w:cs="굴림" w:hint="eastAsia"/>
                <w:color w:val="000000"/>
                <w:w w:val="95"/>
                <w:sz w:val="17"/>
                <w:szCs w:val="17"/>
                <w:lang w:eastAsia="ko-KR"/>
              </w:rPr>
              <w:t>연계지원</w:t>
            </w:r>
            <w:r w:rsidRPr="00BD2806">
              <w:rPr>
                <w:rFonts w:ascii="한양중고딕" w:eastAsia="한양중고딕" w:hAnsi="굴림" w:cs="굴림" w:hint="eastAsia"/>
                <w:color w:val="000000"/>
                <w:spacing w:val="-6"/>
                <w:sz w:val="17"/>
                <w:szCs w:val="17"/>
                <w:lang w:eastAsia="ko-KR"/>
              </w:rPr>
              <w:t>과</w:t>
            </w:r>
            <w:proofErr w:type="spellEnd"/>
            <w:r w:rsidRPr="00BD2806">
              <w:rPr>
                <w:rFonts w:ascii="한양중고딕" w:eastAsia="한양중고딕" w:hAnsi="굴림" w:cs="굴림" w:hint="eastAsia"/>
                <w:color w:val="000000"/>
                <w:spacing w:val="-6"/>
                <w:sz w:val="17"/>
                <w:szCs w:val="17"/>
                <w:lang w:eastAsia="ko-KR"/>
              </w:rPr>
              <w:t xml:space="preserve"> 관련하여 본인 또는 </w:t>
            </w:r>
            <w:proofErr w:type="spellStart"/>
            <w:r w:rsidRPr="00BD2806">
              <w:rPr>
                <w:rFonts w:ascii="한양중고딕" w:eastAsia="한양중고딕" w:hAnsi="굴림" w:cs="굴림" w:hint="eastAsia"/>
                <w:color w:val="000000"/>
                <w:spacing w:val="-6"/>
                <w:sz w:val="17"/>
                <w:szCs w:val="17"/>
                <w:lang w:eastAsia="ko-KR"/>
              </w:rPr>
              <w:t>기장대행</w:t>
            </w:r>
            <w:proofErr w:type="spellEnd"/>
            <w:r w:rsidRPr="00BD2806">
              <w:rPr>
                <w:rFonts w:ascii="한양중고딕" w:eastAsia="한양중고딕" w:hAnsi="굴림" w:cs="굴림" w:hint="eastAsia"/>
                <w:color w:val="000000"/>
                <w:spacing w:val="-6"/>
                <w:sz w:val="17"/>
                <w:szCs w:val="17"/>
                <w:lang w:eastAsia="ko-KR"/>
              </w:rPr>
              <w:t xml:space="preserve"> 세무사</w:t>
            </w:r>
            <w:r w:rsidRPr="00BD2806">
              <w:rPr>
                <w:rFonts w:ascii="한양중고딕" w:eastAsia="한양중고딕" w:hAnsi="굴림" w:cs="굴림" w:hint="eastAsia"/>
                <w:color w:val="000000"/>
                <w:spacing w:val="-14"/>
                <w:sz w:val="17"/>
                <w:szCs w:val="17"/>
                <w:lang w:eastAsia="ko-KR"/>
              </w:rPr>
              <w:t>(회계사)가</w:t>
            </w:r>
            <w:r w:rsidRPr="00BD2806">
              <w:rPr>
                <w:rFonts w:ascii="함초롬바탕" w:eastAsia="한양중고딕" w:hAnsi="굴림" w:cs="굴림"/>
                <w:color w:val="000000"/>
                <w:spacing w:val="-12"/>
                <w:sz w:val="17"/>
                <w:szCs w:val="17"/>
                <w:lang w:eastAsia="ko-KR"/>
              </w:rPr>
              <w:t xml:space="preserve"> </w:t>
            </w:r>
            <w:r w:rsidRPr="00BD2806">
              <w:rPr>
                <w:rFonts w:ascii="한양중고딕" w:eastAsia="한양중고딕" w:hAnsi="굴림" w:cs="굴림" w:hint="eastAsia"/>
                <w:color w:val="000000"/>
                <w:spacing w:val="-12"/>
                <w:sz w:val="17"/>
                <w:szCs w:val="17"/>
                <w:lang w:eastAsia="ko-KR"/>
              </w:rPr>
              <w:t xml:space="preserve">세무회계자료를 </w:t>
            </w:r>
            <w:proofErr w:type="spellStart"/>
            <w:r w:rsidRPr="00BD2806">
              <w:rPr>
                <w:rFonts w:ascii="한양중고딕" w:eastAsia="한양중고딕" w:hAnsi="굴림" w:cs="굴림" w:hint="eastAsia"/>
                <w:color w:val="000000"/>
                <w:spacing w:val="-12"/>
                <w:sz w:val="17"/>
                <w:szCs w:val="17"/>
                <w:lang w:eastAsia="ko-KR"/>
              </w:rPr>
              <w:t>중진공</w:t>
            </w:r>
            <w:r w:rsidRPr="00BD2806">
              <w:rPr>
                <w:rFonts w:ascii="한양중고딕" w:eastAsia="한양중고딕" w:hAnsi="굴림" w:cs="굴림" w:hint="eastAsia"/>
                <w:color w:val="000000"/>
                <w:spacing w:val="-8"/>
                <w:sz w:val="17"/>
                <w:szCs w:val="17"/>
                <w:lang w:eastAsia="ko-KR"/>
              </w:rPr>
              <w:t>에</w:t>
            </w:r>
            <w:proofErr w:type="spellEnd"/>
            <w:r w:rsidRPr="00BD2806">
              <w:rPr>
                <w:rFonts w:ascii="한양중고딕" w:eastAsia="한양중고딕" w:hAnsi="굴림" w:cs="굴림" w:hint="eastAsia"/>
                <w:color w:val="000000"/>
                <w:spacing w:val="-8"/>
                <w:sz w:val="17"/>
                <w:szCs w:val="17"/>
                <w:lang w:eastAsia="ko-KR"/>
              </w:rPr>
              <w:t xml:space="preserve"> 온라인으로 제출하는데 동의합니다.</w:t>
            </w:r>
          </w:p>
          <w:p w:rsidR="003F7D5C" w:rsidRPr="00BD2806" w:rsidRDefault="003F7D5C" w:rsidP="00562E57">
            <w:pPr>
              <w:ind w:leftChars="200" w:left="400"/>
              <w:textAlignment w:val="baseline"/>
              <w:rPr>
                <w:rFonts w:ascii="함초롬바탕" w:eastAsia="굴림" w:hAnsi="굴림" w:cs="굴림"/>
                <w:color w:val="000000"/>
                <w:sz w:val="17"/>
                <w:szCs w:val="17"/>
                <w:lang w:eastAsia="ko-KR"/>
              </w:rPr>
            </w:pPr>
            <w:r w:rsidRPr="00BD2806">
              <w:rPr>
                <w:rFonts w:ascii="한양중고딕" w:eastAsia="한양중고딕" w:hAnsi="굴림" w:cs="굴림" w:hint="eastAsia"/>
                <w:color w:val="000000"/>
                <w:spacing w:val="-8"/>
                <w:sz w:val="17"/>
                <w:szCs w:val="17"/>
                <w:lang w:eastAsia="ko-KR"/>
              </w:rPr>
              <w:t xml:space="preserve">1. </w:t>
            </w:r>
            <w:proofErr w:type="gramStart"/>
            <w:r w:rsidRPr="00BD2806">
              <w:rPr>
                <w:rFonts w:ascii="한양중고딕" w:eastAsia="한양중고딕" w:hAnsi="굴림" w:cs="굴림" w:hint="eastAsia"/>
                <w:color w:val="000000"/>
                <w:spacing w:val="-14"/>
                <w:sz w:val="17"/>
                <w:szCs w:val="17"/>
                <w:lang w:eastAsia="ko-KR"/>
              </w:rPr>
              <w:t>전송세무회계자료 :</w:t>
            </w:r>
            <w:proofErr w:type="gramEnd"/>
            <w:r w:rsidRPr="00BD2806">
              <w:rPr>
                <w:rFonts w:ascii="한양중고딕" w:eastAsia="한양중고딕" w:hAnsi="굴림" w:cs="굴림" w:hint="eastAsia"/>
                <w:color w:val="000000"/>
                <w:spacing w:val="-14"/>
                <w:sz w:val="17"/>
                <w:szCs w:val="17"/>
                <w:lang w:eastAsia="ko-KR"/>
              </w:rPr>
              <w:t xml:space="preserve"> 사업자등록증명, </w:t>
            </w:r>
            <w:proofErr w:type="spellStart"/>
            <w:r w:rsidRPr="00BD2806">
              <w:rPr>
                <w:rFonts w:ascii="한양중고딕" w:eastAsia="한양중고딕" w:hAnsi="굴림" w:cs="굴림" w:hint="eastAsia"/>
                <w:color w:val="000000"/>
                <w:spacing w:val="-14"/>
                <w:sz w:val="17"/>
                <w:szCs w:val="17"/>
                <w:lang w:eastAsia="ko-KR"/>
              </w:rPr>
              <w:t>납세증명서</w:t>
            </w:r>
            <w:proofErr w:type="spellEnd"/>
            <w:r w:rsidRPr="00BD2806">
              <w:rPr>
                <w:rFonts w:ascii="한양중고딕" w:eastAsia="한양중고딕" w:hAnsi="굴림" w:cs="굴림" w:hint="eastAsia"/>
                <w:color w:val="000000"/>
                <w:spacing w:val="-14"/>
                <w:sz w:val="17"/>
                <w:szCs w:val="17"/>
                <w:lang w:eastAsia="ko-KR"/>
              </w:rPr>
              <w:t xml:space="preserve">, 납세사실증명, 부가가치세과세표준증명, </w:t>
            </w:r>
            <w:proofErr w:type="spellStart"/>
            <w:r w:rsidRPr="00BD2806">
              <w:rPr>
                <w:rFonts w:ascii="한양중고딕" w:eastAsia="한양중고딕" w:hAnsi="굴림" w:cs="굴림" w:hint="eastAsia"/>
                <w:color w:val="000000"/>
                <w:spacing w:val="-14"/>
                <w:sz w:val="17"/>
                <w:szCs w:val="17"/>
                <w:lang w:eastAsia="ko-KR"/>
              </w:rPr>
              <w:t>부가가치세면세</w:t>
            </w:r>
            <w:r w:rsidRPr="00BD2806">
              <w:rPr>
                <w:rFonts w:ascii="한양중고딕" w:eastAsia="한양중고딕" w:hAnsi="굴림" w:cs="굴림" w:hint="eastAsia"/>
                <w:color w:val="000000"/>
                <w:spacing w:val="-10"/>
                <w:sz w:val="17"/>
                <w:szCs w:val="17"/>
                <w:lang w:eastAsia="ko-KR"/>
              </w:rPr>
              <w:t>사업자수입급액</w:t>
            </w:r>
            <w:r w:rsidRPr="00BD2806">
              <w:rPr>
                <w:rFonts w:ascii="한양중고딕" w:eastAsia="한양중고딕" w:hAnsi="굴림" w:cs="굴림" w:hint="eastAsia"/>
                <w:color w:val="000000"/>
                <w:spacing w:val="-8"/>
                <w:sz w:val="17"/>
                <w:szCs w:val="17"/>
                <w:lang w:eastAsia="ko-KR"/>
              </w:rPr>
              <w:t>증명</w:t>
            </w:r>
            <w:proofErr w:type="spellEnd"/>
            <w:r w:rsidRPr="00BD2806">
              <w:rPr>
                <w:rFonts w:ascii="한양중고딕" w:eastAsia="한양중고딕" w:hAnsi="굴림" w:cs="굴림" w:hint="eastAsia"/>
                <w:color w:val="000000"/>
                <w:spacing w:val="-8"/>
                <w:sz w:val="17"/>
                <w:szCs w:val="17"/>
                <w:lang w:eastAsia="ko-KR"/>
              </w:rPr>
              <w:t>, 표준재무제표증명, 소득금액증명</w:t>
            </w:r>
          </w:p>
          <w:p w:rsidR="003F7D5C" w:rsidRPr="00BD2806" w:rsidRDefault="003F7D5C" w:rsidP="00562E57">
            <w:pPr>
              <w:ind w:leftChars="200" w:left="400"/>
              <w:textAlignment w:val="baseline"/>
              <w:rPr>
                <w:rFonts w:ascii="함초롬바탕" w:eastAsia="굴림" w:hAnsi="굴림" w:cs="굴림"/>
                <w:color w:val="000000"/>
                <w:sz w:val="17"/>
                <w:szCs w:val="17"/>
                <w:lang w:eastAsia="ko-KR"/>
              </w:rPr>
            </w:pPr>
            <w:r w:rsidRPr="00BD2806">
              <w:rPr>
                <w:rFonts w:ascii="한양중고딕" w:eastAsia="한양중고딕" w:hAnsi="굴림" w:cs="굴림" w:hint="eastAsia"/>
                <w:color w:val="000000"/>
                <w:spacing w:val="-8"/>
                <w:sz w:val="17"/>
                <w:szCs w:val="17"/>
                <w:lang w:eastAsia="ko-KR"/>
              </w:rPr>
              <w:t xml:space="preserve">2. </w:t>
            </w:r>
            <w:r w:rsidRPr="00BD2806">
              <w:rPr>
                <w:rFonts w:ascii="한양중고딕" w:eastAsia="한양중고딕" w:hAnsi="굴림" w:cs="굴림" w:hint="eastAsia"/>
                <w:color w:val="000000"/>
                <w:spacing w:val="-22"/>
                <w:sz w:val="17"/>
                <w:szCs w:val="17"/>
                <w:lang w:eastAsia="ko-KR"/>
              </w:rPr>
              <w:t xml:space="preserve">정책자금 상환 등 사업 참여 </w:t>
            </w:r>
            <w:proofErr w:type="spellStart"/>
            <w:r w:rsidRPr="00BD2806">
              <w:rPr>
                <w:rFonts w:ascii="한양중고딕" w:eastAsia="한양중고딕" w:hAnsi="굴림" w:cs="굴림" w:hint="eastAsia"/>
                <w:color w:val="000000"/>
                <w:spacing w:val="-22"/>
                <w:sz w:val="17"/>
                <w:szCs w:val="17"/>
                <w:lang w:eastAsia="ko-KR"/>
              </w:rPr>
              <w:t>완료시까지</w:t>
            </w:r>
            <w:proofErr w:type="spellEnd"/>
            <w:r w:rsidRPr="00BD2806">
              <w:rPr>
                <w:rFonts w:ascii="한양중고딕" w:eastAsia="한양중고딕" w:hAnsi="굴림" w:cs="굴림" w:hint="eastAsia"/>
                <w:color w:val="000000"/>
                <w:spacing w:val="-22"/>
                <w:sz w:val="17"/>
                <w:szCs w:val="17"/>
                <w:lang w:eastAsia="ko-KR"/>
              </w:rPr>
              <w:t xml:space="preserve"> </w:t>
            </w:r>
            <w:proofErr w:type="spellStart"/>
            <w:r w:rsidRPr="00BD2806">
              <w:rPr>
                <w:rFonts w:ascii="한양중고딕" w:eastAsia="한양중고딕" w:hAnsi="굴림" w:cs="굴림" w:hint="eastAsia"/>
                <w:color w:val="000000"/>
                <w:spacing w:val="-22"/>
                <w:sz w:val="17"/>
                <w:szCs w:val="17"/>
                <w:lang w:eastAsia="ko-KR"/>
              </w:rPr>
              <w:t>중진공에서</w:t>
            </w:r>
            <w:proofErr w:type="spellEnd"/>
            <w:r w:rsidRPr="00BD2806">
              <w:rPr>
                <w:rFonts w:ascii="한양중고딕" w:eastAsia="한양중고딕" w:hAnsi="굴림" w:cs="굴림" w:hint="eastAsia"/>
                <w:color w:val="000000"/>
                <w:spacing w:val="-22"/>
                <w:sz w:val="17"/>
                <w:szCs w:val="17"/>
                <w:lang w:eastAsia="ko-KR"/>
              </w:rPr>
              <w:t xml:space="preserve"> </w:t>
            </w:r>
            <w:proofErr w:type="spellStart"/>
            <w:r w:rsidRPr="00BD2806">
              <w:rPr>
                <w:rFonts w:ascii="한양중고딕" w:eastAsia="한양중고딕" w:hAnsi="굴림" w:cs="굴림" w:hint="eastAsia"/>
                <w:color w:val="000000"/>
                <w:spacing w:val="-22"/>
                <w:sz w:val="17"/>
                <w:szCs w:val="17"/>
                <w:lang w:eastAsia="ko-KR"/>
              </w:rPr>
              <w:t>기장대행</w:t>
            </w:r>
            <w:proofErr w:type="spellEnd"/>
            <w:r w:rsidRPr="00BD2806">
              <w:rPr>
                <w:rFonts w:ascii="한양중고딕" w:eastAsia="한양중고딕" w:hAnsi="굴림" w:cs="굴림" w:hint="eastAsia"/>
                <w:color w:val="000000"/>
                <w:spacing w:val="-22"/>
                <w:sz w:val="17"/>
                <w:szCs w:val="17"/>
                <w:lang w:eastAsia="ko-KR"/>
              </w:rPr>
              <w:t xml:space="preserve"> 세무사(회계사) 또는 </w:t>
            </w:r>
            <w:proofErr w:type="spellStart"/>
            <w:r w:rsidRPr="00BD2806">
              <w:rPr>
                <w:rFonts w:ascii="한양중고딕" w:eastAsia="한양중고딕" w:hAnsi="굴림" w:cs="굴림" w:hint="eastAsia"/>
                <w:color w:val="000000"/>
                <w:spacing w:val="-22"/>
                <w:sz w:val="17"/>
                <w:szCs w:val="17"/>
                <w:lang w:eastAsia="ko-KR"/>
              </w:rPr>
              <w:t>자체기장의</w:t>
            </w:r>
            <w:proofErr w:type="spellEnd"/>
            <w:r w:rsidRPr="00BD2806">
              <w:rPr>
                <w:rFonts w:ascii="함초롬바탕" w:eastAsia="한양중고딕" w:hAnsi="굴림" w:cs="굴림"/>
                <w:color w:val="000000"/>
                <w:spacing w:val="-14"/>
                <w:sz w:val="17"/>
                <w:szCs w:val="17"/>
                <w:lang w:eastAsia="ko-KR"/>
              </w:rPr>
              <w:t xml:space="preserve"> </w:t>
            </w:r>
            <w:r w:rsidRPr="00BD2806">
              <w:rPr>
                <w:rFonts w:ascii="한양중고딕" w:eastAsia="한양중고딕" w:hAnsi="굴림" w:cs="굴림" w:hint="eastAsia"/>
                <w:color w:val="000000"/>
                <w:spacing w:val="-24"/>
                <w:sz w:val="17"/>
                <w:szCs w:val="17"/>
                <w:lang w:eastAsia="ko-KR"/>
              </w:rPr>
              <w:t>본인에게 요청한 때에는,</w:t>
            </w:r>
            <w:r w:rsidRPr="00BD2806">
              <w:rPr>
                <w:rFonts w:ascii="함초롬바탕" w:eastAsia="한양중고딕" w:hAnsi="굴림" w:cs="굴림"/>
                <w:color w:val="000000"/>
                <w:spacing w:val="-18"/>
                <w:sz w:val="17"/>
                <w:szCs w:val="17"/>
                <w:lang w:eastAsia="ko-KR"/>
              </w:rPr>
              <w:t xml:space="preserve"> </w:t>
            </w:r>
            <w:r w:rsidRPr="00BD2806">
              <w:rPr>
                <w:rFonts w:ascii="한양중고딕" w:eastAsia="한양중고딕" w:hAnsi="굴림" w:cs="굴림" w:hint="eastAsia"/>
                <w:color w:val="000000"/>
                <w:spacing w:val="-18"/>
                <w:sz w:val="17"/>
                <w:szCs w:val="17"/>
                <w:lang w:eastAsia="ko-KR"/>
              </w:rPr>
              <w:t>본인의 별도 동의 없이 세무회계자료를 전송하는데 동의합니다</w:t>
            </w:r>
            <w:r w:rsidRPr="00BD2806">
              <w:rPr>
                <w:rFonts w:ascii="한양중고딕" w:eastAsia="한양중고딕" w:hAnsi="굴림" w:cs="굴림" w:hint="eastAsia"/>
                <w:color w:val="000000"/>
                <w:spacing w:val="-8"/>
                <w:sz w:val="17"/>
                <w:szCs w:val="17"/>
                <w:lang w:eastAsia="ko-KR"/>
              </w:rPr>
              <w:t xml:space="preserve">. </w:t>
            </w:r>
          </w:p>
          <w:p w:rsidR="003F7D5C" w:rsidRPr="00E471C8" w:rsidRDefault="003F7D5C" w:rsidP="00C51585">
            <w:pPr>
              <w:ind w:left="528" w:hanging="528"/>
              <w:textAlignment w:val="baseline"/>
              <w:rPr>
                <w:rFonts w:ascii="함초롬바탕" w:eastAsia="굴림" w:hAnsi="굴림" w:cs="굴림"/>
                <w:color w:val="000000"/>
                <w:spacing w:val="-8"/>
                <w:sz w:val="4"/>
                <w:szCs w:val="4"/>
                <w:lang w:eastAsia="ko-KR"/>
              </w:rPr>
            </w:pPr>
          </w:p>
          <w:tbl>
            <w:tblPr>
              <w:tblOverlap w:val="never"/>
              <w:tblW w:w="0" w:type="auto"/>
              <w:jc w:val="right"/>
              <w:tblCellMar>
                <w:top w:w="15" w:type="dxa"/>
                <w:left w:w="15" w:type="dxa"/>
                <w:bottom w:w="15" w:type="dxa"/>
                <w:right w:w="15" w:type="dxa"/>
              </w:tblCellMar>
              <w:tblLook w:val="04A0" w:firstRow="1" w:lastRow="0" w:firstColumn="1" w:lastColumn="0" w:noHBand="0" w:noVBand="1"/>
            </w:tblPr>
            <w:tblGrid>
              <w:gridCol w:w="5555"/>
              <w:gridCol w:w="3574"/>
            </w:tblGrid>
            <w:tr w:rsidR="003F7D5C" w:rsidRPr="00E471C8" w:rsidTr="000756A4">
              <w:trPr>
                <w:trHeight w:val="326"/>
                <w:jc w:val="right"/>
              </w:trPr>
              <w:tc>
                <w:tcPr>
                  <w:tcW w:w="5555" w:type="dxa"/>
                  <w:tcBorders>
                    <w:top w:val="single" w:sz="12" w:space="0" w:color="000000"/>
                    <w:left w:val="single" w:sz="12" w:space="0" w:color="000000"/>
                    <w:bottom w:val="single" w:sz="12" w:space="0" w:color="000000"/>
                    <w:right w:val="single" w:sz="2" w:space="0" w:color="000000"/>
                  </w:tcBorders>
                  <w:tcMar>
                    <w:top w:w="28" w:type="dxa"/>
                    <w:left w:w="102" w:type="dxa"/>
                    <w:bottom w:w="28" w:type="dxa"/>
                    <w:right w:w="102" w:type="dxa"/>
                  </w:tcMar>
                  <w:vAlign w:val="center"/>
                  <w:hideMark/>
                </w:tcPr>
                <w:p w:rsidR="003F7D5C" w:rsidRPr="008313DD" w:rsidRDefault="003F7D5C" w:rsidP="000756A4">
                  <w:pPr>
                    <w:ind w:left="40" w:right="40"/>
                    <w:textAlignment w:val="baseline"/>
                    <w:rPr>
                      <w:rFonts w:ascii="HY신명조" w:eastAsia="HY신명조" w:hAnsi="굴림" w:cs="굴림" w:hint="eastAsia"/>
                      <w:color w:val="000000"/>
                      <w:szCs w:val="20"/>
                      <w:lang w:eastAsia="ko-KR"/>
                    </w:rPr>
                  </w:pPr>
                  <w:r w:rsidRPr="008313DD">
                    <w:rPr>
                      <w:rFonts w:ascii="HY신명조" w:eastAsia="HY신명조" w:hAnsi="함초롬바탕" w:cs="함초롬바탕" w:hint="eastAsia"/>
                      <w:b/>
                      <w:bCs/>
                      <w:color w:val="000000"/>
                      <w:szCs w:val="20"/>
                      <w:lang w:eastAsia="ko-KR"/>
                    </w:rPr>
                    <w:t>세무회계자료 온라인 제출</w:t>
                  </w:r>
                </w:p>
              </w:tc>
              <w:tc>
                <w:tcPr>
                  <w:tcW w:w="3574" w:type="dxa"/>
                  <w:tcBorders>
                    <w:top w:val="single" w:sz="12" w:space="0" w:color="000000"/>
                    <w:left w:val="single" w:sz="2" w:space="0" w:color="000000"/>
                    <w:bottom w:val="single" w:sz="12" w:space="0" w:color="000000"/>
                    <w:right w:val="single" w:sz="12" w:space="0" w:color="000000"/>
                  </w:tcBorders>
                  <w:tcMar>
                    <w:top w:w="28" w:type="dxa"/>
                    <w:left w:w="102" w:type="dxa"/>
                    <w:bottom w:w="28" w:type="dxa"/>
                    <w:right w:w="102" w:type="dxa"/>
                  </w:tcMar>
                  <w:vAlign w:val="center"/>
                  <w:hideMark/>
                </w:tcPr>
                <w:p w:rsidR="003F7D5C" w:rsidRPr="008313DD" w:rsidRDefault="003F7D5C" w:rsidP="000756A4">
                  <w:pPr>
                    <w:jc w:val="center"/>
                    <w:textAlignment w:val="baseline"/>
                    <w:rPr>
                      <w:rFonts w:ascii="HY신명조" w:eastAsia="HY신명조" w:hAnsi="굴림" w:cs="굴림" w:hint="eastAsia"/>
                      <w:color w:val="000000"/>
                      <w:szCs w:val="20"/>
                      <w:lang w:eastAsia="ko-KR"/>
                    </w:rPr>
                  </w:pPr>
                  <w:r w:rsidRPr="008313DD">
                    <w:rPr>
                      <w:rFonts w:ascii="HY신명조" w:eastAsia="HY신명조" w:cs="굴림" w:hint="eastAsia"/>
                      <w:b/>
                      <w:bCs/>
                      <w:color w:val="000000"/>
                      <w:szCs w:val="20"/>
                      <w:lang w:eastAsia="ko-KR"/>
                    </w:rPr>
                    <w:t>동의함 □, 동의하지 않음 □</w:t>
                  </w:r>
                </w:p>
              </w:tc>
            </w:tr>
          </w:tbl>
          <w:p w:rsidR="00C51585" w:rsidRPr="00ED7539" w:rsidRDefault="00C51585" w:rsidP="00C51585">
            <w:pPr>
              <w:ind w:firstLine="200"/>
              <w:textAlignment w:val="baseline"/>
              <w:rPr>
                <w:rFonts w:ascii="함초롬바탕" w:eastAsia="굴림" w:hAnsi="굴림" w:cs="굴림"/>
                <w:b/>
                <w:bCs/>
                <w:color w:val="000000"/>
                <w:spacing w:val="-8"/>
                <w:w w:val="97"/>
                <w:sz w:val="14"/>
                <w:szCs w:val="14"/>
                <w:lang w:eastAsia="ko-KR"/>
              </w:rPr>
            </w:pPr>
          </w:p>
          <w:p w:rsidR="003F7D5C" w:rsidRPr="00ED7539" w:rsidRDefault="003F7D5C" w:rsidP="00C51585">
            <w:pPr>
              <w:ind w:firstLine="200"/>
              <w:textAlignment w:val="baseline"/>
              <w:rPr>
                <w:rFonts w:ascii="함초롬바탕" w:eastAsia="굴림" w:hAnsi="굴림" w:cs="굴림"/>
                <w:color w:val="000000"/>
                <w:szCs w:val="20"/>
                <w:lang w:eastAsia="ko-KR"/>
              </w:rPr>
            </w:pPr>
            <w:r w:rsidRPr="00ED7539">
              <w:rPr>
                <w:rFonts w:ascii="휴먼명조" w:eastAsia="휴먼명조" w:hAnsi="굴림" w:cs="굴림" w:hint="eastAsia"/>
                <w:b/>
                <w:bCs/>
                <w:color w:val="000000"/>
                <w:spacing w:val="-8"/>
                <w:w w:val="97"/>
                <w:szCs w:val="20"/>
                <w:lang w:eastAsia="ko-KR"/>
              </w:rPr>
              <w:t>□ 금융회사가 보유한 신용정보의 제공</w:t>
            </w:r>
            <w:r w:rsidRPr="00ED7539">
              <w:rPr>
                <w:rFonts w:ascii="HCI Poppy" w:eastAsia="휴먼명조" w:hAnsi="HCI Poppy" w:cs="굴림"/>
                <w:b/>
                <w:bCs/>
                <w:color w:val="000000"/>
                <w:spacing w:val="-8"/>
                <w:w w:val="97"/>
                <w:szCs w:val="20"/>
                <w:lang w:eastAsia="ko-KR"/>
              </w:rPr>
              <w:t>(</w:t>
            </w:r>
            <w:r w:rsidRPr="00ED7539">
              <w:rPr>
                <w:rFonts w:ascii="휴먼명조" w:eastAsia="휴먼명조" w:hAnsi="굴림" w:cs="굴림" w:hint="eastAsia"/>
                <w:b/>
                <w:bCs/>
                <w:color w:val="000000"/>
                <w:spacing w:val="-8"/>
                <w:w w:val="97"/>
                <w:szCs w:val="20"/>
                <w:lang w:eastAsia="ko-KR"/>
              </w:rPr>
              <w:t>조회</w:t>
            </w:r>
            <w:r w:rsidRPr="00ED7539">
              <w:rPr>
                <w:rFonts w:ascii="HCI Poppy" w:eastAsia="휴먼명조" w:hAnsi="HCI Poppy" w:cs="굴림"/>
                <w:b/>
                <w:bCs/>
                <w:color w:val="000000"/>
                <w:spacing w:val="-8"/>
                <w:w w:val="97"/>
                <w:szCs w:val="20"/>
                <w:lang w:eastAsia="ko-KR"/>
              </w:rPr>
              <w:t>)</w:t>
            </w:r>
            <w:r w:rsidRPr="00ED7539">
              <w:rPr>
                <w:rFonts w:ascii="휴먼명조" w:eastAsia="휴먼명조" w:hAnsi="굴림" w:cs="굴림" w:hint="eastAsia"/>
                <w:b/>
                <w:bCs/>
                <w:color w:val="000000"/>
                <w:spacing w:val="-8"/>
                <w:w w:val="97"/>
                <w:szCs w:val="20"/>
                <w:lang w:eastAsia="ko-KR"/>
              </w:rPr>
              <w:t>에 관한 사항</w:t>
            </w:r>
            <w:r w:rsidRPr="00ED7539">
              <w:rPr>
                <w:rFonts w:ascii="HCI Poppy" w:eastAsia="휴먼명조" w:hAnsi="HCI Poppy" w:cs="굴림"/>
                <w:color w:val="000000"/>
                <w:szCs w:val="20"/>
                <w:lang w:eastAsia="ko-KR"/>
              </w:rPr>
              <w:t>(</w:t>
            </w:r>
            <w:r w:rsidRPr="00ED7539">
              <w:rPr>
                <w:rFonts w:ascii="휴먼명조" w:eastAsia="휴먼명조" w:hAnsi="굴림" w:cs="굴림" w:hint="eastAsia"/>
                <w:color w:val="000000"/>
                <w:szCs w:val="20"/>
                <w:lang w:eastAsia="ko-KR"/>
              </w:rPr>
              <w:t>선택사항</w:t>
            </w:r>
            <w:r w:rsidRPr="00ED7539">
              <w:rPr>
                <w:rFonts w:ascii="HCI Poppy" w:eastAsia="휴먼명조" w:hAnsi="HCI Poppy" w:cs="굴림"/>
                <w:color w:val="000000"/>
                <w:szCs w:val="20"/>
                <w:lang w:eastAsia="ko-KR"/>
              </w:rPr>
              <w:t>)</w:t>
            </w:r>
          </w:p>
          <w:p w:rsidR="003F7D5C" w:rsidRPr="00ED7539" w:rsidRDefault="003F7D5C" w:rsidP="00C51585">
            <w:pPr>
              <w:ind w:left="238" w:hanging="238"/>
              <w:textAlignment w:val="baseline"/>
              <w:rPr>
                <w:rFonts w:ascii="함초롬바탕" w:eastAsia="굴림" w:hAnsi="굴림" w:cs="굴림"/>
                <w:color w:val="000000"/>
                <w:spacing w:val="-20"/>
                <w:w w:val="85"/>
                <w:sz w:val="6"/>
                <w:szCs w:val="6"/>
                <w:lang w:eastAsia="ko-KR"/>
              </w:rPr>
            </w:pPr>
          </w:p>
          <w:p w:rsidR="003F7D5C" w:rsidRPr="00BD2806" w:rsidRDefault="003F7D5C" w:rsidP="004666D8">
            <w:pPr>
              <w:ind w:leftChars="200" w:left="400"/>
              <w:textAlignment w:val="baseline"/>
              <w:rPr>
                <w:rFonts w:ascii="함초롬바탕" w:eastAsia="굴림" w:hAnsi="굴림" w:cs="굴림"/>
                <w:color w:val="000000"/>
                <w:sz w:val="17"/>
                <w:szCs w:val="17"/>
                <w:lang w:eastAsia="ko-KR"/>
              </w:rPr>
            </w:pPr>
            <w:r w:rsidRPr="00BD2806">
              <w:rPr>
                <w:rFonts w:ascii="한양중고딕" w:eastAsia="한양중고딕" w:hAnsi="굴림" w:cs="굴림" w:hint="eastAsia"/>
                <w:color w:val="000000"/>
                <w:spacing w:val="-8"/>
                <w:sz w:val="17"/>
                <w:szCs w:val="17"/>
                <w:lang w:eastAsia="ko-KR"/>
              </w:rPr>
              <w:t xml:space="preserve">금융회사가 보유한 귀사(귀하)에 대한 신용정보를 </w:t>
            </w:r>
            <w:proofErr w:type="spellStart"/>
            <w:r w:rsidRPr="00BD2806">
              <w:rPr>
                <w:rFonts w:ascii="한양중고딕" w:eastAsia="한양중고딕" w:hAnsi="굴림" w:cs="굴림" w:hint="eastAsia"/>
                <w:color w:val="000000"/>
                <w:spacing w:val="-8"/>
                <w:sz w:val="17"/>
                <w:szCs w:val="17"/>
                <w:lang w:eastAsia="ko-KR"/>
              </w:rPr>
              <w:t>중진공이</w:t>
            </w:r>
            <w:proofErr w:type="spellEnd"/>
            <w:r w:rsidRPr="00BD2806">
              <w:rPr>
                <w:rFonts w:ascii="한양중고딕" w:eastAsia="한양중고딕" w:hAnsi="굴림" w:cs="굴림" w:hint="eastAsia"/>
                <w:color w:val="000000"/>
                <w:spacing w:val="-8"/>
                <w:sz w:val="17"/>
                <w:szCs w:val="17"/>
                <w:lang w:eastAsia="ko-KR"/>
              </w:rPr>
              <w:t xml:space="preserve"> 제공받고자 하는 경우에는 개인정보 보호법 제17조 제1항, 제24조 제1항 및 신용정보의 이용 및 보호에 관한 법률 제32조 제1항, 제34조에 따라 본인의 동의가 필요합니다. 이에 본인은 아래의 내용과 같이 금융회사가 본인의 신용정보를 </w:t>
            </w:r>
            <w:proofErr w:type="spellStart"/>
            <w:r w:rsidRPr="00BD2806">
              <w:rPr>
                <w:rFonts w:ascii="한양중고딕" w:eastAsia="한양중고딕" w:hAnsi="굴림" w:cs="굴림" w:hint="eastAsia"/>
                <w:color w:val="000000"/>
                <w:spacing w:val="-8"/>
                <w:sz w:val="17"/>
                <w:szCs w:val="17"/>
                <w:lang w:eastAsia="ko-KR"/>
              </w:rPr>
              <w:t>중진공에</w:t>
            </w:r>
            <w:proofErr w:type="spellEnd"/>
            <w:r w:rsidRPr="00BD2806">
              <w:rPr>
                <w:rFonts w:ascii="한양중고딕" w:eastAsia="한양중고딕" w:hAnsi="굴림" w:cs="굴림" w:hint="eastAsia"/>
                <w:color w:val="000000"/>
                <w:spacing w:val="-8"/>
                <w:sz w:val="17"/>
                <w:szCs w:val="17"/>
                <w:lang w:eastAsia="ko-KR"/>
              </w:rPr>
              <w:t xml:space="preserve"> 제공하는 것에 동의합니다.</w:t>
            </w:r>
          </w:p>
          <w:tbl>
            <w:tblPr>
              <w:tblOverlap w:val="never"/>
              <w:tblW w:w="0" w:type="auto"/>
              <w:jc w:val="right"/>
              <w:tblCellMar>
                <w:top w:w="15" w:type="dxa"/>
                <w:left w:w="15" w:type="dxa"/>
                <w:bottom w:w="15" w:type="dxa"/>
                <w:right w:w="15" w:type="dxa"/>
              </w:tblCellMar>
              <w:tblLook w:val="04A0" w:firstRow="1" w:lastRow="0" w:firstColumn="1" w:lastColumn="0" w:noHBand="0" w:noVBand="1"/>
            </w:tblPr>
            <w:tblGrid>
              <w:gridCol w:w="1968"/>
              <w:gridCol w:w="7236"/>
            </w:tblGrid>
            <w:tr w:rsidR="003F7D5C" w:rsidRPr="00E471C8" w:rsidTr="00B51B78">
              <w:trPr>
                <w:trHeight w:val="453"/>
                <w:jc w:val="right"/>
              </w:trPr>
              <w:tc>
                <w:tcPr>
                  <w:tcW w:w="1968" w:type="dxa"/>
                  <w:tcBorders>
                    <w:top w:val="single" w:sz="12" w:space="0" w:color="auto"/>
                    <w:left w:val="single" w:sz="12" w:space="0" w:color="auto"/>
                    <w:bottom w:val="single" w:sz="4" w:space="0" w:color="000000"/>
                    <w:right w:val="single" w:sz="2" w:space="0" w:color="000000"/>
                  </w:tcBorders>
                  <w:tcMar>
                    <w:top w:w="28" w:type="dxa"/>
                    <w:left w:w="28" w:type="dxa"/>
                    <w:bottom w:w="28" w:type="dxa"/>
                    <w:right w:w="28" w:type="dxa"/>
                  </w:tcMar>
                  <w:vAlign w:val="center"/>
                  <w:hideMark/>
                </w:tcPr>
                <w:p w:rsidR="003F7D5C" w:rsidRPr="008938AC" w:rsidRDefault="003F7D5C" w:rsidP="00C51585">
                  <w:pPr>
                    <w:spacing w:line="288" w:lineRule="auto"/>
                    <w:ind w:left="40" w:right="40"/>
                    <w:jc w:val="center"/>
                    <w:textAlignment w:val="baseline"/>
                    <w:rPr>
                      <w:rFonts w:ascii="함초롬바탕" w:eastAsia="굴림" w:hAnsi="굴림" w:cs="굴림"/>
                      <w:color w:val="000000"/>
                      <w:sz w:val="18"/>
                      <w:szCs w:val="18"/>
                    </w:rPr>
                  </w:pPr>
                  <w:proofErr w:type="spellStart"/>
                  <w:r w:rsidRPr="008938AC">
                    <w:rPr>
                      <w:rFonts w:ascii="한양중고딕" w:eastAsia="한양중고딕" w:hAnsi="굴림" w:cs="굴림" w:hint="eastAsia"/>
                      <w:color w:val="000000"/>
                      <w:spacing w:val="-20"/>
                      <w:w w:val="85"/>
                      <w:sz w:val="18"/>
                      <w:szCs w:val="18"/>
                    </w:rPr>
                    <w:t>제공</w:t>
                  </w:r>
                  <w:proofErr w:type="spellEnd"/>
                  <w:r w:rsidRPr="008938AC">
                    <w:rPr>
                      <w:rFonts w:ascii="한양중고딕" w:eastAsia="한양중고딕" w:hAnsi="굴림" w:cs="굴림" w:hint="eastAsia"/>
                      <w:color w:val="000000"/>
                      <w:spacing w:val="-20"/>
                      <w:w w:val="85"/>
                      <w:sz w:val="18"/>
                      <w:szCs w:val="18"/>
                    </w:rPr>
                    <w:t>(</w:t>
                  </w:r>
                  <w:proofErr w:type="spellStart"/>
                  <w:r w:rsidRPr="008938AC">
                    <w:rPr>
                      <w:rFonts w:ascii="한양중고딕" w:eastAsia="한양중고딕" w:hAnsi="굴림" w:cs="굴림" w:hint="eastAsia"/>
                      <w:color w:val="000000"/>
                      <w:spacing w:val="-20"/>
                      <w:w w:val="85"/>
                      <w:sz w:val="18"/>
                      <w:szCs w:val="18"/>
                    </w:rPr>
                    <w:t>조회</w:t>
                  </w:r>
                  <w:proofErr w:type="spellEnd"/>
                  <w:r w:rsidRPr="008938AC">
                    <w:rPr>
                      <w:rFonts w:ascii="한양중고딕" w:eastAsia="한양중고딕" w:hAnsi="굴림" w:cs="굴림" w:hint="eastAsia"/>
                      <w:color w:val="000000"/>
                      <w:spacing w:val="-20"/>
                      <w:w w:val="85"/>
                      <w:sz w:val="18"/>
                      <w:szCs w:val="18"/>
                    </w:rPr>
                    <w:t xml:space="preserve">) </w:t>
                  </w:r>
                  <w:proofErr w:type="spellStart"/>
                  <w:r w:rsidRPr="008938AC">
                    <w:rPr>
                      <w:rFonts w:ascii="한양중고딕" w:eastAsia="한양중고딕" w:hAnsi="굴림" w:cs="굴림" w:hint="eastAsia"/>
                      <w:color w:val="000000"/>
                      <w:spacing w:val="-20"/>
                      <w:w w:val="85"/>
                      <w:sz w:val="18"/>
                      <w:szCs w:val="18"/>
                    </w:rPr>
                    <w:t>대상</w:t>
                  </w:r>
                  <w:proofErr w:type="spellEnd"/>
                  <w:r w:rsidRPr="008938AC">
                    <w:rPr>
                      <w:rFonts w:ascii="한양중고딕" w:eastAsia="한양중고딕" w:hAnsi="굴림" w:cs="굴림" w:hint="eastAsia"/>
                      <w:color w:val="000000"/>
                      <w:spacing w:val="-20"/>
                      <w:w w:val="85"/>
                      <w:sz w:val="18"/>
                      <w:szCs w:val="18"/>
                    </w:rPr>
                    <w:t xml:space="preserve"> </w:t>
                  </w:r>
                  <w:proofErr w:type="spellStart"/>
                  <w:r w:rsidRPr="008938AC">
                    <w:rPr>
                      <w:rFonts w:ascii="한양중고딕" w:eastAsia="한양중고딕" w:hAnsi="굴림" w:cs="굴림" w:hint="eastAsia"/>
                      <w:color w:val="000000"/>
                      <w:spacing w:val="-20"/>
                      <w:w w:val="85"/>
                      <w:sz w:val="18"/>
                      <w:szCs w:val="18"/>
                    </w:rPr>
                    <w:t>기관</w:t>
                  </w:r>
                  <w:proofErr w:type="spellEnd"/>
                </w:p>
              </w:tc>
              <w:tc>
                <w:tcPr>
                  <w:tcW w:w="7236" w:type="dxa"/>
                  <w:tcBorders>
                    <w:top w:val="single" w:sz="12" w:space="0" w:color="auto"/>
                    <w:left w:val="single" w:sz="2" w:space="0" w:color="000000"/>
                    <w:bottom w:val="single" w:sz="6" w:space="0" w:color="000000"/>
                    <w:right w:val="single" w:sz="12" w:space="0" w:color="auto"/>
                  </w:tcBorders>
                  <w:shd w:val="clear" w:color="auto" w:fill="FFFFFF"/>
                  <w:tcMar>
                    <w:top w:w="22" w:type="dxa"/>
                    <w:left w:w="24" w:type="dxa"/>
                    <w:bottom w:w="0" w:type="dxa"/>
                    <w:right w:w="21" w:type="dxa"/>
                  </w:tcMar>
                  <w:vAlign w:val="center"/>
                  <w:hideMark/>
                </w:tcPr>
                <w:p w:rsidR="003F7D5C" w:rsidRPr="00172942" w:rsidRDefault="003F7D5C" w:rsidP="007226F8">
                  <w:pPr>
                    <w:spacing w:line="288" w:lineRule="auto"/>
                    <w:ind w:right="40"/>
                    <w:textAlignment w:val="baseline"/>
                    <w:rPr>
                      <w:rFonts w:ascii="함초롬바탕" w:eastAsia="굴림" w:hAnsi="굴림" w:cs="굴림"/>
                      <w:color w:val="000000"/>
                      <w:sz w:val="17"/>
                      <w:szCs w:val="17"/>
                      <w:lang w:eastAsia="ko-KR"/>
                    </w:rPr>
                  </w:pPr>
                  <w:r w:rsidRPr="00172942">
                    <w:rPr>
                      <w:rFonts w:ascii="한양중고딕" w:eastAsia="한양중고딕" w:hAnsi="굴림" w:cs="굴림" w:hint="eastAsia"/>
                      <w:color w:val="000000"/>
                      <w:spacing w:val="-20"/>
                      <w:w w:val="85"/>
                      <w:sz w:val="17"/>
                      <w:szCs w:val="17"/>
                      <w:lang w:eastAsia="ko-KR"/>
                    </w:rPr>
                    <w:t>- 대출보유기관 및 금융회사</w:t>
                  </w:r>
                  <w:r w:rsidR="009F2C9F">
                    <w:rPr>
                      <w:rFonts w:ascii="한양중고딕" w:eastAsia="한양중고딕" w:hAnsi="굴림" w:cs="굴림" w:hint="eastAsia"/>
                      <w:color w:val="000000"/>
                      <w:spacing w:val="-20"/>
                      <w:w w:val="85"/>
                      <w:sz w:val="17"/>
                      <w:szCs w:val="17"/>
                      <w:lang w:eastAsia="ko-KR"/>
                    </w:rPr>
                    <w:t xml:space="preserve">                                                                                                                                                  </w:t>
                  </w:r>
                  <w:r w:rsidRPr="00172942">
                    <w:rPr>
                      <w:rFonts w:ascii="함초롬바탕" w:eastAsia="한양중고딕" w:hAnsi="굴림" w:cs="굴림"/>
                      <w:color w:val="000000"/>
                      <w:spacing w:val="-20"/>
                      <w:w w:val="85"/>
                      <w:sz w:val="17"/>
                      <w:szCs w:val="17"/>
                      <w:vertAlign w:val="subscript"/>
                      <w:lang w:eastAsia="ko-KR"/>
                    </w:rPr>
                    <w:t xml:space="preserve"> </w:t>
                  </w:r>
                  <w:r w:rsidRPr="009F2C9F">
                    <w:rPr>
                      <w:rFonts w:ascii="한양중고딕" w:eastAsia="한양중고딕" w:hAnsi="한양중고딕" w:cs="굴림" w:hint="eastAsia"/>
                      <w:color w:val="000000"/>
                      <w:spacing w:val="-20"/>
                      <w:w w:val="85"/>
                      <w:position w:val="8"/>
                      <w:sz w:val="17"/>
                      <w:szCs w:val="17"/>
                      <w:vertAlign w:val="superscript"/>
                      <w:lang w:eastAsia="ko-KR"/>
                    </w:rPr>
                    <w:t xml:space="preserve">※ </w:t>
                  </w:r>
                  <w:r w:rsidRPr="009F2C9F">
                    <w:rPr>
                      <w:rFonts w:ascii="한양중고딕" w:eastAsia="한양중고딕" w:hAnsi="굴림" w:cs="굴림" w:hint="eastAsia"/>
                      <w:color w:val="000000"/>
                      <w:spacing w:val="-20"/>
                      <w:w w:val="85"/>
                      <w:position w:val="8"/>
                      <w:sz w:val="17"/>
                      <w:szCs w:val="17"/>
                      <w:vertAlign w:val="superscript"/>
                      <w:lang w:eastAsia="ko-KR"/>
                    </w:rPr>
                    <w:t>거래가 있는 금융회사 등을 모두 적어주세요</w:t>
                  </w:r>
                  <w:r w:rsidRPr="00172942">
                    <w:rPr>
                      <w:rFonts w:ascii="함초롬바탕" w:eastAsia="한양중고딕" w:hAnsi="굴림" w:cs="굴림"/>
                      <w:color w:val="000000"/>
                      <w:spacing w:val="-20"/>
                      <w:w w:val="85"/>
                      <w:sz w:val="17"/>
                      <w:szCs w:val="17"/>
                      <w:u w:val="single" w:color="000000"/>
                      <w:lang w:eastAsia="ko-KR"/>
                    </w:rPr>
                    <w:t xml:space="preserve"> </w:t>
                  </w:r>
                </w:p>
              </w:tc>
            </w:tr>
            <w:tr w:rsidR="003F7D5C" w:rsidRPr="00E471C8" w:rsidTr="00B51B78">
              <w:trPr>
                <w:trHeight w:val="509"/>
                <w:jc w:val="right"/>
              </w:trPr>
              <w:tc>
                <w:tcPr>
                  <w:tcW w:w="1968" w:type="dxa"/>
                  <w:tcBorders>
                    <w:top w:val="single" w:sz="4" w:space="0" w:color="000000"/>
                    <w:left w:val="single" w:sz="12" w:space="0" w:color="auto"/>
                    <w:bottom w:val="single" w:sz="4" w:space="0" w:color="000000"/>
                    <w:right w:val="single" w:sz="2" w:space="0" w:color="000000"/>
                  </w:tcBorders>
                  <w:tcMar>
                    <w:top w:w="28" w:type="dxa"/>
                    <w:left w:w="28" w:type="dxa"/>
                    <w:bottom w:w="28" w:type="dxa"/>
                    <w:right w:w="28" w:type="dxa"/>
                  </w:tcMar>
                  <w:vAlign w:val="center"/>
                  <w:hideMark/>
                </w:tcPr>
                <w:p w:rsidR="003F7D5C" w:rsidRPr="008938AC" w:rsidRDefault="003F7D5C" w:rsidP="00C51585">
                  <w:pPr>
                    <w:spacing w:line="288" w:lineRule="auto"/>
                    <w:ind w:left="40" w:right="40"/>
                    <w:jc w:val="center"/>
                    <w:textAlignment w:val="baseline"/>
                    <w:rPr>
                      <w:rFonts w:ascii="함초롬바탕" w:eastAsia="굴림" w:hAnsi="굴림" w:cs="굴림"/>
                      <w:color w:val="000000"/>
                      <w:sz w:val="18"/>
                      <w:szCs w:val="18"/>
                    </w:rPr>
                  </w:pPr>
                  <w:proofErr w:type="spellStart"/>
                  <w:r w:rsidRPr="008938AC">
                    <w:rPr>
                      <w:rFonts w:ascii="한양중고딕" w:eastAsia="한양중고딕" w:hAnsi="굴림" w:cs="굴림" w:hint="eastAsia"/>
                      <w:color w:val="000000"/>
                      <w:spacing w:val="-20"/>
                      <w:w w:val="85"/>
                      <w:sz w:val="18"/>
                      <w:szCs w:val="18"/>
                    </w:rPr>
                    <w:t>제공</w:t>
                  </w:r>
                  <w:proofErr w:type="spellEnd"/>
                  <w:r w:rsidRPr="008938AC">
                    <w:rPr>
                      <w:rFonts w:ascii="한양중고딕" w:eastAsia="한양중고딕" w:hAnsi="굴림" w:cs="굴림" w:hint="eastAsia"/>
                      <w:color w:val="000000"/>
                      <w:spacing w:val="-20"/>
                      <w:w w:val="85"/>
                      <w:sz w:val="18"/>
                      <w:szCs w:val="18"/>
                    </w:rPr>
                    <w:t>(</w:t>
                  </w:r>
                  <w:proofErr w:type="spellStart"/>
                  <w:r w:rsidRPr="008938AC">
                    <w:rPr>
                      <w:rFonts w:ascii="한양중고딕" w:eastAsia="한양중고딕" w:hAnsi="굴림" w:cs="굴림" w:hint="eastAsia"/>
                      <w:color w:val="000000"/>
                      <w:spacing w:val="-20"/>
                      <w:w w:val="85"/>
                      <w:sz w:val="18"/>
                      <w:szCs w:val="18"/>
                    </w:rPr>
                    <w:t>조회</w:t>
                  </w:r>
                  <w:proofErr w:type="spellEnd"/>
                  <w:r w:rsidRPr="008938AC">
                    <w:rPr>
                      <w:rFonts w:ascii="한양중고딕" w:eastAsia="한양중고딕" w:hAnsi="굴림" w:cs="굴림" w:hint="eastAsia"/>
                      <w:color w:val="000000"/>
                      <w:spacing w:val="-20"/>
                      <w:w w:val="85"/>
                      <w:sz w:val="18"/>
                      <w:szCs w:val="18"/>
                    </w:rPr>
                    <w:t xml:space="preserve">)의 </w:t>
                  </w:r>
                  <w:proofErr w:type="spellStart"/>
                  <w:r w:rsidRPr="008938AC">
                    <w:rPr>
                      <w:rFonts w:ascii="한양중고딕" w:eastAsia="한양중고딕" w:hAnsi="굴림" w:cs="굴림" w:hint="eastAsia"/>
                      <w:color w:val="000000"/>
                      <w:spacing w:val="-20"/>
                      <w:w w:val="85"/>
                      <w:sz w:val="18"/>
                      <w:szCs w:val="18"/>
                    </w:rPr>
                    <w:t>목적</w:t>
                  </w:r>
                  <w:proofErr w:type="spellEnd"/>
                </w:p>
              </w:tc>
              <w:tc>
                <w:tcPr>
                  <w:tcW w:w="7236" w:type="dxa"/>
                  <w:tcBorders>
                    <w:top w:val="single" w:sz="6" w:space="0" w:color="000000"/>
                    <w:left w:val="single" w:sz="2" w:space="0" w:color="000000"/>
                    <w:bottom w:val="single" w:sz="6" w:space="0" w:color="000000"/>
                    <w:right w:val="single" w:sz="12" w:space="0" w:color="auto"/>
                  </w:tcBorders>
                  <w:shd w:val="clear" w:color="auto" w:fill="FFFFFF"/>
                  <w:tcMar>
                    <w:top w:w="0" w:type="dxa"/>
                    <w:left w:w="0" w:type="dxa"/>
                    <w:bottom w:w="0" w:type="dxa"/>
                    <w:right w:w="22" w:type="dxa"/>
                  </w:tcMar>
                  <w:vAlign w:val="center"/>
                  <w:hideMark/>
                </w:tcPr>
                <w:p w:rsidR="003F7D5C" w:rsidRPr="00172942" w:rsidRDefault="003F7D5C" w:rsidP="00172942">
                  <w:pPr>
                    <w:spacing w:line="288" w:lineRule="auto"/>
                    <w:ind w:right="40"/>
                    <w:textAlignment w:val="baseline"/>
                    <w:rPr>
                      <w:rFonts w:ascii="함초롬바탕" w:eastAsia="굴림" w:hAnsi="굴림" w:cs="굴림"/>
                      <w:color w:val="000000"/>
                      <w:sz w:val="17"/>
                      <w:szCs w:val="17"/>
                      <w:lang w:eastAsia="ko-KR"/>
                    </w:rPr>
                  </w:pPr>
                  <w:r w:rsidRPr="00172942">
                    <w:rPr>
                      <w:rFonts w:ascii="한양중고딕" w:eastAsia="한양중고딕" w:hAnsi="굴림" w:cs="굴림" w:hint="eastAsia"/>
                      <w:color w:val="000000"/>
                      <w:spacing w:val="-20"/>
                      <w:w w:val="85"/>
                      <w:sz w:val="17"/>
                      <w:szCs w:val="17"/>
                      <w:lang w:eastAsia="ko-KR"/>
                    </w:rPr>
                    <w:t xml:space="preserve">- </w:t>
                  </w:r>
                  <w:r w:rsidRPr="00172942">
                    <w:rPr>
                      <w:rFonts w:ascii="한양중고딕" w:eastAsia="한양중고딕" w:hAnsi="굴림" w:cs="굴림" w:hint="eastAsia"/>
                      <w:color w:val="000000"/>
                      <w:spacing w:val="-16"/>
                      <w:w w:val="85"/>
                      <w:sz w:val="17"/>
                      <w:szCs w:val="17"/>
                      <w:lang w:eastAsia="ko-KR"/>
                    </w:rPr>
                    <w:t xml:space="preserve">신용을 판단하기 위한 자료로 활용, (금융)거래의 </w:t>
                  </w:r>
                  <w:proofErr w:type="spellStart"/>
                  <w:r w:rsidRPr="00172942">
                    <w:rPr>
                      <w:rFonts w:ascii="한양중고딕" w:eastAsia="한양중고딕" w:hAnsi="굴림" w:cs="굴림" w:hint="eastAsia"/>
                      <w:color w:val="000000"/>
                      <w:spacing w:val="-16"/>
                      <w:w w:val="85"/>
                      <w:sz w:val="17"/>
                      <w:szCs w:val="17"/>
                      <w:lang w:eastAsia="ko-KR"/>
                    </w:rPr>
                    <w:t>설정·유지·이행·관리에</w:t>
                  </w:r>
                  <w:proofErr w:type="spellEnd"/>
                  <w:r w:rsidRPr="00172942">
                    <w:rPr>
                      <w:rFonts w:ascii="한양중고딕" w:eastAsia="한양중고딕" w:hAnsi="굴림" w:cs="굴림" w:hint="eastAsia"/>
                      <w:color w:val="000000"/>
                      <w:spacing w:val="-16"/>
                      <w:w w:val="85"/>
                      <w:sz w:val="17"/>
                      <w:szCs w:val="17"/>
                      <w:lang w:eastAsia="ko-KR"/>
                    </w:rPr>
                    <w:t xml:space="preserve"> 필요한 업무의</w:t>
                  </w:r>
                  <w:r w:rsidRPr="00172942">
                    <w:rPr>
                      <w:rFonts w:ascii="함초롬바탕" w:eastAsia="한양중고딕" w:hAnsi="굴림" w:cs="굴림"/>
                      <w:color w:val="000000"/>
                      <w:spacing w:val="-6"/>
                      <w:w w:val="85"/>
                      <w:sz w:val="17"/>
                      <w:szCs w:val="17"/>
                      <w:lang w:eastAsia="ko-KR"/>
                    </w:rPr>
                    <w:t xml:space="preserve"> </w:t>
                  </w:r>
                  <w:r w:rsidRPr="00172942">
                    <w:rPr>
                      <w:rFonts w:ascii="한양중고딕" w:eastAsia="한양중고딕" w:hAnsi="굴림" w:cs="굴림" w:hint="eastAsia"/>
                      <w:color w:val="000000"/>
                      <w:spacing w:val="-16"/>
                      <w:w w:val="85"/>
                      <w:sz w:val="17"/>
                      <w:szCs w:val="17"/>
                      <w:lang w:eastAsia="ko-KR"/>
                    </w:rPr>
                    <w:t xml:space="preserve">수행, 중소기업 </w:t>
                  </w:r>
                  <w:proofErr w:type="spellStart"/>
                  <w:r w:rsidRPr="00172942">
                    <w:rPr>
                      <w:rFonts w:ascii="한양중고딕" w:eastAsia="한양중고딕" w:hAnsi="굴림" w:cs="굴림" w:hint="eastAsia"/>
                      <w:color w:val="000000"/>
                      <w:spacing w:val="-16"/>
                      <w:w w:val="85"/>
                      <w:sz w:val="17"/>
                      <w:szCs w:val="17"/>
                      <w:lang w:eastAsia="ko-KR"/>
                    </w:rPr>
                    <w:t>정책자금·기업진단·연계지원</w:t>
                  </w:r>
                  <w:proofErr w:type="spellEnd"/>
                  <w:r w:rsidRPr="00172942">
                    <w:rPr>
                      <w:rFonts w:ascii="한양중고딕" w:eastAsia="한양중고딕" w:hAnsi="굴림" w:cs="굴림" w:hint="eastAsia"/>
                      <w:color w:val="000000"/>
                      <w:spacing w:val="-16"/>
                      <w:w w:val="85"/>
                      <w:sz w:val="17"/>
                      <w:szCs w:val="17"/>
                      <w:lang w:eastAsia="ko-KR"/>
                    </w:rPr>
                    <w:t xml:space="preserve"> 관련하여 필요한 업무의 수행</w:t>
                  </w:r>
                </w:p>
              </w:tc>
            </w:tr>
            <w:tr w:rsidR="003F7D5C" w:rsidRPr="00E471C8" w:rsidTr="00B51B78">
              <w:trPr>
                <w:trHeight w:val="347"/>
                <w:jc w:val="right"/>
              </w:trPr>
              <w:tc>
                <w:tcPr>
                  <w:tcW w:w="1968" w:type="dxa"/>
                  <w:tcBorders>
                    <w:top w:val="single" w:sz="4" w:space="0" w:color="000000"/>
                    <w:left w:val="single" w:sz="12" w:space="0" w:color="auto"/>
                    <w:bottom w:val="single" w:sz="4" w:space="0" w:color="000000"/>
                    <w:right w:val="single" w:sz="2" w:space="0" w:color="000000"/>
                  </w:tcBorders>
                  <w:tcMar>
                    <w:top w:w="28" w:type="dxa"/>
                    <w:left w:w="28" w:type="dxa"/>
                    <w:bottom w:w="28" w:type="dxa"/>
                    <w:right w:w="28" w:type="dxa"/>
                  </w:tcMar>
                  <w:vAlign w:val="center"/>
                  <w:hideMark/>
                </w:tcPr>
                <w:p w:rsidR="003F7D5C" w:rsidRPr="008938AC" w:rsidRDefault="003F7D5C" w:rsidP="00C51585">
                  <w:pPr>
                    <w:spacing w:line="288" w:lineRule="auto"/>
                    <w:ind w:left="40" w:right="40"/>
                    <w:jc w:val="center"/>
                    <w:textAlignment w:val="baseline"/>
                    <w:rPr>
                      <w:rFonts w:ascii="함초롬바탕" w:eastAsia="굴림" w:hAnsi="굴림" w:cs="굴림"/>
                      <w:color w:val="000000"/>
                      <w:sz w:val="18"/>
                      <w:szCs w:val="18"/>
                      <w:lang w:eastAsia="ko-KR"/>
                    </w:rPr>
                  </w:pPr>
                  <w:r w:rsidRPr="008938AC">
                    <w:rPr>
                      <w:rFonts w:ascii="한양중고딕" w:eastAsia="한양중고딕" w:hAnsi="굴림" w:cs="굴림" w:hint="eastAsia"/>
                      <w:color w:val="000000"/>
                      <w:spacing w:val="-20"/>
                      <w:w w:val="85"/>
                      <w:sz w:val="18"/>
                      <w:szCs w:val="18"/>
                      <w:lang w:eastAsia="ko-KR"/>
                    </w:rPr>
                    <w:t>제공(조회)할 정보의 항목</w:t>
                  </w:r>
                </w:p>
              </w:tc>
              <w:tc>
                <w:tcPr>
                  <w:tcW w:w="7236" w:type="dxa"/>
                  <w:tcBorders>
                    <w:top w:val="single" w:sz="6" w:space="0" w:color="000000"/>
                    <w:left w:val="single" w:sz="2" w:space="0" w:color="000000"/>
                    <w:bottom w:val="single" w:sz="6" w:space="0" w:color="000000"/>
                    <w:right w:val="single" w:sz="12" w:space="0" w:color="auto"/>
                  </w:tcBorders>
                  <w:shd w:val="clear" w:color="auto" w:fill="FFFFFF"/>
                  <w:tcMar>
                    <w:top w:w="0" w:type="dxa"/>
                    <w:left w:w="0" w:type="dxa"/>
                    <w:bottom w:w="0" w:type="dxa"/>
                    <w:right w:w="22" w:type="dxa"/>
                  </w:tcMar>
                  <w:vAlign w:val="center"/>
                  <w:hideMark/>
                </w:tcPr>
                <w:p w:rsidR="003F7D5C" w:rsidRPr="00172942" w:rsidRDefault="003F7D5C" w:rsidP="00172942">
                  <w:pPr>
                    <w:spacing w:line="264" w:lineRule="auto"/>
                    <w:ind w:right="40"/>
                    <w:textAlignment w:val="baseline"/>
                    <w:rPr>
                      <w:rFonts w:ascii="함초롬바탕" w:eastAsia="굴림" w:hAnsi="굴림" w:cs="굴림"/>
                      <w:color w:val="000000"/>
                      <w:sz w:val="17"/>
                      <w:szCs w:val="17"/>
                      <w:lang w:eastAsia="ko-KR"/>
                    </w:rPr>
                  </w:pPr>
                  <w:r w:rsidRPr="00172942">
                    <w:rPr>
                      <w:rFonts w:ascii="한양중고딕" w:eastAsia="한양중고딕" w:hAnsi="굴림" w:cs="굴림" w:hint="eastAsia"/>
                      <w:color w:val="000000"/>
                      <w:spacing w:val="-20"/>
                      <w:w w:val="85"/>
                      <w:sz w:val="17"/>
                      <w:szCs w:val="17"/>
                      <w:lang w:eastAsia="ko-KR"/>
                    </w:rPr>
                    <w:t>- 성명, 고유식별정보, 주소, 전자우편주소, 연락처</w:t>
                  </w:r>
                </w:p>
                <w:p w:rsidR="003F7D5C" w:rsidRPr="0051152D" w:rsidRDefault="003F7D5C" w:rsidP="00172942">
                  <w:pPr>
                    <w:spacing w:line="264" w:lineRule="auto"/>
                    <w:ind w:right="40"/>
                    <w:textAlignment w:val="baseline"/>
                    <w:rPr>
                      <w:rFonts w:ascii="함초롬바탕" w:eastAsia="굴림" w:hAnsi="굴림" w:cs="굴림"/>
                      <w:color w:val="000000"/>
                      <w:w w:val="90"/>
                      <w:sz w:val="17"/>
                      <w:szCs w:val="17"/>
                      <w:lang w:eastAsia="ko-KR"/>
                    </w:rPr>
                  </w:pPr>
                  <w:r w:rsidRPr="0051152D">
                    <w:rPr>
                      <w:rFonts w:ascii="한양중고딕" w:eastAsia="한양중고딕" w:hAnsi="굴림" w:cs="굴림" w:hint="eastAsia"/>
                      <w:color w:val="000000"/>
                      <w:spacing w:val="-20"/>
                      <w:w w:val="90"/>
                      <w:sz w:val="17"/>
                      <w:szCs w:val="17"/>
                      <w:lang w:eastAsia="ko-KR"/>
                    </w:rPr>
                    <w:t xml:space="preserve">- </w:t>
                  </w:r>
                  <w:r w:rsidRPr="005E7785">
                    <w:rPr>
                      <w:rFonts w:ascii="한양중고딕" w:eastAsia="한양중고딕" w:hAnsi="굴림" w:cs="굴림" w:hint="eastAsia"/>
                      <w:color w:val="000000"/>
                      <w:spacing w:val="-46"/>
                      <w:sz w:val="17"/>
                      <w:szCs w:val="17"/>
                      <w:lang w:eastAsia="ko-KR"/>
                    </w:rPr>
                    <w:t xml:space="preserve">거래의 설정, 유지, 이행, 관리 등에 필요한 정보(대출, 보증, 담보, 연체 </w:t>
                  </w:r>
                  <w:r w:rsidRPr="005E7785">
                    <w:rPr>
                      <w:rFonts w:ascii="한양중고딕" w:eastAsia="한양중고딕" w:hAnsi="굴림" w:cs="굴림" w:hint="eastAsia"/>
                      <w:strike/>
                      <w:color w:val="000000"/>
                      <w:spacing w:val="-46"/>
                      <w:sz w:val="17"/>
                      <w:szCs w:val="17"/>
                      <w:lang w:eastAsia="ko-KR"/>
                    </w:rPr>
                    <w:t>등</w:t>
                  </w:r>
                  <w:r w:rsidRPr="005E7785">
                    <w:rPr>
                      <w:rFonts w:ascii="한양중고딕" w:eastAsia="한양중고딕" w:hAnsi="굴림" w:cs="굴림" w:hint="eastAsia"/>
                      <w:color w:val="000000"/>
                      <w:spacing w:val="-46"/>
                      <w:sz w:val="17"/>
                      <w:szCs w:val="17"/>
                      <w:lang w:eastAsia="ko-KR"/>
                    </w:rPr>
                    <w:t xml:space="preserve">에 대한 각종 일자, 금액, 종류, 용도, </w:t>
                  </w:r>
                  <w:proofErr w:type="spellStart"/>
                  <w:r w:rsidRPr="005E7785">
                    <w:rPr>
                      <w:rFonts w:ascii="한양중고딕" w:eastAsia="한양중고딕" w:hAnsi="굴림" w:cs="굴림" w:hint="eastAsia"/>
                      <w:color w:val="000000"/>
                      <w:spacing w:val="-46"/>
                      <w:sz w:val="17"/>
                      <w:szCs w:val="17"/>
                      <w:lang w:eastAsia="ko-KR"/>
                    </w:rPr>
                    <w:t>물건명</w:t>
                  </w:r>
                  <w:proofErr w:type="spellEnd"/>
                  <w:r w:rsidRPr="005E7785">
                    <w:rPr>
                      <w:rFonts w:ascii="한양중고딕" w:eastAsia="한양중고딕" w:hAnsi="굴림" w:cs="굴림" w:hint="eastAsia"/>
                      <w:color w:val="000000"/>
                      <w:spacing w:val="-46"/>
                      <w:sz w:val="17"/>
                      <w:szCs w:val="17"/>
                      <w:lang w:eastAsia="ko-KR"/>
                    </w:rPr>
                    <w:t xml:space="preserve">, 수량, 소유자, 순위, 설정자, </w:t>
                  </w:r>
                  <w:proofErr w:type="spellStart"/>
                  <w:r w:rsidRPr="005E7785">
                    <w:rPr>
                      <w:rFonts w:ascii="한양중고딕" w:eastAsia="한양중고딕" w:hAnsi="굴림" w:cs="굴림" w:hint="eastAsia"/>
                      <w:color w:val="000000"/>
                      <w:spacing w:val="-46"/>
                      <w:sz w:val="17"/>
                      <w:szCs w:val="17"/>
                      <w:lang w:eastAsia="ko-KR"/>
                    </w:rPr>
                    <w:t>연체여부</w:t>
                  </w:r>
                  <w:proofErr w:type="spellEnd"/>
                  <w:r w:rsidRPr="005E7785">
                    <w:rPr>
                      <w:rFonts w:ascii="한양중고딕" w:eastAsia="한양중고딕" w:hAnsi="굴림" w:cs="굴림" w:hint="eastAsia"/>
                      <w:color w:val="000000"/>
                      <w:spacing w:val="-46"/>
                      <w:sz w:val="17"/>
                      <w:szCs w:val="17"/>
                      <w:lang w:eastAsia="ko-KR"/>
                    </w:rPr>
                    <w:t xml:space="preserve">, </w:t>
                  </w:r>
                  <w:proofErr w:type="spellStart"/>
                  <w:r w:rsidRPr="005E7785">
                    <w:rPr>
                      <w:rFonts w:ascii="한양중고딕" w:eastAsia="한양중고딕" w:hAnsi="굴림" w:cs="굴림" w:hint="eastAsia"/>
                      <w:color w:val="000000"/>
                      <w:spacing w:val="-46"/>
                      <w:sz w:val="17"/>
                      <w:szCs w:val="17"/>
                      <w:lang w:eastAsia="ko-KR"/>
                    </w:rPr>
                    <w:t>부도여부</w:t>
                  </w:r>
                  <w:proofErr w:type="spellEnd"/>
                  <w:r w:rsidRPr="005E7785">
                    <w:rPr>
                      <w:rFonts w:ascii="한양중고딕" w:eastAsia="한양중고딕" w:hAnsi="굴림" w:cs="굴림" w:hint="eastAsia"/>
                      <w:color w:val="000000"/>
                      <w:spacing w:val="-46"/>
                      <w:sz w:val="17"/>
                      <w:szCs w:val="17"/>
                      <w:lang w:eastAsia="ko-KR"/>
                    </w:rPr>
                    <w:t>)</w:t>
                  </w:r>
                </w:p>
              </w:tc>
            </w:tr>
            <w:tr w:rsidR="003F7D5C" w:rsidRPr="00E471C8" w:rsidTr="00B51B78">
              <w:trPr>
                <w:trHeight w:val="355"/>
                <w:jc w:val="right"/>
              </w:trPr>
              <w:tc>
                <w:tcPr>
                  <w:tcW w:w="1968" w:type="dxa"/>
                  <w:tcBorders>
                    <w:top w:val="single" w:sz="4" w:space="0" w:color="000000"/>
                    <w:left w:val="single" w:sz="12" w:space="0" w:color="auto"/>
                    <w:bottom w:val="single" w:sz="4" w:space="0" w:color="000000"/>
                    <w:right w:val="single" w:sz="2" w:space="0" w:color="000000"/>
                  </w:tcBorders>
                  <w:tcMar>
                    <w:top w:w="28" w:type="dxa"/>
                    <w:left w:w="28" w:type="dxa"/>
                    <w:bottom w:w="28" w:type="dxa"/>
                    <w:right w:w="28" w:type="dxa"/>
                  </w:tcMar>
                  <w:vAlign w:val="center"/>
                  <w:hideMark/>
                </w:tcPr>
                <w:p w:rsidR="003F7D5C" w:rsidRPr="008938AC" w:rsidRDefault="003F7D5C" w:rsidP="00C51585">
                  <w:pPr>
                    <w:spacing w:line="288" w:lineRule="auto"/>
                    <w:ind w:left="40" w:right="40"/>
                    <w:jc w:val="center"/>
                    <w:textAlignment w:val="baseline"/>
                    <w:rPr>
                      <w:rFonts w:ascii="함초롬바탕" w:eastAsia="굴림" w:hAnsi="굴림" w:cs="굴림"/>
                      <w:color w:val="000000"/>
                      <w:sz w:val="18"/>
                      <w:szCs w:val="18"/>
                      <w:lang w:eastAsia="ko-KR"/>
                    </w:rPr>
                  </w:pPr>
                  <w:r w:rsidRPr="008938AC">
                    <w:rPr>
                      <w:rFonts w:ascii="한양중고딕" w:eastAsia="한양중고딕" w:hAnsi="굴림" w:cs="굴림" w:hint="eastAsia"/>
                      <w:color w:val="000000"/>
                      <w:spacing w:val="-20"/>
                      <w:w w:val="85"/>
                      <w:sz w:val="18"/>
                      <w:szCs w:val="18"/>
                      <w:lang w:eastAsia="ko-KR"/>
                    </w:rPr>
                    <w:t xml:space="preserve">제공(조회)할 정보의 </w:t>
                  </w:r>
                </w:p>
                <w:p w:rsidR="003F7D5C" w:rsidRPr="008938AC" w:rsidRDefault="003F7D5C" w:rsidP="00C51585">
                  <w:pPr>
                    <w:spacing w:line="288" w:lineRule="auto"/>
                    <w:ind w:left="40" w:right="40"/>
                    <w:jc w:val="center"/>
                    <w:textAlignment w:val="baseline"/>
                    <w:rPr>
                      <w:rFonts w:ascii="함초롬바탕" w:eastAsia="굴림" w:hAnsi="굴림" w:cs="굴림"/>
                      <w:color w:val="000000"/>
                      <w:sz w:val="18"/>
                      <w:szCs w:val="18"/>
                      <w:lang w:eastAsia="ko-KR"/>
                    </w:rPr>
                  </w:pPr>
                  <w:proofErr w:type="spellStart"/>
                  <w:r w:rsidRPr="008938AC">
                    <w:rPr>
                      <w:rFonts w:ascii="한양중고딕" w:eastAsia="한양중고딕" w:hAnsi="굴림" w:cs="굴림" w:hint="eastAsia"/>
                      <w:color w:val="000000"/>
                      <w:spacing w:val="-20"/>
                      <w:w w:val="85"/>
                      <w:sz w:val="18"/>
                      <w:szCs w:val="18"/>
                      <w:lang w:eastAsia="ko-KR"/>
                    </w:rPr>
                    <w:t>보유·이용</w:t>
                  </w:r>
                  <w:proofErr w:type="spellEnd"/>
                  <w:r w:rsidRPr="008938AC">
                    <w:rPr>
                      <w:rFonts w:ascii="한양중고딕" w:eastAsia="한양중고딕" w:hAnsi="굴림" w:cs="굴림" w:hint="eastAsia"/>
                      <w:color w:val="000000"/>
                      <w:spacing w:val="-20"/>
                      <w:w w:val="85"/>
                      <w:sz w:val="18"/>
                      <w:szCs w:val="18"/>
                      <w:lang w:eastAsia="ko-KR"/>
                    </w:rPr>
                    <w:t xml:space="preserve"> 기간</w:t>
                  </w:r>
                </w:p>
              </w:tc>
              <w:tc>
                <w:tcPr>
                  <w:tcW w:w="7236" w:type="dxa"/>
                  <w:tcBorders>
                    <w:top w:val="single" w:sz="6" w:space="0" w:color="000000"/>
                    <w:left w:val="single" w:sz="2" w:space="0" w:color="000000"/>
                    <w:bottom w:val="single" w:sz="6" w:space="0" w:color="000000"/>
                    <w:right w:val="single" w:sz="12" w:space="0" w:color="auto"/>
                  </w:tcBorders>
                  <w:shd w:val="clear" w:color="auto" w:fill="FFFFFF"/>
                  <w:tcMar>
                    <w:top w:w="0" w:type="dxa"/>
                    <w:left w:w="0" w:type="dxa"/>
                    <w:bottom w:w="0" w:type="dxa"/>
                    <w:right w:w="22" w:type="dxa"/>
                  </w:tcMar>
                  <w:vAlign w:val="center"/>
                  <w:hideMark/>
                </w:tcPr>
                <w:p w:rsidR="003F7D5C" w:rsidRPr="00172942" w:rsidRDefault="003F7D5C" w:rsidP="00172942">
                  <w:pPr>
                    <w:spacing w:line="288" w:lineRule="auto"/>
                    <w:ind w:right="40"/>
                    <w:textAlignment w:val="baseline"/>
                    <w:rPr>
                      <w:rFonts w:ascii="함초롬바탕" w:eastAsia="굴림" w:hAnsi="굴림" w:cs="굴림"/>
                      <w:color w:val="000000"/>
                      <w:sz w:val="17"/>
                      <w:szCs w:val="17"/>
                      <w:lang w:eastAsia="ko-KR"/>
                    </w:rPr>
                  </w:pPr>
                  <w:r w:rsidRPr="00172942">
                    <w:rPr>
                      <w:rFonts w:ascii="한양중고딕" w:eastAsia="한양중고딕" w:hAnsi="굴림" w:cs="굴림" w:hint="eastAsia"/>
                      <w:color w:val="000000"/>
                      <w:spacing w:val="-20"/>
                      <w:w w:val="85"/>
                      <w:sz w:val="17"/>
                      <w:szCs w:val="17"/>
                      <w:lang w:eastAsia="ko-KR"/>
                    </w:rPr>
                    <w:t xml:space="preserve">- </w:t>
                  </w:r>
                  <w:r w:rsidRPr="00172942">
                    <w:rPr>
                      <w:rFonts w:ascii="한양중고딕" w:eastAsia="한양중고딕" w:hAnsi="굴림" w:cs="굴림" w:hint="eastAsia"/>
                      <w:color w:val="000000"/>
                      <w:spacing w:val="-36"/>
                      <w:w w:val="85"/>
                      <w:sz w:val="17"/>
                      <w:szCs w:val="17"/>
                      <w:lang w:eastAsia="ko-KR"/>
                    </w:rPr>
                    <w:t xml:space="preserve">정보 제공(조회)된 날로부터 동의 </w:t>
                  </w:r>
                  <w:proofErr w:type="spellStart"/>
                  <w:r w:rsidRPr="00172942">
                    <w:rPr>
                      <w:rFonts w:ascii="한양중고딕" w:eastAsia="한양중고딕" w:hAnsi="굴림" w:cs="굴림" w:hint="eastAsia"/>
                      <w:color w:val="000000"/>
                      <w:spacing w:val="-36"/>
                      <w:w w:val="85"/>
                      <w:sz w:val="17"/>
                      <w:szCs w:val="17"/>
                      <w:lang w:eastAsia="ko-KR"/>
                    </w:rPr>
                    <w:t>철회시</w:t>
                  </w:r>
                  <w:proofErr w:type="spellEnd"/>
                  <w:r w:rsidRPr="00172942">
                    <w:rPr>
                      <w:rFonts w:ascii="한양중고딕" w:eastAsia="한양중고딕" w:hAnsi="굴림" w:cs="굴림" w:hint="eastAsia"/>
                      <w:color w:val="000000"/>
                      <w:spacing w:val="-36"/>
                      <w:w w:val="85"/>
                      <w:sz w:val="17"/>
                      <w:szCs w:val="17"/>
                      <w:lang w:eastAsia="ko-KR"/>
                    </w:rPr>
                    <w:t xml:space="preserve"> 또는 제공(조회)된 목적을 달성할 때까지 </w:t>
                  </w:r>
                  <w:proofErr w:type="spellStart"/>
                  <w:r w:rsidRPr="00172942">
                    <w:rPr>
                      <w:rFonts w:ascii="한양중고딕" w:eastAsia="한양중고딕" w:hAnsi="굴림" w:cs="굴림" w:hint="eastAsia"/>
                      <w:color w:val="000000"/>
                      <w:spacing w:val="-36"/>
                      <w:w w:val="85"/>
                      <w:sz w:val="17"/>
                      <w:szCs w:val="17"/>
                      <w:lang w:eastAsia="ko-KR"/>
                    </w:rPr>
                    <w:t>보유·이용되며</w:t>
                  </w:r>
                  <w:proofErr w:type="spellEnd"/>
                  <w:r w:rsidRPr="00172942">
                    <w:rPr>
                      <w:rFonts w:ascii="한양중고딕" w:eastAsia="한양중고딕" w:hAnsi="굴림" w:cs="굴림" w:hint="eastAsia"/>
                      <w:color w:val="000000"/>
                      <w:spacing w:val="-36"/>
                      <w:w w:val="85"/>
                      <w:sz w:val="17"/>
                      <w:szCs w:val="17"/>
                      <w:lang w:eastAsia="ko-KR"/>
                    </w:rPr>
                    <w:t xml:space="preserve">, 동의 철회 또는 제공(조회)된 목적 달성 후에는 위에 기재된 제공(조회)의 목적과 관련된 금융사고 조사, 분쟁 해결, 민원처리, 법령상 의무이행을 위하여 필요한 범위 내에서만 </w:t>
                  </w:r>
                  <w:proofErr w:type="spellStart"/>
                  <w:r w:rsidRPr="00172942">
                    <w:rPr>
                      <w:rFonts w:ascii="한양중고딕" w:eastAsia="한양중고딕" w:hAnsi="굴림" w:cs="굴림" w:hint="eastAsia"/>
                      <w:color w:val="000000"/>
                      <w:spacing w:val="-36"/>
                      <w:w w:val="85"/>
                      <w:sz w:val="17"/>
                      <w:szCs w:val="17"/>
                      <w:lang w:eastAsia="ko-KR"/>
                    </w:rPr>
                    <w:t>보유·이용됩니다</w:t>
                  </w:r>
                  <w:proofErr w:type="spellEnd"/>
                  <w:r w:rsidRPr="00172942">
                    <w:rPr>
                      <w:rFonts w:ascii="한양중고딕" w:eastAsia="한양중고딕" w:hAnsi="굴림" w:cs="굴림" w:hint="eastAsia"/>
                      <w:color w:val="000000"/>
                      <w:spacing w:val="-36"/>
                      <w:w w:val="85"/>
                      <w:sz w:val="17"/>
                      <w:szCs w:val="17"/>
                      <w:lang w:eastAsia="ko-KR"/>
                    </w:rPr>
                    <w:t>.</w:t>
                  </w:r>
                </w:p>
              </w:tc>
            </w:tr>
            <w:tr w:rsidR="003F7D5C" w:rsidRPr="00E471C8" w:rsidTr="00B51B78">
              <w:trPr>
                <w:trHeight w:val="449"/>
                <w:jc w:val="right"/>
              </w:trPr>
              <w:tc>
                <w:tcPr>
                  <w:tcW w:w="1968" w:type="dxa"/>
                  <w:tcBorders>
                    <w:top w:val="single" w:sz="4" w:space="0" w:color="000000"/>
                    <w:left w:val="single" w:sz="12" w:space="0" w:color="auto"/>
                    <w:bottom w:val="single" w:sz="2" w:space="0" w:color="000000"/>
                    <w:right w:val="single" w:sz="2" w:space="0" w:color="000000"/>
                  </w:tcBorders>
                  <w:tcMar>
                    <w:top w:w="28" w:type="dxa"/>
                    <w:left w:w="28" w:type="dxa"/>
                    <w:bottom w:w="28" w:type="dxa"/>
                    <w:right w:w="28" w:type="dxa"/>
                  </w:tcMar>
                  <w:vAlign w:val="center"/>
                  <w:hideMark/>
                </w:tcPr>
                <w:p w:rsidR="003F7D5C" w:rsidRPr="008938AC" w:rsidRDefault="003F7D5C" w:rsidP="00C51585">
                  <w:pPr>
                    <w:spacing w:line="288" w:lineRule="auto"/>
                    <w:ind w:left="40" w:right="40"/>
                    <w:jc w:val="center"/>
                    <w:textAlignment w:val="baseline"/>
                    <w:rPr>
                      <w:rFonts w:ascii="함초롬바탕" w:eastAsia="굴림" w:hAnsi="굴림" w:cs="굴림"/>
                      <w:color w:val="000000"/>
                      <w:sz w:val="18"/>
                      <w:szCs w:val="18"/>
                      <w:lang w:eastAsia="ko-KR"/>
                    </w:rPr>
                  </w:pPr>
                  <w:r w:rsidRPr="008938AC">
                    <w:rPr>
                      <w:rFonts w:ascii="한양중고딕" w:eastAsia="한양중고딕" w:hAnsi="굴림" w:cs="굴림" w:hint="eastAsia"/>
                      <w:color w:val="000000"/>
                      <w:spacing w:val="-26"/>
                      <w:w w:val="85"/>
                      <w:sz w:val="18"/>
                      <w:szCs w:val="18"/>
                      <w:lang w:eastAsia="ko-KR"/>
                    </w:rPr>
                    <w:t>동의를 거부할 권리 및 동의를 거부할 경우의 불이익</w:t>
                  </w:r>
                </w:p>
              </w:tc>
              <w:tc>
                <w:tcPr>
                  <w:tcW w:w="7236" w:type="dxa"/>
                  <w:tcBorders>
                    <w:top w:val="single" w:sz="6" w:space="0" w:color="000000"/>
                    <w:left w:val="single" w:sz="2" w:space="0" w:color="000000"/>
                    <w:bottom w:val="single" w:sz="2" w:space="0" w:color="000000"/>
                    <w:right w:val="single" w:sz="12" w:space="0" w:color="auto"/>
                  </w:tcBorders>
                  <w:shd w:val="clear" w:color="auto" w:fill="FFFFFF"/>
                  <w:tcMar>
                    <w:top w:w="0" w:type="dxa"/>
                    <w:left w:w="0" w:type="dxa"/>
                    <w:bottom w:w="0" w:type="dxa"/>
                    <w:right w:w="22" w:type="dxa"/>
                  </w:tcMar>
                  <w:vAlign w:val="center"/>
                  <w:hideMark/>
                </w:tcPr>
                <w:p w:rsidR="003F7D5C" w:rsidRPr="00172942" w:rsidRDefault="003F7D5C" w:rsidP="00C51585">
                  <w:pPr>
                    <w:spacing w:line="288" w:lineRule="auto"/>
                    <w:ind w:left="146" w:hanging="146"/>
                    <w:textAlignment w:val="baseline"/>
                    <w:rPr>
                      <w:rFonts w:ascii="함초롬바탕" w:eastAsia="굴림" w:hAnsi="굴림" w:cs="굴림"/>
                      <w:color w:val="000000"/>
                      <w:sz w:val="17"/>
                      <w:szCs w:val="17"/>
                      <w:lang w:eastAsia="ko-KR"/>
                    </w:rPr>
                  </w:pPr>
                  <w:r w:rsidRPr="00172942">
                    <w:rPr>
                      <w:rFonts w:ascii="한양중고딕" w:eastAsia="한양중고딕" w:hAnsi="굴림" w:cs="굴림" w:hint="eastAsia"/>
                      <w:color w:val="000000"/>
                      <w:spacing w:val="-20"/>
                      <w:w w:val="85"/>
                      <w:sz w:val="17"/>
                      <w:szCs w:val="17"/>
                      <w:lang w:eastAsia="ko-KR"/>
                    </w:rPr>
                    <w:t xml:space="preserve">- </w:t>
                  </w:r>
                  <w:r w:rsidRPr="00487F2D">
                    <w:rPr>
                      <w:rFonts w:ascii="한양중고딕" w:eastAsia="한양중고딕" w:hAnsi="굴림" w:cs="굴림" w:hint="eastAsia"/>
                      <w:color w:val="000000"/>
                      <w:spacing w:val="-22"/>
                      <w:w w:val="90"/>
                      <w:sz w:val="17"/>
                      <w:szCs w:val="17"/>
                      <w:lang w:eastAsia="ko-KR"/>
                    </w:rPr>
                    <w:t>동의를 하지 아니할 경우에도 불이익은 없습니다. 다만, 동의하지 아니한 경우에는 그 해당 부분에 대해서 직접</w:t>
                  </w:r>
                  <w:r w:rsidRPr="00487F2D">
                    <w:rPr>
                      <w:rFonts w:ascii="함초롬바탕" w:eastAsia="한양중고딕" w:hAnsi="굴림" w:cs="굴림"/>
                      <w:color w:val="000000"/>
                      <w:spacing w:val="-20"/>
                      <w:w w:val="90"/>
                      <w:sz w:val="17"/>
                      <w:szCs w:val="17"/>
                      <w:lang w:eastAsia="ko-KR"/>
                    </w:rPr>
                    <w:t xml:space="preserve"> </w:t>
                  </w:r>
                  <w:r w:rsidRPr="00487F2D">
                    <w:rPr>
                      <w:rFonts w:ascii="한양중고딕" w:eastAsia="한양중고딕" w:hAnsi="굴림" w:cs="굴림" w:hint="eastAsia"/>
                      <w:color w:val="000000"/>
                      <w:spacing w:val="-20"/>
                      <w:w w:val="90"/>
                      <w:sz w:val="17"/>
                      <w:szCs w:val="17"/>
                      <w:lang w:eastAsia="ko-KR"/>
                    </w:rPr>
                    <w:t>서류를 제출하여야 합니다.</w:t>
                  </w:r>
                </w:p>
              </w:tc>
            </w:tr>
            <w:tr w:rsidR="003F7D5C" w:rsidRPr="00E471C8" w:rsidTr="00B51B78">
              <w:trPr>
                <w:trHeight w:val="452"/>
                <w:jc w:val="right"/>
              </w:trPr>
              <w:tc>
                <w:tcPr>
                  <w:tcW w:w="1968" w:type="dxa"/>
                  <w:tcBorders>
                    <w:top w:val="single" w:sz="2" w:space="0" w:color="000000"/>
                    <w:left w:val="single" w:sz="12" w:space="0" w:color="auto"/>
                    <w:bottom w:val="single" w:sz="2" w:space="0" w:color="000000"/>
                    <w:right w:val="single" w:sz="2" w:space="0" w:color="000000"/>
                  </w:tcBorders>
                  <w:tcMar>
                    <w:top w:w="28" w:type="dxa"/>
                    <w:left w:w="28" w:type="dxa"/>
                    <w:bottom w:w="28" w:type="dxa"/>
                    <w:right w:w="28" w:type="dxa"/>
                  </w:tcMar>
                  <w:vAlign w:val="center"/>
                  <w:hideMark/>
                </w:tcPr>
                <w:p w:rsidR="003F7D5C" w:rsidRPr="008938AC" w:rsidRDefault="003F7D5C" w:rsidP="00487F2D">
                  <w:pPr>
                    <w:spacing w:line="288" w:lineRule="auto"/>
                    <w:ind w:left="40" w:right="40"/>
                    <w:jc w:val="center"/>
                    <w:textAlignment w:val="baseline"/>
                    <w:rPr>
                      <w:rFonts w:ascii="함초롬바탕" w:eastAsia="굴림" w:hAnsi="굴림" w:cs="굴림"/>
                      <w:color w:val="000000"/>
                      <w:sz w:val="18"/>
                      <w:szCs w:val="18"/>
                      <w:lang w:eastAsia="ko-KR"/>
                    </w:rPr>
                  </w:pPr>
                  <w:r w:rsidRPr="008938AC">
                    <w:rPr>
                      <w:rFonts w:ascii="한양중고딕" w:eastAsia="한양중고딕" w:hAnsi="굴림" w:cs="굴림" w:hint="eastAsia"/>
                      <w:color w:val="000000"/>
                      <w:spacing w:val="-20"/>
                      <w:w w:val="85"/>
                      <w:sz w:val="18"/>
                      <w:szCs w:val="18"/>
                      <w:lang w:eastAsia="ko-KR"/>
                    </w:rPr>
                    <w:t>금융회사 보유 신용정보 정보 제공(조회</w:t>
                  </w:r>
                  <w:proofErr w:type="gramStart"/>
                  <w:r w:rsidRPr="008938AC">
                    <w:rPr>
                      <w:rFonts w:ascii="한양중고딕" w:eastAsia="한양중고딕" w:hAnsi="굴림" w:cs="굴림" w:hint="eastAsia"/>
                      <w:color w:val="000000"/>
                      <w:spacing w:val="-20"/>
                      <w:w w:val="85"/>
                      <w:sz w:val="18"/>
                      <w:szCs w:val="18"/>
                      <w:lang w:eastAsia="ko-KR"/>
                    </w:rPr>
                    <w:t xml:space="preserve">) </w:t>
                  </w:r>
                  <w:r w:rsidR="00487F2D">
                    <w:rPr>
                      <w:rFonts w:ascii="함초롬바탕" w:eastAsia="굴림" w:hAnsi="굴림" w:cs="굴림" w:hint="eastAsia"/>
                      <w:color w:val="000000"/>
                      <w:sz w:val="18"/>
                      <w:szCs w:val="18"/>
                      <w:lang w:eastAsia="ko-KR"/>
                    </w:rPr>
                    <w:t xml:space="preserve"> </w:t>
                  </w:r>
                  <w:r w:rsidRPr="008938AC">
                    <w:rPr>
                      <w:rFonts w:ascii="한양중고딕" w:eastAsia="한양중고딕" w:hAnsi="굴림" w:cs="굴림" w:hint="eastAsia"/>
                      <w:color w:val="000000"/>
                      <w:spacing w:val="-20"/>
                      <w:w w:val="85"/>
                      <w:sz w:val="18"/>
                      <w:szCs w:val="18"/>
                      <w:lang w:eastAsia="ko-KR"/>
                    </w:rPr>
                    <w:t>동의여부</w:t>
                  </w:r>
                  <w:proofErr w:type="gramEnd"/>
                </w:p>
              </w:tc>
              <w:tc>
                <w:tcPr>
                  <w:tcW w:w="7236" w:type="dxa"/>
                  <w:tcBorders>
                    <w:top w:val="single" w:sz="2" w:space="0" w:color="000000"/>
                    <w:left w:val="single" w:sz="2" w:space="0" w:color="000000"/>
                    <w:bottom w:val="single" w:sz="2" w:space="0" w:color="000000"/>
                    <w:right w:val="single" w:sz="12" w:space="0" w:color="auto"/>
                  </w:tcBorders>
                  <w:shd w:val="clear" w:color="auto" w:fill="FFFFFF"/>
                  <w:tcMar>
                    <w:top w:w="0" w:type="dxa"/>
                    <w:left w:w="0" w:type="dxa"/>
                    <w:bottom w:w="0" w:type="dxa"/>
                    <w:right w:w="22" w:type="dxa"/>
                  </w:tcMar>
                  <w:vAlign w:val="center"/>
                  <w:hideMark/>
                </w:tcPr>
                <w:p w:rsidR="003F7D5C" w:rsidRPr="00E471C8" w:rsidRDefault="003F7D5C" w:rsidP="00C51585">
                  <w:pPr>
                    <w:spacing w:line="288" w:lineRule="auto"/>
                    <w:textAlignment w:val="baseline"/>
                    <w:rPr>
                      <w:rFonts w:ascii="함초롬바탕" w:eastAsia="굴림" w:hAnsi="굴림" w:cs="굴림"/>
                      <w:color w:val="000000"/>
                      <w:szCs w:val="20"/>
                      <w:lang w:eastAsia="ko-KR"/>
                    </w:rPr>
                  </w:pPr>
                  <w:r w:rsidRPr="00E471C8">
                    <w:rPr>
                      <w:rFonts w:ascii="한양중고딕" w:eastAsia="한양중고딕" w:hAnsi="굴림" w:cs="굴림" w:hint="eastAsia"/>
                      <w:color w:val="000000"/>
                      <w:spacing w:val="-20"/>
                      <w:w w:val="85"/>
                      <w:sz w:val="18"/>
                      <w:szCs w:val="18"/>
                      <w:lang w:eastAsia="ko-KR"/>
                    </w:rPr>
                    <w:t xml:space="preserve">위와 같이 본인의 신용정보를 </w:t>
                  </w:r>
                  <w:proofErr w:type="spellStart"/>
                  <w:r w:rsidRPr="00E471C8">
                    <w:rPr>
                      <w:rFonts w:ascii="한양중고딕" w:eastAsia="한양중고딕" w:hAnsi="굴림" w:cs="굴림" w:hint="eastAsia"/>
                      <w:color w:val="000000"/>
                      <w:spacing w:val="-20"/>
                      <w:w w:val="85"/>
                      <w:sz w:val="18"/>
                      <w:szCs w:val="18"/>
                      <w:lang w:eastAsia="ko-KR"/>
                    </w:rPr>
                    <w:t>중진공에</w:t>
                  </w:r>
                  <w:proofErr w:type="spellEnd"/>
                  <w:r w:rsidRPr="00E471C8">
                    <w:rPr>
                      <w:rFonts w:ascii="한양중고딕" w:eastAsia="한양중고딕" w:hAnsi="굴림" w:cs="굴림" w:hint="eastAsia"/>
                      <w:color w:val="000000"/>
                      <w:spacing w:val="-20"/>
                      <w:w w:val="85"/>
                      <w:sz w:val="18"/>
                      <w:szCs w:val="18"/>
                      <w:lang w:eastAsia="ko-KR"/>
                    </w:rPr>
                    <w:t xml:space="preserve"> 제공하여, </w:t>
                  </w:r>
                  <w:proofErr w:type="spellStart"/>
                  <w:r w:rsidRPr="00E471C8">
                    <w:rPr>
                      <w:rFonts w:ascii="한양중고딕" w:eastAsia="한양중고딕" w:hAnsi="굴림" w:cs="굴림" w:hint="eastAsia"/>
                      <w:color w:val="000000"/>
                      <w:spacing w:val="-20"/>
                      <w:w w:val="85"/>
                      <w:sz w:val="18"/>
                      <w:szCs w:val="18"/>
                      <w:lang w:eastAsia="ko-KR"/>
                    </w:rPr>
                    <w:t>중진공이</w:t>
                  </w:r>
                  <w:proofErr w:type="spellEnd"/>
                  <w:r w:rsidRPr="00E471C8">
                    <w:rPr>
                      <w:rFonts w:ascii="한양중고딕" w:eastAsia="한양중고딕" w:hAnsi="굴림" w:cs="굴림" w:hint="eastAsia"/>
                      <w:color w:val="000000"/>
                      <w:spacing w:val="-20"/>
                      <w:w w:val="85"/>
                      <w:sz w:val="18"/>
                      <w:szCs w:val="18"/>
                      <w:lang w:eastAsia="ko-KR"/>
                    </w:rPr>
                    <w:t xml:space="preserve"> 조회하는 것에 동의합니다.</w:t>
                  </w:r>
                </w:p>
                <w:p w:rsidR="003F7D5C" w:rsidRPr="00E471C8" w:rsidRDefault="003F7D5C" w:rsidP="00AC413D">
                  <w:pPr>
                    <w:spacing w:line="288" w:lineRule="auto"/>
                    <w:jc w:val="right"/>
                    <w:textAlignment w:val="baseline"/>
                    <w:rPr>
                      <w:rFonts w:ascii="함초롬바탕" w:eastAsia="굴림" w:hAnsi="굴림" w:cs="굴림"/>
                      <w:color w:val="000000"/>
                      <w:szCs w:val="20"/>
                      <w:lang w:eastAsia="ko-KR"/>
                    </w:rPr>
                  </w:pPr>
                  <w:r w:rsidRPr="00E471C8">
                    <w:rPr>
                      <w:rFonts w:ascii="한양중고딕" w:eastAsia="한양중고딕" w:hAnsi="굴림" w:cs="굴림" w:hint="eastAsia"/>
                      <w:b/>
                      <w:bCs/>
                      <w:color w:val="000000"/>
                      <w:spacing w:val="-20"/>
                      <w:w w:val="85"/>
                      <w:sz w:val="18"/>
                      <w:szCs w:val="18"/>
                      <w:lang w:eastAsia="ko-KR"/>
                    </w:rPr>
                    <w:t xml:space="preserve">(동의함 </w:t>
                  </w:r>
                  <w:r w:rsidRPr="00E471C8">
                    <w:rPr>
                      <w:rFonts w:ascii="한양중고딕" w:eastAsia="한양중고딕" w:hAnsi="한양중고딕" w:cs="굴림" w:hint="eastAsia"/>
                      <w:b/>
                      <w:bCs/>
                      <w:color w:val="000000"/>
                      <w:spacing w:val="-20"/>
                      <w:w w:val="85"/>
                      <w:sz w:val="18"/>
                      <w:szCs w:val="18"/>
                      <w:lang w:eastAsia="ko-KR"/>
                    </w:rPr>
                    <w:t xml:space="preserve">□ </w:t>
                  </w:r>
                  <w:r w:rsidRPr="00E471C8">
                    <w:rPr>
                      <w:rFonts w:ascii="한양중고딕" w:eastAsia="한양중고딕" w:hAnsi="굴림" w:cs="굴림" w:hint="eastAsia"/>
                      <w:b/>
                      <w:bCs/>
                      <w:color w:val="000000"/>
                      <w:spacing w:val="-20"/>
                      <w:w w:val="85"/>
                      <w:sz w:val="18"/>
                      <w:szCs w:val="18"/>
                      <w:lang w:eastAsia="ko-KR"/>
                    </w:rPr>
                    <w:t xml:space="preserve">동의하지 않음 </w:t>
                  </w:r>
                  <w:r w:rsidRPr="00E471C8">
                    <w:rPr>
                      <w:rFonts w:ascii="한양중고딕" w:eastAsia="한양중고딕" w:hAnsi="한양중고딕" w:cs="굴림" w:hint="eastAsia"/>
                      <w:b/>
                      <w:bCs/>
                      <w:color w:val="000000"/>
                      <w:spacing w:val="-20"/>
                      <w:w w:val="85"/>
                      <w:sz w:val="18"/>
                      <w:szCs w:val="18"/>
                      <w:lang w:eastAsia="ko-KR"/>
                    </w:rPr>
                    <w:t>□</w:t>
                  </w:r>
                  <w:r w:rsidRPr="00E471C8">
                    <w:rPr>
                      <w:rFonts w:ascii="한양중고딕" w:eastAsia="한양중고딕" w:hAnsi="굴림" w:cs="굴림" w:hint="eastAsia"/>
                      <w:b/>
                      <w:bCs/>
                      <w:color w:val="000000"/>
                      <w:spacing w:val="-20"/>
                      <w:w w:val="85"/>
                      <w:sz w:val="18"/>
                      <w:szCs w:val="18"/>
                      <w:lang w:eastAsia="ko-KR"/>
                    </w:rPr>
                    <w:t>)</w:t>
                  </w:r>
                </w:p>
              </w:tc>
            </w:tr>
            <w:tr w:rsidR="003F7D5C" w:rsidRPr="00E471C8" w:rsidTr="00B51B78">
              <w:trPr>
                <w:trHeight w:val="452"/>
                <w:jc w:val="right"/>
              </w:trPr>
              <w:tc>
                <w:tcPr>
                  <w:tcW w:w="1968" w:type="dxa"/>
                  <w:tcBorders>
                    <w:top w:val="single" w:sz="2" w:space="0" w:color="000000"/>
                    <w:left w:val="single" w:sz="12" w:space="0" w:color="auto"/>
                    <w:bottom w:val="single" w:sz="2" w:space="0" w:color="000000"/>
                    <w:right w:val="single" w:sz="2" w:space="0" w:color="000000"/>
                  </w:tcBorders>
                  <w:tcMar>
                    <w:top w:w="28" w:type="dxa"/>
                    <w:left w:w="28" w:type="dxa"/>
                    <w:bottom w:w="28" w:type="dxa"/>
                    <w:right w:w="28" w:type="dxa"/>
                  </w:tcMar>
                  <w:vAlign w:val="center"/>
                  <w:hideMark/>
                </w:tcPr>
                <w:p w:rsidR="003F7D5C" w:rsidRPr="00E471C8" w:rsidRDefault="003F7D5C" w:rsidP="00C51585">
                  <w:pPr>
                    <w:spacing w:line="288" w:lineRule="auto"/>
                    <w:ind w:left="40" w:right="40"/>
                    <w:jc w:val="center"/>
                    <w:textAlignment w:val="baseline"/>
                    <w:rPr>
                      <w:rFonts w:ascii="함초롬바탕" w:eastAsia="굴림" w:hAnsi="굴림" w:cs="굴림"/>
                      <w:color w:val="000000"/>
                      <w:szCs w:val="20"/>
                      <w:lang w:eastAsia="ko-KR"/>
                    </w:rPr>
                  </w:pPr>
                  <w:r w:rsidRPr="00E471C8">
                    <w:rPr>
                      <w:rFonts w:ascii="한양중고딕" w:eastAsia="한양중고딕" w:hAnsi="굴림" w:cs="굴림" w:hint="eastAsia"/>
                      <w:color w:val="000000"/>
                      <w:spacing w:val="-20"/>
                      <w:w w:val="85"/>
                      <w:sz w:val="18"/>
                      <w:szCs w:val="18"/>
                      <w:lang w:eastAsia="ko-KR"/>
                    </w:rPr>
                    <w:t xml:space="preserve">고유식별정보 제공(조회) </w:t>
                  </w:r>
                </w:p>
                <w:p w:rsidR="003F7D5C" w:rsidRPr="00E471C8" w:rsidRDefault="003F7D5C" w:rsidP="00C51585">
                  <w:pPr>
                    <w:spacing w:line="288" w:lineRule="auto"/>
                    <w:ind w:left="40" w:right="40"/>
                    <w:jc w:val="center"/>
                    <w:textAlignment w:val="baseline"/>
                    <w:rPr>
                      <w:rFonts w:ascii="함초롬바탕" w:eastAsia="굴림" w:hAnsi="굴림" w:cs="굴림"/>
                      <w:color w:val="000000"/>
                      <w:szCs w:val="20"/>
                    </w:rPr>
                  </w:pPr>
                  <w:proofErr w:type="spellStart"/>
                  <w:r w:rsidRPr="00E471C8">
                    <w:rPr>
                      <w:rFonts w:ascii="한양중고딕" w:eastAsia="한양중고딕" w:hAnsi="굴림" w:cs="굴림" w:hint="eastAsia"/>
                      <w:color w:val="000000"/>
                      <w:spacing w:val="-20"/>
                      <w:w w:val="85"/>
                      <w:sz w:val="18"/>
                      <w:szCs w:val="18"/>
                    </w:rPr>
                    <w:t>동의여부</w:t>
                  </w:r>
                  <w:proofErr w:type="spellEnd"/>
                </w:p>
              </w:tc>
              <w:tc>
                <w:tcPr>
                  <w:tcW w:w="7236" w:type="dxa"/>
                  <w:tcBorders>
                    <w:top w:val="single" w:sz="2" w:space="0" w:color="000000"/>
                    <w:left w:val="single" w:sz="2" w:space="0" w:color="000000"/>
                    <w:bottom w:val="single" w:sz="2" w:space="0" w:color="000000"/>
                    <w:right w:val="single" w:sz="12" w:space="0" w:color="auto"/>
                  </w:tcBorders>
                  <w:shd w:val="clear" w:color="auto" w:fill="FFFFFF"/>
                  <w:tcMar>
                    <w:top w:w="0" w:type="dxa"/>
                    <w:left w:w="0" w:type="dxa"/>
                    <w:bottom w:w="0" w:type="dxa"/>
                    <w:right w:w="22" w:type="dxa"/>
                  </w:tcMar>
                  <w:vAlign w:val="center"/>
                  <w:hideMark/>
                </w:tcPr>
                <w:p w:rsidR="003F7D5C" w:rsidRPr="00E471C8" w:rsidRDefault="003F7D5C" w:rsidP="00C51585">
                  <w:pPr>
                    <w:spacing w:line="288" w:lineRule="auto"/>
                    <w:textAlignment w:val="baseline"/>
                    <w:rPr>
                      <w:rFonts w:ascii="함초롬바탕" w:eastAsia="굴림" w:hAnsi="굴림" w:cs="굴림"/>
                      <w:color w:val="000000"/>
                      <w:szCs w:val="20"/>
                      <w:lang w:eastAsia="ko-KR"/>
                    </w:rPr>
                  </w:pPr>
                  <w:r w:rsidRPr="00E471C8">
                    <w:rPr>
                      <w:rFonts w:ascii="한양중고딕" w:eastAsia="한양중고딕" w:hAnsi="굴림" w:cs="굴림" w:hint="eastAsia"/>
                      <w:color w:val="000000"/>
                      <w:spacing w:val="-20"/>
                      <w:w w:val="85"/>
                      <w:sz w:val="18"/>
                      <w:szCs w:val="18"/>
                      <w:lang w:eastAsia="ko-KR"/>
                    </w:rPr>
                    <w:t xml:space="preserve">위와 같이 본인의 고유식별정보를 </w:t>
                  </w:r>
                  <w:proofErr w:type="spellStart"/>
                  <w:r w:rsidRPr="00E471C8">
                    <w:rPr>
                      <w:rFonts w:ascii="한양중고딕" w:eastAsia="한양중고딕" w:hAnsi="굴림" w:cs="굴림" w:hint="eastAsia"/>
                      <w:color w:val="000000"/>
                      <w:spacing w:val="-20"/>
                      <w:w w:val="85"/>
                      <w:sz w:val="18"/>
                      <w:szCs w:val="18"/>
                      <w:lang w:eastAsia="ko-KR"/>
                    </w:rPr>
                    <w:t>중진공에</w:t>
                  </w:r>
                  <w:proofErr w:type="spellEnd"/>
                  <w:r w:rsidRPr="00E471C8">
                    <w:rPr>
                      <w:rFonts w:ascii="한양중고딕" w:eastAsia="한양중고딕" w:hAnsi="굴림" w:cs="굴림" w:hint="eastAsia"/>
                      <w:color w:val="000000"/>
                      <w:spacing w:val="-20"/>
                      <w:w w:val="85"/>
                      <w:sz w:val="18"/>
                      <w:szCs w:val="18"/>
                      <w:lang w:eastAsia="ko-KR"/>
                    </w:rPr>
                    <w:t xml:space="preserve"> 제공하여, </w:t>
                  </w:r>
                  <w:proofErr w:type="spellStart"/>
                  <w:r w:rsidRPr="00E471C8">
                    <w:rPr>
                      <w:rFonts w:ascii="한양중고딕" w:eastAsia="한양중고딕" w:hAnsi="굴림" w:cs="굴림" w:hint="eastAsia"/>
                      <w:color w:val="000000"/>
                      <w:spacing w:val="-20"/>
                      <w:w w:val="85"/>
                      <w:sz w:val="18"/>
                      <w:szCs w:val="18"/>
                      <w:lang w:eastAsia="ko-KR"/>
                    </w:rPr>
                    <w:t>중진공이</w:t>
                  </w:r>
                  <w:proofErr w:type="spellEnd"/>
                  <w:r w:rsidRPr="00E471C8">
                    <w:rPr>
                      <w:rFonts w:ascii="한양중고딕" w:eastAsia="한양중고딕" w:hAnsi="굴림" w:cs="굴림" w:hint="eastAsia"/>
                      <w:color w:val="000000"/>
                      <w:spacing w:val="-20"/>
                      <w:w w:val="85"/>
                      <w:sz w:val="18"/>
                      <w:szCs w:val="18"/>
                      <w:lang w:eastAsia="ko-KR"/>
                    </w:rPr>
                    <w:t xml:space="preserve"> 조회하는 것에 동의합니다.</w:t>
                  </w:r>
                </w:p>
                <w:p w:rsidR="003F7D5C" w:rsidRPr="00E471C8" w:rsidRDefault="003F7D5C" w:rsidP="00AC413D">
                  <w:pPr>
                    <w:spacing w:line="288" w:lineRule="auto"/>
                    <w:jc w:val="right"/>
                    <w:textAlignment w:val="baseline"/>
                    <w:rPr>
                      <w:rFonts w:ascii="함초롬바탕" w:eastAsia="굴림" w:hAnsi="굴림" w:cs="굴림"/>
                      <w:color w:val="000000"/>
                      <w:szCs w:val="20"/>
                      <w:lang w:eastAsia="ko-KR"/>
                    </w:rPr>
                  </w:pPr>
                  <w:r w:rsidRPr="00E471C8">
                    <w:rPr>
                      <w:rFonts w:ascii="한양중고딕" w:eastAsia="한양중고딕" w:hAnsi="굴림" w:cs="굴림" w:hint="eastAsia"/>
                      <w:b/>
                      <w:bCs/>
                      <w:color w:val="000000"/>
                      <w:spacing w:val="-20"/>
                      <w:w w:val="85"/>
                      <w:sz w:val="18"/>
                      <w:szCs w:val="18"/>
                      <w:lang w:eastAsia="ko-KR"/>
                    </w:rPr>
                    <w:t xml:space="preserve">(동의함 </w:t>
                  </w:r>
                  <w:r w:rsidRPr="00E471C8">
                    <w:rPr>
                      <w:rFonts w:ascii="한양중고딕" w:eastAsia="한양중고딕" w:hAnsi="한양중고딕" w:cs="굴림" w:hint="eastAsia"/>
                      <w:b/>
                      <w:bCs/>
                      <w:color w:val="000000"/>
                      <w:spacing w:val="-20"/>
                      <w:w w:val="85"/>
                      <w:sz w:val="18"/>
                      <w:szCs w:val="18"/>
                      <w:lang w:eastAsia="ko-KR"/>
                    </w:rPr>
                    <w:t xml:space="preserve">□ </w:t>
                  </w:r>
                  <w:r w:rsidRPr="00E471C8">
                    <w:rPr>
                      <w:rFonts w:ascii="한양중고딕" w:eastAsia="한양중고딕" w:hAnsi="굴림" w:cs="굴림" w:hint="eastAsia"/>
                      <w:b/>
                      <w:bCs/>
                      <w:color w:val="000000"/>
                      <w:spacing w:val="-20"/>
                      <w:w w:val="85"/>
                      <w:sz w:val="18"/>
                      <w:szCs w:val="18"/>
                      <w:lang w:eastAsia="ko-KR"/>
                    </w:rPr>
                    <w:t xml:space="preserve">동의하지 않음 </w:t>
                  </w:r>
                  <w:r w:rsidRPr="00E471C8">
                    <w:rPr>
                      <w:rFonts w:ascii="한양중고딕" w:eastAsia="한양중고딕" w:hAnsi="한양중고딕" w:cs="굴림" w:hint="eastAsia"/>
                      <w:b/>
                      <w:bCs/>
                      <w:color w:val="000000"/>
                      <w:spacing w:val="-20"/>
                      <w:w w:val="85"/>
                      <w:sz w:val="18"/>
                      <w:szCs w:val="18"/>
                      <w:lang w:eastAsia="ko-KR"/>
                    </w:rPr>
                    <w:t>□</w:t>
                  </w:r>
                  <w:r w:rsidRPr="00E471C8">
                    <w:rPr>
                      <w:rFonts w:ascii="한양중고딕" w:eastAsia="한양중고딕" w:hAnsi="굴림" w:cs="굴림" w:hint="eastAsia"/>
                      <w:b/>
                      <w:bCs/>
                      <w:color w:val="000000"/>
                      <w:spacing w:val="-20"/>
                      <w:w w:val="85"/>
                      <w:sz w:val="18"/>
                      <w:szCs w:val="18"/>
                      <w:lang w:eastAsia="ko-KR"/>
                    </w:rPr>
                    <w:t>)</w:t>
                  </w:r>
                </w:p>
              </w:tc>
            </w:tr>
            <w:tr w:rsidR="003F7D5C" w:rsidRPr="00E471C8" w:rsidTr="00B51B78">
              <w:trPr>
                <w:trHeight w:val="450"/>
                <w:jc w:val="right"/>
              </w:trPr>
              <w:tc>
                <w:tcPr>
                  <w:tcW w:w="1968" w:type="dxa"/>
                  <w:tcBorders>
                    <w:top w:val="single" w:sz="2" w:space="0" w:color="000000"/>
                    <w:left w:val="single" w:sz="12" w:space="0" w:color="auto"/>
                    <w:bottom w:val="single" w:sz="12" w:space="0" w:color="auto"/>
                    <w:right w:val="single" w:sz="2" w:space="0" w:color="000000"/>
                  </w:tcBorders>
                  <w:tcMar>
                    <w:top w:w="28" w:type="dxa"/>
                    <w:left w:w="28" w:type="dxa"/>
                    <w:bottom w:w="28" w:type="dxa"/>
                    <w:right w:w="28" w:type="dxa"/>
                  </w:tcMar>
                  <w:vAlign w:val="center"/>
                  <w:hideMark/>
                </w:tcPr>
                <w:p w:rsidR="003F7D5C" w:rsidRPr="00E471C8" w:rsidRDefault="003F7D5C" w:rsidP="00C51585">
                  <w:pPr>
                    <w:spacing w:line="288" w:lineRule="auto"/>
                    <w:ind w:left="40" w:right="40"/>
                    <w:jc w:val="center"/>
                    <w:textAlignment w:val="baseline"/>
                    <w:rPr>
                      <w:rFonts w:ascii="함초롬바탕" w:eastAsia="굴림" w:hAnsi="굴림" w:cs="굴림"/>
                      <w:color w:val="000000"/>
                      <w:szCs w:val="20"/>
                      <w:lang w:eastAsia="ko-KR"/>
                    </w:rPr>
                  </w:pPr>
                  <w:r w:rsidRPr="00E471C8">
                    <w:rPr>
                      <w:rFonts w:ascii="한양중고딕" w:eastAsia="한양중고딕" w:hAnsi="굴림" w:cs="굴림" w:hint="eastAsia"/>
                      <w:color w:val="000000"/>
                      <w:spacing w:val="-26"/>
                      <w:w w:val="85"/>
                      <w:sz w:val="18"/>
                      <w:szCs w:val="18"/>
                      <w:lang w:eastAsia="ko-KR"/>
                    </w:rPr>
                    <w:t>권한 부여에 대한 동의여부</w:t>
                  </w:r>
                </w:p>
              </w:tc>
              <w:tc>
                <w:tcPr>
                  <w:tcW w:w="7236" w:type="dxa"/>
                  <w:tcBorders>
                    <w:top w:val="single" w:sz="2" w:space="0" w:color="000000"/>
                    <w:left w:val="single" w:sz="2" w:space="0" w:color="000000"/>
                    <w:bottom w:val="single" w:sz="12" w:space="0" w:color="auto"/>
                    <w:right w:val="single" w:sz="12" w:space="0" w:color="auto"/>
                  </w:tcBorders>
                  <w:shd w:val="clear" w:color="auto" w:fill="FFFFFF"/>
                  <w:tcMar>
                    <w:top w:w="0" w:type="dxa"/>
                    <w:left w:w="0" w:type="dxa"/>
                    <w:bottom w:w="0" w:type="dxa"/>
                    <w:right w:w="22" w:type="dxa"/>
                  </w:tcMar>
                  <w:vAlign w:val="center"/>
                  <w:hideMark/>
                </w:tcPr>
                <w:p w:rsidR="00356BB7" w:rsidRDefault="003F7D5C" w:rsidP="00C51585">
                  <w:pPr>
                    <w:spacing w:line="288" w:lineRule="auto"/>
                    <w:textAlignment w:val="baseline"/>
                    <w:rPr>
                      <w:rFonts w:ascii="함초롬바탕" w:eastAsia="한양중고딕" w:hAnsi="굴림" w:cs="굴림"/>
                      <w:color w:val="000000"/>
                      <w:spacing w:val="-20"/>
                      <w:w w:val="85"/>
                      <w:sz w:val="18"/>
                      <w:szCs w:val="18"/>
                      <w:lang w:eastAsia="ko-KR"/>
                    </w:rPr>
                  </w:pPr>
                  <w:proofErr w:type="spellStart"/>
                  <w:r w:rsidRPr="00E471C8">
                    <w:rPr>
                      <w:rFonts w:ascii="한양중고딕" w:eastAsia="한양중고딕" w:hAnsi="굴림" w:cs="굴림" w:hint="eastAsia"/>
                      <w:color w:val="000000"/>
                      <w:spacing w:val="-20"/>
                      <w:w w:val="85"/>
                      <w:sz w:val="18"/>
                      <w:szCs w:val="18"/>
                      <w:lang w:eastAsia="ko-KR"/>
                    </w:rPr>
                    <w:t>중진공이</w:t>
                  </w:r>
                  <w:proofErr w:type="spellEnd"/>
                  <w:r w:rsidRPr="00E471C8">
                    <w:rPr>
                      <w:rFonts w:ascii="한양중고딕" w:eastAsia="한양중고딕" w:hAnsi="굴림" w:cs="굴림" w:hint="eastAsia"/>
                      <w:color w:val="000000"/>
                      <w:spacing w:val="-20"/>
                      <w:w w:val="85"/>
                      <w:sz w:val="18"/>
                      <w:szCs w:val="18"/>
                      <w:lang w:eastAsia="ko-KR"/>
                    </w:rPr>
                    <w:t xml:space="preserve"> 본인을 대리하여 </w:t>
                  </w:r>
                  <w:proofErr w:type="spellStart"/>
                  <w:r w:rsidRPr="00E471C8">
                    <w:rPr>
                      <w:rFonts w:ascii="한양중고딕" w:eastAsia="한양중고딕" w:hAnsi="굴림" w:cs="굴림" w:hint="eastAsia"/>
                      <w:color w:val="000000"/>
                      <w:spacing w:val="-20"/>
                      <w:w w:val="85"/>
                      <w:sz w:val="18"/>
                      <w:szCs w:val="18"/>
                      <w:lang w:eastAsia="ko-KR"/>
                    </w:rPr>
                    <w:t>대상기관인</w:t>
                  </w:r>
                  <w:proofErr w:type="spellEnd"/>
                  <w:r w:rsidRPr="00E471C8">
                    <w:rPr>
                      <w:rFonts w:ascii="한양중고딕" w:eastAsia="한양중고딕" w:hAnsi="굴림" w:cs="굴림" w:hint="eastAsia"/>
                      <w:color w:val="000000"/>
                      <w:spacing w:val="-20"/>
                      <w:w w:val="85"/>
                      <w:sz w:val="18"/>
                      <w:szCs w:val="18"/>
                      <w:lang w:eastAsia="ko-KR"/>
                    </w:rPr>
                    <w:t xml:space="preserve"> 금융회사에 위와 같이 본인의 대출 등 정보를 제공 요청하는 것에 동의합니다.</w:t>
                  </w:r>
                  <w:r w:rsidRPr="00E471C8">
                    <w:rPr>
                      <w:rFonts w:ascii="함초롬바탕" w:eastAsia="한양중고딕" w:hAnsi="굴림" w:cs="굴림"/>
                      <w:color w:val="000000"/>
                      <w:spacing w:val="-20"/>
                      <w:w w:val="85"/>
                      <w:sz w:val="18"/>
                      <w:szCs w:val="18"/>
                      <w:lang w:eastAsia="ko-KR"/>
                    </w:rPr>
                    <w:t xml:space="preserve"> </w:t>
                  </w:r>
                </w:p>
                <w:p w:rsidR="003F7D5C" w:rsidRPr="00E471C8" w:rsidRDefault="003F7D5C" w:rsidP="00356BB7">
                  <w:pPr>
                    <w:spacing w:line="288" w:lineRule="auto"/>
                    <w:jc w:val="right"/>
                    <w:textAlignment w:val="baseline"/>
                    <w:rPr>
                      <w:rFonts w:ascii="함초롬바탕" w:eastAsia="굴림" w:hAnsi="굴림" w:cs="굴림"/>
                      <w:color w:val="000000"/>
                      <w:szCs w:val="20"/>
                      <w:lang w:eastAsia="ko-KR"/>
                    </w:rPr>
                  </w:pPr>
                  <w:r w:rsidRPr="00E471C8">
                    <w:rPr>
                      <w:rFonts w:ascii="한양중고딕" w:eastAsia="한양중고딕" w:hAnsi="굴림" w:cs="굴림" w:hint="eastAsia"/>
                      <w:b/>
                      <w:bCs/>
                      <w:color w:val="000000"/>
                      <w:spacing w:val="-20"/>
                      <w:w w:val="85"/>
                      <w:sz w:val="18"/>
                      <w:szCs w:val="18"/>
                      <w:lang w:eastAsia="ko-KR"/>
                    </w:rPr>
                    <w:t xml:space="preserve">(동의함 </w:t>
                  </w:r>
                  <w:r w:rsidRPr="00E471C8">
                    <w:rPr>
                      <w:rFonts w:ascii="한양중고딕" w:eastAsia="한양중고딕" w:hAnsi="한양중고딕" w:cs="굴림" w:hint="eastAsia"/>
                      <w:b/>
                      <w:bCs/>
                      <w:color w:val="000000"/>
                      <w:spacing w:val="-20"/>
                      <w:w w:val="85"/>
                      <w:sz w:val="18"/>
                      <w:szCs w:val="18"/>
                      <w:lang w:eastAsia="ko-KR"/>
                    </w:rPr>
                    <w:t xml:space="preserve">□ </w:t>
                  </w:r>
                  <w:r w:rsidRPr="00E471C8">
                    <w:rPr>
                      <w:rFonts w:ascii="한양중고딕" w:eastAsia="한양중고딕" w:hAnsi="굴림" w:cs="굴림" w:hint="eastAsia"/>
                      <w:b/>
                      <w:bCs/>
                      <w:color w:val="000000"/>
                      <w:spacing w:val="-20"/>
                      <w:w w:val="85"/>
                      <w:sz w:val="18"/>
                      <w:szCs w:val="18"/>
                      <w:lang w:eastAsia="ko-KR"/>
                    </w:rPr>
                    <w:t xml:space="preserve">동의하지 않음 </w:t>
                  </w:r>
                  <w:r w:rsidRPr="00E471C8">
                    <w:rPr>
                      <w:rFonts w:ascii="한양중고딕" w:eastAsia="한양중고딕" w:hAnsi="한양중고딕" w:cs="굴림" w:hint="eastAsia"/>
                      <w:b/>
                      <w:bCs/>
                      <w:color w:val="000000"/>
                      <w:spacing w:val="-20"/>
                      <w:w w:val="85"/>
                      <w:sz w:val="18"/>
                      <w:szCs w:val="18"/>
                      <w:lang w:eastAsia="ko-KR"/>
                    </w:rPr>
                    <w:t>□</w:t>
                  </w:r>
                  <w:r w:rsidRPr="00E471C8">
                    <w:rPr>
                      <w:rFonts w:ascii="한양중고딕" w:eastAsia="한양중고딕" w:hAnsi="굴림" w:cs="굴림" w:hint="eastAsia"/>
                      <w:b/>
                      <w:bCs/>
                      <w:color w:val="000000"/>
                      <w:spacing w:val="-20"/>
                      <w:w w:val="85"/>
                      <w:sz w:val="18"/>
                      <w:szCs w:val="18"/>
                      <w:lang w:eastAsia="ko-KR"/>
                    </w:rPr>
                    <w:t>)</w:t>
                  </w:r>
                </w:p>
              </w:tc>
            </w:tr>
          </w:tbl>
          <w:p w:rsidR="00C51585" w:rsidRPr="00E471C8" w:rsidRDefault="00C51585" w:rsidP="00C51585">
            <w:pPr>
              <w:ind w:firstLine="200"/>
              <w:textAlignment w:val="baseline"/>
              <w:rPr>
                <w:rFonts w:ascii="함초롬바탕" w:eastAsia="굴림" w:hAnsi="굴림" w:cs="굴림"/>
                <w:b/>
                <w:bCs/>
                <w:color w:val="000000"/>
                <w:spacing w:val="-8"/>
                <w:w w:val="97"/>
                <w:sz w:val="8"/>
                <w:szCs w:val="8"/>
                <w:lang w:eastAsia="ko-KR"/>
              </w:rPr>
            </w:pPr>
          </w:p>
          <w:p w:rsidR="003F7D5C" w:rsidRPr="00BD2806" w:rsidRDefault="003F7D5C" w:rsidP="00BD2806">
            <w:pPr>
              <w:ind w:firstLine="200"/>
              <w:textAlignment w:val="baseline"/>
              <w:rPr>
                <w:rFonts w:ascii="함초롬바탕" w:eastAsia="굴림" w:hAnsi="굴림" w:cs="굴림"/>
                <w:color w:val="000000"/>
                <w:szCs w:val="20"/>
                <w:lang w:eastAsia="ko-KR"/>
              </w:rPr>
            </w:pPr>
            <w:r w:rsidRPr="00BD2806">
              <w:rPr>
                <w:rFonts w:ascii="휴먼명조" w:eastAsia="휴먼명조" w:hAnsi="굴림" w:cs="굴림" w:hint="eastAsia"/>
                <w:b/>
                <w:bCs/>
                <w:color w:val="000000"/>
                <w:spacing w:val="-8"/>
                <w:w w:val="97"/>
                <w:szCs w:val="20"/>
                <w:lang w:eastAsia="ko-KR"/>
              </w:rPr>
              <w:t xml:space="preserve">□ 상거래 </w:t>
            </w:r>
            <w:proofErr w:type="spellStart"/>
            <w:proofErr w:type="gramStart"/>
            <w:r w:rsidRPr="00BD2806">
              <w:rPr>
                <w:rFonts w:ascii="휴먼명조" w:eastAsia="휴먼명조" w:hAnsi="굴림" w:cs="굴림" w:hint="eastAsia"/>
                <w:b/>
                <w:bCs/>
                <w:color w:val="000000"/>
                <w:spacing w:val="-8"/>
                <w:w w:val="97"/>
                <w:szCs w:val="20"/>
                <w:lang w:eastAsia="ko-KR"/>
              </w:rPr>
              <w:t>종료기업</w:t>
            </w:r>
            <w:proofErr w:type="spellEnd"/>
            <w:r w:rsidRPr="00BD2806">
              <w:rPr>
                <w:rFonts w:ascii="휴먼명조" w:eastAsia="휴먼명조" w:hAnsi="굴림" w:cs="굴림" w:hint="eastAsia"/>
                <w:b/>
                <w:bCs/>
                <w:color w:val="000000"/>
                <w:spacing w:val="-8"/>
                <w:w w:val="97"/>
                <w:szCs w:val="20"/>
                <w:lang w:eastAsia="ko-KR"/>
              </w:rPr>
              <w:t xml:space="preserve"> </w:t>
            </w:r>
            <w:r w:rsidRPr="00BD2806">
              <w:rPr>
                <w:rFonts w:ascii="HCI Poppy" w:eastAsia="휴먼명조" w:hAnsi="HCI Poppy" w:cs="굴림"/>
                <w:b/>
                <w:bCs/>
                <w:color w:val="000000"/>
                <w:spacing w:val="-8"/>
                <w:w w:val="97"/>
                <w:szCs w:val="20"/>
                <w:lang w:eastAsia="ko-KR"/>
              </w:rPr>
              <w:t>:</w:t>
            </w:r>
            <w:proofErr w:type="gramEnd"/>
            <w:r w:rsidRPr="00BD2806">
              <w:rPr>
                <w:rFonts w:ascii="HCI Poppy" w:eastAsia="휴먼명조" w:hAnsi="HCI Poppy" w:cs="굴림"/>
                <w:b/>
                <w:bCs/>
                <w:color w:val="000000"/>
                <w:spacing w:val="-8"/>
                <w:w w:val="97"/>
                <w:szCs w:val="20"/>
                <w:lang w:eastAsia="ko-KR"/>
              </w:rPr>
              <w:t xml:space="preserve"> </w:t>
            </w:r>
            <w:r w:rsidRPr="00BD2806">
              <w:rPr>
                <w:rFonts w:ascii="휴먼명조" w:eastAsia="휴먼명조" w:hAnsi="굴림" w:cs="굴림" w:hint="eastAsia"/>
                <w:b/>
                <w:bCs/>
                <w:color w:val="000000"/>
                <w:spacing w:val="-8"/>
                <w:w w:val="97"/>
                <w:szCs w:val="20"/>
                <w:lang w:eastAsia="ko-KR"/>
              </w:rPr>
              <w:t>개인신용정보 보안조치 해제 신청에 관한 사항</w:t>
            </w:r>
            <w:r w:rsidRPr="00BD2806">
              <w:rPr>
                <w:rFonts w:ascii="HCI Poppy" w:eastAsia="휴먼명조" w:hAnsi="HCI Poppy" w:cs="굴림"/>
                <w:color w:val="000000"/>
                <w:spacing w:val="-8"/>
                <w:w w:val="97"/>
                <w:szCs w:val="20"/>
                <w:lang w:eastAsia="ko-KR"/>
              </w:rPr>
              <w:t>(</w:t>
            </w:r>
            <w:r w:rsidRPr="00BD2806">
              <w:rPr>
                <w:rFonts w:ascii="휴먼명조" w:eastAsia="휴먼명조" w:hAnsi="굴림" w:cs="굴림" w:hint="eastAsia"/>
                <w:color w:val="000000"/>
                <w:spacing w:val="-8"/>
                <w:w w:val="97"/>
                <w:szCs w:val="20"/>
                <w:lang w:eastAsia="ko-KR"/>
              </w:rPr>
              <w:t>선택사항</w:t>
            </w:r>
            <w:r w:rsidRPr="00BD2806">
              <w:rPr>
                <w:rFonts w:ascii="HCI Poppy" w:eastAsia="휴먼명조" w:hAnsi="HCI Poppy" w:cs="굴림"/>
                <w:color w:val="000000"/>
                <w:spacing w:val="-8"/>
                <w:w w:val="97"/>
                <w:szCs w:val="20"/>
                <w:lang w:eastAsia="ko-KR"/>
              </w:rPr>
              <w:t>)</w:t>
            </w:r>
            <w:r w:rsidRPr="00BD2806">
              <w:rPr>
                <w:rFonts w:ascii="함초롬바탕" w:eastAsia="휴먼명조" w:hAnsi="굴림" w:cs="굴림"/>
                <w:color w:val="000000"/>
                <w:szCs w:val="20"/>
                <w:lang w:eastAsia="ko-KR"/>
              </w:rPr>
              <w:t xml:space="preserve"> </w:t>
            </w:r>
          </w:p>
          <w:p w:rsidR="003F7D5C" w:rsidRPr="00BD2806" w:rsidRDefault="003F7D5C" w:rsidP="004E2877">
            <w:pPr>
              <w:ind w:firstLineChars="100" w:firstLine="170"/>
              <w:textAlignment w:val="baseline"/>
              <w:rPr>
                <w:rFonts w:ascii="함초롬바탕" w:eastAsia="굴림" w:hAnsi="굴림" w:cs="굴림"/>
                <w:color w:val="000000"/>
                <w:sz w:val="17"/>
                <w:szCs w:val="17"/>
                <w:lang w:eastAsia="ko-KR"/>
              </w:rPr>
            </w:pPr>
            <w:r w:rsidRPr="00BD2806">
              <w:rPr>
                <w:rFonts w:ascii="한양중고딕" w:eastAsia="한양중고딕" w:hAnsi="한양중고딕" w:cs="굴림" w:hint="eastAsia"/>
                <w:color w:val="000000"/>
                <w:sz w:val="17"/>
                <w:szCs w:val="17"/>
                <w:lang w:eastAsia="ko-KR"/>
              </w:rPr>
              <w:t xml:space="preserve">○ </w:t>
            </w:r>
            <w:r w:rsidRPr="00BD2806">
              <w:rPr>
                <w:rFonts w:ascii="한양중고딕" w:eastAsia="한양중고딕" w:hAnsi="굴림" w:cs="굴림" w:hint="eastAsia"/>
                <w:color w:val="000000"/>
                <w:sz w:val="17"/>
                <w:szCs w:val="17"/>
                <w:lang w:eastAsia="ko-KR"/>
              </w:rPr>
              <w:t xml:space="preserve">본인은 아래와 같은 사유로 </w:t>
            </w:r>
            <w:proofErr w:type="spellStart"/>
            <w:r w:rsidRPr="00BD2806">
              <w:rPr>
                <w:rFonts w:ascii="한양중고딕" w:eastAsia="한양중고딕" w:hAnsi="굴림" w:cs="굴림" w:hint="eastAsia"/>
                <w:color w:val="000000"/>
                <w:sz w:val="17"/>
                <w:szCs w:val="17"/>
                <w:lang w:eastAsia="ko-KR"/>
              </w:rPr>
              <w:t>중진공에</w:t>
            </w:r>
            <w:proofErr w:type="spellEnd"/>
            <w:r w:rsidRPr="00BD2806">
              <w:rPr>
                <w:rFonts w:ascii="한양중고딕" w:eastAsia="한양중고딕" w:hAnsi="굴림" w:cs="굴림" w:hint="eastAsia"/>
                <w:color w:val="000000"/>
                <w:sz w:val="17"/>
                <w:szCs w:val="17"/>
                <w:lang w:eastAsia="ko-KR"/>
              </w:rPr>
              <w:t xml:space="preserve"> </w:t>
            </w:r>
            <w:proofErr w:type="spellStart"/>
            <w:r w:rsidRPr="00BD2806">
              <w:rPr>
                <w:rFonts w:ascii="한양중고딕" w:eastAsia="한양중고딕" w:hAnsi="굴림" w:cs="굴림" w:hint="eastAsia"/>
                <w:color w:val="000000"/>
                <w:sz w:val="17"/>
                <w:szCs w:val="17"/>
                <w:lang w:eastAsia="ko-KR"/>
              </w:rPr>
              <w:t>보안조치된</w:t>
            </w:r>
            <w:proofErr w:type="spellEnd"/>
            <w:r w:rsidRPr="00BD2806">
              <w:rPr>
                <w:rFonts w:ascii="한양중고딕" w:eastAsia="한양중고딕" w:hAnsi="굴림" w:cs="굴림" w:hint="eastAsia"/>
                <w:color w:val="000000"/>
                <w:sz w:val="17"/>
                <w:szCs w:val="17"/>
                <w:lang w:eastAsia="ko-KR"/>
              </w:rPr>
              <w:t xml:space="preserve"> 본인의 개인신용정보의 복구 신청에 동의합니다.</w:t>
            </w:r>
          </w:p>
          <w:p w:rsidR="003F7D5C" w:rsidRDefault="003F7D5C" w:rsidP="00D47C77">
            <w:pPr>
              <w:ind w:left="924" w:hanging="458"/>
              <w:jc w:val="right"/>
              <w:textAlignment w:val="baseline"/>
              <w:rPr>
                <w:rFonts w:ascii="함초롬바탕" w:eastAsia="굴림" w:hAnsi="굴림" w:cs="굴림"/>
                <w:color w:val="000000"/>
                <w:sz w:val="8"/>
                <w:szCs w:val="8"/>
                <w:lang w:eastAsia="ko-KR"/>
              </w:rPr>
            </w:pPr>
          </w:p>
          <w:p w:rsidR="00D47C77" w:rsidRPr="00BD2806" w:rsidRDefault="00D47C77" w:rsidP="00D47C77">
            <w:pPr>
              <w:ind w:left="924" w:hanging="458"/>
              <w:jc w:val="right"/>
              <w:textAlignment w:val="baseline"/>
              <w:rPr>
                <w:rFonts w:ascii="함초롬바탕" w:eastAsia="굴림" w:hAnsi="굴림" w:cs="굴림" w:hint="eastAsia"/>
                <w:color w:val="000000"/>
                <w:sz w:val="8"/>
                <w:szCs w:val="8"/>
                <w:lang w:eastAsia="ko-KR"/>
              </w:rPr>
            </w:pPr>
          </w:p>
          <w:tbl>
            <w:tblPr>
              <w:tblOverlap w:val="never"/>
              <w:tblW w:w="0" w:type="auto"/>
              <w:tblInd w:w="245" w:type="dxa"/>
              <w:tblBorders>
                <w:top w:val="single" w:sz="12" w:space="0" w:color="auto"/>
                <w:left w:val="single" w:sz="12" w:space="0" w:color="auto"/>
                <w:bottom w:val="single" w:sz="12" w:space="0" w:color="auto"/>
                <w:right w:val="single" w:sz="12" w:space="0" w:color="auto"/>
                <w:insideH w:val="single" w:sz="2" w:space="0" w:color="000000"/>
                <w:insideV w:val="single" w:sz="2" w:space="0" w:color="000000"/>
              </w:tblBorders>
              <w:tblCellMar>
                <w:top w:w="15" w:type="dxa"/>
                <w:left w:w="15" w:type="dxa"/>
                <w:bottom w:w="15" w:type="dxa"/>
                <w:right w:w="15" w:type="dxa"/>
              </w:tblCellMar>
              <w:tblLook w:val="04A0" w:firstRow="1" w:lastRow="0" w:firstColumn="1" w:lastColumn="0" w:noHBand="0" w:noVBand="1"/>
            </w:tblPr>
            <w:tblGrid>
              <w:gridCol w:w="1615"/>
              <w:gridCol w:w="7533"/>
            </w:tblGrid>
            <w:tr w:rsidR="003F7D5C" w:rsidRPr="00E471C8" w:rsidTr="00B51B78">
              <w:trPr>
                <w:trHeight w:val="733"/>
              </w:trPr>
              <w:tc>
                <w:tcPr>
                  <w:tcW w:w="1615" w:type="dxa"/>
                  <w:tcMar>
                    <w:top w:w="28" w:type="dxa"/>
                    <w:left w:w="28" w:type="dxa"/>
                    <w:bottom w:w="28" w:type="dxa"/>
                    <w:right w:w="28" w:type="dxa"/>
                  </w:tcMar>
                  <w:vAlign w:val="center"/>
                  <w:hideMark/>
                </w:tcPr>
                <w:p w:rsidR="003F7D5C" w:rsidRPr="00E471C8" w:rsidRDefault="003F7D5C" w:rsidP="00C51585">
                  <w:pPr>
                    <w:spacing w:line="288" w:lineRule="auto"/>
                    <w:ind w:left="240" w:hanging="240"/>
                    <w:jc w:val="center"/>
                    <w:textAlignment w:val="baseline"/>
                    <w:rPr>
                      <w:rFonts w:ascii="함초롬바탕" w:eastAsia="굴림" w:hAnsi="굴림" w:cs="굴림"/>
                      <w:color w:val="000000"/>
                      <w:szCs w:val="20"/>
                    </w:rPr>
                  </w:pPr>
                  <w:proofErr w:type="spellStart"/>
                  <w:r w:rsidRPr="00E471C8">
                    <w:rPr>
                      <w:rFonts w:ascii="한양중고딕" w:eastAsia="한양중고딕" w:hAnsi="굴림" w:cs="굴림" w:hint="eastAsia"/>
                      <w:color w:val="000000"/>
                      <w:spacing w:val="-8"/>
                      <w:w w:val="97"/>
                      <w:szCs w:val="20"/>
                    </w:rPr>
                    <w:t>요청사유</w:t>
                  </w:r>
                  <w:proofErr w:type="spellEnd"/>
                </w:p>
              </w:tc>
              <w:tc>
                <w:tcPr>
                  <w:tcW w:w="7533" w:type="dxa"/>
                  <w:tcMar>
                    <w:top w:w="28" w:type="dxa"/>
                    <w:left w:w="28" w:type="dxa"/>
                    <w:bottom w:w="28" w:type="dxa"/>
                    <w:right w:w="28" w:type="dxa"/>
                  </w:tcMar>
                  <w:vAlign w:val="center"/>
                  <w:hideMark/>
                </w:tcPr>
                <w:p w:rsidR="003F7D5C" w:rsidRPr="00864F63" w:rsidRDefault="003F7D5C" w:rsidP="00C51585">
                  <w:pPr>
                    <w:spacing w:after="20"/>
                    <w:ind w:left="304" w:hanging="150"/>
                    <w:textAlignment w:val="baseline"/>
                    <w:rPr>
                      <w:rFonts w:ascii="함초롬바탕" w:eastAsia="굴림" w:hAnsi="굴림" w:cs="굴림"/>
                      <w:color w:val="000000"/>
                      <w:sz w:val="17"/>
                      <w:szCs w:val="17"/>
                      <w:lang w:eastAsia="ko-KR"/>
                    </w:rPr>
                  </w:pPr>
                  <w:r w:rsidRPr="00864F63">
                    <w:rPr>
                      <w:rFonts w:ascii="한양중고딕" w:eastAsia="한양중고딕" w:hAnsi="굴림" w:cs="굴림" w:hint="eastAsia"/>
                      <w:color w:val="000000"/>
                      <w:spacing w:val="-22"/>
                      <w:w w:val="90"/>
                      <w:sz w:val="17"/>
                      <w:szCs w:val="17"/>
                      <w:lang w:eastAsia="ko-KR"/>
                    </w:rPr>
                    <w:t>- 신규 대출 신청, 세무서 과세자료 제출, 개인 분쟁해결</w:t>
                  </w:r>
                </w:p>
                <w:p w:rsidR="003F7D5C" w:rsidRPr="00E471C8" w:rsidRDefault="003F7D5C" w:rsidP="00C51585">
                  <w:pPr>
                    <w:spacing w:after="20"/>
                    <w:ind w:left="304" w:hanging="150"/>
                    <w:textAlignment w:val="baseline"/>
                    <w:rPr>
                      <w:rFonts w:ascii="함초롬바탕" w:eastAsia="굴림" w:hAnsi="굴림" w:cs="굴림"/>
                      <w:color w:val="000000"/>
                      <w:szCs w:val="20"/>
                      <w:lang w:eastAsia="ko-KR"/>
                    </w:rPr>
                  </w:pPr>
                  <w:r w:rsidRPr="00864F63">
                    <w:rPr>
                      <w:rFonts w:ascii="한양중고딕" w:eastAsia="한양중고딕" w:hAnsi="굴림" w:cs="굴림" w:hint="eastAsia"/>
                      <w:color w:val="000000"/>
                      <w:spacing w:val="-22"/>
                      <w:w w:val="90"/>
                      <w:sz w:val="17"/>
                      <w:szCs w:val="17"/>
                      <w:u w:val="single" w:color="000000"/>
                      <w:lang w:eastAsia="ko-KR"/>
                    </w:rPr>
                    <w:t>기타</w:t>
                  </w:r>
                  <w:proofErr w:type="gramStart"/>
                  <w:r w:rsidRPr="00864F63">
                    <w:rPr>
                      <w:rFonts w:ascii="한양중고딕" w:eastAsia="한양중고딕" w:hAnsi="굴림" w:cs="굴림" w:hint="eastAsia"/>
                      <w:color w:val="000000"/>
                      <w:spacing w:val="-22"/>
                      <w:w w:val="90"/>
                      <w:sz w:val="17"/>
                      <w:szCs w:val="17"/>
                      <w:u w:val="single" w:color="000000"/>
                      <w:lang w:eastAsia="ko-KR"/>
                    </w:rPr>
                    <w:t xml:space="preserve">( </w:t>
                  </w:r>
                  <w:r w:rsidR="00AC76CA" w:rsidRPr="00864F63">
                    <w:rPr>
                      <w:rFonts w:ascii="한양중고딕" w:eastAsia="한양중고딕" w:hAnsi="굴림" w:cs="굴림"/>
                      <w:color w:val="000000"/>
                      <w:spacing w:val="-22"/>
                      <w:w w:val="90"/>
                      <w:sz w:val="17"/>
                      <w:szCs w:val="17"/>
                      <w:u w:val="single" w:color="000000"/>
                      <w:lang w:eastAsia="ko-KR"/>
                    </w:rPr>
                    <w:t xml:space="preserve">                                                                                 </w:t>
                  </w:r>
                  <w:r w:rsidRPr="00864F63">
                    <w:rPr>
                      <w:rFonts w:ascii="한양중고딕" w:eastAsia="한양중고딕" w:hAnsi="굴림" w:cs="굴림" w:hint="eastAsia"/>
                      <w:color w:val="000000"/>
                      <w:spacing w:val="-22"/>
                      <w:w w:val="90"/>
                      <w:sz w:val="17"/>
                      <w:szCs w:val="17"/>
                      <w:u w:val="single" w:color="000000"/>
                      <w:lang w:eastAsia="ko-KR"/>
                    </w:rPr>
                    <w:t>)</w:t>
                  </w:r>
                  <w:proofErr w:type="gramEnd"/>
                  <w:r w:rsidR="00AC76CA" w:rsidRPr="00864F63">
                    <w:rPr>
                      <w:rFonts w:ascii="한양중고딕" w:eastAsia="한양중고딕" w:hAnsi="굴림" w:cs="굴림"/>
                      <w:color w:val="000000"/>
                      <w:spacing w:val="-22"/>
                      <w:w w:val="90"/>
                      <w:sz w:val="17"/>
                      <w:szCs w:val="17"/>
                      <w:u w:val="single" w:color="000000"/>
                      <w:lang w:eastAsia="ko-KR"/>
                    </w:rPr>
                    <w:t xml:space="preserve"> </w:t>
                  </w:r>
                  <w:r w:rsidRPr="00864F63">
                    <w:rPr>
                      <w:rFonts w:ascii="함초롬바탕" w:eastAsia="한양중고딕" w:hAnsi="굴림" w:cs="굴림"/>
                      <w:color w:val="000000"/>
                      <w:spacing w:val="-8"/>
                      <w:sz w:val="17"/>
                      <w:szCs w:val="17"/>
                      <w:lang w:eastAsia="ko-KR"/>
                    </w:rPr>
                    <w:t xml:space="preserve"> </w:t>
                  </w:r>
                  <w:r w:rsidRPr="00864F63">
                    <w:rPr>
                      <w:rFonts w:ascii="한양중고딕" w:eastAsia="한양중고딕" w:hAnsi="굴림" w:cs="굴림" w:hint="eastAsia"/>
                      <w:color w:val="000000"/>
                      <w:spacing w:val="-14"/>
                      <w:w w:val="90"/>
                      <w:sz w:val="17"/>
                      <w:szCs w:val="17"/>
                      <w:lang w:eastAsia="ko-KR"/>
                    </w:rPr>
                    <w:t xml:space="preserve">* </w:t>
                  </w:r>
                  <w:r w:rsidRPr="00864F63">
                    <w:rPr>
                      <w:rFonts w:ascii="한양중고딕" w:eastAsia="한양중고딕" w:hAnsi="굴림" w:cs="굴림" w:hint="eastAsia"/>
                      <w:color w:val="000000"/>
                      <w:spacing w:val="-2"/>
                      <w:w w:val="90"/>
                      <w:sz w:val="17"/>
                      <w:szCs w:val="17"/>
                      <w:lang w:eastAsia="ko-KR"/>
                    </w:rPr>
                    <w:t xml:space="preserve">필요시 그 외 상거래 재개 </w:t>
                  </w:r>
                  <w:proofErr w:type="spellStart"/>
                  <w:r w:rsidRPr="00864F63">
                    <w:rPr>
                      <w:rFonts w:ascii="한양중고딕" w:eastAsia="한양중고딕" w:hAnsi="굴림" w:cs="굴림" w:hint="eastAsia"/>
                      <w:color w:val="000000"/>
                      <w:spacing w:val="-2"/>
                      <w:w w:val="90"/>
                      <w:sz w:val="17"/>
                      <w:szCs w:val="17"/>
                      <w:lang w:eastAsia="ko-KR"/>
                    </w:rPr>
                    <w:t>신청사유를</w:t>
                  </w:r>
                  <w:proofErr w:type="spellEnd"/>
                  <w:r w:rsidRPr="00864F63">
                    <w:rPr>
                      <w:rFonts w:ascii="한양중고딕" w:eastAsia="한양중고딕" w:hAnsi="굴림" w:cs="굴림" w:hint="eastAsia"/>
                      <w:color w:val="000000"/>
                      <w:spacing w:val="-2"/>
                      <w:w w:val="90"/>
                      <w:sz w:val="17"/>
                      <w:szCs w:val="17"/>
                      <w:lang w:eastAsia="ko-KR"/>
                    </w:rPr>
                    <w:t xml:space="preserve"> 적어주세요</w:t>
                  </w:r>
                </w:p>
                <w:p w:rsidR="003F7D5C" w:rsidRPr="00E471C8" w:rsidRDefault="003F7D5C" w:rsidP="00C51585">
                  <w:pPr>
                    <w:spacing w:after="20"/>
                    <w:ind w:left="304" w:hanging="150"/>
                    <w:jc w:val="right"/>
                    <w:textAlignment w:val="baseline"/>
                    <w:rPr>
                      <w:rFonts w:ascii="함초롬바탕" w:eastAsia="굴림" w:hAnsi="굴림" w:cs="굴림"/>
                      <w:color w:val="000000"/>
                      <w:szCs w:val="20"/>
                      <w:lang w:eastAsia="ko-KR"/>
                    </w:rPr>
                  </w:pPr>
                  <w:r w:rsidRPr="00E471C8">
                    <w:rPr>
                      <w:rFonts w:ascii="한양중고딕" w:eastAsia="한양중고딕" w:hAnsi="굴림" w:cs="굴림" w:hint="eastAsia"/>
                      <w:b/>
                      <w:bCs/>
                      <w:color w:val="000000"/>
                      <w:spacing w:val="-10"/>
                      <w:w w:val="90"/>
                      <w:sz w:val="18"/>
                      <w:szCs w:val="18"/>
                      <w:lang w:eastAsia="ko-KR"/>
                    </w:rPr>
                    <w:t xml:space="preserve">(동의함 </w:t>
                  </w:r>
                  <w:r w:rsidRPr="00E471C8">
                    <w:rPr>
                      <w:rFonts w:ascii="한양중고딕" w:eastAsia="한양중고딕" w:hAnsi="한양중고딕" w:cs="굴림" w:hint="eastAsia"/>
                      <w:b/>
                      <w:bCs/>
                      <w:color w:val="000000"/>
                      <w:spacing w:val="-10"/>
                      <w:w w:val="90"/>
                      <w:sz w:val="18"/>
                      <w:szCs w:val="18"/>
                      <w:lang w:eastAsia="ko-KR"/>
                    </w:rPr>
                    <w:t xml:space="preserve">□ </w:t>
                  </w:r>
                  <w:r w:rsidRPr="00E471C8">
                    <w:rPr>
                      <w:rFonts w:ascii="한양중고딕" w:eastAsia="한양중고딕" w:hAnsi="굴림" w:cs="굴림" w:hint="eastAsia"/>
                      <w:b/>
                      <w:bCs/>
                      <w:color w:val="000000"/>
                      <w:spacing w:val="-10"/>
                      <w:w w:val="90"/>
                      <w:sz w:val="18"/>
                      <w:szCs w:val="18"/>
                      <w:lang w:eastAsia="ko-KR"/>
                    </w:rPr>
                    <w:t xml:space="preserve">동의하지 않음 </w:t>
                  </w:r>
                  <w:proofErr w:type="gramStart"/>
                  <w:r w:rsidRPr="00E471C8">
                    <w:rPr>
                      <w:rFonts w:ascii="한양중고딕" w:eastAsia="한양중고딕" w:hAnsi="한양중고딕" w:cs="굴림" w:hint="eastAsia"/>
                      <w:b/>
                      <w:bCs/>
                      <w:color w:val="000000"/>
                      <w:spacing w:val="-10"/>
                      <w:w w:val="90"/>
                      <w:sz w:val="18"/>
                      <w:szCs w:val="18"/>
                      <w:lang w:eastAsia="ko-KR"/>
                    </w:rPr>
                    <w:t xml:space="preserve">□ </w:t>
                  </w:r>
                  <w:r w:rsidRPr="00E471C8">
                    <w:rPr>
                      <w:rFonts w:ascii="한양중고딕" w:eastAsia="한양중고딕" w:hAnsi="굴림" w:cs="굴림" w:hint="eastAsia"/>
                      <w:b/>
                      <w:bCs/>
                      <w:color w:val="000000"/>
                      <w:spacing w:val="-10"/>
                      <w:w w:val="90"/>
                      <w:sz w:val="18"/>
                      <w:szCs w:val="18"/>
                      <w:lang w:eastAsia="ko-KR"/>
                    </w:rPr>
                    <w:t>)</w:t>
                  </w:r>
                  <w:proofErr w:type="gramEnd"/>
                  <w:r w:rsidRPr="00E471C8">
                    <w:rPr>
                      <w:rFonts w:ascii="한양중고딕" w:eastAsia="한양중고딕" w:hAnsi="굴림" w:cs="굴림" w:hint="eastAsia"/>
                      <w:b/>
                      <w:bCs/>
                      <w:color w:val="000000"/>
                      <w:spacing w:val="-10"/>
                      <w:w w:val="90"/>
                      <w:sz w:val="18"/>
                      <w:szCs w:val="18"/>
                      <w:lang w:eastAsia="ko-KR"/>
                    </w:rPr>
                    <w:t xml:space="preserve"> </w:t>
                  </w:r>
                </w:p>
              </w:tc>
            </w:tr>
          </w:tbl>
          <w:p w:rsidR="00BD2806" w:rsidRPr="00BD2806" w:rsidRDefault="00BD2806" w:rsidP="00C51585">
            <w:pPr>
              <w:ind w:firstLine="200"/>
              <w:textAlignment w:val="baseline"/>
              <w:rPr>
                <w:rFonts w:ascii="휴먼명조" w:eastAsia="휴먼명조" w:hAnsi="굴림" w:cs="굴림"/>
                <w:b/>
                <w:bCs/>
                <w:color w:val="000000"/>
                <w:spacing w:val="-8"/>
                <w:w w:val="97"/>
                <w:sz w:val="6"/>
                <w:szCs w:val="6"/>
                <w:lang w:eastAsia="ko-KR"/>
              </w:rPr>
            </w:pPr>
          </w:p>
          <w:p w:rsidR="003F7D5C" w:rsidRPr="00BD2806" w:rsidRDefault="003F7D5C" w:rsidP="00C51585">
            <w:pPr>
              <w:ind w:firstLine="200"/>
              <w:textAlignment w:val="baseline"/>
              <w:rPr>
                <w:rFonts w:ascii="함초롬바탕" w:eastAsia="굴림" w:hAnsi="굴림" w:cs="굴림"/>
                <w:color w:val="000000"/>
                <w:szCs w:val="20"/>
                <w:lang w:eastAsia="ko-KR"/>
              </w:rPr>
            </w:pPr>
            <w:r w:rsidRPr="00BD2806">
              <w:rPr>
                <w:rFonts w:ascii="휴먼명조" w:eastAsia="휴먼명조" w:hAnsi="굴림" w:cs="굴림" w:hint="eastAsia"/>
                <w:b/>
                <w:bCs/>
                <w:color w:val="000000"/>
                <w:spacing w:val="-8"/>
                <w:w w:val="97"/>
                <w:szCs w:val="20"/>
                <w:lang w:eastAsia="ko-KR"/>
              </w:rPr>
              <w:t>□ 동의의 효력 및 동의를 거부할 권리</w:t>
            </w:r>
            <w:r w:rsidRPr="00BD2806">
              <w:rPr>
                <w:rFonts w:ascii="함초롬바탕" w:eastAsia="휴먼명조" w:hAnsi="굴림" w:cs="굴림"/>
                <w:color w:val="000000"/>
                <w:szCs w:val="20"/>
                <w:lang w:eastAsia="ko-KR"/>
              </w:rPr>
              <w:t xml:space="preserve"> </w:t>
            </w:r>
          </w:p>
          <w:p w:rsidR="003F7D5C" w:rsidRPr="00BD2806" w:rsidRDefault="003F7D5C" w:rsidP="004E2877">
            <w:pPr>
              <w:ind w:leftChars="100" w:left="200"/>
              <w:textAlignment w:val="baseline"/>
              <w:rPr>
                <w:rFonts w:ascii="함초롬바탕" w:eastAsia="굴림" w:hAnsi="굴림" w:cs="굴림"/>
                <w:color w:val="000000"/>
                <w:sz w:val="17"/>
                <w:szCs w:val="17"/>
                <w:lang w:eastAsia="ko-KR"/>
              </w:rPr>
            </w:pPr>
            <w:r w:rsidRPr="00BD2806">
              <w:rPr>
                <w:rFonts w:ascii="한양중고딕" w:eastAsia="한양중고딕" w:hAnsi="한양중고딕" w:cs="굴림" w:hint="eastAsia"/>
                <w:color w:val="000000"/>
                <w:sz w:val="17"/>
                <w:szCs w:val="17"/>
                <w:lang w:eastAsia="ko-KR"/>
              </w:rPr>
              <w:t xml:space="preserve">○ </w:t>
            </w:r>
            <w:r w:rsidRPr="00BD2806">
              <w:rPr>
                <w:rFonts w:ascii="한양중고딕" w:eastAsia="한양중고딕" w:hAnsi="굴림" w:cs="굴림" w:hint="eastAsia"/>
                <w:color w:val="000000"/>
                <w:spacing w:val="-2"/>
                <w:sz w:val="17"/>
                <w:szCs w:val="17"/>
                <w:lang w:eastAsia="ko-KR"/>
              </w:rPr>
              <w:t>본 동의서를 제출한 시점부터 신청한 계약의 종료 시까지 위 목적을 위하여 동의의 효력이 유지됩니다. 단, 계약</w:t>
            </w:r>
            <w:r w:rsidRPr="00BD2806">
              <w:rPr>
                <w:rFonts w:ascii="함초롬바탕" w:eastAsia="한양중고딕" w:hAnsi="굴림" w:cs="굴림"/>
                <w:color w:val="000000"/>
                <w:sz w:val="17"/>
                <w:szCs w:val="17"/>
                <w:lang w:eastAsia="ko-KR"/>
              </w:rPr>
              <w:t xml:space="preserve"> </w:t>
            </w:r>
            <w:r w:rsidRPr="00BD2806">
              <w:rPr>
                <w:rFonts w:ascii="한양중고딕" w:eastAsia="한양중고딕" w:hAnsi="굴림" w:cs="굴림" w:hint="eastAsia"/>
                <w:color w:val="000000"/>
                <w:spacing w:val="-4"/>
                <w:sz w:val="17"/>
                <w:szCs w:val="17"/>
                <w:lang w:eastAsia="ko-KR"/>
              </w:rPr>
              <w:t xml:space="preserve">종료 후에도 </w:t>
            </w:r>
            <w:proofErr w:type="spellStart"/>
            <w:r w:rsidRPr="00BD2806">
              <w:rPr>
                <w:rFonts w:ascii="한양중고딕" w:eastAsia="한양중고딕" w:hAnsi="굴림" w:cs="굴림" w:hint="eastAsia"/>
                <w:color w:val="000000"/>
                <w:spacing w:val="-4"/>
                <w:sz w:val="17"/>
                <w:szCs w:val="17"/>
                <w:lang w:eastAsia="ko-KR"/>
              </w:rPr>
              <w:t>금융조사</w:t>
            </w:r>
            <w:proofErr w:type="spellEnd"/>
            <w:r w:rsidRPr="00BD2806">
              <w:rPr>
                <w:rFonts w:ascii="한양중고딕" w:eastAsia="한양중고딕" w:hAnsi="굴림" w:cs="굴림" w:hint="eastAsia"/>
                <w:color w:val="000000"/>
                <w:spacing w:val="-4"/>
                <w:sz w:val="17"/>
                <w:szCs w:val="17"/>
                <w:lang w:eastAsia="ko-KR"/>
              </w:rPr>
              <w:t>, 분쟁해결, 민원처리, 법령상 의무이행 및 위 기관의 리스크 관리 업무를 위해 필요한 범위</w:t>
            </w:r>
            <w:r w:rsidRPr="00BD2806">
              <w:rPr>
                <w:rFonts w:ascii="함초롬바탕" w:eastAsia="한양중고딕" w:hAnsi="굴림" w:cs="굴림"/>
                <w:color w:val="000000"/>
                <w:sz w:val="17"/>
                <w:szCs w:val="17"/>
                <w:lang w:eastAsia="ko-KR"/>
              </w:rPr>
              <w:t xml:space="preserve"> </w:t>
            </w:r>
            <w:r w:rsidRPr="00BD2806">
              <w:rPr>
                <w:rFonts w:ascii="한양중고딕" w:eastAsia="한양중고딕" w:hAnsi="굴림" w:cs="굴림" w:hint="eastAsia"/>
                <w:color w:val="000000"/>
                <w:sz w:val="17"/>
                <w:szCs w:val="17"/>
                <w:lang w:eastAsia="ko-KR"/>
              </w:rPr>
              <w:t>내에서만 이용됩니다</w:t>
            </w:r>
          </w:p>
          <w:p w:rsidR="003F7D5C" w:rsidRPr="00E471C8" w:rsidRDefault="003F7D5C" w:rsidP="004E2877">
            <w:pPr>
              <w:ind w:leftChars="100" w:left="200"/>
              <w:textAlignment w:val="baseline"/>
              <w:rPr>
                <w:rFonts w:ascii="함초롬바탕" w:eastAsia="굴림" w:hAnsi="굴림" w:cs="굴림"/>
                <w:color w:val="000000"/>
                <w:szCs w:val="20"/>
                <w:lang w:eastAsia="ko-KR"/>
              </w:rPr>
            </w:pPr>
            <w:r w:rsidRPr="00BD2806">
              <w:rPr>
                <w:rFonts w:ascii="한양중고딕" w:eastAsia="한양중고딕" w:hAnsi="한양중고딕" w:cs="굴림" w:hint="eastAsia"/>
                <w:color w:val="000000"/>
                <w:sz w:val="17"/>
                <w:szCs w:val="17"/>
                <w:lang w:eastAsia="ko-KR"/>
              </w:rPr>
              <w:t xml:space="preserve">○ </w:t>
            </w:r>
            <w:r w:rsidRPr="00BD2806">
              <w:rPr>
                <w:rFonts w:ascii="한양중고딕" w:eastAsia="한양중고딕" w:hAnsi="굴림" w:cs="굴림" w:hint="eastAsia"/>
                <w:color w:val="000000"/>
                <w:spacing w:val="-6"/>
                <w:sz w:val="17"/>
                <w:szCs w:val="17"/>
                <w:lang w:eastAsia="ko-KR"/>
              </w:rPr>
              <w:t>해당 행정정보이용, 금융회사가 보유한 신용정보, 세무회계자료 온라인 제출에 대해 동의를 하지 아니할 경우에도</w:t>
            </w:r>
            <w:r w:rsidRPr="00BD2806">
              <w:rPr>
                <w:rFonts w:ascii="함초롬바탕" w:eastAsia="한양중고딕" w:hAnsi="굴림" w:cs="굴림"/>
                <w:color w:val="000000"/>
                <w:spacing w:val="-2"/>
                <w:sz w:val="17"/>
                <w:szCs w:val="17"/>
                <w:lang w:eastAsia="ko-KR"/>
              </w:rPr>
              <w:t xml:space="preserve"> </w:t>
            </w:r>
            <w:r w:rsidRPr="00BD2806">
              <w:rPr>
                <w:rFonts w:ascii="한양중고딕" w:eastAsia="한양중고딕" w:hAnsi="굴림" w:cs="굴림" w:hint="eastAsia"/>
                <w:color w:val="000000"/>
                <w:spacing w:val="-2"/>
                <w:sz w:val="17"/>
                <w:szCs w:val="17"/>
                <w:lang w:eastAsia="ko-KR"/>
              </w:rPr>
              <w:t>불이익은 없습니다. 다만, 동의하지 아니한 경우에는 그 해당 부분에 대해서 직접 서류를 제출하여야 합니다.</w:t>
            </w:r>
          </w:p>
        </w:tc>
      </w:tr>
    </w:tbl>
    <w:p w:rsidR="003F7D5C" w:rsidRPr="00E471C8" w:rsidRDefault="003F7D5C" w:rsidP="003F7D5C">
      <w:pPr>
        <w:ind w:left="240" w:hanging="240"/>
        <w:jc w:val="right"/>
        <w:textAlignment w:val="baseline"/>
        <w:rPr>
          <w:rFonts w:ascii="함초롬바탕" w:eastAsia="굴림" w:hAnsi="굴림" w:cs="굴림"/>
          <w:color w:val="000000"/>
          <w:sz w:val="16"/>
          <w:szCs w:val="16"/>
        </w:rPr>
      </w:pPr>
      <w:r w:rsidRPr="00E471C8">
        <w:rPr>
          <w:rFonts w:ascii="휴먼명조" w:eastAsia="휴먼명조" w:hAnsi="굴림" w:cs="굴림" w:hint="eastAsia"/>
          <w:color w:val="000000"/>
          <w:sz w:val="24"/>
          <w:szCs w:val="24"/>
        </w:rPr>
        <w:t xml:space="preserve">년 </w:t>
      </w:r>
      <w:r w:rsidR="008313DD">
        <w:rPr>
          <w:rFonts w:ascii="휴먼명조" w:eastAsia="휴먼명조" w:hAnsi="굴림" w:cs="굴림"/>
          <w:color w:val="000000"/>
          <w:sz w:val="24"/>
          <w:szCs w:val="24"/>
        </w:rPr>
        <w:t xml:space="preserve">    </w:t>
      </w:r>
      <w:r w:rsidRPr="00E471C8">
        <w:rPr>
          <w:rFonts w:ascii="휴먼명조" w:eastAsia="휴먼명조" w:hAnsi="굴림" w:cs="굴림" w:hint="eastAsia"/>
          <w:color w:val="000000"/>
          <w:sz w:val="24"/>
          <w:szCs w:val="24"/>
        </w:rPr>
        <w:t>월</w:t>
      </w:r>
      <w:r w:rsidR="008313DD">
        <w:rPr>
          <w:rFonts w:ascii="휴먼명조" w:eastAsia="휴먼명조" w:hAnsi="굴림" w:cs="굴림" w:hint="eastAsia"/>
          <w:color w:val="000000"/>
          <w:sz w:val="24"/>
          <w:szCs w:val="24"/>
          <w:lang w:eastAsia="ko-KR"/>
        </w:rPr>
        <w:t xml:space="preserve">    </w:t>
      </w:r>
      <w:r w:rsidRPr="00E471C8">
        <w:rPr>
          <w:rFonts w:ascii="함초롬바탕" w:eastAsia="휴먼명조" w:hAnsi="굴림" w:cs="굴림"/>
          <w:color w:val="000000"/>
          <w:spacing w:val="96"/>
          <w:w w:val="97"/>
          <w:sz w:val="24"/>
          <w:szCs w:val="24"/>
        </w:rPr>
        <w:t xml:space="preserve"> </w:t>
      </w:r>
      <w:r w:rsidRPr="00E471C8">
        <w:rPr>
          <w:rFonts w:ascii="휴먼명조" w:eastAsia="휴먼명조" w:hAnsi="굴림" w:cs="굴림" w:hint="eastAsia"/>
          <w:color w:val="000000"/>
          <w:sz w:val="24"/>
          <w:szCs w:val="24"/>
        </w:rPr>
        <w:t>일</w:t>
      </w:r>
    </w:p>
    <w:p w:rsidR="003F7D5C" w:rsidRPr="00E471C8" w:rsidRDefault="003F7D5C" w:rsidP="003F7D5C">
      <w:pPr>
        <w:ind w:left="240" w:hanging="240"/>
        <w:textAlignment w:val="baseline"/>
        <w:rPr>
          <w:rFonts w:ascii="함초롬바탕" w:eastAsia="굴림" w:hAnsi="굴림" w:cs="굴림"/>
          <w:color w:val="000000"/>
          <w:sz w:val="4"/>
          <w:szCs w:val="4"/>
        </w:rPr>
      </w:pPr>
    </w:p>
    <w:tbl>
      <w:tblPr>
        <w:tblOverlap w:val="never"/>
        <w:tblW w:w="9659" w:type="dxa"/>
        <w:tblInd w:w="102" w:type="dxa"/>
        <w:tblCellMar>
          <w:top w:w="15" w:type="dxa"/>
          <w:left w:w="15" w:type="dxa"/>
          <w:bottom w:w="15" w:type="dxa"/>
          <w:right w:w="15" w:type="dxa"/>
        </w:tblCellMar>
        <w:tblLook w:val="04A0" w:firstRow="1" w:lastRow="0" w:firstColumn="1" w:lastColumn="0" w:noHBand="0" w:noVBand="1"/>
      </w:tblPr>
      <w:tblGrid>
        <w:gridCol w:w="2118"/>
        <w:gridCol w:w="3408"/>
        <w:gridCol w:w="1385"/>
        <w:gridCol w:w="2748"/>
      </w:tblGrid>
      <w:tr w:rsidR="003F7D5C" w:rsidRPr="00E471C8" w:rsidTr="00BD2806">
        <w:trPr>
          <w:trHeight w:val="307"/>
        </w:trPr>
        <w:tc>
          <w:tcPr>
            <w:tcW w:w="2118" w:type="dxa"/>
            <w:tcBorders>
              <w:top w:val="single" w:sz="12" w:space="0" w:color="000000"/>
              <w:left w:val="single" w:sz="12" w:space="0" w:color="000000"/>
              <w:bottom w:val="single" w:sz="2" w:space="0" w:color="000000"/>
              <w:right w:val="single" w:sz="2" w:space="0" w:color="000000"/>
            </w:tcBorders>
            <w:tcMar>
              <w:top w:w="28" w:type="dxa"/>
              <w:left w:w="102" w:type="dxa"/>
              <w:bottom w:w="28" w:type="dxa"/>
              <w:right w:w="102" w:type="dxa"/>
            </w:tcMar>
            <w:vAlign w:val="center"/>
            <w:hideMark/>
          </w:tcPr>
          <w:p w:rsidR="003F7D5C" w:rsidRPr="00E471C8" w:rsidRDefault="003F7D5C" w:rsidP="00C51585">
            <w:pPr>
              <w:spacing w:line="312" w:lineRule="auto"/>
              <w:jc w:val="center"/>
              <w:textAlignment w:val="baseline"/>
              <w:rPr>
                <w:rFonts w:ascii="함초롬바탕" w:eastAsia="굴림" w:hAnsi="굴림" w:cs="굴림"/>
                <w:color w:val="000000"/>
                <w:szCs w:val="20"/>
              </w:rPr>
            </w:pPr>
            <w:proofErr w:type="spellStart"/>
            <w:r w:rsidRPr="00E471C8">
              <w:rPr>
                <w:rFonts w:ascii="함초롬바탕" w:eastAsia="함초롬바탕" w:hAnsi="함초롬바탕" w:cs="함초롬바탕" w:hint="eastAsia"/>
                <w:b/>
                <w:bCs/>
                <w:color w:val="000000"/>
                <w:szCs w:val="20"/>
              </w:rPr>
              <w:t>기업체명</w:t>
            </w:r>
            <w:proofErr w:type="spellEnd"/>
          </w:p>
        </w:tc>
        <w:tc>
          <w:tcPr>
            <w:tcW w:w="3408" w:type="dxa"/>
            <w:tcBorders>
              <w:top w:val="single" w:sz="12" w:space="0" w:color="000000"/>
              <w:left w:val="single" w:sz="2" w:space="0" w:color="000000"/>
              <w:bottom w:val="single" w:sz="2" w:space="0" w:color="000000"/>
              <w:right w:val="single" w:sz="12" w:space="0" w:color="000000"/>
            </w:tcBorders>
            <w:tcMar>
              <w:top w:w="28" w:type="dxa"/>
              <w:left w:w="102" w:type="dxa"/>
              <w:bottom w:w="28" w:type="dxa"/>
              <w:right w:w="102" w:type="dxa"/>
            </w:tcMar>
            <w:vAlign w:val="center"/>
            <w:hideMark/>
          </w:tcPr>
          <w:p w:rsidR="003F7D5C" w:rsidRPr="00E471C8" w:rsidRDefault="003F7D5C" w:rsidP="00C51585">
            <w:pPr>
              <w:spacing w:line="312" w:lineRule="auto"/>
              <w:textAlignment w:val="baseline"/>
              <w:rPr>
                <w:rFonts w:ascii="함초롬바탕" w:eastAsia="굴림" w:hAnsi="굴림" w:cs="굴림"/>
                <w:b/>
                <w:bCs/>
                <w:color w:val="000000"/>
                <w:szCs w:val="20"/>
              </w:rPr>
            </w:pPr>
          </w:p>
        </w:tc>
        <w:tc>
          <w:tcPr>
            <w:tcW w:w="1385" w:type="dxa"/>
            <w:vMerge w:val="restart"/>
            <w:tcBorders>
              <w:top w:val="single" w:sz="12" w:space="0" w:color="000000"/>
              <w:left w:val="single" w:sz="12" w:space="0" w:color="000000"/>
              <w:bottom w:val="single" w:sz="2" w:space="0" w:color="000000"/>
              <w:right w:val="single" w:sz="2" w:space="0" w:color="000000"/>
            </w:tcBorders>
            <w:tcMar>
              <w:top w:w="28" w:type="dxa"/>
              <w:left w:w="102" w:type="dxa"/>
              <w:bottom w:w="28" w:type="dxa"/>
              <w:right w:w="102" w:type="dxa"/>
            </w:tcMar>
            <w:vAlign w:val="center"/>
            <w:hideMark/>
          </w:tcPr>
          <w:p w:rsidR="003F7D5C" w:rsidRPr="00E471C8" w:rsidRDefault="003F7D5C" w:rsidP="00C51585">
            <w:pPr>
              <w:spacing w:line="312" w:lineRule="auto"/>
              <w:jc w:val="center"/>
              <w:textAlignment w:val="baseline"/>
              <w:rPr>
                <w:rFonts w:ascii="함초롬바탕" w:eastAsia="굴림" w:hAnsi="굴림" w:cs="굴림"/>
                <w:color w:val="000000"/>
                <w:szCs w:val="20"/>
              </w:rPr>
            </w:pPr>
            <w:proofErr w:type="spellStart"/>
            <w:r w:rsidRPr="00E471C8">
              <w:rPr>
                <w:rFonts w:ascii="함초롬바탕" w:eastAsia="함초롬바탕" w:hAnsi="함초롬바탕" w:cs="함초롬바탕" w:hint="eastAsia"/>
                <w:b/>
                <w:bCs/>
                <w:color w:val="000000"/>
                <w:szCs w:val="20"/>
              </w:rPr>
              <w:t>대표자</w:t>
            </w:r>
            <w:proofErr w:type="spellEnd"/>
          </w:p>
        </w:tc>
        <w:tc>
          <w:tcPr>
            <w:tcW w:w="2748" w:type="dxa"/>
            <w:vMerge w:val="restart"/>
            <w:tcBorders>
              <w:top w:val="single" w:sz="12" w:space="0" w:color="000000"/>
              <w:left w:val="single" w:sz="2" w:space="0" w:color="000000"/>
              <w:bottom w:val="single" w:sz="2" w:space="0" w:color="000000"/>
              <w:right w:val="single" w:sz="12" w:space="0" w:color="000000"/>
            </w:tcBorders>
            <w:tcMar>
              <w:top w:w="28" w:type="dxa"/>
              <w:left w:w="102" w:type="dxa"/>
              <w:bottom w:w="28" w:type="dxa"/>
              <w:right w:w="102" w:type="dxa"/>
            </w:tcMar>
            <w:vAlign w:val="center"/>
            <w:hideMark/>
          </w:tcPr>
          <w:p w:rsidR="003F7D5C" w:rsidRPr="00E471C8" w:rsidRDefault="003F7D5C" w:rsidP="00C51585">
            <w:pPr>
              <w:spacing w:line="312" w:lineRule="auto"/>
              <w:jc w:val="right"/>
              <w:textAlignment w:val="baseline"/>
              <w:rPr>
                <w:rFonts w:ascii="함초롬바탕" w:eastAsia="굴림" w:hAnsi="굴림" w:cs="굴림"/>
                <w:color w:val="000000"/>
                <w:szCs w:val="20"/>
              </w:rPr>
            </w:pPr>
            <w:r w:rsidRPr="00E471C8">
              <w:rPr>
                <w:rFonts w:ascii="함초롬바탕" w:eastAsia="함초롬바탕" w:hAnsi="굴림" w:cs="굴림"/>
                <w:b/>
                <w:bCs/>
                <w:color w:val="000000"/>
                <w:szCs w:val="20"/>
              </w:rPr>
              <w:t>(</w:t>
            </w:r>
            <w:r w:rsidRPr="00E471C8">
              <w:rPr>
                <w:rFonts w:ascii="함초롬바탕" w:eastAsia="함초롬바탕" w:hAnsi="함초롬바탕" w:cs="함초롬바탕" w:hint="eastAsia"/>
                <w:b/>
                <w:bCs/>
                <w:color w:val="000000"/>
                <w:szCs w:val="20"/>
              </w:rPr>
              <w:t>인</w:t>
            </w:r>
            <w:r w:rsidRPr="00E471C8">
              <w:rPr>
                <w:rFonts w:ascii="함초롬바탕" w:eastAsia="함초롬바탕" w:hAnsi="굴림" w:cs="굴림"/>
                <w:b/>
                <w:bCs/>
                <w:color w:val="000000"/>
                <w:szCs w:val="20"/>
              </w:rPr>
              <w:t>)</w:t>
            </w:r>
          </w:p>
        </w:tc>
      </w:tr>
      <w:tr w:rsidR="003F7D5C" w:rsidRPr="00E471C8" w:rsidTr="00BD2806">
        <w:trPr>
          <w:trHeight w:val="439"/>
        </w:trPr>
        <w:tc>
          <w:tcPr>
            <w:tcW w:w="2118" w:type="dxa"/>
            <w:vMerge w:val="restart"/>
            <w:tcBorders>
              <w:top w:val="single" w:sz="2" w:space="0" w:color="000000"/>
              <w:left w:val="single" w:sz="12" w:space="0" w:color="000000"/>
              <w:bottom w:val="single" w:sz="2" w:space="0" w:color="000000"/>
              <w:right w:val="single" w:sz="2" w:space="0" w:color="000000"/>
            </w:tcBorders>
            <w:tcMar>
              <w:top w:w="28" w:type="dxa"/>
              <w:left w:w="102" w:type="dxa"/>
              <w:bottom w:w="28" w:type="dxa"/>
              <w:right w:w="102" w:type="dxa"/>
            </w:tcMar>
            <w:vAlign w:val="center"/>
            <w:hideMark/>
          </w:tcPr>
          <w:p w:rsidR="003F7D5C" w:rsidRPr="00E471C8" w:rsidRDefault="003F7D5C" w:rsidP="00C51585">
            <w:pPr>
              <w:spacing w:line="312" w:lineRule="auto"/>
              <w:jc w:val="center"/>
              <w:textAlignment w:val="baseline"/>
              <w:rPr>
                <w:rFonts w:ascii="함초롬바탕" w:eastAsia="굴림" w:hAnsi="굴림" w:cs="굴림"/>
                <w:color w:val="000000"/>
                <w:szCs w:val="20"/>
              </w:rPr>
            </w:pPr>
            <w:proofErr w:type="spellStart"/>
            <w:r w:rsidRPr="00E471C8">
              <w:rPr>
                <w:rFonts w:ascii="함초롬바탕" w:eastAsia="함초롬바탕" w:hAnsi="함초롬바탕" w:cs="함초롬바탕" w:hint="eastAsia"/>
                <w:b/>
                <w:bCs/>
                <w:color w:val="000000"/>
                <w:szCs w:val="20"/>
              </w:rPr>
              <w:t>법인등록번호</w:t>
            </w:r>
            <w:proofErr w:type="spellEnd"/>
          </w:p>
        </w:tc>
        <w:tc>
          <w:tcPr>
            <w:tcW w:w="3408" w:type="dxa"/>
            <w:vMerge w:val="restart"/>
            <w:tcBorders>
              <w:top w:val="single" w:sz="2" w:space="0" w:color="000000"/>
              <w:left w:val="single" w:sz="2" w:space="0" w:color="000000"/>
              <w:bottom w:val="single" w:sz="2" w:space="0" w:color="000000"/>
              <w:right w:val="single" w:sz="12" w:space="0" w:color="000000"/>
            </w:tcBorders>
            <w:tcMar>
              <w:top w:w="28" w:type="dxa"/>
              <w:left w:w="102" w:type="dxa"/>
              <w:bottom w:w="28" w:type="dxa"/>
              <w:right w:w="102" w:type="dxa"/>
            </w:tcMar>
            <w:vAlign w:val="center"/>
            <w:hideMark/>
          </w:tcPr>
          <w:p w:rsidR="003F7D5C" w:rsidRPr="00E471C8" w:rsidRDefault="003F7D5C" w:rsidP="00C51585">
            <w:pPr>
              <w:spacing w:line="312" w:lineRule="auto"/>
              <w:jc w:val="center"/>
              <w:textAlignment w:val="baseline"/>
              <w:rPr>
                <w:rFonts w:ascii="함초롬바탕" w:eastAsia="굴림" w:hAnsi="굴림" w:cs="굴림"/>
                <w:color w:val="000000"/>
                <w:szCs w:val="20"/>
              </w:rPr>
            </w:pPr>
            <w:r w:rsidRPr="00E471C8">
              <w:rPr>
                <w:rFonts w:ascii="함초롬바탕" w:eastAsia="함초롬바탕" w:hAnsi="굴림" w:cs="굴림"/>
                <w:b/>
                <w:bCs/>
                <w:color w:val="000000"/>
                <w:szCs w:val="20"/>
              </w:rPr>
              <w:t>-</w:t>
            </w:r>
          </w:p>
        </w:tc>
        <w:tc>
          <w:tcPr>
            <w:tcW w:w="0" w:type="auto"/>
            <w:vMerge/>
            <w:tcBorders>
              <w:top w:val="single" w:sz="12" w:space="0" w:color="000000"/>
              <w:left w:val="single" w:sz="12" w:space="0" w:color="000000"/>
              <w:bottom w:val="single" w:sz="2" w:space="0" w:color="000000"/>
              <w:right w:val="single" w:sz="2" w:space="0" w:color="000000"/>
            </w:tcBorders>
            <w:vAlign w:val="center"/>
            <w:hideMark/>
          </w:tcPr>
          <w:p w:rsidR="003F7D5C" w:rsidRPr="00E471C8" w:rsidRDefault="003F7D5C" w:rsidP="00C51585">
            <w:pPr>
              <w:rPr>
                <w:rFonts w:ascii="함초롬바탕" w:eastAsia="굴림" w:hAnsi="굴림" w:cs="굴림"/>
                <w:color w:val="000000"/>
                <w:szCs w:val="20"/>
              </w:rPr>
            </w:pPr>
          </w:p>
        </w:tc>
        <w:tc>
          <w:tcPr>
            <w:tcW w:w="2748" w:type="dxa"/>
            <w:vMerge/>
            <w:tcBorders>
              <w:top w:val="single" w:sz="12" w:space="0" w:color="000000"/>
              <w:left w:val="single" w:sz="2" w:space="0" w:color="000000"/>
              <w:bottom w:val="single" w:sz="2" w:space="0" w:color="000000"/>
              <w:right w:val="single" w:sz="12" w:space="0" w:color="000000"/>
            </w:tcBorders>
            <w:vAlign w:val="center"/>
            <w:hideMark/>
          </w:tcPr>
          <w:p w:rsidR="003F7D5C" w:rsidRPr="00E471C8" w:rsidRDefault="003F7D5C" w:rsidP="00C51585">
            <w:pPr>
              <w:rPr>
                <w:rFonts w:ascii="함초롬바탕" w:eastAsia="굴림" w:hAnsi="굴림" w:cs="굴림"/>
                <w:color w:val="000000"/>
                <w:szCs w:val="20"/>
              </w:rPr>
            </w:pPr>
          </w:p>
        </w:tc>
      </w:tr>
      <w:tr w:rsidR="003F7D5C" w:rsidRPr="00E471C8" w:rsidTr="00BD2806">
        <w:trPr>
          <w:trHeight w:val="338"/>
        </w:trPr>
        <w:tc>
          <w:tcPr>
            <w:tcW w:w="2118" w:type="dxa"/>
            <w:vMerge/>
            <w:tcBorders>
              <w:top w:val="single" w:sz="2" w:space="0" w:color="000000"/>
              <w:left w:val="single" w:sz="12" w:space="0" w:color="000000"/>
              <w:bottom w:val="single" w:sz="2" w:space="0" w:color="000000"/>
              <w:right w:val="single" w:sz="2" w:space="0" w:color="000000"/>
            </w:tcBorders>
            <w:vAlign w:val="center"/>
            <w:hideMark/>
          </w:tcPr>
          <w:p w:rsidR="003F7D5C" w:rsidRPr="00E471C8" w:rsidRDefault="003F7D5C" w:rsidP="00C51585">
            <w:pPr>
              <w:rPr>
                <w:rFonts w:ascii="함초롬바탕" w:eastAsia="굴림" w:hAnsi="굴림" w:cs="굴림"/>
                <w:color w:val="000000"/>
                <w:szCs w:val="20"/>
              </w:rPr>
            </w:pPr>
          </w:p>
        </w:tc>
        <w:tc>
          <w:tcPr>
            <w:tcW w:w="0" w:type="auto"/>
            <w:vMerge/>
            <w:tcBorders>
              <w:top w:val="single" w:sz="2" w:space="0" w:color="000000"/>
              <w:left w:val="single" w:sz="2" w:space="0" w:color="000000"/>
              <w:bottom w:val="single" w:sz="2" w:space="0" w:color="000000"/>
              <w:right w:val="single" w:sz="12" w:space="0" w:color="000000"/>
            </w:tcBorders>
            <w:vAlign w:val="center"/>
            <w:hideMark/>
          </w:tcPr>
          <w:p w:rsidR="003F7D5C" w:rsidRPr="00E471C8" w:rsidRDefault="003F7D5C" w:rsidP="00C51585">
            <w:pPr>
              <w:rPr>
                <w:rFonts w:ascii="함초롬바탕" w:eastAsia="굴림" w:hAnsi="굴림" w:cs="굴림"/>
                <w:color w:val="000000"/>
                <w:szCs w:val="20"/>
              </w:rPr>
            </w:pPr>
          </w:p>
        </w:tc>
        <w:tc>
          <w:tcPr>
            <w:tcW w:w="1385" w:type="dxa"/>
            <w:vMerge w:val="restart"/>
            <w:tcBorders>
              <w:top w:val="single" w:sz="2" w:space="0" w:color="000000"/>
              <w:left w:val="single" w:sz="12" w:space="0" w:color="000000"/>
              <w:bottom w:val="single" w:sz="12" w:space="0" w:color="000000"/>
              <w:right w:val="single" w:sz="2" w:space="0" w:color="000000"/>
            </w:tcBorders>
            <w:tcMar>
              <w:top w:w="28" w:type="dxa"/>
              <w:left w:w="102" w:type="dxa"/>
              <w:bottom w:w="28" w:type="dxa"/>
              <w:right w:w="102" w:type="dxa"/>
            </w:tcMar>
            <w:vAlign w:val="center"/>
            <w:hideMark/>
          </w:tcPr>
          <w:p w:rsidR="003F7D5C" w:rsidRPr="00E471C8" w:rsidRDefault="003F7D5C" w:rsidP="00C51585">
            <w:pPr>
              <w:spacing w:line="312" w:lineRule="auto"/>
              <w:jc w:val="center"/>
              <w:textAlignment w:val="baseline"/>
              <w:rPr>
                <w:rFonts w:ascii="함초롬바탕" w:eastAsia="굴림" w:hAnsi="굴림" w:cs="굴림"/>
                <w:color w:val="000000"/>
                <w:szCs w:val="20"/>
              </w:rPr>
            </w:pPr>
            <w:proofErr w:type="spellStart"/>
            <w:r w:rsidRPr="00E471C8">
              <w:rPr>
                <w:rFonts w:ascii="함초롬바탕" w:eastAsia="함초롬바탕" w:hAnsi="함초롬바탕" w:cs="함초롬바탕" w:hint="eastAsia"/>
                <w:b/>
                <w:bCs/>
                <w:color w:val="000000"/>
                <w:szCs w:val="20"/>
              </w:rPr>
              <w:t>연락처</w:t>
            </w:r>
            <w:proofErr w:type="spellEnd"/>
          </w:p>
        </w:tc>
        <w:tc>
          <w:tcPr>
            <w:tcW w:w="2748" w:type="dxa"/>
            <w:vMerge w:val="restart"/>
            <w:tcBorders>
              <w:top w:val="single" w:sz="2" w:space="0" w:color="000000"/>
              <w:left w:val="single" w:sz="2" w:space="0" w:color="000000"/>
              <w:bottom w:val="single" w:sz="12" w:space="0" w:color="000000"/>
              <w:right w:val="single" w:sz="12" w:space="0" w:color="000000"/>
            </w:tcBorders>
            <w:tcMar>
              <w:top w:w="28" w:type="dxa"/>
              <w:left w:w="102" w:type="dxa"/>
              <w:bottom w:w="28" w:type="dxa"/>
              <w:right w:w="102" w:type="dxa"/>
            </w:tcMar>
            <w:vAlign w:val="center"/>
            <w:hideMark/>
          </w:tcPr>
          <w:p w:rsidR="003F7D5C" w:rsidRPr="00E471C8" w:rsidRDefault="003F7D5C" w:rsidP="00D366D0">
            <w:pPr>
              <w:spacing w:line="312" w:lineRule="auto"/>
              <w:textAlignment w:val="baseline"/>
              <w:rPr>
                <w:rFonts w:ascii="함초롬바탕" w:eastAsia="굴림" w:hAnsi="굴림" w:cs="굴림"/>
                <w:color w:val="000000"/>
                <w:szCs w:val="20"/>
              </w:rPr>
            </w:pPr>
            <w:r w:rsidRPr="00E471C8">
              <w:rPr>
                <w:rFonts w:ascii="함초롬바탕" w:eastAsia="함초롬바탕" w:hAnsi="굴림" w:cs="굴림"/>
                <w:b/>
                <w:bCs/>
                <w:color w:val="000000"/>
                <w:szCs w:val="20"/>
              </w:rPr>
              <w:t xml:space="preserve">( </w:t>
            </w:r>
            <w:r w:rsidR="00D366D0">
              <w:rPr>
                <w:rFonts w:ascii="함초롬바탕" w:eastAsia="함초롬바탕" w:hAnsi="굴림" w:cs="굴림"/>
                <w:b/>
                <w:bCs/>
                <w:color w:val="000000"/>
                <w:szCs w:val="20"/>
              </w:rPr>
              <w:t xml:space="preserve">    )             </w:t>
            </w:r>
            <w:r w:rsidRPr="00E471C8">
              <w:rPr>
                <w:rFonts w:ascii="함초롬바탕" w:eastAsia="함초롬바탕" w:hAnsi="굴림" w:cs="굴림"/>
                <w:b/>
                <w:bCs/>
                <w:color w:val="000000"/>
                <w:szCs w:val="20"/>
              </w:rPr>
              <w:t xml:space="preserve"> -</w:t>
            </w:r>
          </w:p>
        </w:tc>
      </w:tr>
      <w:tr w:rsidR="003F7D5C" w:rsidRPr="00E471C8" w:rsidTr="00BD2806">
        <w:trPr>
          <w:trHeight w:val="97"/>
        </w:trPr>
        <w:tc>
          <w:tcPr>
            <w:tcW w:w="2118" w:type="dxa"/>
            <w:tcBorders>
              <w:top w:val="single" w:sz="2" w:space="0" w:color="000000"/>
              <w:left w:val="single" w:sz="12" w:space="0" w:color="000000"/>
              <w:bottom w:val="single" w:sz="12" w:space="0" w:color="000000"/>
              <w:right w:val="single" w:sz="2" w:space="0" w:color="000000"/>
            </w:tcBorders>
            <w:tcMar>
              <w:top w:w="28" w:type="dxa"/>
              <w:left w:w="102" w:type="dxa"/>
              <w:bottom w:w="28" w:type="dxa"/>
              <w:right w:w="102" w:type="dxa"/>
            </w:tcMar>
            <w:vAlign w:val="center"/>
            <w:hideMark/>
          </w:tcPr>
          <w:p w:rsidR="003F7D5C" w:rsidRPr="00E471C8" w:rsidRDefault="003F7D5C" w:rsidP="00C51585">
            <w:pPr>
              <w:spacing w:line="312" w:lineRule="auto"/>
              <w:jc w:val="center"/>
              <w:textAlignment w:val="baseline"/>
              <w:rPr>
                <w:rFonts w:ascii="함초롬바탕" w:eastAsia="굴림" w:hAnsi="굴림" w:cs="굴림"/>
                <w:color w:val="000000"/>
                <w:szCs w:val="20"/>
              </w:rPr>
            </w:pPr>
            <w:proofErr w:type="spellStart"/>
            <w:r w:rsidRPr="00E471C8">
              <w:rPr>
                <w:rFonts w:ascii="함초롬바탕" w:eastAsia="함초롬바탕" w:hAnsi="함초롬바탕" w:cs="함초롬바탕" w:hint="eastAsia"/>
                <w:b/>
                <w:bCs/>
                <w:color w:val="000000"/>
                <w:szCs w:val="20"/>
              </w:rPr>
              <w:t>사업자등록번호</w:t>
            </w:r>
            <w:proofErr w:type="spellEnd"/>
          </w:p>
        </w:tc>
        <w:tc>
          <w:tcPr>
            <w:tcW w:w="3408" w:type="dxa"/>
            <w:tcBorders>
              <w:top w:val="single" w:sz="2" w:space="0" w:color="000000"/>
              <w:left w:val="single" w:sz="2" w:space="0" w:color="000000"/>
              <w:bottom w:val="single" w:sz="12" w:space="0" w:color="000000"/>
              <w:right w:val="single" w:sz="12" w:space="0" w:color="000000"/>
            </w:tcBorders>
            <w:tcMar>
              <w:top w:w="28" w:type="dxa"/>
              <w:left w:w="102" w:type="dxa"/>
              <w:bottom w:w="28" w:type="dxa"/>
              <w:right w:w="102" w:type="dxa"/>
            </w:tcMar>
            <w:vAlign w:val="center"/>
            <w:hideMark/>
          </w:tcPr>
          <w:p w:rsidR="003F7D5C" w:rsidRPr="00E471C8" w:rsidRDefault="003F7D5C" w:rsidP="00C51585">
            <w:pPr>
              <w:spacing w:line="312" w:lineRule="auto"/>
              <w:jc w:val="center"/>
              <w:textAlignment w:val="baseline"/>
              <w:rPr>
                <w:rFonts w:ascii="함초롬바탕" w:eastAsia="굴림" w:hAnsi="굴림" w:cs="굴림"/>
                <w:b/>
                <w:bCs/>
                <w:color w:val="000000"/>
                <w:szCs w:val="20"/>
              </w:rPr>
            </w:pPr>
          </w:p>
        </w:tc>
        <w:tc>
          <w:tcPr>
            <w:tcW w:w="0" w:type="auto"/>
            <w:vMerge/>
            <w:tcBorders>
              <w:top w:val="single" w:sz="2" w:space="0" w:color="000000"/>
              <w:left w:val="single" w:sz="12" w:space="0" w:color="000000"/>
              <w:bottom w:val="single" w:sz="12" w:space="0" w:color="000000"/>
              <w:right w:val="single" w:sz="2" w:space="0" w:color="000000"/>
            </w:tcBorders>
            <w:vAlign w:val="center"/>
            <w:hideMark/>
          </w:tcPr>
          <w:p w:rsidR="003F7D5C" w:rsidRPr="00E471C8" w:rsidRDefault="003F7D5C" w:rsidP="00C51585">
            <w:pPr>
              <w:rPr>
                <w:rFonts w:ascii="함초롬바탕" w:eastAsia="굴림" w:hAnsi="굴림" w:cs="굴림"/>
                <w:color w:val="000000"/>
                <w:szCs w:val="20"/>
              </w:rPr>
            </w:pPr>
          </w:p>
        </w:tc>
        <w:tc>
          <w:tcPr>
            <w:tcW w:w="2748" w:type="dxa"/>
            <w:vMerge/>
            <w:tcBorders>
              <w:top w:val="single" w:sz="2" w:space="0" w:color="000000"/>
              <w:left w:val="single" w:sz="2" w:space="0" w:color="000000"/>
              <w:bottom w:val="single" w:sz="12" w:space="0" w:color="000000"/>
              <w:right w:val="single" w:sz="12" w:space="0" w:color="000000"/>
            </w:tcBorders>
            <w:vAlign w:val="center"/>
            <w:hideMark/>
          </w:tcPr>
          <w:p w:rsidR="003F7D5C" w:rsidRPr="00E471C8" w:rsidRDefault="003F7D5C" w:rsidP="00C51585">
            <w:pPr>
              <w:rPr>
                <w:rFonts w:ascii="함초롬바탕" w:eastAsia="굴림" w:hAnsi="굴림" w:cs="굴림"/>
                <w:color w:val="000000"/>
                <w:szCs w:val="20"/>
              </w:rPr>
            </w:pPr>
          </w:p>
        </w:tc>
      </w:tr>
    </w:tbl>
    <w:p w:rsidR="00C51585" w:rsidRPr="00E471C8" w:rsidRDefault="003F7D5C" w:rsidP="003F7D5C">
      <w:pPr>
        <w:ind w:left="378" w:hanging="378"/>
        <w:textAlignment w:val="baseline"/>
        <w:rPr>
          <w:rFonts w:ascii="함초롬바탕" w:eastAsia="굴림" w:hAnsi="굴림" w:cs="굴림"/>
          <w:color w:val="000000"/>
          <w:szCs w:val="20"/>
          <w:lang w:eastAsia="ko-KR"/>
        </w:rPr>
      </w:pPr>
      <w:r w:rsidRPr="00E471C8">
        <w:rPr>
          <w:rFonts w:ascii="한양중고딕" w:eastAsia="한양중고딕" w:hAnsi="한양중고딕" w:cs="굴림" w:hint="eastAsia"/>
          <w:b/>
          <w:bCs/>
          <w:color w:val="000000"/>
          <w:w w:val="95"/>
          <w:sz w:val="16"/>
          <w:szCs w:val="16"/>
          <w:lang w:eastAsia="ko-KR"/>
        </w:rPr>
        <w:t xml:space="preserve">※ </w:t>
      </w:r>
      <w:r w:rsidRPr="00E471C8">
        <w:rPr>
          <w:rFonts w:ascii="한양중고딕" w:eastAsia="한양중고딕" w:hAnsi="굴림" w:cs="굴림" w:hint="eastAsia"/>
          <w:b/>
          <w:bCs/>
          <w:color w:val="000000"/>
          <w:w w:val="95"/>
          <w:sz w:val="16"/>
          <w:szCs w:val="16"/>
          <w:lang w:eastAsia="ko-KR"/>
        </w:rPr>
        <w:t xml:space="preserve">본인은 기업(신용)정보 </w:t>
      </w:r>
      <w:proofErr w:type="spellStart"/>
      <w:r w:rsidRPr="00E471C8">
        <w:rPr>
          <w:rFonts w:ascii="한양중고딕" w:eastAsia="한양중고딕" w:hAnsi="굴림" w:cs="굴림" w:hint="eastAsia"/>
          <w:b/>
          <w:bCs/>
          <w:color w:val="000000"/>
          <w:w w:val="95"/>
          <w:sz w:val="16"/>
          <w:szCs w:val="16"/>
          <w:lang w:eastAsia="ko-KR"/>
        </w:rPr>
        <w:t>수집·이용·제공·조회에</w:t>
      </w:r>
      <w:proofErr w:type="spellEnd"/>
      <w:r w:rsidRPr="00E471C8">
        <w:rPr>
          <w:rFonts w:ascii="한양중고딕" w:eastAsia="한양중고딕" w:hAnsi="굴림" w:cs="굴림" w:hint="eastAsia"/>
          <w:b/>
          <w:bCs/>
          <w:color w:val="000000"/>
          <w:w w:val="95"/>
          <w:sz w:val="16"/>
          <w:szCs w:val="16"/>
          <w:lang w:eastAsia="ko-KR"/>
        </w:rPr>
        <w:t xml:space="preserve"> 관한 자세한 설명을 듣고, 본 동의서의 내용을 충분히 이해하고 동의하였습니다.</w:t>
      </w:r>
    </w:p>
    <w:p w:rsidR="003F7D5C" w:rsidRPr="00E471C8" w:rsidRDefault="003F7D5C" w:rsidP="003F7D5C">
      <w:pPr>
        <w:ind w:left="378" w:hanging="378"/>
        <w:textAlignment w:val="baseline"/>
        <w:rPr>
          <w:rFonts w:ascii="함초롬바탕" w:eastAsia="굴림" w:hAnsi="굴림" w:cs="굴림"/>
          <w:color w:val="000000"/>
          <w:szCs w:val="20"/>
          <w:lang w:eastAsia="ko-KR"/>
        </w:rPr>
      </w:pPr>
      <w:r w:rsidRPr="00E471C8">
        <w:rPr>
          <w:rFonts w:ascii="한양중고딕" w:eastAsia="한양중고딕" w:hAnsi="한양중고딕" w:cs="굴림" w:hint="eastAsia"/>
          <w:b/>
          <w:bCs/>
          <w:color w:val="000000"/>
          <w:w w:val="95"/>
          <w:sz w:val="16"/>
          <w:szCs w:val="16"/>
          <w:lang w:eastAsia="ko-KR"/>
        </w:rPr>
        <w:t xml:space="preserve">※ </w:t>
      </w:r>
      <w:r w:rsidRPr="00E471C8">
        <w:rPr>
          <w:rFonts w:ascii="한양중고딕" w:eastAsia="한양중고딕" w:hAnsi="굴림" w:cs="굴림" w:hint="eastAsia"/>
          <w:b/>
          <w:bCs/>
          <w:color w:val="000000"/>
          <w:w w:val="95"/>
          <w:sz w:val="16"/>
          <w:szCs w:val="16"/>
          <w:lang w:eastAsia="ko-KR"/>
        </w:rPr>
        <w:t>신용조회회사를 통하여 귀사(귀하)의 신용조회사실이 귀사(귀하)의 신용등급에 영향을 줄 수 있습니다.</w:t>
      </w:r>
    </w:p>
    <w:p w:rsidR="003F7D5C" w:rsidRPr="00E471C8" w:rsidRDefault="003F7D5C" w:rsidP="003F7D5C">
      <w:pPr>
        <w:ind w:left="316" w:hanging="316"/>
        <w:textAlignment w:val="baseline"/>
        <w:rPr>
          <w:rFonts w:ascii="함초롬바탕" w:eastAsia="굴림" w:hAnsi="굴림" w:cs="굴림"/>
          <w:color w:val="000000"/>
          <w:szCs w:val="20"/>
          <w:lang w:eastAsia="ko-KR"/>
        </w:rPr>
      </w:pPr>
      <w:r w:rsidRPr="00E471C8">
        <w:rPr>
          <w:rFonts w:ascii="한양중고딕" w:eastAsia="한양중고딕" w:hAnsi="한양중고딕" w:cs="굴림" w:hint="eastAsia"/>
          <w:b/>
          <w:bCs/>
          <w:color w:val="000000"/>
          <w:w w:val="95"/>
          <w:sz w:val="16"/>
          <w:szCs w:val="16"/>
          <w:lang w:eastAsia="ko-KR"/>
        </w:rPr>
        <w:t xml:space="preserve">※ </w:t>
      </w:r>
      <w:r w:rsidRPr="00E471C8">
        <w:rPr>
          <w:rFonts w:ascii="한양중고딕" w:eastAsia="한양중고딕" w:hAnsi="굴림" w:cs="굴림" w:hint="eastAsia"/>
          <w:b/>
          <w:bCs/>
          <w:color w:val="000000"/>
          <w:w w:val="95"/>
          <w:sz w:val="16"/>
          <w:szCs w:val="16"/>
          <w:lang w:eastAsia="ko-KR"/>
        </w:rPr>
        <w:t xml:space="preserve">(금융)거래 종료일이란 </w:t>
      </w:r>
      <w:proofErr w:type="spellStart"/>
      <w:r w:rsidRPr="00E471C8">
        <w:rPr>
          <w:rFonts w:ascii="한양중고딕" w:eastAsia="한양중고딕" w:hAnsi="굴림" w:cs="굴림" w:hint="eastAsia"/>
          <w:b/>
          <w:bCs/>
          <w:color w:val="000000"/>
          <w:w w:val="95"/>
          <w:sz w:val="16"/>
          <w:szCs w:val="16"/>
          <w:lang w:eastAsia="ko-KR"/>
        </w:rPr>
        <w:t>중진공과</w:t>
      </w:r>
      <w:proofErr w:type="spellEnd"/>
      <w:r w:rsidRPr="00E471C8">
        <w:rPr>
          <w:rFonts w:ascii="한양중고딕" w:eastAsia="한양중고딕" w:hAnsi="굴림" w:cs="굴림" w:hint="eastAsia"/>
          <w:b/>
          <w:bCs/>
          <w:color w:val="000000"/>
          <w:w w:val="95"/>
          <w:sz w:val="16"/>
          <w:szCs w:val="16"/>
          <w:lang w:eastAsia="ko-KR"/>
        </w:rPr>
        <w:t xml:space="preserve"> 거래 중인 모든 계약 및 서비스가 해지 종료된 날을 의미합니다.</w:t>
      </w:r>
    </w:p>
    <w:p w:rsidR="009C3E08" w:rsidRDefault="003F7D5C">
      <w:pPr>
        <w:spacing w:after="200" w:line="276" w:lineRule="auto"/>
        <w:rPr>
          <w:rFonts w:ascii="함초롬돋움" w:eastAsia="함초롬바탕" w:hAnsi="함초롬돋움"/>
          <w:sz w:val="10"/>
          <w:szCs w:val="10"/>
          <w:lang w:eastAsia="ko-KR"/>
        </w:rPr>
      </w:pPr>
      <w:r>
        <w:rPr>
          <w:rFonts w:ascii="함초롬돋움" w:eastAsia="함초롬바탕" w:hAnsi="함초롬돋움"/>
          <w:sz w:val="10"/>
          <w:szCs w:val="10"/>
          <w:lang w:eastAsia="ko-KR"/>
        </w:rPr>
        <w:br w:type="page"/>
      </w:r>
    </w:p>
    <w:tbl>
      <w:tblPr>
        <w:tblOverlap w:val="never"/>
        <w:tblW w:w="0" w:type="auto"/>
        <w:jc w:val="center"/>
        <w:tblCellMar>
          <w:top w:w="15" w:type="dxa"/>
          <w:left w:w="15" w:type="dxa"/>
          <w:bottom w:w="15" w:type="dxa"/>
          <w:right w:w="15" w:type="dxa"/>
        </w:tblCellMar>
        <w:tblLook w:val="04A0" w:firstRow="1" w:lastRow="0" w:firstColumn="1" w:lastColumn="0" w:noHBand="0" w:noVBand="1"/>
      </w:tblPr>
      <w:tblGrid>
        <w:gridCol w:w="8505"/>
      </w:tblGrid>
      <w:tr w:rsidR="009C3E08" w:rsidRPr="009C3E08" w:rsidTr="004E355C">
        <w:trPr>
          <w:trHeight w:val="206"/>
          <w:jc w:val="center"/>
        </w:trPr>
        <w:tc>
          <w:tcPr>
            <w:tcW w:w="8505" w:type="dxa"/>
            <w:tcBorders>
              <w:top w:val="double" w:sz="6" w:space="0" w:color="000000"/>
              <w:left w:val="double" w:sz="6" w:space="0" w:color="000000"/>
              <w:bottom w:val="double" w:sz="6" w:space="0" w:color="000000"/>
              <w:right w:val="double" w:sz="6" w:space="0" w:color="000000"/>
            </w:tcBorders>
            <w:tcMar>
              <w:top w:w="28" w:type="dxa"/>
              <w:left w:w="102" w:type="dxa"/>
              <w:bottom w:w="28" w:type="dxa"/>
              <w:right w:w="102" w:type="dxa"/>
            </w:tcMar>
            <w:vAlign w:val="center"/>
            <w:hideMark/>
          </w:tcPr>
          <w:p w:rsidR="009C3E08" w:rsidRPr="004E355C" w:rsidRDefault="009C3E08" w:rsidP="001E7699">
            <w:pPr>
              <w:widowControl w:val="0"/>
              <w:autoSpaceDE w:val="0"/>
              <w:autoSpaceDN w:val="0"/>
              <w:spacing w:line="240" w:lineRule="exact"/>
              <w:jc w:val="center"/>
              <w:textAlignment w:val="baseline"/>
              <w:rPr>
                <w:rFonts w:ascii="함초롬바탕" w:eastAsia="굴림" w:hAnsi="굴림" w:cs="굴림"/>
                <w:color w:val="000000"/>
                <w:szCs w:val="20"/>
                <w:lang w:eastAsia="ko-KR"/>
              </w:rPr>
            </w:pPr>
            <w:r w:rsidRPr="004E355C">
              <w:rPr>
                <w:rFonts w:ascii="HY헤드라인M" w:eastAsia="HY헤드라인M" w:hAnsi="굴림" w:cs="굴림" w:hint="eastAsia"/>
                <w:color w:val="000000"/>
                <w:spacing w:val="40"/>
                <w:szCs w:val="20"/>
                <w:lang w:eastAsia="ko-KR"/>
              </w:rPr>
              <w:lastRenderedPageBreak/>
              <w:t xml:space="preserve">개인(신용)정보 </w:t>
            </w:r>
            <w:proofErr w:type="spellStart"/>
            <w:r w:rsidRPr="004E355C">
              <w:rPr>
                <w:rFonts w:ascii="HY헤드라인M" w:eastAsia="HY헤드라인M" w:hAnsi="굴림" w:cs="굴림" w:hint="eastAsia"/>
                <w:color w:val="000000"/>
                <w:spacing w:val="40"/>
                <w:szCs w:val="20"/>
                <w:lang w:eastAsia="ko-KR"/>
              </w:rPr>
              <w:t>수집</w:t>
            </w:r>
            <w:r w:rsidR="004E355C">
              <w:rPr>
                <w:rFonts w:ascii="MS Gothic" w:eastAsia="MS Gothic" w:hAnsi="MS Gothic" w:cs="MS Gothic" w:hint="eastAsia"/>
                <w:color w:val="000000"/>
                <w:spacing w:val="40"/>
                <w:szCs w:val="20"/>
                <w:lang w:eastAsia="ko-KR"/>
              </w:rPr>
              <w:t>·</w:t>
            </w:r>
            <w:r w:rsidRPr="004E355C">
              <w:rPr>
                <w:rFonts w:ascii="HY헤드라인M" w:eastAsia="HY헤드라인M" w:hAnsi="굴림" w:cs="굴림" w:hint="eastAsia"/>
                <w:color w:val="000000"/>
                <w:spacing w:val="40"/>
                <w:szCs w:val="20"/>
                <w:lang w:eastAsia="ko-KR"/>
              </w:rPr>
              <w:t>이용</w:t>
            </w:r>
            <w:r w:rsidR="004E355C">
              <w:rPr>
                <w:rFonts w:ascii="MS Gothic" w:eastAsia="MS Gothic" w:hAnsi="MS Gothic" w:cs="MS Gothic" w:hint="eastAsia"/>
                <w:color w:val="000000"/>
                <w:spacing w:val="40"/>
                <w:szCs w:val="20"/>
                <w:lang w:eastAsia="ko-KR"/>
              </w:rPr>
              <w:t>·</w:t>
            </w:r>
            <w:r w:rsidRPr="004E355C">
              <w:rPr>
                <w:rFonts w:ascii="HY헤드라인M" w:eastAsia="HY헤드라인M" w:hAnsi="굴림" w:cs="굴림" w:hint="eastAsia"/>
                <w:color w:val="000000"/>
                <w:spacing w:val="40"/>
                <w:szCs w:val="20"/>
                <w:lang w:eastAsia="ko-KR"/>
              </w:rPr>
              <w:t>제공</w:t>
            </w:r>
            <w:r w:rsidR="004E355C">
              <w:rPr>
                <w:rFonts w:ascii="MS Gothic" w:eastAsia="MS Gothic" w:hAnsi="MS Gothic" w:cs="MS Gothic" w:hint="eastAsia"/>
                <w:color w:val="000000"/>
                <w:spacing w:val="40"/>
                <w:szCs w:val="20"/>
                <w:lang w:eastAsia="ko-KR"/>
              </w:rPr>
              <w:t>·</w:t>
            </w:r>
            <w:r w:rsidRPr="004E355C">
              <w:rPr>
                <w:rFonts w:ascii="HY헤드라인M" w:eastAsia="HY헤드라인M" w:hAnsi="굴림" w:cs="굴림" w:hint="eastAsia"/>
                <w:color w:val="000000"/>
                <w:spacing w:val="40"/>
                <w:szCs w:val="20"/>
                <w:lang w:eastAsia="ko-KR"/>
              </w:rPr>
              <w:t>조회</w:t>
            </w:r>
            <w:proofErr w:type="spellEnd"/>
            <w:r w:rsidRPr="004E355C">
              <w:rPr>
                <w:rFonts w:ascii="HY헤드라인M" w:eastAsia="HY헤드라인M" w:hAnsi="굴림" w:cs="굴림" w:hint="eastAsia"/>
                <w:color w:val="000000"/>
                <w:spacing w:val="40"/>
                <w:szCs w:val="20"/>
                <w:lang w:eastAsia="ko-KR"/>
              </w:rPr>
              <w:t xml:space="preserve"> 및 고객정보 활용 동의서</w:t>
            </w:r>
          </w:p>
        </w:tc>
      </w:tr>
    </w:tbl>
    <w:p w:rsidR="009C3E08" w:rsidRPr="009C3E08" w:rsidRDefault="009C3E08" w:rsidP="001E7699">
      <w:pPr>
        <w:widowControl w:val="0"/>
        <w:autoSpaceDE w:val="0"/>
        <w:autoSpaceDN w:val="0"/>
        <w:spacing w:line="240" w:lineRule="exact"/>
        <w:jc w:val="right"/>
        <w:textAlignment w:val="baseline"/>
        <w:rPr>
          <w:rFonts w:ascii="함초롬바탕" w:eastAsia="굴림" w:hAnsi="굴림" w:cs="굴림"/>
          <w:color w:val="000000"/>
          <w:szCs w:val="20"/>
          <w:lang w:eastAsia="ko-KR"/>
        </w:rPr>
      </w:pPr>
      <w:r w:rsidRPr="009C3E08">
        <w:rPr>
          <w:rFonts w:ascii="함초롬바탕" w:eastAsia="함초롬바탕" w:hAnsi="함초롬바탕" w:cs="함초롬바탕" w:hint="eastAsia"/>
          <w:b/>
          <w:bCs/>
          <w:color w:val="000000"/>
          <w:sz w:val="16"/>
          <w:szCs w:val="16"/>
          <w:lang w:eastAsia="ko-KR"/>
        </w:rPr>
        <w:t>중소벤처기업진흥공단</w:t>
      </w:r>
      <w:r w:rsidRPr="009C3E08">
        <w:rPr>
          <w:rFonts w:ascii="함초롬바탕" w:eastAsia="함초롬바탕" w:hAnsi="굴림" w:cs="굴림"/>
          <w:b/>
          <w:bCs/>
          <w:color w:val="000000"/>
          <w:sz w:val="12"/>
          <w:szCs w:val="12"/>
          <w:lang w:eastAsia="ko-KR"/>
        </w:rPr>
        <w:t>(</w:t>
      </w:r>
      <w:r w:rsidRPr="009C3E08">
        <w:rPr>
          <w:rFonts w:ascii="함초롬바탕" w:eastAsia="함초롬바탕" w:hAnsi="함초롬바탕" w:cs="함초롬바탕" w:hint="eastAsia"/>
          <w:b/>
          <w:bCs/>
          <w:color w:val="000000"/>
          <w:sz w:val="12"/>
          <w:szCs w:val="12"/>
          <w:lang w:eastAsia="ko-KR"/>
        </w:rPr>
        <w:t>이하</w:t>
      </w:r>
      <w:r w:rsidRPr="009C3E08">
        <w:rPr>
          <w:rFonts w:ascii="함초롬바탕" w:eastAsia="함초롬바탕" w:hAnsi="굴림" w:cs="굴림"/>
          <w:b/>
          <w:bCs/>
          <w:color w:val="000000"/>
          <w:sz w:val="12"/>
          <w:szCs w:val="12"/>
          <w:lang w:eastAsia="ko-KR"/>
        </w:rPr>
        <w:t>‘</w:t>
      </w:r>
      <w:proofErr w:type="spellStart"/>
      <w:r w:rsidRPr="009C3E08">
        <w:rPr>
          <w:rFonts w:ascii="함초롬바탕" w:eastAsia="함초롬바탕" w:hAnsi="함초롬바탕" w:cs="함초롬바탕" w:hint="eastAsia"/>
          <w:b/>
          <w:bCs/>
          <w:color w:val="000000"/>
          <w:sz w:val="12"/>
          <w:szCs w:val="12"/>
          <w:lang w:eastAsia="ko-KR"/>
        </w:rPr>
        <w:t>중진공</w:t>
      </w:r>
      <w:proofErr w:type="spellEnd"/>
      <w:r w:rsidRPr="009C3E08">
        <w:rPr>
          <w:rFonts w:ascii="함초롬바탕" w:eastAsia="함초롬바탕" w:hAnsi="굴림" w:cs="굴림"/>
          <w:b/>
          <w:bCs/>
          <w:color w:val="000000"/>
          <w:sz w:val="12"/>
          <w:szCs w:val="12"/>
          <w:lang w:eastAsia="ko-KR"/>
        </w:rPr>
        <w:t>’</w:t>
      </w:r>
      <w:r w:rsidRPr="009C3E08">
        <w:rPr>
          <w:rFonts w:ascii="함초롬바탕" w:eastAsia="함초롬바탕" w:hAnsi="함초롬바탕" w:cs="함초롬바탕" w:hint="eastAsia"/>
          <w:b/>
          <w:bCs/>
          <w:color w:val="000000"/>
          <w:sz w:val="12"/>
          <w:szCs w:val="12"/>
          <w:lang w:eastAsia="ko-KR"/>
        </w:rPr>
        <w:t>이라 합니다</w:t>
      </w:r>
      <w:r w:rsidRPr="009C3E08">
        <w:rPr>
          <w:rFonts w:ascii="함초롬바탕" w:eastAsia="함초롬바탕" w:hAnsi="굴림" w:cs="굴림"/>
          <w:b/>
          <w:bCs/>
          <w:color w:val="000000"/>
          <w:sz w:val="12"/>
          <w:szCs w:val="12"/>
          <w:lang w:eastAsia="ko-KR"/>
        </w:rPr>
        <w:t>)</w:t>
      </w:r>
      <w:r w:rsidRPr="009C3E08">
        <w:rPr>
          <w:rFonts w:ascii="함초롬바탕" w:eastAsia="함초롬바탕" w:hAnsi="굴림" w:cs="굴림"/>
          <w:b/>
          <w:bCs/>
          <w:color w:val="000000"/>
          <w:sz w:val="16"/>
          <w:szCs w:val="16"/>
          <w:lang w:eastAsia="ko-KR"/>
        </w:rPr>
        <w:t xml:space="preserve"> </w:t>
      </w:r>
      <w:r w:rsidRPr="009C3E08">
        <w:rPr>
          <w:rFonts w:ascii="함초롬바탕" w:eastAsia="함초롬바탕" w:hAnsi="함초롬바탕" w:cs="함초롬바탕" w:hint="eastAsia"/>
          <w:b/>
          <w:bCs/>
          <w:color w:val="000000"/>
          <w:sz w:val="16"/>
          <w:szCs w:val="16"/>
          <w:lang w:eastAsia="ko-KR"/>
        </w:rPr>
        <w:t>귀중</w:t>
      </w:r>
    </w:p>
    <w:p w:rsidR="009C3E08" w:rsidRPr="009C3E08" w:rsidRDefault="009C3E08" w:rsidP="001E7699">
      <w:pPr>
        <w:widowControl w:val="0"/>
        <w:autoSpaceDE w:val="0"/>
        <w:autoSpaceDN w:val="0"/>
        <w:spacing w:line="240" w:lineRule="exact"/>
        <w:jc w:val="both"/>
        <w:textAlignment w:val="baseline"/>
        <w:rPr>
          <w:rFonts w:ascii="함초롬바탕" w:eastAsia="굴림" w:hAnsi="굴림" w:cs="굴림"/>
          <w:color w:val="000000"/>
          <w:szCs w:val="20"/>
          <w:lang w:eastAsia="ko-KR"/>
        </w:rPr>
      </w:pPr>
      <w:r w:rsidRPr="003E1D82">
        <w:rPr>
          <w:rFonts w:ascii="한양중고딕" w:eastAsia="한양중고딕" w:hAnsi="굴림" w:cs="굴림" w:hint="eastAsia"/>
          <w:color w:val="000000"/>
          <w:spacing w:val="-2"/>
          <w:sz w:val="16"/>
          <w:szCs w:val="16"/>
          <w:lang w:eastAsia="ko-KR"/>
        </w:rPr>
        <w:t xml:space="preserve">중소기업 해외지사화사업 등 </w:t>
      </w:r>
      <w:proofErr w:type="spellStart"/>
      <w:r w:rsidRPr="003E1D82">
        <w:rPr>
          <w:rFonts w:ascii="한양중고딕" w:eastAsia="한양중고딕" w:hAnsi="굴림" w:cs="굴림" w:hint="eastAsia"/>
          <w:color w:val="000000"/>
          <w:w w:val="95"/>
          <w:sz w:val="16"/>
          <w:szCs w:val="16"/>
          <w:lang w:eastAsia="ko-KR"/>
        </w:rPr>
        <w:t>연계지원</w:t>
      </w:r>
      <w:r w:rsidRPr="003E1D82">
        <w:rPr>
          <w:rFonts w:ascii="한양중고딕" w:eastAsia="한양중고딕" w:hAnsi="굴림" w:cs="굴림" w:hint="eastAsia"/>
          <w:color w:val="000000"/>
          <w:spacing w:val="-2"/>
          <w:sz w:val="16"/>
          <w:szCs w:val="16"/>
          <w:lang w:eastAsia="ko-KR"/>
        </w:rPr>
        <w:t>과</w:t>
      </w:r>
      <w:proofErr w:type="spellEnd"/>
      <w:r w:rsidRPr="003E1D82">
        <w:rPr>
          <w:rFonts w:ascii="한양중고딕" w:eastAsia="한양중고딕" w:hAnsi="굴림" w:cs="굴림" w:hint="eastAsia"/>
          <w:color w:val="000000"/>
          <w:spacing w:val="-2"/>
          <w:sz w:val="16"/>
          <w:szCs w:val="16"/>
          <w:lang w:eastAsia="ko-KR"/>
        </w:rPr>
        <w:t xml:space="preserve"> 관련하여 </w:t>
      </w:r>
      <w:proofErr w:type="spellStart"/>
      <w:r w:rsidRPr="003E1D82">
        <w:rPr>
          <w:rFonts w:ascii="한양중고딕" w:eastAsia="한양중고딕" w:hAnsi="굴림" w:cs="굴림" w:hint="eastAsia"/>
          <w:color w:val="000000"/>
          <w:spacing w:val="-2"/>
          <w:sz w:val="16"/>
          <w:szCs w:val="16"/>
          <w:lang w:eastAsia="ko-KR"/>
        </w:rPr>
        <w:t>중진공이</w:t>
      </w:r>
      <w:proofErr w:type="spellEnd"/>
      <w:r w:rsidRPr="003E1D82">
        <w:rPr>
          <w:rFonts w:ascii="한양중고딕" w:eastAsia="한양중고딕" w:hAnsi="굴림" w:cs="굴림" w:hint="eastAsia"/>
          <w:color w:val="000000"/>
          <w:spacing w:val="-2"/>
          <w:sz w:val="16"/>
          <w:szCs w:val="16"/>
          <w:lang w:eastAsia="ko-KR"/>
        </w:rPr>
        <w:t xml:space="preserve"> 본인의 개인(신용)정보를 </w:t>
      </w:r>
      <w:proofErr w:type="spellStart"/>
      <w:r w:rsidRPr="003E1D82">
        <w:rPr>
          <w:rFonts w:ascii="한양중고딕" w:eastAsia="한양중고딕" w:hAnsi="굴림" w:cs="굴림" w:hint="eastAsia"/>
          <w:color w:val="000000"/>
          <w:spacing w:val="-2"/>
          <w:sz w:val="16"/>
          <w:szCs w:val="16"/>
          <w:lang w:eastAsia="ko-KR"/>
        </w:rPr>
        <w:t>수집</w:t>
      </w:r>
      <w:r w:rsidR="00D23243">
        <w:rPr>
          <w:rFonts w:ascii="MS Gothic" w:eastAsia="MS Gothic" w:hAnsi="MS Gothic" w:cs="MS Gothic" w:hint="eastAsia"/>
          <w:color w:val="000000"/>
          <w:spacing w:val="-2"/>
          <w:sz w:val="16"/>
          <w:szCs w:val="16"/>
          <w:lang w:eastAsia="ko-KR"/>
        </w:rPr>
        <w:t>·</w:t>
      </w:r>
      <w:r w:rsidRPr="003E1D82">
        <w:rPr>
          <w:rFonts w:ascii="한양중고딕" w:eastAsia="한양중고딕" w:hAnsi="굴림" w:cs="굴림" w:hint="eastAsia"/>
          <w:color w:val="000000"/>
          <w:spacing w:val="-2"/>
          <w:sz w:val="16"/>
          <w:szCs w:val="16"/>
          <w:lang w:eastAsia="ko-KR"/>
        </w:rPr>
        <w:t>이용</w:t>
      </w:r>
      <w:r w:rsidRPr="003E1D82">
        <w:rPr>
          <w:rFonts w:ascii="한양중고딕" w:eastAsia="한양중고딕" w:hAnsi="굴림" w:cs="굴림" w:hint="eastAsia"/>
          <w:color w:val="000000"/>
          <w:spacing w:val="2"/>
          <w:sz w:val="16"/>
          <w:szCs w:val="16"/>
          <w:lang w:eastAsia="ko-KR"/>
        </w:rPr>
        <w:t>하거나</w:t>
      </w:r>
      <w:proofErr w:type="spellEnd"/>
      <w:r w:rsidRPr="003E1D82">
        <w:rPr>
          <w:rFonts w:ascii="한양중고딕" w:eastAsia="한양중고딕" w:hAnsi="굴림" w:cs="굴림" w:hint="eastAsia"/>
          <w:color w:val="000000"/>
          <w:spacing w:val="2"/>
          <w:sz w:val="16"/>
          <w:szCs w:val="16"/>
          <w:lang w:eastAsia="ko-KR"/>
        </w:rPr>
        <w:t xml:space="preserve"> 제3자에게 제공하고자 하는 </w:t>
      </w:r>
      <w:proofErr w:type="spellStart"/>
      <w:r w:rsidRPr="003E1D82">
        <w:rPr>
          <w:rFonts w:ascii="한양중고딕" w:eastAsia="한양중고딕" w:hAnsi="굴림" w:cs="굴림" w:hint="eastAsia"/>
          <w:color w:val="000000"/>
          <w:spacing w:val="2"/>
          <w:sz w:val="16"/>
          <w:szCs w:val="16"/>
          <w:lang w:eastAsia="ko-KR"/>
        </w:rPr>
        <w:t>경우에는</w:t>
      </w:r>
      <w:r w:rsidRPr="003E1D82">
        <w:rPr>
          <w:rFonts w:ascii="한양중고딕" w:eastAsia="한양중고딕" w:hAnsi="한양중고딕" w:cs="굴림" w:hint="eastAsia"/>
          <w:color w:val="000000"/>
          <w:spacing w:val="2"/>
          <w:sz w:val="16"/>
          <w:szCs w:val="16"/>
          <w:lang w:eastAsia="ko-KR"/>
        </w:rPr>
        <w:t>「</w:t>
      </w:r>
      <w:r w:rsidRPr="003E1D82">
        <w:rPr>
          <w:rFonts w:ascii="한양중고딕" w:eastAsia="한양중고딕" w:hAnsi="굴림" w:cs="굴림" w:hint="eastAsia"/>
          <w:color w:val="000000"/>
          <w:spacing w:val="2"/>
          <w:sz w:val="16"/>
          <w:szCs w:val="16"/>
          <w:lang w:eastAsia="ko-KR"/>
        </w:rPr>
        <w:t>개인정보보호법</w:t>
      </w:r>
      <w:r w:rsidRPr="003E1D82">
        <w:rPr>
          <w:rFonts w:ascii="한양중고딕" w:eastAsia="한양중고딕" w:hAnsi="한양중고딕" w:cs="굴림" w:hint="eastAsia"/>
          <w:color w:val="000000"/>
          <w:spacing w:val="2"/>
          <w:sz w:val="16"/>
          <w:szCs w:val="16"/>
          <w:lang w:eastAsia="ko-KR"/>
        </w:rPr>
        <w:t>」</w:t>
      </w:r>
      <w:r w:rsidRPr="003E1D82">
        <w:rPr>
          <w:rFonts w:ascii="한양중고딕" w:eastAsia="한양중고딕" w:hAnsi="굴림" w:cs="굴림" w:hint="eastAsia"/>
          <w:color w:val="000000"/>
          <w:spacing w:val="2"/>
          <w:sz w:val="16"/>
          <w:szCs w:val="16"/>
          <w:lang w:eastAsia="ko-KR"/>
        </w:rPr>
        <w:t>제</w:t>
      </w:r>
      <w:proofErr w:type="spellEnd"/>
      <w:r w:rsidRPr="003E1D82">
        <w:rPr>
          <w:rFonts w:ascii="한양중고딕" w:eastAsia="한양중고딕" w:hAnsi="굴림" w:cs="굴림" w:hint="eastAsia"/>
          <w:color w:val="000000"/>
          <w:spacing w:val="2"/>
          <w:sz w:val="16"/>
          <w:szCs w:val="16"/>
          <w:lang w:eastAsia="ko-KR"/>
        </w:rPr>
        <w:t xml:space="preserve">15조제1항제1호, 제17조제1항제1호, 제23조제1호, </w:t>
      </w:r>
      <w:r w:rsidRPr="003E1D82">
        <w:rPr>
          <w:rFonts w:ascii="한양중고딕" w:eastAsia="한양중고딕" w:hAnsi="굴림" w:cs="굴림" w:hint="eastAsia"/>
          <w:color w:val="000000"/>
          <w:spacing w:val="4"/>
          <w:sz w:val="16"/>
          <w:szCs w:val="16"/>
          <w:lang w:eastAsia="ko-KR"/>
        </w:rPr>
        <w:t xml:space="preserve">제24조제1항제1호 </w:t>
      </w:r>
      <w:proofErr w:type="spellStart"/>
      <w:r w:rsidRPr="003E1D82">
        <w:rPr>
          <w:rFonts w:ascii="한양중고딕" w:eastAsia="한양중고딕" w:hAnsi="굴림" w:cs="굴림" w:hint="eastAsia"/>
          <w:color w:val="000000"/>
          <w:spacing w:val="4"/>
          <w:sz w:val="16"/>
          <w:szCs w:val="16"/>
          <w:lang w:eastAsia="ko-KR"/>
        </w:rPr>
        <w:t>및</w:t>
      </w:r>
      <w:r w:rsidRPr="003E1D82">
        <w:rPr>
          <w:rFonts w:ascii="한양중고딕" w:eastAsia="한양중고딕" w:hAnsi="한양중고딕" w:cs="굴림" w:hint="eastAsia"/>
          <w:color w:val="000000"/>
          <w:spacing w:val="4"/>
          <w:sz w:val="16"/>
          <w:szCs w:val="16"/>
          <w:lang w:eastAsia="ko-KR"/>
        </w:rPr>
        <w:t>「</w:t>
      </w:r>
      <w:r w:rsidRPr="003E1D82">
        <w:rPr>
          <w:rFonts w:ascii="한양중고딕" w:eastAsia="한양중고딕" w:hAnsi="굴림" w:cs="굴림" w:hint="eastAsia"/>
          <w:color w:val="000000"/>
          <w:spacing w:val="4"/>
          <w:sz w:val="16"/>
          <w:szCs w:val="16"/>
          <w:lang w:eastAsia="ko-KR"/>
        </w:rPr>
        <w:t>신용정보의</w:t>
      </w:r>
      <w:proofErr w:type="spellEnd"/>
      <w:r w:rsidRPr="003E1D82">
        <w:rPr>
          <w:rFonts w:ascii="한양중고딕" w:eastAsia="한양중고딕" w:hAnsi="굴림" w:cs="굴림" w:hint="eastAsia"/>
          <w:color w:val="000000"/>
          <w:spacing w:val="4"/>
          <w:sz w:val="16"/>
          <w:szCs w:val="16"/>
          <w:lang w:eastAsia="ko-KR"/>
        </w:rPr>
        <w:t xml:space="preserve"> 이용 및 보호에 관한 </w:t>
      </w:r>
      <w:proofErr w:type="spellStart"/>
      <w:r w:rsidRPr="003E1D82">
        <w:rPr>
          <w:rFonts w:ascii="한양중고딕" w:eastAsia="한양중고딕" w:hAnsi="굴림" w:cs="굴림" w:hint="eastAsia"/>
          <w:color w:val="000000"/>
          <w:spacing w:val="4"/>
          <w:sz w:val="16"/>
          <w:szCs w:val="16"/>
          <w:lang w:eastAsia="ko-KR"/>
        </w:rPr>
        <w:t>법률</w:t>
      </w:r>
      <w:r w:rsidRPr="003E1D82">
        <w:rPr>
          <w:rFonts w:ascii="한양중고딕" w:eastAsia="한양중고딕" w:hAnsi="한양중고딕" w:cs="굴림" w:hint="eastAsia"/>
          <w:color w:val="000000"/>
          <w:spacing w:val="4"/>
          <w:sz w:val="16"/>
          <w:szCs w:val="16"/>
          <w:lang w:eastAsia="ko-KR"/>
        </w:rPr>
        <w:t>」</w:t>
      </w:r>
      <w:r w:rsidRPr="003E1D82">
        <w:rPr>
          <w:rFonts w:ascii="한양중고딕" w:eastAsia="한양중고딕" w:hAnsi="굴림" w:cs="굴림" w:hint="eastAsia"/>
          <w:color w:val="000000"/>
          <w:spacing w:val="4"/>
          <w:sz w:val="16"/>
          <w:szCs w:val="16"/>
          <w:lang w:eastAsia="ko-KR"/>
        </w:rPr>
        <w:t>제</w:t>
      </w:r>
      <w:proofErr w:type="spellEnd"/>
      <w:r w:rsidRPr="003E1D82">
        <w:rPr>
          <w:rFonts w:ascii="한양중고딕" w:eastAsia="한양중고딕" w:hAnsi="굴림" w:cs="굴림" w:hint="eastAsia"/>
          <w:color w:val="000000"/>
          <w:spacing w:val="4"/>
          <w:sz w:val="16"/>
          <w:szCs w:val="16"/>
          <w:lang w:eastAsia="ko-KR"/>
        </w:rPr>
        <w:t xml:space="preserve">32조제1항, 제2항, 제33조, 제34조에 따라 본인의 </w:t>
      </w:r>
      <w:r w:rsidRPr="003E1D82">
        <w:rPr>
          <w:rFonts w:ascii="한양중고딕" w:eastAsia="한양중고딕" w:hAnsi="굴림" w:cs="굴림" w:hint="eastAsia"/>
          <w:color w:val="000000"/>
          <w:spacing w:val="-4"/>
          <w:sz w:val="16"/>
          <w:szCs w:val="16"/>
          <w:lang w:eastAsia="ko-KR"/>
        </w:rPr>
        <w:t xml:space="preserve">동의를 얻어야 합니다. 이에 본인은 아래의 내용과 같이 </w:t>
      </w:r>
      <w:proofErr w:type="spellStart"/>
      <w:r w:rsidRPr="003E1D82">
        <w:rPr>
          <w:rFonts w:ascii="한양중고딕" w:eastAsia="한양중고딕" w:hAnsi="굴림" w:cs="굴림" w:hint="eastAsia"/>
          <w:color w:val="000000"/>
          <w:spacing w:val="-4"/>
          <w:sz w:val="16"/>
          <w:szCs w:val="16"/>
          <w:lang w:eastAsia="ko-KR"/>
        </w:rPr>
        <w:t>중진공이</w:t>
      </w:r>
      <w:proofErr w:type="spellEnd"/>
      <w:r w:rsidRPr="003E1D82">
        <w:rPr>
          <w:rFonts w:ascii="한양중고딕" w:eastAsia="한양중고딕" w:hAnsi="굴림" w:cs="굴림" w:hint="eastAsia"/>
          <w:color w:val="000000"/>
          <w:spacing w:val="-4"/>
          <w:sz w:val="16"/>
          <w:szCs w:val="16"/>
          <w:lang w:eastAsia="ko-KR"/>
        </w:rPr>
        <w:t xml:space="preserve"> 본인의 개인(신용)정보를 </w:t>
      </w:r>
      <w:proofErr w:type="spellStart"/>
      <w:r w:rsidRPr="003E1D82">
        <w:rPr>
          <w:rFonts w:ascii="한양중고딕" w:eastAsia="한양중고딕" w:hAnsi="굴림" w:cs="굴림" w:hint="eastAsia"/>
          <w:color w:val="000000"/>
          <w:spacing w:val="-4"/>
          <w:sz w:val="16"/>
          <w:szCs w:val="16"/>
          <w:lang w:eastAsia="ko-KR"/>
        </w:rPr>
        <w:t>수집·이용·제공·조회하는</w:t>
      </w:r>
      <w:proofErr w:type="spellEnd"/>
      <w:r w:rsidRPr="003E1D82">
        <w:rPr>
          <w:rFonts w:ascii="함초롬바탕" w:eastAsia="한양중고딕" w:hAnsi="굴림" w:cs="굴림"/>
          <w:color w:val="000000"/>
          <w:sz w:val="16"/>
          <w:szCs w:val="16"/>
          <w:lang w:eastAsia="ko-KR"/>
        </w:rPr>
        <w:t xml:space="preserve"> </w:t>
      </w:r>
      <w:r w:rsidRPr="003E1D82">
        <w:rPr>
          <w:rFonts w:ascii="한양중고딕" w:eastAsia="한양중고딕" w:hAnsi="굴림" w:cs="굴림" w:hint="eastAsia"/>
          <w:color w:val="000000"/>
          <w:sz w:val="16"/>
          <w:szCs w:val="16"/>
          <w:lang w:eastAsia="ko-KR"/>
        </w:rPr>
        <w:t>것에 동의합니다</w:t>
      </w:r>
      <w:r w:rsidRPr="009C3E08">
        <w:rPr>
          <w:rFonts w:ascii="한양중고딕" w:eastAsia="한양중고딕" w:hAnsi="굴림" w:cs="굴림" w:hint="eastAsia"/>
          <w:color w:val="000000"/>
          <w:sz w:val="18"/>
          <w:szCs w:val="18"/>
          <w:lang w:eastAsia="ko-KR"/>
        </w:rPr>
        <w:t>.</w:t>
      </w:r>
    </w:p>
    <w:tbl>
      <w:tblPr>
        <w:tblOverlap w:val="never"/>
        <w:tblW w:w="0" w:type="auto"/>
        <w:tblInd w:w="102" w:type="dxa"/>
        <w:tblCellMar>
          <w:top w:w="15" w:type="dxa"/>
          <w:left w:w="15" w:type="dxa"/>
          <w:bottom w:w="15" w:type="dxa"/>
          <w:right w:w="15" w:type="dxa"/>
        </w:tblCellMar>
        <w:tblLook w:val="04A0" w:firstRow="1" w:lastRow="0" w:firstColumn="1" w:lastColumn="0" w:noHBand="0" w:noVBand="1"/>
      </w:tblPr>
      <w:tblGrid>
        <w:gridCol w:w="1875"/>
        <w:gridCol w:w="7626"/>
      </w:tblGrid>
      <w:tr w:rsidR="009C3E08" w:rsidRPr="009C3E08" w:rsidTr="003043BB">
        <w:trPr>
          <w:trHeight w:val="235"/>
        </w:trPr>
        <w:tc>
          <w:tcPr>
            <w:tcW w:w="9501" w:type="dxa"/>
            <w:gridSpan w:val="2"/>
            <w:tcBorders>
              <w:top w:val="nil"/>
              <w:left w:val="nil"/>
              <w:bottom w:val="single" w:sz="12" w:space="0" w:color="auto"/>
              <w:right w:val="nil"/>
            </w:tcBorders>
            <w:tcMar>
              <w:top w:w="28" w:type="dxa"/>
              <w:left w:w="102" w:type="dxa"/>
              <w:bottom w:w="28" w:type="dxa"/>
              <w:right w:w="102" w:type="dxa"/>
            </w:tcMar>
            <w:vAlign w:val="center"/>
            <w:hideMark/>
          </w:tcPr>
          <w:p w:rsidR="009C3E08" w:rsidRPr="009C3E08" w:rsidRDefault="009C3E08" w:rsidP="001E7699">
            <w:pPr>
              <w:widowControl w:val="0"/>
              <w:autoSpaceDE w:val="0"/>
              <w:autoSpaceDN w:val="0"/>
              <w:spacing w:line="240" w:lineRule="exact"/>
              <w:ind w:left="726" w:hanging="726"/>
              <w:jc w:val="both"/>
              <w:textAlignment w:val="baseline"/>
              <w:rPr>
                <w:rFonts w:ascii="함초롬바탕" w:eastAsia="굴림" w:hAnsi="굴림" w:cs="굴림"/>
                <w:color w:val="000000"/>
                <w:szCs w:val="20"/>
                <w:lang w:eastAsia="ko-KR"/>
              </w:rPr>
            </w:pPr>
            <w:r w:rsidRPr="009C3E08">
              <w:rPr>
                <w:rFonts w:ascii="한양중고딕" w:eastAsia="한양중고딕" w:hAnsi="굴림" w:cs="굴림" w:hint="eastAsia"/>
                <w:b/>
                <w:bCs/>
                <w:color w:val="000000"/>
                <w:sz w:val="16"/>
                <w:szCs w:val="16"/>
                <w:lang w:eastAsia="ko-KR"/>
              </w:rPr>
              <w:t xml:space="preserve">1. 개인(신용)정보의 </w:t>
            </w:r>
            <w:proofErr w:type="spellStart"/>
            <w:r w:rsidRPr="009C3E08">
              <w:rPr>
                <w:rFonts w:ascii="한양중고딕" w:eastAsia="한양중고딕" w:hAnsi="굴림" w:cs="굴림" w:hint="eastAsia"/>
                <w:b/>
                <w:bCs/>
                <w:color w:val="000000"/>
                <w:sz w:val="16"/>
                <w:szCs w:val="16"/>
                <w:lang w:eastAsia="ko-KR"/>
              </w:rPr>
              <w:t>수집</w:t>
            </w:r>
            <w:r w:rsidRPr="009C3E08">
              <w:rPr>
                <w:rFonts w:ascii="MS Gothic" w:eastAsia="MS Gothic" w:hAnsi="MS Gothic" w:cs="MS Gothic" w:hint="eastAsia"/>
                <w:b/>
                <w:bCs/>
                <w:color w:val="000000"/>
                <w:sz w:val="16"/>
                <w:szCs w:val="16"/>
                <w:lang w:eastAsia="ko-KR"/>
              </w:rPr>
              <w:t>․</w:t>
            </w:r>
            <w:r w:rsidRPr="009C3E08">
              <w:rPr>
                <w:rFonts w:ascii="한양중고딕" w:eastAsia="한양중고딕" w:hAnsi="굴림" w:cs="굴림" w:hint="eastAsia"/>
                <w:b/>
                <w:bCs/>
                <w:color w:val="000000"/>
                <w:sz w:val="16"/>
                <w:szCs w:val="16"/>
                <w:lang w:eastAsia="ko-KR"/>
              </w:rPr>
              <w:t>이용에</w:t>
            </w:r>
            <w:proofErr w:type="spellEnd"/>
            <w:r w:rsidRPr="009C3E08">
              <w:rPr>
                <w:rFonts w:ascii="한양중고딕" w:eastAsia="한양중고딕" w:hAnsi="굴림" w:cs="굴림" w:hint="eastAsia"/>
                <w:b/>
                <w:bCs/>
                <w:color w:val="000000"/>
                <w:sz w:val="16"/>
                <w:szCs w:val="16"/>
                <w:lang w:eastAsia="ko-KR"/>
              </w:rPr>
              <w:t xml:space="preserve"> 관한 사항</w:t>
            </w:r>
          </w:p>
        </w:tc>
      </w:tr>
      <w:tr w:rsidR="009C3E08" w:rsidRPr="009C3E08" w:rsidTr="003043BB">
        <w:trPr>
          <w:trHeight w:val="698"/>
        </w:trPr>
        <w:tc>
          <w:tcPr>
            <w:tcW w:w="1875" w:type="dxa"/>
            <w:tcBorders>
              <w:top w:val="single" w:sz="12" w:space="0" w:color="auto"/>
              <w:left w:val="single" w:sz="12" w:space="0" w:color="auto"/>
              <w:bottom w:val="single" w:sz="2" w:space="0" w:color="000000"/>
              <w:right w:val="single" w:sz="2" w:space="0" w:color="000000"/>
            </w:tcBorders>
            <w:tcMar>
              <w:top w:w="28" w:type="dxa"/>
              <w:left w:w="102" w:type="dxa"/>
              <w:bottom w:w="28" w:type="dxa"/>
              <w:right w:w="102" w:type="dxa"/>
            </w:tcMar>
            <w:vAlign w:val="center"/>
            <w:hideMark/>
          </w:tcPr>
          <w:p w:rsidR="009C3E08" w:rsidRPr="009F5B5B" w:rsidRDefault="009C3E08" w:rsidP="001E7699">
            <w:pPr>
              <w:widowControl w:val="0"/>
              <w:autoSpaceDE w:val="0"/>
              <w:autoSpaceDN w:val="0"/>
              <w:spacing w:line="240" w:lineRule="exact"/>
              <w:ind w:left="726" w:hanging="726"/>
              <w:jc w:val="center"/>
              <w:textAlignment w:val="baseline"/>
              <w:rPr>
                <w:rFonts w:ascii="함초롬바탕" w:eastAsia="굴림" w:hAnsi="굴림" w:cs="굴림"/>
                <w:color w:val="000000"/>
                <w:sz w:val="18"/>
                <w:szCs w:val="18"/>
                <w:lang w:eastAsia="ko-KR"/>
              </w:rPr>
            </w:pPr>
            <w:proofErr w:type="spellStart"/>
            <w:r w:rsidRPr="009F5B5B">
              <w:rPr>
                <w:rFonts w:ascii="한양중고딕" w:eastAsia="한양중고딕" w:hAnsi="굴림" w:cs="굴림" w:hint="eastAsia"/>
                <w:color w:val="000000"/>
                <w:w w:val="85"/>
                <w:sz w:val="18"/>
                <w:szCs w:val="18"/>
                <w:lang w:eastAsia="ko-KR"/>
              </w:rPr>
              <w:t>수집</w:t>
            </w:r>
            <w:r w:rsidR="00B86046">
              <w:rPr>
                <w:rFonts w:ascii="MS Gothic" w:eastAsia="MS Gothic" w:hAnsi="MS Gothic" w:cs="MS Gothic" w:hint="eastAsia"/>
                <w:color w:val="000000"/>
                <w:w w:val="85"/>
                <w:sz w:val="18"/>
                <w:szCs w:val="18"/>
                <w:lang w:eastAsia="ko-KR"/>
              </w:rPr>
              <w:t>·</w:t>
            </w:r>
            <w:r w:rsidRPr="009F5B5B">
              <w:rPr>
                <w:rFonts w:ascii="한양중고딕" w:eastAsia="한양중고딕" w:hAnsi="굴림" w:cs="굴림" w:hint="eastAsia"/>
                <w:color w:val="000000"/>
                <w:w w:val="85"/>
                <w:sz w:val="18"/>
                <w:szCs w:val="18"/>
                <w:lang w:eastAsia="ko-KR"/>
              </w:rPr>
              <w:t>이용</w:t>
            </w:r>
            <w:proofErr w:type="spellEnd"/>
            <w:r w:rsidRPr="009F5B5B">
              <w:rPr>
                <w:rFonts w:ascii="한양중고딕" w:eastAsia="한양중고딕" w:hAnsi="굴림" w:cs="굴림" w:hint="eastAsia"/>
                <w:color w:val="000000"/>
                <w:w w:val="85"/>
                <w:sz w:val="18"/>
                <w:szCs w:val="18"/>
                <w:lang w:eastAsia="ko-KR"/>
              </w:rPr>
              <w:t xml:space="preserve"> 목적</w:t>
            </w:r>
          </w:p>
        </w:tc>
        <w:tc>
          <w:tcPr>
            <w:tcW w:w="7626" w:type="dxa"/>
            <w:tcBorders>
              <w:top w:val="single" w:sz="12" w:space="0" w:color="auto"/>
              <w:left w:val="single" w:sz="2" w:space="0" w:color="000000"/>
              <w:bottom w:val="single" w:sz="2" w:space="0" w:color="000000"/>
              <w:right w:val="single" w:sz="12" w:space="0" w:color="auto"/>
            </w:tcBorders>
            <w:tcMar>
              <w:top w:w="28" w:type="dxa"/>
              <w:left w:w="102" w:type="dxa"/>
              <w:bottom w:w="28" w:type="dxa"/>
              <w:right w:w="102" w:type="dxa"/>
            </w:tcMar>
            <w:vAlign w:val="center"/>
            <w:hideMark/>
          </w:tcPr>
          <w:p w:rsidR="009C3E08" w:rsidRPr="009F5B5B" w:rsidRDefault="009C3E08" w:rsidP="001E7699">
            <w:pPr>
              <w:widowControl w:val="0"/>
              <w:autoSpaceDE w:val="0"/>
              <w:autoSpaceDN w:val="0"/>
              <w:spacing w:after="20" w:line="240" w:lineRule="exact"/>
              <w:jc w:val="both"/>
              <w:textAlignment w:val="baseline"/>
              <w:rPr>
                <w:rFonts w:ascii="한컴바탕" w:eastAsia="굴림" w:hAnsi="굴림" w:cs="굴림"/>
                <w:color w:val="000000"/>
                <w:sz w:val="17"/>
                <w:szCs w:val="17"/>
                <w:lang w:eastAsia="ko-KR"/>
              </w:rPr>
            </w:pPr>
            <w:r w:rsidRPr="009F5B5B">
              <w:rPr>
                <w:rFonts w:ascii="한양중고딕" w:eastAsia="한양중고딕" w:hAnsi="굴림" w:cs="굴림" w:hint="eastAsia"/>
                <w:color w:val="000000"/>
                <w:spacing w:val="-16"/>
                <w:w w:val="90"/>
                <w:sz w:val="17"/>
                <w:szCs w:val="17"/>
                <w:lang w:eastAsia="ko-KR"/>
              </w:rPr>
              <w:t xml:space="preserve">금융거래에 있어서 신용도 판단을 위한 자료, 정책자금 융자, 중소기업 </w:t>
            </w:r>
            <w:r w:rsidRPr="009F5B5B">
              <w:rPr>
                <w:rFonts w:ascii="한양중고딕" w:eastAsia="한양중고딕" w:hAnsi="굴림" w:cs="굴림" w:hint="eastAsia"/>
                <w:color w:val="000000"/>
                <w:w w:val="95"/>
                <w:sz w:val="17"/>
                <w:szCs w:val="17"/>
                <w:lang w:eastAsia="ko-KR"/>
              </w:rPr>
              <w:t xml:space="preserve">기업진단, </w:t>
            </w:r>
            <w:proofErr w:type="spellStart"/>
            <w:r w:rsidRPr="009F5B5B">
              <w:rPr>
                <w:rFonts w:ascii="한양중고딕" w:eastAsia="한양중고딕" w:hAnsi="굴림" w:cs="굴림" w:hint="eastAsia"/>
                <w:color w:val="000000"/>
                <w:w w:val="95"/>
                <w:sz w:val="17"/>
                <w:szCs w:val="17"/>
                <w:lang w:eastAsia="ko-KR"/>
              </w:rPr>
              <w:t>연계지원</w:t>
            </w:r>
            <w:proofErr w:type="spellEnd"/>
            <w:r w:rsidRPr="009F5B5B">
              <w:rPr>
                <w:rFonts w:ascii="한컴바탕" w:eastAsia="한양중고딕" w:hAnsi="굴림" w:cs="굴림"/>
                <w:color w:val="000000"/>
                <w:spacing w:val="-18"/>
                <w:w w:val="90"/>
                <w:sz w:val="17"/>
                <w:szCs w:val="17"/>
                <w:lang w:eastAsia="ko-KR"/>
              </w:rPr>
              <w:t xml:space="preserve"> </w:t>
            </w:r>
            <w:r w:rsidRPr="009F5B5B">
              <w:rPr>
                <w:rFonts w:ascii="한양중고딕" w:eastAsia="한양중고딕" w:hAnsi="굴림" w:cs="굴림" w:hint="eastAsia"/>
                <w:color w:val="000000"/>
                <w:spacing w:val="-18"/>
                <w:w w:val="90"/>
                <w:sz w:val="17"/>
                <w:szCs w:val="17"/>
                <w:lang w:eastAsia="ko-KR"/>
              </w:rPr>
              <w:t xml:space="preserve">관련 상담, 심사, 평가, 지원 결정, 거래관계의 </w:t>
            </w:r>
            <w:proofErr w:type="spellStart"/>
            <w:r w:rsidRPr="009F5B5B">
              <w:rPr>
                <w:rFonts w:ascii="한양중고딕" w:eastAsia="한양중고딕" w:hAnsi="굴림" w:cs="굴림" w:hint="eastAsia"/>
                <w:color w:val="000000"/>
                <w:spacing w:val="-18"/>
                <w:w w:val="90"/>
                <w:sz w:val="17"/>
                <w:szCs w:val="17"/>
                <w:lang w:eastAsia="ko-KR"/>
              </w:rPr>
              <w:t>설정</w:t>
            </w:r>
            <w:r w:rsidR="008C7486">
              <w:rPr>
                <w:rFonts w:ascii="MS Gothic" w:eastAsia="MS Gothic" w:hAnsi="MS Gothic" w:cs="MS Gothic" w:hint="eastAsia"/>
                <w:color w:val="000000"/>
                <w:spacing w:val="-18"/>
                <w:w w:val="90"/>
                <w:sz w:val="17"/>
                <w:szCs w:val="17"/>
                <w:lang w:eastAsia="ko-KR"/>
              </w:rPr>
              <w:t>·</w:t>
            </w:r>
            <w:r w:rsidRPr="009F5B5B">
              <w:rPr>
                <w:rFonts w:ascii="한양중고딕" w:eastAsia="한양중고딕" w:hAnsi="굴림" w:cs="굴림" w:hint="eastAsia"/>
                <w:color w:val="000000"/>
                <w:spacing w:val="-18"/>
                <w:w w:val="90"/>
                <w:sz w:val="17"/>
                <w:szCs w:val="17"/>
                <w:lang w:eastAsia="ko-KR"/>
              </w:rPr>
              <w:t>유지</w:t>
            </w:r>
            <w:r w:rsidR="008C7486">
              <w:rPr>
                <w:rFonts w:ascii="MS Gothic" w:eastAsia="MS Gothic" w:hAnsi="MS Gothic" w:cs="MS Gothic" w:hint="eastAsia"/>
                <w:color w:val="000000"/>
                <w:spacing w:val="-18"/>
                <w:w w:val="90"/>
                <w:sz w:val="17"/>
                <w:szCs w:val="17"/>
                <w:lang w:eastAsia="ko-KR"/>
              </w:rPr>
              <w:t>·</w:t>
            </w:r>
            <w:r w:rsidRPr="009F5B5B">
              <w:rPr>
                <w:rFonts w:ascii="한양중고딕" w:eastAsia="한양중고딕" w:hAnsi="굴림" w:cs="굴림" w:hint="eastAsia"/>
                <w:color w:val="000000"/>
                <w:spacing w:val="-18"/>
                <w:w w:val="90"/>
                <w:sz w:val="17"/>
                <w:szCs w:val="17"/>
                <w:lang w:eastAsia="ko-KR"/>
              </w:rPr>
              <w:t>이행</w:t>
            </w:r>
            <w:r w:rsidR="008C7486">
              <w:rPr>
                <w:rFonts w:ascii="MS Gothic" w:eastAsia="MS Gothic" w:hAnsi="MS Gothic" w:cs="MS Gothic" w:hint="eastAsia"/>
                <w:color w:val="000000"/>
                <w:spacing w:val="-18"/>
                <w:w w:val="90"/>
                <w:sz w:val="17"/>
                <w:szCs w:val="17"/>
                <w:lang w:eastAsia="ko-KR"/>
              </w:rPr>
              <w:t>·</w:t>
            </w:r>
            <w:r w:rsidRPr="009F5B5B">
              <w:rPr>
                <w:rFonts w:ascii="한양중고딕" w:eastAsia="한양중고딕" w:hAnsi="굴림" w:cs="굴림" w:hint="eastAsia"/>
                <w:color w:val="000000"/>
                <w:spacing w:val="-18"/>
                <w:w w:val="90"/>
                <w:sz w:val="17"/>
                <w:szCs w:val="17"/>
                <w:lang w:eastAsia="ko-KR"/>
              </w:rPr>
              <w:t>관리를</w:t>
            </w:r>
            <w:proofErr w:type="spellEnd"/>
            <w:r w:rsidRPr="009F5B5B">
              <w:rPr>
                <w:rFonts w:ascii="한양중고딕" w:eastAsia="한양중고딕" w:hAnsi="굴림" w:cs="굴림" w:hint="eastAsia"/>
                <w:color w:val="000000"/>
                <w:spacing w:val="-18"/>
                <w:w w:val="90"/>
                <w:sz w:val="17"/>
                <w:szCs w:val="17"/>
                <w:lang w:eastAsia="ko-KR"/>
              </w:rPr>
              <w:t xml:space="preserve"> 위한 자료 또는 공공기관에서 </w:t>
            </w:r>
            <w:proofErr w:type="spellStart"/>
            <w:r w:rsidRPr="009F5B5B">
              <w:rPr>
                <w:rFonts w:ascii="한양중고딕" w:eastAsia="한양중고딕" w:hAnsi="굴림" w:cs="굴림" w:hint="eastAsia"/>
                <w:color w:val="000000"/>
                <w:spacing w:val="-18"/>
                <w:w w:val="90"/>
                <w:sz w:val="17"/>
                <w:szCs w:val="17"/>
                <w:lang w:eastAsia="ko-KR"/>
              </w:rPr>
              <w:t>정책자료로</w:t>
            </w:r>
            <w:proofErr w:type="spellEnd"/>
            <w:r w:rsidRPr="009F5B5B">
              <w:rPr>
                <w:rFonts w:ascii="한양중고딕" w:eastAsia="한양중고딕" w:hAnsi="굴림" w:cs="굴림" w:hint="eastAsia"/>
                <w:color w:val="000000"/>
                <w:spacing w:val="-18"/>
                <w:w w:val="90"/>
                <w:sz w:val="17"/>
                <w:szCs w:val="17"/>
                <w:lang w:eastAsia="ko-KR"/>
              </w:rPr>
              <w:t xml:space="preserve"> 활용, 중소기업지원사업 통합관리시스템에서 지원 이력 정보로 활용, 고객만족도 조사, 기타 법령상</w:t>
            </w:r>
            <w:r w:rsidRPr="009F5B5B">
              <w:rPr>
                <w:rFonts w:ascii="한컴바탕" w:eastAsia="한양중고딕" w:hAnsi="굴림" w:cs="굴림"/>
                <w:color w:val="000000"/>
                <w:spacing w:val="-16"/>
                <w:w w:val="90"/>
                <w:sz w:val="17"/>
                <w:szCs w:val="17"/>
                <w:lang w:eastAsia="ko-KR"/>
              </w:rPr>
              <w:t xml:space="preserve"> </w:t>
            </w:r>
            <w:r w:rsidRPr="009F5B5B">
              <w:rPr>
                <w:rFonts w:ascii="한양중고딕" w:eastAsia="한양중고딕" w:hAnsi="굴림" w:cs="굴림" w:hint="eastAsia"/>
                <w:color w:val="000000"/>
                <w:spacing w:val="-16"/>
                <w:w w:val="90"/>
                <w:sz w:val="17"/>
                <w:szCs w:val="17"/>
                <w:lang w:eastAsia="ko-KR"/>
              </w:rPr>
              <w:t>의무이행</w:t>
            </w:r>
          </w:p>
        </w:tc>
      </w:tr>
      <w:tr w:rsidR="009C3E08" w:rsidRPr="009C3E08" w:rsidTr="003043BB">
        <w:trPr>
          <w:trHeight w:val="1528"/>
        </w:trPr>
        <w:tc>
          <w:tcPr>
            <w:tcW w:w="1875" w:type="dxa"/>
            <w:tcBorders>
              <w:top w:val="single" w:sz="2" w:space="0" w:color="000000"/>
              <w:left w:val="single" w:sz="12" w:space="0" w:color="auto"/>
              <w:bottom w:val="single" w:sz="2" w:space="0" w:color="000000"/>
              <w:right w:val="single" w:sz="2" w:space="0" w:color="000000"/>
            </w:tcBorders>
            <w:tcMar>
              <w:top w:w="28" w:type="dxa"/>
              <w:left w:w="102" w:type="dxa"/>
              <w:bottom w:w="28" w:type="dxa"/>
              <w:right w:w="102" w:type="dxa"/>
            </w:tcMar>
            <w:vAlign w:val="center"/>
            <w:hideMark/>
          </w:tcPr>
          <w:p w:rsidR="009C3E08" w:rsidRPr="009F5B5B" w:rsidRDefault="009C3E08" w:rsidP="001E7699">
            <w:pPr>
              <w:widowControl w:val="0"/>
              <w:autoSpaceDE w:val="0"/>
              <w:autoSpaceDN w:val="0"/>
              <w:spacing w:line="240" w:lineRule="exact"/>
              <w:ind w:left="726" w:hanging="726"/>
              <w:jc w:val="center"/>
              <w:textAlignment w:val="baseline"/>
              <w:rPr>
                <w:rFonts w:ascii="함초롬바탕" w:eastAsia="굴림" w:hAnsi="굴림" w:cs="굴림"/>
                <w:color w:val="000000"/>
                <w:sz w:val="18"/>
                <w:szCs w:val="18"/>
                <w:lang w:eastAsia="ko-KR"/>
              </w:rPr>
            </w:pPr>
            <w:proofErr w:type="spellStart"/>
            <w:r w:rsidRPr="009F5B5B">
              <w:rPr>
                <w:rFonts w:ascii="한양중고딕" w:eastAsia="한양중고딕" w:hAnsi="굴림" w:cs="굴림" w:hint="eastAsia"/>
                <w:color w:val="000000"/>
                <w:w w:val="85"/>
                <w:sz w:val="18"/>
                <w:szCs w:val="18"/>
                <w:lang w:eastAsia="ko-KR"/>
              </w:rPr>
              <w:t>수집</w:t>
            </w:r>
            <w:r w:rsidR="00B86046">
              <w:rPr>
                <w:rFonts w:ascii="MS Gothic" w:eastAsia="MS Gothic" w:hAnsi="MS Gothic" w:cs="MS Gothic" w:hint="eastAsia"/>
                <w:color w:val="000000"/>
                <w:w w:val="85"/>
                <w:sz w:val="18"/>
                <w:szCs w:val="18"/>
                <w:lang w:eastAsia="ko-KR"/>
              </w:rPr>
              <w:t>·</w:t>
            </w:r>
            <w:r w:rsidRPr="009F5B5B">
              <w:rPr>
                <w:rFonts w:ascii="한양중고딕" w:eastAsia="한양중고딕" w:hAnsi="굴림" w:cs="굴림" w:hint="eastAsia"/>
                <w:color w:val="000000"/>
                <w:w w:val="85"/>
                <w:sz w:val="18"/>
                <w:szCs w:val="18"/>
                <w:lang w:eastAsia="ko-KR"/>
              </w:rPr>
              <w:t>이용할</w:t>
            </w:r>
            <w:proofErr w:type="spellEnd"/>
            <w:r w:rsidRPr="009F5B5B">
              <w:rPr>
                <w:rFonts w:ascii="한양중고딕" w:eastAsia="한양중고딕" w:hAnsi="굴림" w:cs="굴림" w:hint="eastAsia"/>
                <w:color w:val="000000"/>
                <w:w w:val="85"/>
                <w:sz w:val="18"/>
                <w:szCs w:val="18"/>
                <w:lang w:eastAsia="ko-KR"/>
              </w:rPr>
              <w:t xml:space="preserve"> 항목</w:t>
            </w:r>
          </w:p>
        </w:tc>
        <w:tc>
          <w:tcPr>
            <w:tcW w:w="7626" w:type="dxa"/>
            <w:tcBorders>
              <w:top w:val="single" w:sz="2" w:space="0" w:color="000000"/>
              <w:left w:val="single" w:sz="2" w:space="0" w:color="000000"/>
              <w:bottom w:val="single" w:sz="2" w:space="0" w:color="000000"/>
              <w:right w:val="single" w:sz="12" w:space="0" w:color="auto"/>
            </w:tcBorders>
            <w:tcMar>
              <w:top w:w="28" w:type="dxa"/>
              <w:left w:w="102" w:type="dxa"/>
              <w:bottom w:w="28" w:type="dxa"/>
              <w:right w:w="102" w:type="dxa"/>
            </w:tcMar>
            <w:vAlign w:val="center"/>
            <w:hideMark/>
          </w:tcPr>
          <w:p w:rsidR="009C3E08" w:rsidRPr="009F5B5B" w:rsidRDefault="009C3E08" w:rsidP="001E7699">
            <w:pPr>
              <w:widowControl w:val="0"/>
              <w:autoSpaceDE w:val="0"/>
              <w:autoSpaceDN w:val="0"/>
              <w:spacing w:after="20" w:line="240" w:lineRule="exact"/>
              <w:jc w:val="both"/>
              <w:textAlignment w:val="baseline"/>
              <w:rPr>
                <w:rFonts w:ascii="한컴바탕" w:eastAsia="굴림" w:hAnsi="굴림" w:cs="굴림"/>
                <w:color w:val="000000"/>
                <w:sz w:val="17"/>
                <w:szCs w:val="17"/>
                <w:lang w:eastAsia="ko-KR"/>
              </w:rPr>
            </w:pPr>
            <w:r w:rsidRPr="009F5B5B">
              <w:rPr>
                <w:rFonts w:ascii="MS Gothic" w:eastAsia="MS Gothic" w:hAnsi="MS Gothic" w:cs="MS Gothic" w:hint="eastAsia"/>
                <w:color w:val="000000"/>
                <w:spacing w:val="-10"/>
                <w:w w:val="90"/>
                <w:sz w:val="17"/>
                <w:szCs w:val="17"/>
                <w:lang w:eastAsia="ko-KR"/>
              </w:rPr>
              <w:t>‣</w:t>
            </w:r>
            <w:r w:rsidRPr="009F5B5B">
              <w:rPr>
                <w:rFonts w:ascii="한양중고딕" w:eastAsia="한양중고딕" w:hAnsi="굴림" w:cs="굴림" w:hint="eastAsia"/>
                <w:color w:val="000000"/>
                <w:spacing w:val="-16"/>
                <w:w w:val="90"/>
                <w:sz w:val="17"/>
                <w:szCs w:val="17"/>
                <w:lang w:eastAsia="ko-KR"/>
              </w:rPr>
              <w:t xml:space="preserve">필수적 </w:t>
            </w:r>
            <w:proofErr w:type="gramStart"/>
            <w:r w:rsidRPr="009F5B5B">
              <w:rPr>
                <w:rFonts w:ascii="한양중고딕" w:eastAsia="한양중고딕" w:hAnsi="굴림" w:cs="굴림" w:hint="eastAsia"/>
                <w:color w:val="000000"/>
                <w:spacing w:val="-16"/>
                <w:w w:val="90"/>
                <w:sz w:val="17"/>
                <w:szCs w:val="17"/>
                <w:lang w:eastAsia="ko-KR"/>
              </w:rPr>
              <w:t>정보 :</w:t>
            </w:r>
            <w:proofErr w:type="gramEnd"/>
            <w:r w:rsidRPr="009F5B5B">
              <w:rPr>
                <w:rFonts w:ascii="한양중고딕" w:eastAsia="한양중고딕" w:hAnsi="굴림" w:cs="굴림" w:hint="eastAsia"/>
                <w:color w:val="000000"/>
                <w:spacing w:val="-16"/>
                <w:w w:val="90"/>
                <w:sz w:val="17"/>
                <w:szCs w:val="17"/>
                <w:lang w:eastAsia="ko-KR"/>
              </w:rPr>
              <w:t xml:space="preserve"> 개인식별정보(성명, 주민등록번호, 주소, 전자우편주소, 전화번호, 생년월일), 신용거래정보(</w:t>
            </w:r>
            <w:proofErr w:type="spellStart"/>
            <w:r w:rsidRPr="009F5B5B">
              <w:rPr>
                <w:rFonts w:ascii="한양중고딕" w:eastAsia="한양중고딕" w:hAnsi="굴림" w:cs="굴림" w:hint="eastAsia"/>
                <w:color w:val="000000"/>
                <w:spacing w:val="-16"/>
                <w:w w:val="90"/>
                <w:sz w:val="17"/>
                <w:szCs w:val="17"/>
                <w:lang w:eastAsia="ko-KR"/>
              </w:rPr>
              <w:t>개설·발급정보</w:t>
            </w:r>
            <w:proofErr w:type="spellEnd"/>
            <w:r w:rsidRPr="009F5B5B">
              <w:rPr>
                <w:rFonts w:ascii="한양중고딕" w:eastAsia="한양중고딕" w:hAnsi="굴림" w:cs="굴림" w:hint="eastAsia"/>
                <w:color w:val="000000"/>
                <w:spacing w:val="-16"/>
                <w:w w:val="90"/>
                <w:sz w:val="17"/>
                <w:szCs w:val="17"/>
                <w:lang w:eastAsia="ko-KR"/>
              </w:rPr>
              <w:t xml:space="preserve">, </w:t>
            </w:r>
            <w:proofErr w:type="spellStart"/>
            <w:r w:rsidRPr="009F5B5B">
              <w:rPr>
                <w:rFonts w:ascii="한양중고딕" w:eastAsia="한양중고딕" w:hAnsi="굴림" w:cs="굴림" w:hint="eastAsia"/>
                <w:color w:val="000000"/>
                <w:spacing w:val="-16"/>
                <w:w w:val="90"/>
                <w:sz w:val="17"/>
                <w:szCs w:val="17"/>
                <w:lang w:eastAsia="ko-KR"/>
              </w:rPr>
              <w:t>대출정보</w:t>
            </w:r>
            <w:proofErr w:type="spellEnd"/>
            <w:r w:rsidRPr="009F5B5B">
              <w:rPr>
                <w:rFonts w:ascii="한양중고딕" w:eastAsia="한양중고딕" w:hAnsi="굴림" w:cs="굴림" w:hint="eastAsia"/>
                <w:color w:val="000000"/>
                <w:spacing w:val="-16"/>
                <w:w w:val="90"/>
                <w:sz w:val="17"/>
                <w:szCs w:val="17"/>
                <w:lang w:eastAsia="ko-KR"/>
              </w:rPr>
              <w:t xml:space="preserve">(개인, 카드, 보험계약), 개인채무보증정보, 기업신용공여정보, </w:t>
            </w:r>
            <w:proofErr w:type="spellStart"/>
            <w:r w:rsidRPr="009F5B5B">
              <w:rPr>
                <w:rFonts w:ascii="한양중고딕" w:eastAsia="한양중고딕" w:hAnsi="굴림" w:cs="굴림" w:hint="eastAsia"/>
                <w:color w:val="000000"/>
                <w:spacing w:val="-16"/>
                <w:w w:val="90"/>
                <w:sz w:val="17"/>
                <w:szCs w:val="17"/>
                <w:lang w:eastAsia="ko-KR"/>
              </w:rPr>
              <w:t>복</w:t>
            </w:r>
            <w:r w:rsidR="00B86046">
              <w:rPr>
                <w:rFonts w:ascii="바탕" w:eastAsia="바탕" w:hAnsi="바탕" w:cs="굴림" w:hint="eastAsia"/>
                <w:color w:val="000000"/>
                <w:spacing w:val="-16"/>
                <w:w w:val="90"/>
                <w:sz w:val="17"/>
                <w:szCs w:val="17"/>
                <w:lang w:eastAsia="ko-KR"/>
              </w:rPr>
              <w:t>·</w:t>
            </w:r>
            <w:r w:rsidRPr="009F5B5B">
              <w:rPr>
                <w:rFonts w:ascii="한양중고딕" w:eastAsia="한양중고딕" w:hAnsi="굴림" w:cs="굴림" w:hint="eastAsia"/>
                <w:color w:val="000000"/>
                <w:spacing w:val="-16"/>
                <w:w w:val="90"/>
                <w:sz w:val="17"/>
                <w:szCs w:val="17"/>
                <w:lang w:eastAsia="ko-KR"/>
              </w:rPr>
              <w:t>수카드정보</w:t>
            </w:r>
            <w:proofErr w:type="spellEnd"/>
            <w:r w:rsidRPr="009F5B5B">
              <w:rPr>
                <w:rFonts w:ascii="한양중고딕" w:eastAsia="한양중고딕" w:hAnsi="굴림" w:cs="굴림" w:hint="eastAsia"/>
                <w:color w:val="000000"/>
                <w:spacing w:val="-16"/>
                <w:w w:val="90"/>
                <w:sz w:val="17"/>
                <w:szCs w:val="17"/>
                <w:lang w:eastAsia="ko-KR"/>
              </w:rPr>
              <w:t xml:space="preserve">, 사고회원정보), 신용도판단정보(연체정보, </w:t>
            </w:r>
            <w:proofErr w:type="spellStart"/>
            <w:r w:rsidRPr="009F5B5B">
              <w:rPr>
                <w:rFonts w:ascii="한양중고딕" w:eastAsia="한양중고딕" w:hAnsi="굴림" w:cs="굴림" w:hint="eastAsia"/>
                <w:color w:val="000000"/>
                <w:spacing w:val="-16"/>
                <w:w w:val="90"/>
                <w:sz w:val="17"/>
                <w:szCs w:val="17"/>
                <w:lang w:eastAsia="ko-KR"/>
              </w:rPr>
              <w:t>대위변제·대지급정보</w:t>
            </w:r>
            <w:proofErr w:type="spellEnd"/>
            <w:r w:rsidRPr="009F5B5B">
              <w:rPr>
                <w:rFonts w:ascii="한양중고딕" w:eastAsia="한양중고딕" w:hAnsi="굴림" w:cs="굴림" w:hint="eastAsia"/>
                <w:color w:val="000000"/>
                <w:spacing w:val="-16"/>
                <w:w w:val="90"/>
                <w:sz w:val="17"/>
                <w:szCs w:val="17"/>
                <w:lang w:eastAsia="ko-KR"/>
              </w:rPr>
              <w:t xml:space="preserve">, </w:t>
            </w:r>
            <w:proofErr w:type="spellStart"/>
            <w:r w:rsidRPr="009F5B5B">
              <w:rPr>
                <w:rFonts w:ascii="한양중고딕" w:eastAsia="한양중고딕" w:hAnsi="굴림" w:cs="굴림" w:hint="eastAsia"/>
                <w:color w:val="000000"/>
                <w:spacing w:val="-16"/>
                <w:w w:val="90"/>
                <w:sz w:val="17"/>
                <w:szCs w:val="17"/>
                <w:lang w:eastAsia="ko-KR"/>
              </w:rPr>
              <w:t>부도정보</w:t>
            </w:r>
            <w:proofErr w:type="spellEnd"/>
            <w:r w:rsidRPr="009F5B5B">
              <w:rPr>
                <w:rFonts w:ascii="한양중고딕" w:eastAsia="한양중고딕" w:hAnsi="굴림" w:cs="굴림" w:hint="eastAsia"/>
                <w:color w:val="000000"/>
                <w:spacing w:val="-16"/>
                <w:w w:val="90"/>
                <w:sz w:val="17"/>
                <w:szCs w:val="17"/>
                <w:lang w:eastAsia="ko-KR"/>
              </w:rPr>
              <w:t xml:space="preserve">, 금융질서문란정보, </w:t>
            </w:r>
            <w:proofErr w:type="spellStart"/>
            <w:r w:rsidRPr="009F5B5B">
              <w:rPr>
                <w:rFonts w:ascii="한양중고딕" w:eastAsia="한양중고딕" w:hAnsi="굴림" w:cs="굴림" w:hint="eastAsia"/>
                <w:color w:val="000000"/>
                <w:spacing w:val="-16"/>
                <w:w w:val="90"/>
                <w:sz w:val="17"/>
                <w:szCs w:val="17"/>
                <w:lang w:eastAsia="ko-KR"/>
              </w:rPr>
              <w:t>관련인정보</w:t>
            </w:r>
            <w:proofErr w:type="spellEnd"/>
            <w:r w:rsidRPr="009F5B5B">
              <w:rPr>
                <w:rFonts w:ascii="한양중고딕" w:eastAsia="한양중고딕" w:hAnsi="굴림" w:cs="굴림" w:hint="eastAsia"/>
                <w:color w:val="000000"/>
                <w:spacing w:val="-16"/>
                <w:w w:val="90"/>
                <w:sz w:val="17"/>
                <w:szCs w:val="17"/>
                <w:lang w:eastAsia="ko-KR"/>
              </w:rPr>
              <w:t xml:space="preserve">), 신용능력정보(재산, 채무, 소득의 총액, 납세실적, 수출에 관한 거래내역), 기타 신용정보(공공정보, 세금체납정보, 사회보험료 체납 정보, 채무조정정보, 개인신용평점, 정책자금융자 신청서류 및 </w:t>
            </w:r>
            <w:proofErr w:type="spellStart"/>
            <w:r w:rsidRPr="009F5B5B">
              <w:rPr>
                <w:rFonts w:ascii="한양중고딕" w:eastAsia="한양중고딕" w:hAnsi="굴림" w:cs="굴림" w:hint="eastAsia"/>
                <w:color w:val="000000"/>
                <w:spacing w:val="-16"/>
                <w:w w:val="90"/>
                <w:sz w:val="17"/>
                <w:szCs w:val="17"/>
                <w:lang w:eastAsia="ko-KR"/>
              </w:rPr>
              <w:t>제반서류</w:t>
            </w:r>
            <w:proofErr w:type="spellEnd"/>
            <w:r w:rsidRPr="009F5B5B">
              <w:rPr>
                <w:rFonts w:ascii="한양중고딕" w:eastAsia="한양중고딕" w:hAnsi="굴림" w:cs="굴림" w:hint="eastAsia"/>
                <w:color w:val="000000"/>
                <w:spacing w:val="-16"/>
                <w:w w:val="90"/>
                <w:sz w:val="17"/>
                <w:szCs w:val="17"/>
                <w:lang w:eastAsia="ko-KR"/>
              </w:rPr>
              <w:t xml:space="preserve">(사업계획서, 기타 정책자금 융자 및 </w:t>
            </w:r>
            <w:proofErr w:type="spellStart"/>
            <w:r w:rsidRPr="009F5B5B">
              <w:rPr>
                <w:rFonts w:ascii="한양중고딕" w:eastAsia="한양중고딕" w:hAnsi="굴림" w:cs="굴림" w:hint="eastAsia"/>
                <w:color w:val="000000"/>
                <w:spacing w:val="-16"/>
                <w:w w:val="90"/>
                <w:sz w:val="17"/>
                <w:szCs w:val="17"/>
                <w:lang w:eastAsia="ko-KR"/>
              </w:rPr>
              <w:t>채권관리에</w:t>
            </w:r>
            <w:proofErr w:type="spellEnd"/>
            <w:r w:rsidRPr="009F5B5B">
              <w:rPr>
                <w:rFonts w:ascii="한양중고딕" w:eastAsia="한양중고딕" w:hAnsi="굴림" w:cs="굴림" w:hint="eastAsia"/>
                <w:color w:val="000000"/>
                <w:spacing w:val="-16"/>
                <w:w w:val="90"/>
                <w:sz w:val="17"/>
                <w:szCs w:val="17"/>
                <w:lang w:eastAsia="ko-KR"/>
              </w:rPr>
              <w:t xml:space="preserve"> 필요한 서류 일체)에 기재된 정보), 기타 금융거래의 </w:t>
            </w:r>
            <w:proofErr w:type="spellStart"/>
            <w:r w:rsidRPr="009F5B5B">
              <w:rPr>
                <w:rFonts w:ascii="한양중고딕" w:eastAsia="한양중고딕" w:hAnsi="굴림" w:cs="굴림" w:hint="eastAsia"/>
                <w:color w:val="000000"/>
                <w:spacing w:val="-16"/>
                <w:w w:val="90"/>
                <w:sz w:val="17"/>
                <w:szCs w:val="17"/>
                <w:lang w:eastAsia="ko-KR"/>
              </w:rPr>
              <w:t>설정</w:t>
            </w:r>
            <w:r w:rsidR="00BA2A16">
              <w:rPr>
                <w:rFonts w:ascii="MS Gothic" w:eastAsia="MS Gothic" w:hAnsi="MS Gothic" w:cs="MS Gothic" w:hint="eastAsia"/>
                <w:color w:val="000000"/>
                <w:spacing w:val="-16"/>
                <w:w w:val="90"/>
                <w:sz w:val="17"/>
                <w:szCs w:val="17"/>
                <w:lang w:eastAsia="ko-KR"/>
              </w:rPr>
              <w:t>·</w:t>
            </w:r>
            <w:r w:rsidRPr="009F5B5B">
              <w:rPr>
                <w:rFonts w:ascii="한양중고딕" w:eastAsia="한양중고딕" w:hAnsi="굴림" w:cs="굴림" w:hint="eastAsia"/>
                <w:color w:val="000000"/>
                <w:spacing w:val="-16"/>
                <w:w w:val="90"/>
                <w:sz w:val="17"/>
                <w:szCs w:val="17"/>
                <w:lang w:eastAsia="ko-KR"/>
              </w:rPr>
              <w:t>유지이행</w:t>
            </w:r>
            <w:r w:rsidR="00BA2A16">
              <w:rPr>
                <w:rFonts w:ascii="바탕" w:eastAsia="바탕" w:hAnsi="바탕" w:cs="굴림" w:hint="eastAsia"/>
                <w:color w:val="000000"/>
                <w:spacing w:val="-16"/>
                <w:w w:val="90"/>
                <w:sz w:val="17"/>
                <w:szCs w:val="17"/>
                <w:lang w:eastAsia="ko-KR"/>
              </w:rPr>
              <w:t>·</w:t>
            </w:r>
            <w:r w:rsidRPr="009F5B5B">
              <w:rPr>
                <w:rFonts w:ascii="한양중고딕" w:eastAsia="한양중고딕" w:hAnsi="굴림" w:cs="굴림" w:hint="eastAsia"/>
                <w:color w:val="000000"/>
                <w:spacing w:val="-16"/>
                <w:w w:val="90"/>
                <w:sz w:val="17"/>
                <w:szCs w:val="17"/>
                <w:lang w:eastAsia="ko-KR"/>
              </w:rPr>
              <w:t>관리를</w:t>
            </w:r>
            <w:proofErr w:type="spellEnd"/>
            <w:r w:rsidRPr="009F5B5B">
              <w:rPr>
                <w:rFonts w:ascii="한양중고딕" w:eastAsia="한양중고딕" w:hAnsi="굴림" w:cs="굴림" w:hint="eastAsia"/>
                <w:color w:val="000000"/>
                <w:spacing w:val="-16"/>
                <w:w w:val="90"/>
                <w:sz w:val="17"/>
                <w:szCs w:val="17"/>
                <w:lang w:eastAsia="ko-KR"/>
              </w:rPr>
              <w:t xml:space="preserve"> 위한 상담, 채권관리를 통해 생성되는 정보) </w:t>
            </w:r>
          </w:p>
          <w:p w:rsidR="009C3E08" w:rsidRPr="009F5B5B" w:rsidRDefault="009C3E08" w:rsidP="001E7699">
            <w:pPr>
              <w:widowControl w:val="0"/>
              <w:autoSpaceDE w:val="0"/>
              <w:autoSpaceDN w:val="0"/>
              <w:spacing w:after="20" w:line="240" w:lineRule="exact"/>
              <w:jc w:val="both"/>
              <w:textAlignment w:val="baseline"/>
              <w:rPr>
                <w:rFonts w:ascii="한컴바탕" w:eastAsia="굴림" w:hAnsi="굴림" w:cs="굴림"/>
                <w:color w:val="000000"/>
                <w:sz w:val="17"/>
                <w:szCs w:val="17"/>
                <w:lang w:eastAsia="ko-KR"/>
              </w:rPr>
            </w:pPr>
            <w:r w:rsidRPr="009F5B5B">
              <w:rPr>
                <w:rFonts w:ascii="MS Gothic" w:eastAsia="MS Gothic" w:hAnsi="MS Gothic" w:cs="MS Gothic" w:hint="eastAsia"/>
                <w:color w:val="000000"/>
                <w:spacing w:val="-10"/>
                <w:w w:val="90"/>
                <w:sz w:val="17"/>
                <w:szCs w:val="17"/>
                <w:lang w:eastAsia="ko-KR"/>
              </w:rPr>
              <w:t>‣</w:t>
            </w:r>
            <w:r w:rsidRPr="009F5B5B">
              <w:rPr>
                <w:rFonts w:ascii="한양중고딕" w:eastAsia="한양중고딕" w:hAnsi="굴림" w:cs="굴림" w:hint="eastAsia"/>
                <w:color w:val="000000"/>
                <w:spacing w:val="-10"/>
                <w:w w:val="90"/>
                <w:sz w:val="17"/>
                <w:szCs w:val="17"/>
                <w:lang w:eastAsia="ko-KR"/>
              </w:rPr>
              <w:t xml:space="preserve">선택적 </w:t>
            </w:r>
            <w:proofErr w:type="gramStart"/>
            <w:r w:rsidRPr="009F5B5B">
              <w:rPr>
                <w:rFonts w:ascii="한양중고딕" w:eastAsia="한양중고딕" w:hAnsi="굴림" w:cs="굴림" w:hint="eastAsia"/>
                <w:color w:val="000000"/>
                <w:spacing w:val="-16"/>
                <w:w w:val="90"/>
                <w:sz w:val="17"/>
                <w:szCs w:val="17"/>
                <w:lang w:eastAsia="ko-KR"/>
              </w:rPr>
              <w:t>정보 :</w:t>
            </w:r>
            <w:proofErr w:type="gramEnd"/>
            <w:r w:rsidRPr="009F5B5B">
              <w:rPr>
                <w:rFonts w:ascii="한양중고딕" w:eastAsia="한양중고딕" w:hAnsi="굴림" w:cs="굴림" w:hint="eastAsia"/>
                <w:color w:val="000000"/>
                <w:spacing w:val="-16"/>
                <w:w w:val="90"/>
                <w:sz w:val="17"/>
                <w:szCs w:val="17"/>
                <w:lang w:eastAsia="ko-KR"/>
              </w:rPr>
              <w:t xml:space="preserve"> 고유식별정보(운전면허번호), 개인식</w:t>
            </w:r>
            <w:r w:rsidRPr="009F5B5B">
              <w:rPr>
                <w:rFonts w:ascii="한양중고딕" w:eastAsia="한양중고딕" w:hAnsi="굴림" w:cs="굴림" w:hint="eastAsia"/>
                <w:color w:val="000000"/>
                <w:spacing w:val="-10"/>
                <w:w w:val="90"/>
                <w:sz w:val="17"/>
                <w:szCs w:val="17"/>
                <w:lang w:eastAsia="ko-KR"/>
              </w:rPr>
              <w:t xml:space="preserve">별정보 외에 고객이 제공한 정보 (학력, 수상경력, </w:t>
            </w:r>
            <w:proofErr w:type="spellStart"/>
            <w:r w:rsidRPr="009F5B5B">
              <w:rPr>
                <w:rFonts w:ascii="한양중고딕" w:eastAsia="한양중고딕" w:hAnsi="굴림" w:cs="굴림" w:hint="eastAsia"/>
                <w:color w:val="000000"/>
                <w:spacing w:val="-10"/>
                <w:w w:val="90"/>
                <w:sz w:val="17"/>
                <w:szCs w:val="17"/>
                <w:lang w:eastAsia="ko-KR"/>
              </w:rPr>
              <w:t>주거현황</w:t>
            </w:r>
            <w:proofErr w:type="spellEnd"/>
            <w:r w:rsidRPr="009F5B5B">
              <w:rPr>
                <w:rFonts w:ascii="한양중고딕" w:eastAsia="한양중고딕" w:hAnsi="굴림" w:cs="굴림" w:hint="eastAsia"/>
                <w:color w:val="000000"/>
                <w:spacing w:val="-10"/>
                <w:w w:val="90"/>
                <w:sz w:val="17"/>
                <w:szCs w:val="17"/>
                <w:lang w:eastAsia="ko-KR"/>
              </w:rPr>
              <w:t xml:space="preserve">, </w:t>
            </w:r>
            <w:proofErr w:type="spellStart"/>
            <w:r w:rsidRPr="009F5B5B">
              <w:rPr>
                <w:rFonts w:ascii="한양중고딕" w:eastAsia="한양중고딕" w:hAnsi="굴림" w:cs="굴림" w:hint="eastAsia"/>
                <w:color w:val="000000"/>
                <w:spacing w:val="-10"/>
                <w:w w:val="90"/>
                <w:sz w:val="17"/>
                <w:szCs w:val="17"/>
                <w:lang w:eastAsia="ko-KR"/>
              </w:rPr>
              <w:t>주요경력</w:t>
            </w:r>
            <w:proofErr w:type="spellEnd"/>
            <w:r w:rsidRPr="009F5B5B">
              <w:rPr>
                <w:rFonts w:ascii="한양중고딕" w:eastAsia="한양중고딕" w:hAnsi="굴림" w:cs="굴림" w:hint="eastAsia"/>
                <w:color w:val="000000"/>
                <w:spacing w:val="-10"/>
                <w:w w:val="90"/>
                <w:sz w:val="17"/>
                <w:szCs w:val="17"/>
                <w:lang w:eastAsia="ko-KR"/>
              </w:rPr>
              <w:t xml:space="preserve">, </w:t>
            </w:r>
            <w:proofErr w:type="spellStart"/>
            <w:r w:rsidRPr="009F5B5B">
              <w:rPr>
                <w:rFonts w:ascii="한양중고딕" w:eastAsia="한양중고딕" w:hAnsi="굴림" w:cs="굴림" w:hint="eastAsia"/>
                <w:color w:val="000000"/>
                <w:spacing w:val="-10"/>
                <w:w w:val="90"/>
                <w:sz w:val="17"/>
                <w:szCs w:val="17"/>
                <w:lang w:eastAsia="ko-KR"/>
              </w:rPr>
              <w:t>자격사항</w:t>
            </w:r>
            <w:proofErr w:type="spellEnd"/>
            <w:r w:rsidRPr="009F5B5B">
              <w:rPr>
                <w:rFonts w:ascii="한양중고딕" w:eastAsia="한양중고딕" w:hAnsi="굴림" w:cs="굴림" w:hint="eastAsia"/>
                <w:color w:val="000000"/>
                <w:spacing w:val="-10"/>
                <w:w w:val="90"/>
                <w:sz w:val="17"/>
                <w:szCs w:val="17"/>
                <w:lang w:eastAsia="ko-KR"/>
              </w:rPr>
              <w:t xml:space="preserve"> 등)</w:t>
            </w:r>
          </w:p>
          <w:p w:rsidR="009C3E08" w:rsidRPr="009F5B5B" w:rsidRDefault="009C3E08" w:rsidP="001E7699">
            <w:pPr>
              <w:widowControl w:val="0"/>
              <w:autoSpaceDE w:val="0"/>
              <w:autoSpaceDN w:val="0"/>
              <w:spacing w:after="20" w:line="240" w:lineRule="exact"/>
              <w:ind w:left="134" w:hanging="134"/>
              <w:jc w:val="both"/>
              <w:textAlignment w:val="baseline"/>
              <w:rPr>
                <w:rFonts w:ascii="한컴바탕" w:eastAsia="굴림" w:hAnsi="굴림" w:cs="굴림"/>
                <w:color w:val="000000"/>
                <w:sz w:val="17"/>
                <w:szCs w:val="17"/>
                <w:lang w:eastAsia="ko-KR"/>
              </w:rPr>
            </w:pPr>
            <w:r w:rsidRPr="009F5B5B">
              <w:rPr>
                <w:rFonts w:ascii="한양중고딕" w:eastAsia="한양중고딕" w:hAnsi="굴림" w:cs="굴림" w:hint="eastAsia"/>
                <w:color w:val="000000"/>
                <w:spacing w:val="-16"/>
                <w:w w:val="90"/>
                <w:sz w:val="17"/>
                <w:szCs w:val="17"/>
                <w:lang w:eastAsia="ko-KR"/>
              </w:rPr>
              <w:t xml:space="preserve">* </w:t>
            </w:r>
            <w:proofErr w:type="spellStart"/>
            <w:r w:rsidRPr="009F5B5B">
              <w:rPr>
                <w:rFonts w:ascii="한양중고딕" w:eastAsia="한양중고딕" w:hAnsi="굴림" w:cs="굴림" w:hint="eastAsia"/>
                <w:color w:val="000000"/>
                <w:spacing w:val="-16"/>
                <w:w w:val="90"/>
                <w:sz w:val="17"/>
                <w:szCs w:val="17"/>
                <w:lang w:eastAsia="ko-KR"/>
              </w:rPr>
              <w:t>중진공은</w:t>
            </w:r>
            <w:proofErr w:type="spellEnd"/>
            <w:r w:rsidRPr="009F5B5B">
              <w:rPr>
                <w:rFonts w:ascii="한양중고딕" w:eastAsia="한양중고딕" w:hAnsi="굴림" w:cs="굴림" w:hint="eastAsia"/>
                <w:color w:val="000000"/>
                <w:spacing w:val="-16"/>
                <w:w w:val="90"/>
                <w:sz w:val="17"/>
                <w:szCs w:val="17"/>
                <w:lang w:eastAsia="ko-KR"/>
              </w:rPr>
              <w:t xml:space="preserve"> 중소기업진흥에 관한 법률 시행령 80조(</w:t>
            </w:r>
            <w:proofErr w:type="spellStart"/>
            <w:r w:rsidRPr="009F5B5B">
              <w:rPr>
                <w:rFonts w:ascii="한양중고딕" w:eastAsia="한양중고딕" w:hAnsi="굴림" w:cs="굴림" w:hint="eastAsia"/>
                <w:color w:val="000000"/>
                <w:spacing w:val="-16"/>
                <w:w w:val="90"/>
                <w:sz w:val="17"/>
                <w:szCs w:val="17"/>
                <w:lang w:eastAsia="ko-KR"/>
              </w:rPr>
              <w:t>민감정보</w:t>
            </w:r>
            <w:proofErr w:type="spellEnd"/>
            <w:r w:rsidRPr="009F5B5B">
              <w:rPr>
                <w:rFonts w:ascii="한양중고딕" w:eastAsia="한양중고딕" w:hAnsi="굴림" w:cs="굴림" w:hint="eastAsia"/>
                <w:color w:val="000000"/>
                <w:spacing w:val="-16"/>
                <w:w w:val="90"/>
                <w:sz w:val="17"/>
                <w:szCs w:val="17"/>
                <w:lang w:eastAsia="ko-KR"/>
              </w:rPr>
              <w:t xml:space="preserve"> 및 고유식별정보의 처리) </w:t>
            </w:r>
            <w:r w:rsidRPr="009F5B5B">
              <w:rPr>
                <w:rFonts w:ascii="한양중고딕" w:eastAsia="한양중고딕" w:hAnsi="한양중고딕" w:cs="굴림" w:hint="eastAsia"/>
                <w:color w:val="000000"/>
                <w:spacing w:val="-16"/>
                <w:w w:val="90"/>
                <w:sz w:val="17"/>
                <w:szCs w:val="17"/>
                <w:lang w:eastAsia="ko-KR"/>
              </w:rPr>
              <w:t>③</w:t>
            </w:r>
            <w:r w:rsidRPr="009F5B5B">
              <w:rPr>
                <w:rFonts w:ascii="한양중고딕" w:eastAsia="한양중고딕" w:hAnsi="굴림" w:cs="굴림" w:hint="eastAsia"/>
                <w:color w:val="000000"/>
                <w:spacing w:val="-16"/>
                <w:w w:val="90"/>
                <w:sz w:val="17"/>
                <w:szCs w:val="17"/>
                <w:lang w:eastAsia="ko-KR"/>
              </w:rPr>
              <w:t>항에 근거하여 주민등록번호를 처리하고 있습니다</w:t>
            </w:r>
          </w:p>
        </w:tc>
      </w:tr>
      <w:tr w:rsidR="009C3E08" w:rsidRPr="009C3E08" w:rsidTr="003043BB">
        <w:trPr>
          <w:trHeight w:val="393"/>
        </w:trPr>
        <w:tc>
          <w:tcPr>
            <w:tcW w:w="1875" w:type="dxa"/>
            <w:tcBorders>
              <w:top w:val="single" w:sz="2" w:space="0" w:color="000000"/>
              <w:left w:val="single" w:sz="12" w:space="0" w:color="auto"/>
              <w:bottom w:val="single" w:sz="2" w:space="0" w:color="000000"/>
              <w:right w:val="single" w:sz="2" w:space="0" w:color="000000"/>
            </w:tcBorders>
            <w:tcMar>
              <w:top w:w="28" w:type="dxa"/>
              <w:left w:w="102" w:type="dxa"/>
              <w:bottom w:w="28" w:type="dxa"/>
              <w:right w:w="102" w:type="dxa"/>
            </w:tcMar>
            <w:vAlign w:val="center"/>
            <w:hideMark/>
          </w:tcPr>
          <w:p w:rsidR="009C3E08" w:rsidRPr="009F5B5B" w:rsidRDefault="009C3E08" w:rsidP="001E7699">
            <w:pPr>
              <w:widowControl w:val="0"/>
              <w:autoSpaceDE w:val="0"/>
              <w:autoSpaceDN w:val="0"/>
              <w:spacing w:line="240" w:lineRule="exact"/>
              <w:jc w:val="center"/>
              <w:textAlignment w:val="baseline"/>
              <w:rPr>
                <w:rFonts w:ascii="함초롬바탕" w:eastAsia="굴림" w:hAnsi="굴림" w:cs="굴림"/>
                <w:color w:val="000000"/>
                <w:sz w:val="18"/>
                <w:szCs w:val="18"/>
                <w:lang w:eastAsia="ko-KR"/>
              </w:rPr>
            </w:pPr>
            <w:proofErr w:type="spellStart"/>
            <w:r w:rsidRPr="009F5B5B">
              <w:rPr>
                <w:rFonts w:ascii="한양중고딕" w:eastAsia="한양중고딕" w:hAnsi="굴림" w:cs="굴림" w:hint="eastAsia"/>
                <w:color w:val="000000"/>
                <w:w w:val="85"/>
                <w:sz w:val="18"/>
                <w:szCs w:val="18"/>
                <w:lang w:eastAsia="ko-KR"/>
              </w:rPr>
              <w:t>보유·이용</w:t>
            </w:r>
            <w:proofErr w:type="spellEnd"/>
            <w:r w:rsidRPr="009F5B5B">
              <w:rPr>
                <w:rFonts w:ascii="한양중고딕" w:eastAsia="한양중고딕" w:hAnsi="굴림" w:cs="굴림" w:hint="eastAsia"/>
                <w:color w:val="000000"/>
                <w:w w:val="85"/>
                <w:sz w:val="18"/>
                <w:szCs w:val="18"/>
                <w:lang w:eastAsia="ko-KR"/>
              </w:rPr>
              <w:t xml:space="preserve"> 기간</w:t>
            </w:r>
          </w:p>
        </w:tc>
        <w:tc>
          <w:tcPr>
            <w:tcW w:w="7626" w:type="dxa"/>
            <w:tcBorders>
              <w:top w:val="single" w:sz="2" w:space="0" w:color="000000"/>
              <w:left w:val="single" w:sz="2" w:space="0" w:color="000000"/>
              <w:bottom w:val="single" w:sz="2" w:space="0" w:color="000000"/>
              <w:right w:val="single" w:sz="12" w:space="0" w:color="auto"/>
            </w:tcBorders>
            <w:tcMar>
              <w:top w:w="28" w:type="dxa"/>
              <w:left w:w="102" w:type="dxa"/>
              <w:bottom w:w="28" w:type="dxa"/>
              <w:right w:w="102" w:type="dxa"/>
            </w:tcMar>
            <w:vAlign w:val="center"/>
            <w:hideMark/>
          </w:tcPr>
          <w:p w:rsidR="009C3E08" w:rsidRPr="00F90121" w:rsidRDefault="009C3E08" w:rsidP="001E7699">
            <w:pPr>
              <w:widowControl w:val="0"/>
              <w:autoSpaceDE w:val="0"/>
              <w:autoSpaceDN w:val="0"/>
              <w:spacing w:after="20" w:line="240" w:lineRule="exact"/>
              <w:jc w:val="both"/>
              <w:textAlignment w:val="baseline"/>
              <w:rPr>
                <w:rFonts w:ascii="한컴바탕" w:eastAsia="굴림" w:hAnsi="굴림" w:cs="굴림"/>
                <w:color w:val="000000"/>
                <w:sz w:val="17"/>
                <w:szCs w:val="17"/>
                <w:lang w:eastAsia="ko-KR"/>
              </w:rPr>
            </w:pPr>
            <w:r w:rsidRPr="00F90121">
              <w:rPr>
                <w:rFonts w:ascii="한양중고딕" w:eastAsia="한양중고딕" w:hAnsi="굴림" w:cs="굴림" w:hint="eastAsia"/>
                <w:color w:val="000000"/>
                <w:spacing w:val="-12"/>
                <w:w w:val="90"/>
                <w:sz w:val="17"/>
                <w:szCs w:val="17"/>
                <w:lang w:eastAsia="ko-KR"/>
              </w:rPr>
              <w:t xml:space="preserve">위 개인(신용)정보는 (금융)거래 종료일로부터 5년까지 </w:t>
            </w:r>
            <w:proofErr w:type="spellStart"/>
            <w:r w:rsidRPr="00F90121">
              <w:rPr>
                <w:rFonts w:ascii="한양중고딕" w:eastAsia="한양중고딕" w:hAnsi="굴림" w:cs="굴림" w:hint="eastAsia"/>
                <w:color w:val="000000"/>
                <w:spacing w:val="-12"/>
                <w:w w:val="90"/>
                <w:sz w:val="17"/>
                <w:szCs w:val="17"/>
                <w:lang w:eastAsia="ko-KR"/>
              </w:rPr>
              <w:t>보유·이용됩니다</w:t>
            </w:r>
            <w:proofErr w:type="spellEnd"/>
            <w:r w:rsidRPr="00F90121">
              <w:rPr>
                <w:rFonts w:ascii="한양중고딕" w:eastAsia="한양중고딕" w:hAnsi="굴림" w:cs="굴림" w:hint="eastAsia"/>
                <w:color w:val="000000"/>
                <w:spacing w:val="-12"/>
                <w:w w:val="90"/>
                <w:sz w:val="17"/>
                <w:szCs w:val="17"/>
                <w:lang w:eastAsia="ko-KR"/>
              </w:rPr>
              <w:t>. (금융)거래 종료일 후에는 금융사고 조사,</w:t>
            </w:r>
            <w:r w:rsidRPr="00F90121">
              <w:rPr>
                <w:rFonts w:ascii="한컴바탕" w:eastAsia="한양중고딕" w:hAnsi="굴림" w:cs="굴림"/>
                <w:color w:val="000000"/>
                <w:spacing w:val="-10"/>
                <w:w w:val="90"/>
                <w:sz w:val="17"/>
                <w:szCs w:val="17"/>
                <w:lang w:eastAsia="ko-KR"/>
              </w:rPr>
              <w:t xml:space="preserve"> </w:t>
            </w:r>
            <w:r w:rsidRPr="00F90121">
              <w:rPr>
                <w:rFonts w:ascii="한양중고딕" w:eastAsia="한양중고딕" w:hAnsi="굴림" w:cs="굴림" w:hint="eastAsia"/>
                <w:color w:val="000000"/>
                <w:spacing w:val="-10"/>
                <w:w w:val="90"/>
                <w:sz w:val="17"/>
                <w:szCs w:val="17"/>
                <w:lang w:eastAsia="ko-KR"/>
              </w:rPr>
              <w:t xml:space="preserve">분쟁해결, 민원처리, 리스크 관리업무, 법령상 의무이행을 위하여만 </w:t>
            </w:r>
            <w:proofErr w:type="spellStart"/>
            <w:r w:rsidRPr="00F90121">
              <w:rPr>
                <w:rFonts w:ascii="한양중고딕" w:eastAsia="한양중고딕" w:hAnsi="굴림" w:cs="굴림" w:hint="eastAsia"/>
                <w:color w:val="000000"/>
                <w:spacing w:val="-10"/>
                <w:w w:val="90"/>
                <w:sz w:val="17"/>
                <w:szCs w:val="17"/>
                <w:lang w:eastAsia="ko-KR"/>
              </w:rPr>
              <w:t>보유·이용됩니다</w:t>
            </w:r>
            <w:proofErr w:type="spellEnd"/>
            <w:r w:rsidRPr="00F90121">
              <w:rPr>
                <w:rFonts w:ascii="한양중고딕" w:eastAsia="한양중고딕" w:hAnsi="굴림" w:cs="굴림" w:hint="eastAsia"/>
                <w:color w:val="000000"/>
                <w:spacing w:val="-10"/>
                <w:w w:val="90"/>
                <w:sz w:val="17"/>
                <w:szCs w:val="17"/>
                <w:lang w:eastAsia="ko-KR"/>
              </w:rPr>
              <w:t>.</w:t>
            </w:r>
          </w:p>
        </w:tc>
      </w:tr>
      <w:tr w:rsidR="009C3E08" w:rsidRPr="00A85323" w:rsidTr="003043BB">
        <w:trPr>
          <w:trHeight w:val="961"/>
        </w:trPr>
        <w:tc>
          <w:tcPr>
            <w:tcW w:w="1875" w:type="dxa"/>
            <w:tcBorders>
              <w:top w:val="single" w:sz="2" w:space="0" w:color="000000"/>
              <w:left w:val="single" w:sz="12" w:space="0" w:color="auto"/>
              <w:bottom w:val="single" w:sz="2" w:space="0" w:color="000000"/>
              <w:right w:val="single" w:sz="2" w:space="0" w:color="000000"/>
            </w:tcBorders>
            <w:tcMar>
              <w:top w:w="28" w:type="dxa"/>
              <w:left w:w="102" w:type="dxa"/>
              <w:bottom w:w="28" w:type="dxa"/>
              <w:right w:w="102" w:type="dxa"/>
            </w:tcMar>
            <w:vAlign w:val="center"/>
            <w:hideMark/>
          </w:tcPr>
          <w:p w:rsidR="009C3E08" w:rsidRPr="009F5B5B" w:rsidRDefault="009C3E08" w:rsidP="001E7699">
            <w:pPr>
              <w:widowControl w:val="0"/>
              <w:autoSpaceDE w:val="0"/>
              <w:autoSpaceDN w:val="0"/>
              <w:spacing w:line="240" w:lineRule="exact"/>
              <w:jc w:val="center"/>
              <w:textAlignment w:val="baseline"/>
              <w:rPr>
                <w:rFonts w:ascii="함초롬바탕" w:eastAsia="굴림" w:hAnsi="굴림" w:cs="굴림"/>
                <w:color w:val="000000"/>
                <w:sz w:val="18"/>
                <w:szCs w:val="18"/>
                <w:lang w:eastAsia="ko-KR"/>
              </w:rPr>
            </w:pPr>
            <w:r w:rsidRPr="009F5B5B">
              <w:rPr>
                <w:rFonts w:ascii="한양중고딕" w:eastAsia="한양중고딕" w:hAnsi="굴림" w:cs="굴림" w:hint="eastAsia"/>
                <w:color w:val="000000"/>
                <w:spacing w:val="-20"/>
                <w:w w:val="85"/>
                <w:sz w:val="18"/>
                <w:szCs w:val="18"/>
                <w:lang w:eastAsia="ko-KR"/>
              </w:rPr>
              <w:t>동의를 거부할 권리 및 거부할 경우 불이익</w:t>
            </w:r>
          </w:p>
        </w:tc>
        <w:tc>
          <w:tcPr>
            <w:tcW w:w="7626" w:type="dxa"/>
            <w:tcBorders>
              <w:top w:val="single" w:sz="2" w:space="0" w:color="000000"/>
              <w:left w:val="single" w:sz="2" w:space="0" w:color="000000"/>
              <w:bottom w:val="single" w:sz="2" w:space="0" w:color="000000"/>
              <w:right w:val="single" w:sz="12" w:space="0" w:color="auto"/>
            </w:tcBorders>
            <w:tcMar>
              <w:top w:w="28" w:type="dxa"/>
              <w:left w:w="102" w:type="dxa"/>
              <w:bottom w:w="28" w:type="dxa"/>
              <w:right w:w="102" w:type="dxa"/>
            </w:tcMar>
            <w:vAlign w:val="center"/>
            <w:hideMark/>
          </w:tcPr>
          <w:p w:rsidR="009C3E08" w:rsidRPr="002649E4" w:rsidRDefault="009C3E08" w:rsidP="001E7699">
            <w:pPr>
              <w:widowControl w:val="0"/>
              <w:autoSpaceDE w:val="0"/>
              <w:autoSpaceDN w:val="0"/>
              <w:spacing w:before="60" w:after="20" w:line="240" w:lineRule="exact"/>
              <w:ind w:left="154" w:hanging="154"/>
              <w:jc w:val="both"/>
              <w:textAlignment w:val="baseline"/>
              <w:rPr>
                <w:rFonts w:ascii="한컴바탕" w:eastAsia="굴림" w:hAnsi="굴림" w:cs="굴림"/>
                <w:color w:val="000000"/>
                <w:w w:val="90"/>
                <w:sz w:val="17"/>
                <w:szCs w:val="17"/>
                <w:lang w:eastAsia="ko-KR"/>
              </w:rPr>
            </w:pPr>
            <w:r w:rsidRPr="00F90121">
              <w:rPr>
                <w:rFonts w:ascii="MS Gothic" w:eastAsia="MS Gothic" w:hAnsi="MS Gothic" w:cs="MS Gothic" w:hint="eastAsia"/>
                <w:color w:val="000000"/>
                <w:spacing w:val="-10"/>
                <w:w w:val="90"/>
                <w:sz w:val="17"/>
                <w:szCs w:val="17"/>
                <w:lang w:eastAsia="ko-KR"/>
              </w:rPr>
              <w:t>‣</w:t>
            </w:r>
            <w:r w:rsidRPr="002649E4">
              <w:rPr>
                <w:rFonts w:ascii="한양중고딕" w:eastAsia="한양중고딕" w:hAnsi="굴림" w:cs="굴림" w:hint="eastAsia"/>
                <w:color w:val="000000"/>
                <w:spacing w:val="-10"/>
                <w:w w:val="90"/>
                <w:sz w:val="17"/>
                <w:szCs w:val="17"/>
                <w:lang w:eastAsia="ko-KR"/>
              </w:rPr>
              <w:t xml:space="preserve">위 개인(신용)정보 중 필수적 정보의 </w:t>
            </w:r>
            <w:proofErr w:type="spellStart"/>
            <w:r w:rsidRPr="002649E4">
              <w:rPr>
                <w:rFonts w:ascii="한양중고딕" w:eastAsia="한양중고딕" w:hAnsi="굴림" w:cs="굴림" w:hint="eastAsia"/>
                <w:color w:val="000000"/>
                <w:spacing w:val="-10"/>
                <w:w w:val="90"/>
                <w:sz w:val="17"/>
                <w:szCs w:val="17"/>
                <w:lang w:eastAsia="ko-KR"/>
              </w:rPr>
              <w:t>수집</w:t>
            </w:r>
            <w:r w:rsidR="00B733B8">
              <w:rPr>
                <w:rFonts w:ascii="MS Gothic" w:eastAsia="MS Gothic" w:hAnsi="MS Gothic" w:cs="MS Gothic" w:hint="eastAsia"/>
                <w:color w:val="000000"/>
                <w:spacing w:val="-10"/>
                <w:w w:val="90"/>
                <w:sz w:val="17"/>
                <w:szCs w:val="17"/>
                <w:lang w:eastAsia="ko-KR"/>
              </w:rPr>
              <w:t>·</w:t>
            </w:r>
            <w:r w:rsidRPr="002649E4">
              <w:rPr>
                <w:rFonts w:ascii="한양중고딕" w:eastAsia="한양중고딕" w:hAnsi="굴림" w:cs="굴림" w:hint="eastAsia"/>
                <w:color w:val="000000"/>
                <w:spacing w:val="-10"/>
                <w:w w:val="90"/>
                <w:sz w:val="17"/>
                <w:szCs w:val="17"/>
                <w:lang w:eastAsia="ko-KR"/>
              </w:rPr>
              <w:t>이용에</w:t>
            </w:r>
            <w:proofErr w:type="spellEnd"/>
            <w:r w:rsidRPr="002649E4">
              <w:rPr>
                <w:rFonts w:ascii="한양중고딕" w:eastAsia="한양중고딕" w:hAnsi="굴림" w:cs="굴림" w:hint="eastAsia"/>
                <w:color w:val="000000"/>
                <w:spacing w:val="-10"/>
                <w:w w:val="90"/>
                <w:sz w:val="17"/>
                <w:szCs w:val="17"/>
                <w:lang w:eastAsia="ko-KR"/>
              </w:rPr>
              <w:t xml:space="preserve"> 관한 동의는 계약의 체결 및 이행을 위하여 필수적이므로, 위 사항에 </w:t>
            </w:r>
            <w:proofErr w:type="spellStart"/>
            <w:r w:rsidRPr="002649E4">
              <w:rPr>
                <w:rFonts w:ascii="한양중고딕" w:eastAsia="한양중고딕" w:hAnsi="굴림" w:cs="굴림" w:hint="eastAsia"/>
                <w:color w:val="000000"/>
                <w:spacing w:val="-10"/>
                <w:w w:val="90"/>
                <w:sz w:val="17"/>
                <w:szCs w:val="17"/>
                <w:lang w:eastAsia="ko-KR"/>
              </w:rPr>
              <w:t>동의하셔야만</w:t>
            </w:r>
            <w:proofErr w:type="spellEnd"/>
            <w:r w:rsidRPr="002649E4">
              <w:rPr>
                <w:rFonts w:ascii="한양중고딕" w:eastAsia="한양중고딕" w:hAnsi="굴림" w:cs="굴림" w:hint="eastAsia"/>
                <w:color w:val="000000"/>
                <w:spacing w:val="-10"/>
                <w:w w:val="90"/>
                <w:sz w:val="17"/>
                <w:szCs w:val="17"/>
                <w:lang w:eastAsia="ko-KR"/>
              </w:rPr>
              <w:t xml:space="preserve">, 정책자금 융자, </w:t>
            </w:r>
            <w:r w:rsidRPr="002649E4">
              <w:rPr>
                <w:rFonts w:ascii="한양중고딕" w:eastAsia="한양중고딕" w:hAnsi="굴림" w:cs="굴림" w:hint="eastAsia"/>
                <w:color w:val="000000"/>
                <w:w w:val="90"/>
                <w:sz w:val="17"/>
                <w:szCs w:val="17"/>
                <w:lang w:eastAsia="ko-KR"/>
              </w:rPr>
              <w:t xml:space="preserve">기업진단, </w:t>
            </w:r>
            <w:proofErr w:type="spellStart"/>
            <w:r w:rsidRPr="002649E4">
              <w:rPr>
                <w:rFonts w:ascii="한양중고딕" w:eastAsia="한양중고딕" w:hAnsi="굴림" w:cs="굴림" w:hint="eastAsia"/>
                <w:color w:val="000000"/>
                <w:w w:val="90"/>
                <w:sz w:val="17"/>
                <w:szCs w:val="17"/>
                <w:lang w:eastAsia="ko-KR"/>
              </w:rPr>
              <w:t>연계지원</w:t>
            </w:r>
            <w:proofErr w:type="spellEnd"/>
            <w:r w:rsidRPr="002649E4">
              <w:rPr>
                <w:rFonts w:ascii="한컴바탕" w:eastAsia="한양중고딕" w:hAnsi="굴림" w:cs="굴림"/>
                <w:color w:val="000000"/>
                <w:spacing w:val="-10"/>
                <w:w w:val="90"/>
                <w:sz w:val="17"/>
                <w:szCs w:val="17"/>
                <w:lang w:eastAsia="ko-KR"/>
              </w:rPr>
              <w:t xml:space="preserve"> </w:t>
            </w:r>
            <w:r w:rsidRPr="002649E4">
              <w:rPr>
                <w:rFonts w:ascii="한양중고딕" w:eastAsia="한양중고딕" w:hAnsi="굴림" w:cs="굴림" w:hint="eastAsia"/>
                <w:color w:val="000000"/>
                <w:spacing w:val="-10"/>
                <w:w w:val="90"/>
                <w:sz w:val="17"/>
                <w:szCs w:val="17"/>
                <w:lang w:eastAsia="ko-KR"/>
              </w:rPr>
              <w:t xml:space="preserve">거래관계의 설정 및 유지가 가능합니다. </w:t>
            </w:r>
          </w:p>
          <w:p w:rsidR="009C3E08" w:rsidRPr="00F90121" w:rsidRDefault="009C3E08" w:rsidP="001E7699">
            <w:pPr>
              <w:widowControl w:val="0"/>
              <w:autoSpaceDE w:val="0"/>
              <w:autoSpaceDN w:val="0"/>
              <w:spacing w:before="60" w:after="20" w:line="240" w:lineRule="exact"/>
              <w:ind w:left="154" w:hanging="154"/>
              <w:jc w:val="both"/>
              <w:textAlignment w:val="baseline"/>
              <w:rPr>
                <w:rFonts w:ascii="한컴바탕" w:eastAsia="굴림" w:hAnsi="굴림" w:cs="굴림"/>
                <w:color w:val="000000"/>
                <w:sz w:val="17"/>
                <w:szCs w:val="17"/>
                <w:lang w:eastAsia="ko-KR"/>
              </w:rPr>
            </w:pPr>
            <w:r w:rsidRPr="002649E4">
              <w:rPr>
                <w:rFonts w:ascii="MS Gothic" w:eastAsia="MS Gothic" w:hAnsi="MS Gothic" w:cs="MS Gothic" w:hint="eastAsia"/>
                <w:color w:val="000000"/>
                <w:spacing w:val="-10"/>
                <w:w w:val="90"/>
                <w:sz w:val="17"/>
                <w:szCs w:val="17"/>
                <w:lang w:eastAsia="ko-KR"/>
              </w:rPr>
              <w:t>‣</w:t>
            </w:r>
            <w:r w:rsidRPr="002649E4">
              <w:rPr>
                <w:rFonts w:ascii="한양중고딕" w:eastAsia="한양중고딕" w:hAnsi="굴림" w:cs="굴림" w:hint="eastAsia"/>
                <w:color w:val="000000"/>
                <w:spacing w:val="-10"/>
                <w:w w:val="90"/>
                <w:sz w:val="17"/>
                <w:szCs w:val="17"/>
                <w:lang w:eastAsia="ko-KR"/>
              </w:rPr>
              <w:t xml:space="preserve">위 개인(신용)정보 중 선택적 정보의 </w:t>
            </w:r>
            <w:proofErr w:type="spellStart"/>
            <w:r w:rsidRPr="002649E4">
              <w:rPr>
                <w:rFonts w:ascii="한양중고딕" w:eastAsia="한양중고딕" w:hAnsi="굴림" w:cs="굴림" w:hint="eastAsia"/>
                <w:color w:val="000000"/>
                <w:spacing w:val="-10"/>
                <w:w w:val="90"/>
                <w:sz w:val="17"/>
                <w:szCs w:val="17"/>
                <w:lang w:eastAsia="ko-KR"/>
              </w:rPr>
              <w:t>수집</w:t>
            </w:r>
            <w:r w:rsidR="00A85323">
              <w:rPr>
                <w:rFonts w:ascii="MS Gothic" w:eastAsia="MS Gothic" w:hAnsi="MS Gothic" w:cs="MS Gothic" w:hint="eastAsia"/>
                <w:color w:val="000000"/>
                <w:spacing w:val="-10"/>
                <w:w w:val="90"/>
                <w:sz w:val="17"/>
                <w:szCs w:val="17"/>
                <w:lang w:eastAsia="ko-KR"/>
              </w:rPr>
              <w:t>·</w:t>
            </w:r>
            <w:r w:rsidRPr="002649E4">
              <w:rPr>
                <w:rFonts w:ascii="한양중고딕" w:eastAsia="한양중고딕" w:hAnsi="굴림" w:cs="굴림" w:hint="eastAsia"/>
                <w:color w:val="000000"/>
                <w:spacing w:val="-10"/>
                <w:w w:val="90"/>
                <w:sz w:val="17"/>
                <w:szCs w:val="17"/>
                <w:lang w:eastAsia="ko-KR"/>
              </w:rPr>
              <w:t>이용에</w:t>
            </w:r>
            <w:proofErr w:type="spellEnd"/>
            <w:r w:rsidRPr="002649E4">
              <w:rPr>
                <w:rFonts w:ascii="한양중고딕" w:eastAsia="한양중고딕" w:hAnsi="굴림" w:cs="굴림" w:hint="eastAsia"/>
                <w:color w:val="000000"/>
                <w:spacing w:val="-10"/>
                <w:w w:val="90"/>
                <w:sz w:val="17"/>
                <w:szCs w:val="17"/>
                <w:lang w:eastAsia="ko-KR"/>
              </w:rPr>
              <w:t xml:space="preserve"> 관한 동의는 거부할 수 있으며, 다만 동의하지 않는 경우 거래 조건 및 지원에 일부 혜택을 받지 못 할 수 있습니다.</w:t>
            </w:r>
          </w:p>
        </w:tc>
      </w:tr>
      <w:tr w:rsidR="009C3E08" w:rsidRPr="009C3E08" w:rsidTr="003043BB">
        <w:trPr>
          <w:trHeight w:val="596"/>
        </w:trPr>
        <w:tc>
          <w:tcPr>
            <w:tcW w:w="1875" w:type="dxa"/>
            <w:tcBorders>
              <w:top w:val="single" w:sz="2" w:space="0" w:color="000000"/>
              <w:left w:val="single" w:sz="12" w:space="0" w:color="auto"/>
              <w:bottom w:val="single" w:sz="2" w:space="0" w:color="000000"/>
              <w:right w:val="single" w:sz="2" w:space="0" w:color="000000"/>
            </w:tcBorders>
            <w:tcMar>
              <w:top w:w="28" w:type="dxa"/>
              <w:left w:w="102" w:type="dxa"/>
              <w:bottom w:w="28" w:type="dxa"/>
              <w:right w:w="102" w:type="dxa"/>
            </w:tcMar>
            <w:vAlign w:val="center"/>
            <w:hideMark/>
          </w:tcPr>
          <w:p w:rsidR="009C3E08" w:rsidRPr="009F5B5B" w:rsidRDefault="009C3E08" w:rsidP="001E7699">
            <w:pPr>
              <w:widowControl w:val="0"/>
              <w:autoSpaceDE w:val="0"/>
              <w:autoSpaceDN w:val="0"/>
              <w:spacing w:line="240" w:lineRule="exact"/>
              <w:jc w:val="center"/>
              <w:textAlignment w:val="baseline"/>
              <w:rPr>
                <w:rFonts w:ascii="함초롬바탕" w:eastAsia="굴림" w:hAnsi="굴림" w:cs="굴림"/>
                <w:color w:val="000000"/>
                <w:sz w:val="18"/>
                <w:szCs w:val="18"/>
                <w:lang w:eastAsia="ko-KR"/>
              </w:rPr>
            </w:pPr>
            <w:r w:rsidRPr="009F5B5B">
              <w:rPr>
                <w:rFonts w:ascii="한양중고딕" w:eastAsia="한양중고딕" w:hAnsi="굴림" w:cs="굴림" w:hint="eastAsia"/>
                <w:color w:val="000000"/>
                <w:w w:val="85"/>
                <w:sz w:val="18"/>
                <w:szCs w:val="18"/>
                <w:lang w:eastAsia="ko-KR"/>
              </w:rPr>
              <w:t xml:space="preserve">개인(신용)정보 </w:t>
            </w:r>
            <w:proofErr w:type="spellStart"/>
            <w:r w:rsidRPr="009F5B5B">
              <w:rPr>
                <w:rFonts w:ascii="한양중고딕" w:eastAsia="한양중고딕" w:hAnsi="굴림" w:cs="굴림" w:hint="eastAsia"/>
                <w:color w:val="000000"/>
                <w:w w:val="85"/>
                <w:sz w:val="18"/>
                <w:szCs w:val="18"/>
                <w:lang w:eastAsia="ko-KR"/>
              </w:rPr>
              <w:t>수집·이용</w:t>
            </w:r>
            <w:proofErr w:type="spellEnd"/>
            <w:r w:rsidRPr="009F5B5B">
              <w:rPr>
                <w:rFonts w:ascii="한양중고딕" w:eastAsia="한양중고딕" w:hAnsi="굴림" w:cs="굴림" w:hint="eastAsia"/>
                <w:color w:val="000000"/>
                <w:w w:val="85"/>
                <w:sz w:val="18"/>
                <w:szCs w:val="18"/>
                <w:lang w:eastAsia="ko-KR"/>
              </w:rPr>
              <w:t xml:space="preserve"> 동의 여부</w:t>
            </w:r>
          </w:p>
        </w:tc>
        <w:tc>
          <w:tcPr>
            <w:tcW w:w="7626" w:type="dxa"/>
            <w:tcBorders>
              <w:top w:val="single" w:sz="2" w:space="0" w:color="000000"/>
              <w:left w:val="single" w:sz="2" w:space="0" w:color="000000"/>
              <w:bottom w:val="single" w:sz="2" w:space="0" w:color="000000"/>
              <w:right w:val="single" w:sz="12" w:space="0" w:color="auto"/>
            </w:tcBorders>
            <w:tcMar>
              <w:top w:w="28" w:type="dxa"/>
              <w:left w:w="102" w:type="dxa"/>
              <w:bottom w:w="28" w:type="dxa"/>
              <w:right w:w="102" w:type="dxa"/>
            </w:tcMar>
            <w:vAlign w:val="center"/>
            <w:hideMark/>
          </w:tcPr>
          <w:p w:rsidR="009C3E08" w:rsidRPr="009C3E08" w:rsidRDefault="009C3E08" w:rsidP="001E7699">
            <w:pPr>
              <w:widowControl w:val="0"/>
              <w:autoSpaceDE w:val="0"/>
              <w:autoSpaceDN w:val="0"/>
              <w:spacing w:line="240" w:lineRule="exact"/>
              <w:ind w:left="100" w:hanging="100"/>
              <w:jc w:val="both"/>
              <w:textAlignment w:val="baseline"/>
              <w:rPr>
                <w:rFonts w:ascii="함초롬바탕" w:eastAsia="굴림" w:hAnsi="굴림" w:cs="굴림"/>
                <w:color w:val="000000"/>
                <w:szCs w:val="20"/>
                <w:lang w:eastAsia="ko-KR"/>
              </w:rPr>
            </w:pPr>
            <w:r w:rsidRPr="00F90121">
              <w:rPr>
                <w:rFonts w:ascii="한양중고딕" w:eastAsia="한양중고딕" w:hAnsi="굴림" w:cs="굴림" w:hint="eastAsia"/>
                <w:color w:val="000000"/>
                <w:spacing w:val="-10"/>
                <w:w w:val="90"/>
                <w:sz w:val="17"/>
                <w:szCs w:val="17"/>
                <w:lang w:eastAsia="ko-KR"/>
              </w:rPr>
              <w:t xml:space="preserve">본인은 위와 같이 본인의 개인(신용)정보를 </w:t>
            </w:r>
            <w:proofErr w:type="spellStart"/>
            <w:r w:rsidRPr="00F90121">
              <w:rPr>
                <w:rFonts w:ascii="한양중고딕" w:eastAsia="한양중고딕" w:hAnsi="굴림" w:cs="굴림" w:hint="eastAsia"/>
                <w:color w:val="000000"/>
                <w:spacing w:val="-10"/>
                <w:w w:val="90"/>
                <w:sz w:val="17"/>
                <w:szCs w:val="17"/>
                <w:lang w:eastAsia="ko-KR"/>
              </w:rPr>
              <w:t>수집</w:t>
            </w:r>
            <w:r w:rsidR="00994E20">
              <w:rPr>
                <w:rFonts w:ascii="MS Gothic" w:eastAsia="MS Gothic" w:hAnsi="MS Gothic" w:cs="MS Gothic" w:hint="eastAsia"/>
                <w:color w:val="000000"/>
                <w:spacing w:val="-10"/>
                <w:w w:val="90"/>
                <w:sz w:val="17"/>
                <w:szCs w:val="17"/>
                <w:lang w:eastAsia="ko-KR"/>
              </w:rPr>
              <w:t>·</w:t>
            </w:r>
            <w:r w:rsidRPr="00F90121">
              <w:rPr>
                <w:rFonts w:ascii="한양중고딕" w:eastAsia="한양중고딕" w:hAnsi="굴림" w:cs="굴림" w:hint="eastAsia"/>
                <w:color w:val="000000"/>
                <w:spacing w:val="-10"/>
                <w:w w:val="90"/>
                <w:sz w:val="17"/>
                <w:szCs w:val="17"/>
                <w:lang w:eastAsia="ko-KR"/>
              </w:rPr>
              <w:t>이용하는</w:t>
            </w:r>
            <w:proofErr w:type="spellEnd"/>
            <w:r w:rsidRPr="00F90121">
              <w:rPr>
                <w:rFonts w:ascii="한양중고딕" w:eastAsia="한양중고딕" w:hAnsi="굴림" w:cs="굴림" w:hint="eastAsia"/>
                <w:color w:val="000000"/>
                <w:spacing w:val="-10"/>
                <w:w w:val="90"/>
                <w:sz w:val="17"/>
                <w:szCs w:val="17"/>
                <w:lang w:eastAsia="ko-KR"/>
              </w:rPr>
              <w:t xml:space="preserve"> 것에 동의합니다</w:t>
            </w:r>
            <w:r w:rsidRPr="009C3E08">
              <w:rPr>
                <w:rFonts w:ascii="한양중고딕" w:eastAsia="한양중고딕" w:hAnsi="굴림" w:cs="굴림" w:hint="eastAsia"/>
                <w:color w:val="000000"/>
                <w:spacing w:val="-10"/>
                <w:w w:val="90"/>
                <w:sz w:val="18"/>
                <w:szCs w:val="18"/>
                <w:lang w:eastAsia="ko-KR"/>
              </w:rPr>
              <w:t xml:space="preserve">. </w:t>
            </w:r>
          </w:p>
          <w:p w:rsidR="009C3E08" w:rsidRPr="009C3E08" w:rsidRDefault="009C3E08" w:rsidP="001E7699">
            <w:pPr>
              <w:widowControl w:val="0"/>
              <w:autoSpaceDE w:val="0"/>
              <w:autoSpaceDN w:val="0"/>
              <w:spacing w:before="60" w:line="240" w:lineRule="exact"/>
              <w:ind w:left="100" w:hanging="100"/>
              <w:jc w:val="right"/>
              <w:textAlignment w:val="baseline"/>
              <w:rPr>
                <w:rFonts w:ascii="함초롬바탕" w:eastAsia="굴림" w:hAnsi="굴림" w:cs="굴림"/>
                <w:color w:val="000000"/>
                <w:szCs w:val="20"/>
                <w:lang w:eastAsia="ko-KR"/>
              </w:rPr>
            </w:pPr>
            <w:r w:rsidRPr="009C3E08">
              <w:rPr>
                <w:rFonts w:ascii="한양중고딕" w:eastAsia="한양중고딕" w:hAnsi="굴림" w:cs="굴림" w:hint="eastAsia"/>
                <w:b/>
                <w:bCs/>
                <w:color w:val="000000"/>
                <w:w w:val="90"/>
                <w:sz w:val="18"/>
                <w:szCs w:val="18"/>
                <w:lang w:eastAsia="ko-KR"/>
              </w:rPr>
              <w:t xml:space="preserve">(필수적 </w:t>
            </w:r>
            <w:proofErr w:type="gramStart"/>
            <w:r w:rsidRPr="009C3E08">
              <w:rPr>
                <w:rFonts w:ascii="한양중고딕" w:eastAsia="한양중고딕" w:hAnsi="굴림" w:cs="굴림" w:hint="eastAsia"/>
                <w:b/>
                <w:bCs/>
                <w:color w:val="000000"/>
                <w:w w:val="90"/>
                <w:sz w:val="18"/>
                <w:szCs w:val="18"/>
                <w:lang w:eastAsia="ko-KR"/>
              </w:rPr>
              <w:t>정보 :</w:t>
            </w:r>
            <w:proofErr w:type="gramEnd"/>
            <w:r w:rsidRPr="009C3E08">
              <w:rPr>
                <w:rFonts w:ascii="한양중고딕" w:eastAsia="한양중고딕" w:hAnsi="굴림" w:cs="굴림" w:hint="eastAsia"/>
                <w:b/>
                <w:bCs/>
                <w:color w:val="000000"/>
                <w:w w:val="90"/>
                <w:sz w:val="18"/>
                <w:szCs w:val="18"/>
                <w:lang w:eastAsia="ko-KR"/>
              </w:rPr>
              <w:t xml:space="preserve"> 동의함 </w:t>
            </w:r>
            <w:r w:rsidRPr="009C3E08">
              <w:rPr>
                <w:rFonts w:ascii="한양중고딕" w:eastAsia="한양중고딕" w:hAnsi="한양중고딕" w:cs="굴림" w:hint="eastAsia"/>
                <w:b/>
                <w:bCs/>
                <w:color w:val="000000"/>
                <w:w w:val="90"/>
                <w:sz w:val="18"/>
                <w:szCs w:val="18"/>
                <w:lang w:eastAsia="ko-KR"/>
              </w:rPr>
              <w:t xml:space="preserve">□ </w:t>
            </w:r>
            <w:r w:rsidRPr="009C3E08">
              <w:rPr>
                <w:rFonts w:ascii="한양중고딕" w:eastAsia="한양중고딕" w:hAnsi="굴림" w:cs="굴림" w:hint="eastAsia"/>
                <w:b/>
                <w:bCs/>
                <w:color w:val="000000"/>
                <w:w w:val="90"/>
                <w:sz w:val="18"/>
                <w:szCs w:val="18"/>
                <w:lang w:eastAsia="ko-KR"/>
              </w:rPr>
              <w:t xml:space="preserve">동의하지 않음 </w:t>
            </w:r>
            <w:r w:rsidRPr="009C3E08">
              <w:rPr>
                <w:rFonts w:ascii="한양중고딕" w:eastAsia="한양중고딕" w:hAnsi="한양중고딕" w:cs="굴림" w:hint="eastAsia"/>
                <w:b/>
                <w:bCs/>
                <w:color w:val="000000"/>
                <w:w w:val="90"/>
                <w:sz w:val="18"/>
                <w:szCs w:val="18"/>
                <w:lang w:eastAsia="ko-KR"/>
              </w:rPr>
              <w:t>□</w:t>
            </w:r>
            <w:r w:rsidRPr="009C3E08">
              <w:rPr>
                <w:rFonts w:ascii="한양중고딕" w:eastAsia="한양중고딕" w:hAnsi="굴림" w:cs="굴림" w:hint="eastAsia"/>
                <w:b/>
                <w:bCs/>
                <w:color w:val="000000"/>
                <w:w w:val="90"/>
                <w:sz w:val="18"/>
                <w:szCs w:val="18"/>
                <w:lang w:eastAsia="ko-KR"/>
              </w:rPr>
              <w:t>)</w:t>
            </w:r>
            <w:r w:rsidR="000E4D4B">
              <w:rPr>
                <w:rFonts w:ascii="한양중고딕" w:eastAsia="한양중고딕" w:hAnsi="굴림" w:cs="굴림"/>
                <w:b/>
                <w:bCs/>
                <w:color w:val="000000"/>
                <w:w w:val="90"/>
                <w:sz w:val="18"/>
                <w:szCs w:val="18"/>
                <w:lang w:eastAsia="ko-KR"/>
              </w:rPr>
              <w:t xml:space="preserve">      </w:t>
            </w:r>
            <w:r w:rsidRPr="009C3E08">
              <w:rPr>
                <w:rFonts w:ascii="한양중고딕" w:eastAsia="한양중고딕" w:hAnsi="굴림" w:cs="굴림" w:hint="eastAsia"/>
                <w:b/>
                <w:bCs/>
                <w:color w:val="000000"/>
                <w:w w:val="90"/>
                <w:sz w:val="18"/>
                <w:szCs w:val="18"/>
                <w:lang w:eastAsia="ko-KR"/>
              </w:rPr>
              <w:t xml:space="preserve"> (선택적 </w:t>
            </w:r>
            <w:proofErr w:type="gramStart"/>
            <w:r w:rsidRPr="009C3E08">
              <w:rPr>
                <w:rFonts w:ascii="한양중고딕" w:eastAsia="한양중고딕" w:hAnsi="굴림" w:cs="굴림" w:hint="eastAsia"/>
                <w:b/>
                <w:bCs/>
                <w:color w:val="000000"/>
                <w:w w:val="90"/>
                <w:sz w:val="18"/>
                <w:szCs w:val="18"/>
                <w:lang w:eastAsia="ko-KR"/>
              </w:rPr>
              <w:t>정보 :</w:t>
            </w:r>
            <w:proofErr w:type="gramEnd"/>
            <w:r w:rsidRPr="009C3E08">
              <w:rPr>
                <w:rFonts w:ascii="한양중고딕" w:eastAsia="한양중고딕" w:hAnsi="굴림" w:cs="굴림" w:hint="eastAsia"/>
                <w:b/>
                <w:bCs/>
                <w:color w:val="000000"/>
                <w:w w:val="90"/>
                <w:sz w:val="18"/>
                <w:szCs w:val="18"/>
                <w:lang w:eastAsia="ko-KR"/>
              </w:rPr>
              <w:t xml:space="preserve"> 동의함 </w:t>
            </w:r>
            <w:r w:rsidRPr="009C3E08">
              <w:rPr>
                <w:rFonts w:ascii="한양중고딕" w:eastAsia="한양중고딕" w:hAnsi="한양중고딕" w:cs="굴림" w:hint="eastAsia"/>
                <w:b/>
                <w:bCs/>
                <w:color w:val="000000"/>
                <w:w w:val="90"/>
                <w:sz w:val="18"/>
                <w:szCs w:val="18"/>
                <w:lang w:eastAsia="ko-KR"/>
              </w:rPr>
              <w:t xml:space="preserve">□ </w:t>
            </w:r>
            <w:r w:rsidRPr="009C3E08">
              <w:rPr>
                <w:rFonts w:ascii="한양중고딕" w:eastAsia="한양중고딕" w:hAnsi="굴림" w:cs="굴림" w:hint="eastAsia"/>
                <w:b/>
                <w:bCs/>
                <w:color w:val="000000"/>
                <w:w w:val="90"/>
                <w:sz w:val="18"/>
                <w:szCs w:val="18"/>
                <w:lang w:eastAsia="ko-KR"/>
              </w:rPr>
              <w:t xml:space="preserve">동의하지 않음 </w:t>
            </w:r>
            <w:r w:rsidRPr="009C3E08">
              <w:rPr>
                <w:rFonts w:ascii="한양중고딕" w:eastAsia="한양중고딕" w:hAnsi="한양중고딕" w:cs="굴림" w:hint="eastAsia"/>
                <w:b/>
                <w:bCs/>
                <w:color w:val="000000"/>
                <w:w w:val="90"/>
                <w:sz w:val="18"/>
                <w:szCs w:val="18"/>
                <w:lang w:eastAsia="ko-KR"/>
              </w:rPr>
              <w:t>□</w:t>
            </w:r>
            <w:r w:rsidRPr="009C3E08">
              <w:rPr>
                <w:rFonts w:ascii="한양중고딕" w:eastAsia="한양중고딕" w:hAnsi="굴림" w:cs="굴림" w:hint="eastAsia"/>
                <w:b/>
                <w:bCs/>
                <w:color w:val="000000"/>
                <w:w w:val="90"/>
                <w:sz w:val="18"/>
                <w:szCs w:val="18"/>
                <w:lang w:eastAsia="ko-KR"/>
              </w:rPr>
              <w:t>)</w:t>
            </w:r>
          </w:p>
        </w:tc>
      </w:tr>
      <w:tr w:rsidR="009C3E08" w:rsidRPr="009C3E08" w:rsidTr="003043BB">
        <w:trPr>
          <w:trHeight w:val="416"/>
        </w:trPr>
        <w:tc>
          <w:tcPr>
            <w:tcW w:w="1875" w:type="dxa"/>
            <w:tcBorders>
              <w:top w:val="single" w:sz="2" w:space="0" w:color="000000"/>
              <w:left w:val="single" w:sz="12" w:space="0" w:color="auto"/>
              <w:bottom w:val="single" w:sz="12" w:space="0" w:color="auto"/>
              <w:right w:val="single" w:sz="2" w:space="0" w:color="000000"/>
            </w:tcBorders>
            <w:tcMar>
              <w:top w:w="28" w:type="dxa"/>
              <w:left w:w="102" w:type="dxa"/>
              <w:bottom w:w="28" w:type="dxa"/>
              <w:right w:w="102" w:type="dxa"/>
            </w:tcMar>
            <w:vAlign w:val="center"/>
            <w:hideMark/>
          </w:tcPr>
          <w:p w:rsidR="009C3E08" w:rsidRPr="009F5B5B" w:rsidRDefault="009C3E08" w:rsidP="001E7699">
            <w:pPr>
              <w:widowControl w:val="0"/>
              <w:autoSpaceDE w:val="0"/>
              <w:autoSpaceDN w:val="0"/>
              <w:spacing w:line="240" w:lineRule="exact"/>
              <w:jc w:val="center"/>
              <w:textAlignment w:val="baseline"/>
              <w:rPr>
                <w:rFonts w:ascii="함초롬바탕" w:eastAsia="굴림" w:hAnsi="굴림" w:cs="굴림"/>
                <w:color w:val="000000"/>
                <w:sz w:val="18"/>
                <w:szCs w:val="18"/>
                <w:lang w:eastAsia="ko-KR"/>
              </w:rPr>
            </w:pPr>
            <w:r w:rsidRPr="009F5B5B">
              <w:rPr>
                <w:rFonts w:ascii="한양중고딕" w:eastAsia="한양중고딕" w:hAnsi="굴림" w:cs="굴림" w:hint="eastAsia"/>
                <w:color w:val="000000"/>
                <w:w w:val="90"/>
                <w:sz w:val="18"/>
                <w:szCs w:val="18"/>
                <w:lang w:eastAsia="ko-KR"/>
              </w:rPr>
              <w:t xml:space="preserve">고유식별정보 </w:t>
            </w:r>
            <w:proofErr w:type="spellStart"/>
            <w:r w:rsidRPr="009F5B5B">
              <w:rPr>
                <w:rFonts w:ascii="한양중고딕" w:eastAsia="한양중고딕" w:hAnsi="굴림" w:cs="굴림" w:hint="eastAsia"/>
                <w:color w:val="000000"/>
                <w:spacing w:val="-4"/>
                <w:w w:val="90"/>
                <w:sz w:val="18"/>
                <w:szCs w:val="18"/>
                <w:lang w:eastAsia="ko-KR"/>
              </w:rPr>
              <w:t>수집·이용동의여부</w:t>
            </w:r>
            <w:proofErr w:type="spellEnd"/>
          </w:p>
        </w:tc>
        <w:tc>
          <w:tcPr>
            <w:tcW w:w="7626" w:type="dxa"/>
            <w:tcBorders>
              <w:top w:val="single" w:sz="2" w:space="0" w:color="000000"/>
              <w:left w:val="single" w:sz="2" w:space="0" w:color="000000"/>
              <w:bottom w:val="single" w:sz="12" w:space="0" w:color="auto"/>
              <w:right w:val="single" w:sz="12" w:space="0" w:color="auto"/>
            </w:tcBorders>
            <w:tcMar>
              <w:top w:w="28" w:type="dxa"/>
              <w:left w:w="102" w:type="dxa"/>
              <w:bottom w:w="28" w:type="dxa"/>
              <w:right w:w="102" w:type="dxa"/>
            </w:tcMar>
            <w:vAlign w:val="center"/>
            <w:hideMark/>
          </w:tcPr>
          <w:p w:rsidR="009C3E08" w:rsidRPr="005207FB" w:rsidRDefault="009C3E08" w:rsidP="001E7699">
            <w:pPr>
              <w:widowControl w:val="0"/>
              <w:autoSpaceDE w:val="0"/>
              <w:autoSpaceDN w:val="0"/>
              <w:spacing w:line="240" w:lineRule="exact"/>
              <w:ind w:left="100" w:hanging="100"/>
              <w:jc w:val="both"/>
              <w:textAlignment w:val="baseline"/>
              <w:rPr>
                <w:rFonts w:ascii="함초롬바탕" w:eastAsia="굴림" w:hAnsi="굴림" w:cs="굴림"/>
                <w:color w:val="000000"/>
                <w:sz w:val="17"/>
                <w:szCs w:val="17"/>
                <w:lang w:eastAsia="ko-KR"/>
              </w:rPr>
            </w:pPr>
            <w:r w:rsidRPr="005207FB">
              <w:rPr>
                <w:rFonts w:ascii="한양중고딕" w:eastAsia="한양중고딕" w:hAnsi="굴림" w:cs="굴림" w:hint="eastAsia"/>
                <w:color w:val="000000"/>
                <w:spacing w:val="-10"/>
                <w:w w:val="90"/>
                <w:sz w:val="17"/>
                <w:szCs w:val="17"/>
                <w:lang w:eastAsia="ko-KR"/>
              </w:rPr>
              <w:t xml:space="preserve">본인은 위와 같이 본인의 고유식별정보를 </w:t>
            </w:r>
            <w:proofErr w:type="spellStart"/>
            <w:r w:rsidRPr="005207FB">
              <w:rPr>
                <w:rFonts w:ascii="한양중고딕" w:eastAsia="한양중고딕" w:hAnsi="굴림" w:cs="굴림" w:hint="eastAsia"/>
                <w:color w:val="000000"/>
                <w:spacing w:val="-10"/>
                <w:w w:val="90"/>
                <w:sz w:val="17"/>
                <w:szCs w:val="17"/>
                <w:lang w:eastAsia="ko-KR"/>
              </w:rPr>
              <w:t>수집</w:t>
            </w:r>
            <w:r w:rsidR="005E7C84">
              <w:rPr>
                <w:rFonts w:ascii="MS Gothic" w:eastAsia="MS Gothic" w:hAnsi="MS Gothic" w:cs="MS Gothic" w:hint="eastAsia"/>
                <w:color w:val="000000"/>
                <w:spacing w:val="-10"/>
                <w:w w:val="90"/>
                <w:sz w:val="17"/>
                <w:szCs w:val="17"/>
                <w:lang w:eastAsia="ko-KR"/>
              </w:rPr>
              <w:t>·</w:t>
            </w:r>
            <w:r w:rsidRPr="005207FB">
              <w:rPr>
                <w:rFonts w:ascii="한양중고딕" w:eastAsia="한양중고딕" w:hAnsi="굴림" w:cs="굴림" w:hint="eastAsia"/>
                <w:color w:val="000000"/>
                <w:spacing w:val="-10"/>
                <w:w w:val="90"/>
                <w:sz w:val="17"/>
                <w:szCs w:val="17"/>
                <w:lang w:eastAsia="ko-KR"/>
              </w:rPr>
              <w:t>이용하는</w:t>
            </w:r>
            <w:proofErr w:type="spellEnd"/>
            <w:r w:rsidRPr="005207FB">
              <w:rPr>
                <w:rFonts w:ascii="한양중고딕" w:eastAsia="한양중고딕" w:hAnsi="굴림" w:cs="굴림" w:hint="eastAsia"/>
                <w:color w:val="000000"/>
                <w:spacing w:val="-10"/>
                <w:w w:val="90"/>
                <w:sz w:val="17"/>
                <w:szCs w:val="17"/>
                <w:lang w:eastAsia="ko-KR"/>
              </w:rPr>
              <w:t xml:space="preserve"> 것에 동의합니다. </w:t>
            </w:r>
          </w:p>
          <w:p w:rsidR="009C3E08" w:rsidRPr="009C3E08" w:rsidRDefault="009C3E08" w:rsidP="001E7699">
            <w:pPr>
              <w:widowControl w:val="0"/>
              <w:autoSpaceDE w:val="0"/>
              <w:autoSpaceDN w:val="0"/>
              <w:spacing w:line="240" w:lineRule="exact"/>
              <w:ind w:left="100" w:hanging="100"/>
              <w:jc w:val="right"/>
              <w:textAlignment w:val="baseline"/>
              <w:rPr>
                <w:rFonts w:ascii="함초롬바탕" w:eastAsia="굴림" w:hAnsi="굴림" w:cs="굴림"/>
                <w:color w:val="000000"/>
                <w:szCs w:val="20"/>
                <w:lang w:eastAsia="ko-KR"/>
              </w:rPr>
            </w:pPr>
            <w:r w:rsidRPr="009C3E08">
              <w:rPr>
                <w:rFonts w:ascii="한양중고딕" w:eastAsia="한양중고딕" w:hAnsi="굴림" w:cs="굴림" w:hint="eastAsia"/>
                <w:b/>
                <w:bCs/>
                <w:color w:val="000000"/>
                <w:spacing w:val="-10"/>
                <w:w w:val="90"/>
                <w:sz w:val="18"/>
                <w:szCs w:val="18"/>
                <w:lang w:eastAsia="ko-KR"/>
              </w:rPr>
              <w:t xml:space="preserve">(동의함 </w:t>
            </w:r>
            <w:r w:rsidRPr="009C3E08">
              <w:rPr>
                <w:rFonts w:ascii="한양중고딕" w:eastAsia="한양중고딕" w:hAnsi="한양중고딕" w:cs="굴림" w:hint="eastAsia"/>
                <w:b/>
                <w:bCs/>
                <w:color w:val="000000"/>
                <w:spacing w:val="-10"/>
                <w:w w:val="90"/>
                <w:sz w:val="18"/>
                <w:szCs w:val="18"/>
                <w:lang w:eastAsia="ko-KR"/>
              </w:rPr>
              <w:t xml:space="preserve">□ </w:t>
            </w:r>
            <w:r w:rsidRPr="009C3E08">
              <w:rPr>
                <w:rFonts w:ascii="한양중고딕" w:eastAsia="한양중고딕" w:hAnsi="굴림" w:cs="굴림" w:hint="eastAsia"/>
                <w:b/>
                <w:bCs/>
                <w:color w:val="000000"/>
                <w:spacing w:val="-10"/>
                <w:w w:val="90"/>
                <w:sz w:val="18"/>
                <w:szCs w:val="18"/>
                <w:lang w:eastAsia="ko-KR"/>
              </w:rPr>
              <w:t xml:space="preserve">동의하지 않음 </w:t>
            </w:r>
            <w:r w:rsidRPr="009C3E08">
              <w:rPr>
                <w:rFonts w:ascii="한양중고딕" w:eastAsia="한양중고딕" w:hAnsi="한양중고딕" w:cs="굴림" w:hint="eastAsia"/>
                <w:b/>
                <w:bCs/>
                <w:color w:val="000000"/>
                <w:spacing w:val="-10"/>
                <w:w w:val="90"/>
                <w:sz w:val="18"/>
                <w:szCs w:val="18"/>
                <w:lang w:eastAsia="ko-KR"/>
              </w:rPr>
              <w:t>□</w:t>
            </w:r>
            <w:r w:rsidRPr="009C3E08">
              <w:rPr>
                <w:rFonts w:ascii="한양중고딕" w:eastAsia="한양중고딕" w:hAnsi="굴림" w:cs="굴림" w:hint="eastAsia"/>
                <w:b/>
                <w:bCs/>
                <w:color w:val="000000"/>
                <w:spacing w:val="-10"/>
                <w:w w:val="90"/>
                <w:sz w:val="18"/>
                <w:szCs w:val="18"/>
                <w:lang w:eastAsia="ko-KR"/>
              </w:rPr>
              <w:t>)</w:t>
            </w:r>
          </w:p>
        </w:tc>
      </w:tr>
      <w:tr w:rsidR="009C3E08" w:rsidRPr="009C3E08" w:rsidTr="003043BB">
        <w:trPr>
          <w:trHeight w:val="393"/>
        </w:trPr>
        <w:tc>
          <w:tcPr>
            <w:tcW w:w="9501" w:type="dxa"/>
            <w:gridSpan w:val="2"/>
            <w:tcBorders>
              <w:top w:val="single" w:sz="12" w:space="0" w:color="auto"/>
              <w:left w:val="nil"/>
              <w:bottom w:val="single" w:sz="12" w:space="0" w:color="auto"/>
              <w:right w:val="nil"/>
            </w:tcBorders>
            <w:tcMar>
              <w:top w:w="28" w:type="dxa"/>
              <w:left w:w="102" w:type="dxa"/>
              <w:bottom w:w="28" w:type="dxa"/>
              <w:right w:w="102" w:type="dxa"/>
            </w:tcMar>
            <w:vAlign w:val="center"/>
            <w:hideMark/>
          </w:tcPr>
          <w:p w:rsidR="00800168" w:rsidRDefault="00800168" w:rsidP="001E7699">
            <w:pPr>
              <w:widowControl w:val="0"/>
              <w:autoSpaceDE w:val="0"/>
              <w:autoSpaceDN w:val="0"/>
              <w:spacing w:line="240" w:lineRule="exact"/>
              <w:ind w:left="1578" w:hanging="1578"/>
              <w:jc w:val="both"/>
              <w:textAlignment w:val="baseline"/>
              <w:rPr>
                <w:rFonts w:ascii="한양중고딕" w:eastAsia="한양중고딕" w:hAnsi="굴림" w:cs="굴림"/>
                <w:b/>
                <w:bCs/>
                <w:color w:val="000000"/>
                <w:sz w:val="16"/>
                <w:szCs w:val="16"/>
                <w:lang w:eastAsia="ko-KR"/>
              </w:rPr>
            </w:pPr>
          </w:p>
          <w:p w:rsidR="009C3E08" w:rsidRPr="009C3E08" w:rsidRDefault="009C3E08" w:rsidP="001E7699">
            <w:pPr>
              <w:widowControl w:val="0"/>
              <w:autoSpaceDE w:val="0"/>
              <w:autoSpaceDN w:val="0"/>
              <w:spacing w:line="240" w:lineRule="exact"/>
              <w:ind w:left="1578" w:hanging="1578"/>
              <w:jc w:val="both"/>
              <w:textAlignment w:val="baseline"/>
              <w:rPr>
                <w:rFonts w:ascii="함초롬바탕" w:eastAsia="굴림" w:hAnsi="굴림" w:cs="굴림"/>
                <w:color w:val="000000"/>
                <w:szCs w:val="20"/>
                <w:lang w:eastAsia="ko-KR"/>
              </w:rPr>
            </w:pPr>
            <w:r w:rsidRPr="009C3E08">
              <w:rPr>
                <w:rFonts w:ascii="한양중고딕" w:eastAsia="한양중고딕" w:hAnsi="굴림" w:cs="굴림" w:hint="eastAsia"/>
                <w:b/>
                <w:bCs/>
                <w:color w:val="000000"/>
                <w:sz w:val="16"/>
                <w:szCs w:val="16"/>
                <w:lang w:eastAsia="ko-KR"/>
              </w:rPr>
              <w:t>2. 개인(신용)정보의 조회에 관한 사항</w:t>
            </w:r>
          </w:p>
        </w:tc>
      </w:tr>
      <w:tr w:rsidR="009C3E08" w:rsidRPr="009C3E08" w:rsidTr="003043BB">
        <w:trPr>
          <w:trHeight w:val="1691"/>
        </w:trPr>
        <w:tc>
          <w:tcPr>
            <w:tcW w:w="1875" w:type="dxa"/>
            <w:tcBorders>
              <w:top w:val="single" w:sz="12" w:space="0" w:color="auto"/>
              <w:left w:val="single" w:sz="12" w:space="0" w:color="auto"/>
              <w:bottom w:val="single" w:sz="2" w:space="0" w:color="000000"/>
              <w:right w:val="single" w:sz="2" w:space="0" w:color="000000"/>
            </w:tcBorders>
            <w:tcMar>
              <w:top w:w="28" w:type="dxa"/>
              <w:left w:w="102" w:type="dxa"/>
              <w:bottom w:w="28" w:type="dxa"/>
              <w:right w:w="102" w:type="dxa"/>
            </w:tcMar>
            <w:vAlign w:val="center"/>
            <w:hideMark/>
          </w:tcPr>
          <w:p w:rsidR="009C3E08" w:rsidRPr="009C3E08" w:rsidRDefault="009C3E08" w:rsidP="001E7699">
            <w:pPr>
              <w:widowControl w:val="0"/>
              <w:autoSpaceDE w:val="0"/>
              <w:autoSpaceDN w:val="0"/>
              <w:spacing w:line="240" w:lineRule="exact"/>
              <w:jc w:val="center"/>
              <w:textAlignment w:val="baseline"/>
              <w:rPr>
                <w:rFonts w:ascii="함초롬바탕" w:eastAsia="굴림" w:hAnsi="굴림" w:cs="굴림"/>
                <w:color w:val="000000"/>
                <w:szCs w:val="20"/>
                <w:lang w:eastAsia="ko-KR"/>
              </w:rPr>
            </w:pPr>
            <w:proofErr w:type="spellStart"/>
            <w:r w:rsidRPr="009C3E08">
              <w:rPr>
                <w:rFonts w:ascii="한양중고딕" w:eastAsia="한양중고딕" w:hAnsi="굴림" w:cs="굴림" w:hint="eastAsia"/>
                <w:color w:val="000000"/>
                <w:w w:val="85"/>
                <w:sz w:val="18"/>
                <w:szCs w:val="18"/>
                <w:lang w:eastAsia="ko-KR"/>
              </w:rPr>
              <w:t>제공·조회대상</w:t>
            </w:r>
            <w:proofErr w:type="spellEnd"/>
            <w:r w:rsidRPr="009C3E08">
              <w:rPr>
                <w:rFonts w:ascii="한양중고딕" w:eastAsia="한양중고딕" w:hAnsi="굴림" w:cs="굴림" w:hint="eastAsia"/>
                <w:color w:val="000000"/>
                <w:w w:val="85"/>
                <w:sz w:val="18"/>
                <w:szCs w:val="18"/>
                <w:lang w:eastAsia="ko-KR"/>
              </w:rPr>
              <w:t xml:space="preserve"> 기관</w:t>
            </w:r>
          </w:p>
        </w:tc>
        <w:tc>
          <w:tcPr>
            <w:tcW w:w="7626" w:type="dxa"/>
            <w:tcBorders>
              <w:top w:val="single" w:sz="12" w:space="0" w:color="auto"/>
              <w:left w:val="single" w:sz="2" w:space="0" w:color="000000"/>
              <w:bottom w:val="single" w:sz="2" w:space="0" w:color="000000"/>
              <w:right w:val="single" w:sz="12" w:space="0" w:color="auto"/>
            </w:tcBorders>
            <w:tcMar>
              <w:top w:w="28" w:type="dxa"/>
              <w:left w:w="102" w:type="dxa"/>
              <w:bottom w:w="28" w:type="dxa"/>
              <w:right w:w="102" w:type="dxa"/>
            </w:tcMar>
            <w:vAlign w:val="center"/>
            <w:hideMark/>
          </w:tcPr>
          <w:p w:rsidR="009C3E08" w:rsidRPr="007A1E8F" w:rsidRDefault="009C3E08" w:rsidP="001E7699">
            <w:pPr>
              <w:widowControl w:val="0"/>
              <w:autoSpaceDE w:val="0"/>
              <w:autoSpaceDN w:val="0"/>
              <w:spacing w:after="20" w:line="240" w:lineRule="exact"/>
              <w:jc w:val="both"/>
              <w:textAlignment w:val="baseline"/>
              <w:rPr>
                <w:rFonts w:ascii="한컴바탕" w:eastAsia="굴림" w:hAnsi="굴림" w:cs="굴림"/>
                <w:color w:val="000000"/>
                <w:sz w:val="17"/>
                <w:szCs w:val="17"/>
                <w:lang w:eastAsia="ko-KR"/>
              </w:rPr>
            </w:pPr>
            <w:r w:rsidRPr="007A1E8F">
              <w:rPr>
                <w:rFonts w:ascii="MS Gothic" w:eastAsia="MS Gothic" w:hAnsi="MS Gothic" w:cs="MS Gothic" w:hint="eastAsia"/>
                <w:color w:val="000000"/>
                <w:w w:val="90"/>
                <w:sz w:val="17"/>
                <w:szCs w:val="17"/>
                <w:lang w:eastAsia="ko-KR"/>
              </w:rPr>
              <w:t>‣</w:t>
            </w:r>
            <w:proofErr w:type="gramStart"/>
            <w:r w:rsidRPr="007A1E8F">
              <w:rPr>
                <w:rFonts w:ascii="한양중고딕" w:eastAsia="한양중고딕" w:hAnsi="굴림" w:cs="굴림" w:hint="eastAsia"/>
                <w:color w:val="000000"/>
                <w:w w:val="90"/>
                <w:sz w:val="17"/>
                <w:szCs w:val="17"/>
                <w:lang w:eastAsia="ko-KR"/>
              </w:rPr>
              <w:t>신용조회회사 :</w:t>
            </w:r>
            <w:proofErr w:type="gramEnd"/>
            <w:r w:rsidRPr="007A1E8F">
              <w:rPr>
                <w:rFonts w:ascii="한양중고딕" w:eastAsia="한양중고딕" w:hAnsi="굴림" w:cs="굴림" w:hint="eastAsia"/>
                <w:color w:val="000000"/>
                <w:w w:val="90"/>
                <w:sz w:val="17"/>
                <w:szCs w:val="17"/>
                <w:lang w:eastAsia="ko-KR"/>
              </w:rPr>
              <w:t xml:space="preserve"> 한국평가데이터(주), NICE평가정보(주), </w:t>
            </w:r>
            <w:proofErr w:type="spellStart"/>
            <w:r w:rsidRPr="007A1E8F">
              <w:rPr>
                <w:rFonts w:ascii="한양중고딕" w:eastAsia="한양중고딕" w:hAnsi="굴림" w:cs="굴림" w:hint="eastAsia"/>
                <w:color w:val="000000"/>
                <w:w w:val="90"/>
                <w:sz w:val="17"/>
                <w:szCs w:val="17"/>
                <w:lang w:eastAsia="ko-KR"/>
              </w:rPr>
              <w:t>코리아크레딧뷰로</w:t>
            </w:r>
            <w:proofErr w:type="spellEnd"/>
            <w:r w:rsidRPr="007A1E8F">
              <w:rPr>
                <w:rFonts w:ascii="한양중고딕" w:eastAsia="한양중고딕" w:hAnsi="굴림" w:cs="굴림" w:hint="eastAsia"/>
                <w:color w:val="000000"/>
                <w:w w:val="90"/>
                <w:sz w:val="17"/>
                <w:szCs w:val="17"/>
                <w:lang w:eastAsia="ko-KR"/>
              </w:rPr>
              <w:t>(주)</w:t>
            </w:r>
          </w:p>
          <w:p w:rsidR="009C3E08" w:rsidRPr="007A1E8F" w:rsidRDefault="009C3E08" w:rsidP="001E7699">
            <w:pPr>
              <w:widowControl w:val="0"/>
              <w:autoSpaceDE w:val="0"/>
              <w:autoSpaceDN w:val="0"/>
              <w:spacing w:before="60" w:after="20" w:line="240" w:lineRule="exact"/>
              <w:jc w:val="both"/>
              <w:textAlignment w:val="baseline"/>
              <w:rPr>
                <w:rFonts w:ascii="한컴바탕" w:eastAsia="굴림" w:hAnsi="굴림" w:cs="굴림"/>
                <w:color w:val="000000"/>
                <w:sz w:val="17"/>
                <w:szCs w:val="17"/>
                <w:lang w:eastAsia="ko-KR"/>
              </w:rPr>
            </w:pPr>
            <w:r w:rsidRPr="007A1E8F">
              <w:rPr>
                <w:rFonts w:ascii="MS Gothic" w:eastAsia="MS Gothic" w:hAnsi="MS Gothic" w:cs="MS Gothic" w:hint="eastAsia"/>
                <w:color w:val="000000"/>
                <w:w w:val="90"/>
                <w:sz w:val="17"/>
                <w:szCs w:val="17"/>
                <w:lang w:eastAsia="ko-KR"/>
              </w:rPr>
              <w:t>‣</w:t>
            </w:r>
            <w:proofErr w:type="gramStart"/>
            <w:r w:rsidRPr="007A1E8F">
              <w:rPr>
                <w:rFonts w:ascii="한양중고딕" w:eastAsia="한양중고딕" w:hAnsi="굴림" w:cs="굴림" w:hint="eastAsia"/>
                <w:color w:val="000000"/>
                <w:w w:val="90"/>
                <w:sz w:val="17"/>
                <w:szCs w:val="17"/>
                <w:lang w:eastAsia="ko-KR"/>
              </w:rPr>
              <w:t>신용정보집중기관 :</w:t>
            </w:r>
            <w:proofErr w:type="gramEnd"/>
            <w:r w:rsidRPr="007A1E8F">
              <w:rPr>
                <w:rFonts w:ascii="한양중고딕" w:eastAsia="한양중고딕" w:hAnsi="굴림" w:cs="굴림" w:hint="eastAsia"/>
                <w:color w:val="000000"/>
                <w:w w:val="90"/>
                <w:sz w:val="17"/>
                <w:szCs w:val="17"/>
                <w:lang w:eastAsia="ko-KR"/>
              </w:rPr>
              <w:t xml:space="preserve"> 한국신용정보원, 여신금융협회 </w:t>
            </w:r>
            <w:r w:rsidRPr="007A1E8F">
              <w:rPr>
                <w:rFonts w:ascii="MS Gothic" w:eastAsia="MS Gothic" w:hAnsi="MS Gothic" w:cs="MS Gothic" w:hint="eastAsia"/>
                <w:color w:val="000000"/>
                <w:spacing w:val="-10"/>
                <w:w w:val="90"/>
                <w:sz w:val="17"/>
                <w:szCs w:val="17"/>
                <w:lang w:eastAsia="ko-KR"/>
              </w:rPr>
              <w:t>‣</w:t>
            </w:r>
            <w:r w:rsidRPr="007A1E8F">
              <w:rPr>
                <w:rFonts w:ascii="한양중고딕" w:eastAsia="한양중고딕" w:hAnsi="굴림" w:cs="굴림" w:hint="eastAsia"/>
                <w:color w:val="000000"/>
                <w:spacing w:val="-10"/>
                <w:w w:val="90"/>
                <w:sz w:val="17"/>
                <w:szCs w:val="17"/>
                <w:lang w:eastAsia="ko-KR"/>
              </w:rPr>
              <w:t>보증기관(신용보증기금, 기술보증기금)</w:t>
            </w:r>
          </w:p>
          <w:p w:rsidR="009C3E08" w:rsidRPr="007A1E8F" w:rsidRDefault="009C3E08" w:rsidP="001E7699">
            <w:pPr>
              <w:widowControl w:val="0"/>
              <w:autoSpaceDE w:val="0"/>
              <w:autoSpaceDN w:val="0"/>
              <w:spacing w:before="60" w:after="20" w:line="240" w:lineRule="exact"/>
              <w:jc w:val="both"/>
              <w:textAlignment w:val="baseline"/>
              <w:rPr>
                <w:rFonts w:ascii="한컴바탕" w:eastAsia="굴림" w:hAnsi="굴림" w:cs="굴림"/>
                <w:color w:val="000000"/>
                <w:sz w:val="17"/>
                <w:szCs w:val="17"/>
                <w:lang w:eastAsia="ko-KR"/>
              </w:rPr>
            </w:pPr>
            <w:r w:rsidRPr="007A1E8F">
              <w:rPr>
                <w:rFonts w:ascii="MS Gothic" w:eastAsia="MS Gothic" w:hAnsi="MS Gothic" w:cs="MS Gothic" w:hint="eastAsia"/>
                <w:color w:val="000000"/>
                <w:spacing w:val="-10"/>
                <w:w w:val="90"/>
                <w:sz w:val="17"/>
                <w:szCs w:val="17"/>
                <w:lang w:eastAsia="ko-KR"/>
              </w:rPr>
              <w:t>‣</w:t>
            </w:r>
            <w:r w:rsidRPr="00F03ED9">
              <w:rPr>
                <w:rFonts w:ascii="한양중고딕" w:eastAsia="한양중고딕" w:hAnsi="굴림" w:cs="굴림" w:hint="eastAsia"/>
                <w:color w:val="000000"/>
                <w:spacing w:val="-42"/>
                <w:sz w:val="17"/>
                <w:szCs w:val="17"/>
                <w:lang w:eastAsia="ko-KR"/>
              </w:rPr>
              <w:t>스케일업금융 참여기관(</w:t>
            </w:r>
            <w:proofErr w:type="spellStart"/>
            <w:r w:rsidRPr="00F03ED9">
              <w:rPr>
                <w:rFonts w:ascii="한양중고딕" w:eastAsia="한양중고딕" w:hAnsi="굴림" w:cs="굴림" w:hint="eastAsia"/>
                <w:color w:val="000000"/>
                <w:spacing w:val="-42"/>
                <w:sz w:val="17"/>
                <w:szCs w:val="17"/>
                <w:lang w:eastAsia="ko-KR"/>
              </w:rPr>
              <w:t>주관증권사</w:t>
            </w:r>
            <w:proofErr w:type="spellEnd"/>
            <w:r w:rsidRPr="00F03ED9">
              <w:rPr>
                <w:rFonts w:ascii="한양중고딕" w:eastAsia="한양중고딕" w:hAnsi="굴림" w:cs="굴림" w:hint="eastAsia"/>
                <w:color w:val="000000"/>
                <w:spacing w:val="-42"/>
                <w:sz w:val="17"/>
                <w:szCs w:val="17"/>
                <w:lang w:eastAsia="ko-KR"/>
              </w:rPr>
              <w:t xml:space="preserve">, </w:t>
            </w:r>
            <w:proofErr w:type="spellStart"/>
            <w:r w:rsidRPr="00F03ED9">
              <w:rPr>
                <w:rFonts w:ascii="한양중고딕" w:eastAsia="한양중고딕" w:hAnsi="굴림" w:cs="굴림" w:hint="eastAsia"/>
                <w:color w:val="000000"/>
                <w:spacing w:val="-42"/>
                <w:sz w:val="17"/>
                <w:szCs w:val="17"/>
                <w:lang w:eastAsia="ko-KR"/>
              </w:rPr>
              <w:t>자산관리자</w:t>
            </w:r>
            <w:proofErr w:type="spellEnd"/>
            <w:r w:rsidRPr="00F03ED9">
              <w:rPr>
                <w:rFonts w:ascii="한양중고딕" w:eastAsia="한양중고딕" w:hAnsi="굴림" w:cs="굴림" w:hint="eastAsia"/>
                <w:color w:val="000000"/>
                <w:spacing w:val="-42"/>
                <w:sz w:val="17"/>
                <w:szCs w:val="17"/>
                <w:lang w:eastAsia="ko-KR"/>
              </w:rPr>
              <w:t>, 신용공여기관, 업무수탁기관, SPC, 신용평가회사, 회계법인, 법무법인)</w:t>
            </w:r>
          </w:p>
          <w:p w:rsidR="009C3E08" w:rsidRPr="007A1E8F" w:rsidRDefault="009C3E08" w:rsidP="001E7699">
            <w:pPr>
              <w:widowControl w:val="0"/>
              <w:autoSpaceDE w:val="0"/>
              <w:autoSpaceDN w:val="0"/>
              <w:spacing w:before="60" w:after="20" w:line="240" w:lineRule="exact"/>
              <w:jc w:val="both"/>
              <w:textAlignment w:val="baseline"/>
              <w:rPr>
                <w:rFonts w:ascii="한컴바탕" w:eastAsia="굴림" w:hAnsi="굴림" w:cs="굴림"/>
                <w:color w:val="000000"/>
                <w:sz w:val="17"/>
                <w:szCs w:val="17"/>
                <w:lang w:eastAsia="ko-KR"/>
              </w:rPr>
            </w:pPr>
            <w:r w:rsidRPr="007A1E8F">
              <w:rPr>
                <w:rFonts w:ascii="MS Gothic" w:eastAsia="MS Gothic" w:hAnsi="MS Gothic" w:cs="MS Gothic" w:hint="eastAsia"/>
                <w:color w:val="000000"/>
                <w:w w:val="90"/>
                <w:sz w:val="17"/>
                <w:szCs w:val="17"/>
                <w:lang w:eastAsia="ko-KR"/>
              </w:rPr>
              <w:t>‣</w:t>
            </w:r>
            <w:r w:rsidRPr="007A1E8F">
              <w:rPr>
                <w:rFonts w:ascii="한양중고딕" w:eastAsia="한양중고딕" w:hAnsi="굴림" w:cs="굴림" w:hint="eastAsia"/>
                <w:color w:val="000000"/>
                <w:spacing w:val="-10"/>
                <w:w w:val="90"/>
                <w:sz w:val="17"/>
                <w:szCs w:val="17"/>
                <w:lang w:eastAsia="ko-KR"/>
              </w:rPr>
              <w:t xml:space="preserve">중소기업 </w:t>
            </w:r>
            <w:proofErr w:type="spellStart"/>
            <w:r w:rsidRPr="007A1E8F">
              <w:rPr>
                <w:rFonts w:ascii="한양중고딕" w:eastAsia="한양중고딕" w:hAnsi="굴림" w:cs="굴림" w:hint="eastAsia"/>
                <w:color w:val="000000"/>
                <w:spacing w:val="-10"/>
                <w:w w:val="90"/>
                <w:sz w:val="17"/>
                <w:szCs w:val="17"/>
                <w:lang w:eastAsia="ko-KR"/>
              </w:rPr>
              <w:t>진단관련</w:t>
            </w:r>
            <w:proofErr w:type="spellEnd"/>
            <w:r w:rsidRPr="007A1E8F">
              <w:rPr>
                <w:rFonts w:ascii="한양중고딕" w:eastAsia="한양중고딕" w:hAnsi="굴림" w:cs="굴림" w:hint="eastAsia"/>
                <w:color w:val="000000"/>
                <w:spacing w:val="-10"/>
                <w:w w:val="90"/>
                <w:sz w:val="17"/>
                <w:szCs w:val="17"/>
                <w:lang w:eastAsia="ko-KR"/>
              </w:rPr>
              <w:t xml:space="preserve"> 관계기관(</w:t>
            </w:r>
            <w:proofErr w:type="spellStart"/>
            <w:r w:rsidRPr="007A1E8F">
              <w:rPr>
                <w:rFonts w:ascii="한양중고딕" w:eastAsia="한양중고딕" w:hAnsi="굴림" w:cs="굴림" w:hint="eastAsia"/>
                <w:color w:val="000000"/>
                <w:spacing w:val="-10"/>
                <w:w w:val="90"/>
                <w:sz w:val="17"/>
                <w:szCs w:val="17"/>
                <w:lang w:eastAsia="ko-KR"/>
              </w:rPr>
              <w:t>진단전문가</w:t>
            </w:r>
            <w:proofErr w:type="spellEnd"/>
            <w:r w:rsidRPr="007A1E8F">
              <w:rPr>
                <w:rFonts w:ascii="한양중고딕" w:eastAsia="한양중고딕" w:hAnsi="굴림" w:cs="굴림" w:hint="eastAsia"/>
                <w:color w:val="000000"/>
                <w:spacing w:val="-10"/>
                <w:w w:val="90"/>
                <w:sz w:val="17"/>
                <w:szCs w:val="17"/>
                <w:lang w:eastAsia="ko-KR"/>
              </w:rPr>
              <w:t>, 기술가치평가기관(</w:t>
            </w:r>
            <w:proofErr w:type="spellStart"/>
            <w:r w:rsidRPr="007A1E8F">
              <w:rPr>
                <w:rFonts w:ascii="한양중고딕" w:eastAsia="한양중고딕" w:hAnsi="굴림" w:cs="굴림" w:hint="eastAsia"/>
                <w:color w:val="000000"/>
                <w:spacing w:val="-10"/>
                <w:w w:val="90"/>
                <w:sz w:val="17"/>
                <w:szCs w:val="17"/>
                <w:lang w:eastAsia="ko-KR"/>
              </w:rPr>
              <w:t>송연국제특허법률사무소</w:t>
            </w:r>
            <w:proofErr w:type="spellEnd"/>
            <w:r w:rsidRPr="007A1E8F">
              <w:rPr>
                <w:rFonts w:ascii="한양중고딕" w:eastAsia="한양중고딕" w:hAnsi="굴림" w:cs="굴림" w:hint="eastAsia"/>
                <w:color w:val="000000"/>
                <w:spacing w:val="-10"/>
                <w:w w:val="90"/>
                <w:sz w:val="17"/>
                <w:szCs w:val="17"/>
                <w:lang w:eastAsia="ko-KR"/>
              </w:rPr>
              <w:t xml:space="preserve">, 코디특허법률사무소, </w:t>
            </w:r>
            <w:proofErr w:type="spellStart"/>
            <w:r w:rsidRPr="007A1E8F">
              <w:rPr>
                <w:rFonts w:ascii="한양중고딕" w:eastAsia="한양중고딕" w:hAnsi="굴림" w:cs="굴림" w:hint="eastAsia"/>
                <w:color w:val="000000"/>
                <w:spacing w:val="-10"/>
                <w:w w:val="90"/>
                <w:sz w:val="17"/>
                <w:szCs w:val="17"/>
                <w:lang w:eastAsia="ko-KR"/>
              </w:rPr>
              <w:t>청어람특허법률사무소</w:t>
            </w:r>
            <w:proofErr w:type="spellEnd"/>
            <w:r w:rsidRPr="007A1E8F">
              <w:rPr>
                <w:rFonts w:ascii="한양중고딕" w:eastAsia="한양중고딕" w:hAnsi="굴림" w:cs="굴림" w:hint="eastAsia"/>
                <w:color w:val="000000"/>
                <w:spacing w:val="-10"/>
                <w:w w:val="90"/>
                <w:sz w:val="17"/>
                <w:szCs w:val="17"/>
                <w:lang w:eastAsia="ko-KR"/>
              </w:rPr>
              <w:t xml:space="preserve">, 법률사무소 화음, 한강특허법인, 특허법인(유한)KBK, </w:t>
            </w:r>
            <w:proofErr w:type="spellStart"/>
            <w:r w:rsidRPr="007A1E8F">
              <w:rPr>
                <w:rFonts w:ascii="한양중고딕" w:eastAsia="한양중고딕" w:hAnsi="굴림" w:cs="굴림" w:hint="eastAsia"/>
                <w:color w:val="000000"/>
                <w:spacing w:val="-10"/>
                <w:w w:val="90"/>
                <w:sz w:val="17"/>
                <w:szCs w:val="17"/>
                <w:lang w:eastAsia="ko-KR"/>
              </w:rPr>
              <w:t>해율특허법률사무소</w:t>
            </w:r>
            <w:proofErr w:type="spellEnd"/>
            <w:r w:rsidRPr="007A1E8F">
              <w:rPr>
                <w:rFonts w:ascii="한양중고딕" w:eastAsia="한양중고딕" w:hAnsi="굴림" w:cs="굴림" w:hint="eastAsia"/>
                <w:color w:val="000000"/>
                <w:spacing w:val="-10"/>
                <w:w w:val="90"/>
                <w:sz w:val="17"/>
                <w:szCs w:val="17"/>
                <w:lang w:eastAsia="ko-KR"/>
              </w:rPr>
              <w:t xml:space="preserve">, </w:t>
            </w:r>
            <w:proofErr w:type="spellStart"/>
            <w:r w:rsidRPr="007A1E8F">
              <w:rPr>
                <w:rFonts w:ascii="한양중고딕" w:eastAsia="한양중고딕" w:hAnsi="굴림" w:cs="굴림" w:hint="eastAsia"/>
                <w:color w:val="000000"/>
                <w:spacing w:val="-10"/>
                <w:w w:val="90"/>
                <w:sz w:val="17"/>
                <w:szCs w:val="17"/>
                <w:lang w:eastAsia="ko-KR"/>
              </w:rPr>
              <w:t>바움국제특허법률사무소</w:t>
            </w:r>
            <w:proofErr w:type="spellEnd"/>
            <w:r w:rsidRPr="007A1E8F">
              <w:rPr>
                <w:rFonts w:ascii="한양중고딕" w:eastAsia="한양중고딕" w:hAnsi="굴림" w:cs="굴림" w:hint="eastAsia"/>
                <w:color w:val="000000"/>
                <w:spacing w:val="-10"/>
                <w:w w:val="90"/>
                <w:sz w:val="17"/>
                <w:szCs w:val="17"/>
                <w:lang w:eastAsia="ko-KR"/>
              </w:rPr>
              <w:t xml:space="preserve">, </w:t>
            </w:r>
            <w:proofErr w:type="spellStart"/>
            <w:r w:rsidRPr="007A1E8F">
              <w:rPr>
                <w:rFonts w:ascii="한양중고딕" w:eastAsia="한양중고딕" w:hAnsi="굴림" w:cs="굴림" w:hint="eastAsia"/>
                <w:color w:val="000000"/>
                <w:spacing w:val="-10"/>
                <w:w w:val="90"/>
                <w:sz w:val="17"/>
                <w:szCs w:val="17"/>
                <w:lang w:eastAsia="ko-KR"/>
              </w:rPr>
              <w:t>비엘티특허법률사무소</w:t>
            </w:r>
            <w:proofErr w:type="spellEnd"/>
            <w:r w:rsidRPr="007A1E8F">
              <w:rPr>
                <w:rFonts w:ascii="한양중고딕" w:eastAsia="한양중고딕" w:hAnsi="굴림" w:cs="굴림" w:hint="eastAsia"/>
                <w:color w:val="000000"/>
                <w:spacing w:val="-10"/>
                <w:w w:val="90"/>
                <w:sz w:val="17"/>
                <w:szCs w:val="17"/>
                <w:lang w:eastAsia="ko-KR"/>
              </w:rPr>
              <w:t xml:space="preserve">, </w:t>
            </w:r>
            <w:proofErr w:type="spellStart"/>
            <w:r w:rsidRPr="007A1E8F">
              <w:rPr>
                <w:rFonts w:ascii="한양중고딕" w:eastAsia="한양중고딕" w:hAnsi="굴림" w:cs="굴림" w:hint="eastAsia"/>
                <w:color w:val="000000"/>
                <w:spacing w:val="-10"/>
                <w:w w:val="90"/>
                <w:sz w:val="17"/>
                <w:szCs w:val="17"/>
                <w:lang w:eastAsia="ko-KR"/>
              </w:rPr>
              <w:t>센스국제특허법률사무소</w:t>
            </w:r>
            <w:proofErr w:type="spellEnd"/>
            <w:r w:rsidRPr="007A1E8F">
              <w:rPr>
                <w:rFonts w:ascii="한양중고딕" w:eastAsia="한양중고딕" w:hAnsi="굴림" w:cs="굴림" w:hint="eastAsia"/>
                <w:color w:val="000000"/>
                <w:spacing w:val="-10"/>
                <w:w w:val="90"/>
                <w:sz w:val="17"/>
                <w:szCs w:val="17"/>
                <w:lang w:eastAsia="ko-KR"/>
              </w:rPr>
              <w:t xml:space="preserve">, 특허법인 </w:t>
            </w:r>
            <w:proofErr w:type="spellStart"/>
            <w:r w:rsidRPr="007A1E8F">
              <w:rPr>
                <w:rFonts w:ascii="한양중고딕" w:eastAsia="한양중고딕" w:hAnsi="굴림" w:cs="굴림" w:hint="eastAsia"/>
                <w:color w:val="000000"/>
                <w:spacing w:val="-10"/>
                <w:w w:val="90"/>
                <w:sz w:val="17"/>
                <w:szCs w:val="17"/>
                <w:lang w:eastAsia="ko-KR"/>
              </w:rPr>
              <w:t>도담</w:t>
            </w:r>
            <w:proofErr w:type="spellEnd"/>
            <w:r w:rsidRPr="007A1E8F">
              <w:rPr>
                <w:rFonts w:ascii="한양중고딕" w:eastAsia="한양중고딕" w:hAnsi="굴림" w:cs="굴림" w:hint="eastAsia"/>
                <w:color w:val="000000"/>
                <w:spacing w:val="-10"/>
                <w:w w:val="90"/>
                <w:sz w:val="17"/>
                <w:szCs w:val="17"/>
                <w:lang w:eastAsia="ko-KR"/>
              </w:rPr>
              <w:t xml:space="preserve">, </w:t>
            </w:r>
            <w:proofErr w:type="spellStart"/>
            <w:r w:rsidRPr="007A1E8F">
              <w:rPr>
                <w:rFonts w:ascii="한양중고딕" w:eastAsia="한양중고딕" w:hAnsi="굴림" w:cs="굴림" w:hint="eastAsia"/>
                <w:color w:val="000000"/>
                <w:spacing w:val="-10"/>
                <w:w w:val="90"/>
                <w:sz w:val="17"/>
                <w:szCs w:val="17"/>
                <w:lang w:eastAsia="ko-KR"/>
              </w:rPr>
              <w:t>수안</w:t>
            </w:r>
            <w:proofErr w:type="spellEnd"/>
            <w:r w:rsidRPr="007A1E8F">
              <w:rPr>
                <w:rFonts w:ascii="한양중고딕" w:eastAsia="한양중고딕" w:hAnsi="굴림" w:cs="굴림" w:hint="eastAsia"/>
                <w:color w:val="000000"/>
                <w:spacing w:val="-10"/>
                <w:w w:val="90"/>
                <w:sz w:val="17"/>
                <w:szCs w:val="17"/>
                <w:lang w:eastAsia="ko-KR"/>
              </w:rPr>
              <w:t xml:space="preserve"> 특허법인, 특허법인 </w:t>
            </w:r>
            <w:proofErr w:type="spellStart"/>
            <w:r w:rsidRPr="007A1E8F">
              <w:rPr>
                <w:rFonts w:ascii="한양중고딕" w:eastAsia="한양중고딕" w:hAnsi="굴림" w:cs="굴림" w:hint="eastAsia"/>
                <w:color w:val="000000"/>
                <w:spacing w:val="-10"/>
                <w:w w:val="90"/>
                <w:sz w:val="17"/>
                <w:szCs w:val="17"/>
                <w:lang w:eastAsia="ko-KR"/>
              </w:rPr>
              <w:t>이룸리온</w:t>
            </w:r>
            <w:proofErr w:type="spellEnd"/>
            <w:r w:rsidRPr="007A1E8F">
              <w:rPr>
                <w:rFonts w:ascii="한양중고딕" w:eastAsia="한양중고딕" w:hAnsi="굴림" w:cs="굴림" w:hint="eastAsia"/>
                <w:color w:val="000000"/>
                <w:spacing w:val="-10"/>
                <w:w w:val="90"/>
                <w:sz w:val="17"/>
                <w:szCs w:val="17"/>
                <w:lang w:eastAsia="ko-KR"/>
              </w:rPr>
              <w:t xml:space="preserve">, </w:t>
            </w:r>
            <w:proofErr w:type="spellStart"/>
            <w:r w:rsidRPr="007A1E8F">
              <w:rPr>
                <w:rFonts w:ascii="한양중고딕" w:eastAsia="한양중고딕" w:hAnsi="굴림" w:cs="굴림" w:hint="eastAsia"/>
                <w:color w:val="000000"/>
                <w:spacing w:val="-10"/>
                <w:w w:val="90"/>
                <w:sz w:val="17"/>
                <w:szCs w:val="17"/>
                <w:lang w:eastAsia="ko-KR"/>
              </w:rPr>
              <w:t>인베스트</w:t>
            </w:r>
            <w:proofErr w:type="spellEnd"/>
            <w:r w:rsidRPr="007A1E8F">
              <w:rPr>
                <w:rFonts w:ascii="한양중고딕" w:eastAsia="한양중고딕" w:hAnsi="굴림" w:cs="굴림" w:hint="eastAsia"/>
                <w:color w:val="000000"/>
                <w:spacing w:val="-10"/>
                <w:w w:val="90"/>
                <w:sz w:val="17"/>
                <w:szCs w:val="17"/>
                <w:lang w:eastAsia="ko-KR"/>
              </w:rPr>
              <w:t xml:space="preserve"> </w:t>
            </w:r>
            <w:proofErr w:type="spellStart"/>
            <w:r w:rsidRPr="007A1E8F">
              <w:rPr>
                <w:rFonts w:ascii="한양중고딕" w:eastAsia="한양중고딕" w:hAnsi="굴림" w:cs="굴림" w:hint="eastAsia"/>
                <w:color w:val="000000"/>
                <w:spacing w:val="-10"/>
                <w:w w:val="90"/>
                <w:sz w:val="17"/>
                <w:szCs w:val="17"/>
                <w:lang w:eastAsia="ko-KR"/>
              </w:rPr>
              <w:t>아이피</w:t>
            </w:r>
            <w:proofErr w:type="spellEnd"/>
            <w:r w:rsidRPr="007A1E8F">
              <w:rPr>
                <w:rFonts w:ascii="한양중고딕" w:eastAsia="한양중고딕" w:hAnsi="굴림" w:cs="굴림" w:hint="eastAsia"/>
                <w:color w:val="000000"/>
                <w:spacing w:val="-10"/>
                <w:w w:val="90"/>
                <w:sz w:val="17"/>
                <w:szCs w:val="17"/>
                <w:lang w:eastAsia="ko-KR"/>
              </w:rPr>
              <w:t xml:space="preserve"> 주식회사)</w:t>
            </w:r>
            <w:r w:rsidRPr="007A1E8F">
              <w:rPr>
                <w:rFonts w:ascii="한양중고딕" w:eastAsia="한양중고딕" w:hAnsi="굴림" w:cs="굴림" w:hint="eastAsia"/>
                <w:color w:val="000000"/>
                <w:spacing w:val="-14"/>
                <w:w w:val="90"/>
                <w:sz w:val="17"/>
                <w:szCs w:val="17"/>
                <w:lang w:eastAsia="ko-KR"/>
              </w:rPr>
              <w:t xml:space="preserve">), 중소벤처기업부에 등록된 창업투자회사(투자희망기업에 한함), </w:t>
            </w:r>
            <w:r w:rsidRPr="007A1E8F">
              <w:rPr>
                <w:rFonts w:ascii="한양중고딕" w:eastAsia="한양중고딕" w:hAnsi="굴림" w:cs="굴림" w:hint="eastAsia"/>
                <w:color w:val="000000"/>
                <w:spacing w:val="-10"/>
                <w:w w:val="90"/>
                <w:sz w:val="17"/>
                <w:szCs w:val="17"/>
                <w:lang w:eastAsia="ko-KR"/>
              </w:rPr>
              <w:t>공공기관, 중소기업 통합관리시스템 운영기관, 금융회사, 관세청, 무역통계진흥원</w:t>
            </w:r>
          </w:p>
        </w:tc>
      </w:tr>
      <w:tr w:rsidR="009C3E08" w:rsidRPr="009C3E08" w:rsidTr="003043BB">
        <w:trPr>
          <w:trHeight w:val="680"/>
        </w:trPr>
        <w:tc>
          <w:tcPr>
            <w:tcW w:w="1875" w:type="dxa"/>
            <w:tcBorders>
              <w:top w:val="single" w:sz="2" w:space="0" w:color="000000"/>
              <w:left w:val="single" w:sz="12" w:space="0" w:color="auto"/>
              <w:bottom w:val="single" w:sz="2" w:space="0" w:color="000000"/>
              <w:right w:val="single" w:sz="2" w:space="0" w:color="000000"/>
            </w:tcBorders>
            <w:tcMar>
              <w:top w:w="28" w:type="dxa"/>
              <w:left w:w="102" w:type="dxa"/>
              <w:bottom w:w="28" w:type="dxa"/>
              <w:right w:w="102" w:type="dxa"/>
            </w:tcMar>
            <w:vAlign w:val="center"/>
            <w:hideMark/>
          </w:tcPr>
          <w:p w:rsidR="009C3E08" w:rsidRPr="009C3E08" w:rsidRDefault="009C3E08" w:rsidP="001E7699">
            <w:pPr>
              <w:widowControl w:val="0"/>
              <w:autoSpaceDE w:val="0"/>
              <w:autoSpaceDN w:val="0"/>
              <w:spacing w:line="240" w:lineRule="exact"/>
              <w:jc w:val="center"/>
              <w:textAlignment w:val="baseline"/>
              <w:rPr>
                <w:rFonts w:ascii="함초롬바탕" w:eastAsia="굴림" w:hAnsi="굴림" w:cs="굴림"/>
                <w:color w:val="000000"/>
                <w:szCs w:val="20"/>
                <w:lang w:eastAsia="ko-KR"/>
              </w:rPr>
            </w:pPr>
            <w:proofErr w:type="spellStart"/>
            <w:r w:rsidRPr="009C3E08">
              <w:rPr>
                <w:rFonts w:ascii="한양중고딕" w:eastAsia="한양중고딕" w:hAnsi="굴림" w:cs="굴림" w:hint="eastAsia"/>
                <w:color w:val="000000"/>
                <w:w w:val="85"/>
                <w:sz w:val="18"/>
                <w:szCs w:val="18"/>
                <w:lang w:eastAsia="ko-KR"/>
              </w:rPr>
              <w:t>제공·조회의</w:t>
            </w:r>
            <w:proofErr w:type="spellEnd"/>
            <w:r w:rsidRPr="009C3E08">
              <w:rPr>
                <w:rFonts w:ascii="한양중고딕" w:eastAsia="한양중고딕" w:hAnsi="굴림" w:cs="굴림" w:hint="eastAsia"/>
                <w:color w:val="000000"/>
                <w:w w:val="85"/>
                <w:sz w:val="18"/>
                <w:szCs w:val="18"/>
                <w:lang w:eastAsia="ko-KR"/>
              </w:rPr>
              <w:t xml:space="preserve"> 목적</w:t>
            </w:r>
          </w:p>
        </w:tc>
        <w:tc>
          <w:tcPr>
            <w:tcW w:w="7626" w:type="dxa"/>
            <w:tcBorders>
              <w:top w:val="single" w:sz="2" w:space="0" w:color="000000"/>
              <w:left w:val="single" w:sz="2" w:space="0" w:color="000000"/>
              <w:bottom w:val="single" w:sz="2" w:space="0" w:color="000000"/>
              <w:right w:val="single" w:sz="12" w:space="0" w:color="auto"/>
            </w:tcBorders>
            <w:tcMar>
              <w:top w:w="28" w:type="dxa"/>
              <w:left w:w="102" w:type="dxa"/>
              <w:bottom w:w="28" w:type="dxa"/>
              <w:right w:w="102" w:type="dxa"/>
            </w:tcMar>
            <w:vAlign w:val="center"/>
            <w:hideMark/>
          </w:tcPr>
          <w:p w:rsidR="009C3E08" w:rsidRPr="007A1E8F" w:rsidRDefault="009C3E08" w:rsidP="001E7699">
            <w:pPr>
              <w:widowControl w:val="0"/>
              <w:autoSpaceDE w:val="0"/>
              <w:autoSpaceDN w:val="0"/>
              <w:spacing w:after="20" w:line="240" w:lineRule="exact"/>
              <w:jc w:val="both"/>
              <w:textAlignment w:val="baseline"/>
              <w:rPr>
                <w:rFonts w:ascii="한컴바탕" w:eastAsia="굴림" w:hAnsi="굴림" w:cs="굴림"/>
                <w:color w:val="000000"/>
                <w:sz w:val="17"/>
                <w:szCs w:val="17"/>
                <w:lang w:eastAsia="ko-KR"/>
              </w:rPr>
            </w:pPr>
            <w:r w:rsidRPr="007A1E8F">
              <w:rPr>
                <w:rFonts w:ascii="MS Gothic" w:eastAsia="MS Gothic" w:hAnsi="MS Gothic" w:cs="MS Gothic" w:hint="eastAsia"/>
                <w:color w:val="000000"/>
                <w:w w:val="90"/>
                <w:sz w:val="17"/>
                <w:szCs w:val="17"/>
                <w:lang w:eastAsia="ko-KR"/>
              </w:rPr>
              <w:t>‣</w:t>
            </w:r>
            <w:r w:rsidRPr="007A1E8F">
              <w:rPr>
                <w:rFonts w:ascii="한양중고딕" w:eastAsia="한양중고딕" w:hAnsi="굴림" w:cs="굴림" w:hint="eastAsia"/>
                <w:color w:val="000000"/>
                <w:w w:val="90"/>
                <w:sz w:val="17"/>
                <w:szCs w:val="17"/>
                <w:lang w:eastAsia="ko-KR"/>
              </w:rPr>
              <w:t xml:space="preserve">금융거래에 있어서 신용도 판단을 위한 자료, 정책자금 융자, 중소기업 기업진단, </w:t>
            </w:r>
            <w:proofErr w:type="spellStart"/>
            <w:r w:rsidRPr="007A1E8F">
              <w:rPr>
                <w:rFonts w:ascii="한양중고딕" w:eastAsia="한양중고딕" w:hAnsi="굴림" w:cs="굴림" w:hint="eastAsia"/>
                <w:color w:val="000000"/>
                <w:w w:val="90"/>
                <w:sz w:val="17"/>
                <w:szCs w:val="17"/>
                <w:lang w:eastAsia="ko-KR"/>
              </w:rPr>
              <w:t>연계지원을</w:t>
            </w:r>
            <w:proofErr w:type="spellEnd"/>
            <w:r w:rsidRPr="007A1E8F">
              <w:rPr>
                <w:rFonts w:ascii="한양중고딕" w:eastAsia="한양중고딕" w:hAnsi="굴림" w:cs="굴림" w:hint="eastAsia"/>
                <w:color w:val="000000"/>
                <w:w w:val="90"/>
                <w:sz w:val="17"/>
                <w:szCs w:val="17"/>
                <w:lang w:eastAsia="ko-KR"/>
              </w:rPr>
              <w:t xml:space="preserve"> 위한 자료 또는 공공기관에서 </w:t>
            </w:r>
            <w:proofErr w:type="spellStart"/>
            <w:r w:rsidRPr="007A1E8F">
              <w:rPr>
                <w:rFonts w:ascii="한양중고딕" w:eastAsia="한양중고딕" w:hAnsi="굴림" w:cs="굴림" w:hint="eastAsia"/>
                <w:color w:val="000000"/>
                <w:w w:val="90"/>
                <w:sz w:val="17"/>
                <w:szCs w:val="17"/>
                <w:lang w:eastAsia="ko-KR"/>
              </w:rPr>
              <w:t>정책자료로</w:t>
            </w:r>
            <w:proofErr w:type="spellEnd"/>
            <w:r w:rsidRPr="007A1E8F">
              <w:rPr>
                <w:rFonts w:ascii="한양중고딕" w:eastAsia="한양중고딕" w:hAnsi="굴림" w:cs="굴림" w:hint="eastAsia"/>
                <w:color w:val="000000"/>
                <w:w w:val="90"/>
                <w:sz w:val="17"/>
                <w:szCs w:val="17"/>
                <w:lang w:eastAsia="ko-KR"/>
              </w:rPr>
              <w:t xml:space="preserve"> 활용, 중소기업지원사업 통합관리시스템에서 지원 이력 정보로 활용</w:t>
            </w:r>
          </w:p>
        </w:tc>
      </w:tr>
      <w:tr w:rsidR="009C3E08" w:rsidRPr="009C3E08" w:rsidTr="003043BB">
        <w:trPr>
          <w:trHeight w:val="955"/>
        </w:trPr>
        <w:tc>
          <w:tcPr>
            <w:tcW w:w="1875" w:type="dxa"/>
            <w:tcBorders>
              <w:top w:val="single" w:sz="2" w:space="0" w:color="000000"/>
              <w:left w:val="single" w:sz="12" w:space="0" w:color="auto"/>
              <w:bottom w:val="single" w:sz="2" w:space="0" w:color="000000"/>
              <w:right w:val="single" w:sz="2" w:space="0" w:color="000000"/>
            </w:tcBorders>
            <w:tcMar>
              <w:top w:w="28" w:type="dxa"/>
              <w:left w:w="102" w:type="dxa"/>
              <w:bottom w:w="28" w:type="dxa"/>
              <w:right w:w="102" w:type="dxa"/>
            </w:tcMar>
            <w:vAlign w:val="center"/>
            <w:hideMark/>
          </w:tcPr>
          <w:p w:rsidR="009C3E08" w:rsidRPr="00653D00" w:rsidRDefault="009C3E08" w:rsidP="001E7699">
            <w:pPr>
              <w:widowControl w:val="0"/>
              <w:autoSpaceDE w:val="0"/>
              <w:autoSpaceDN w:val="0"/>
              <w:spacing w:line="240" w:lineRule="exact"/>
              <w:jc w:val="center"/>
              <w:textAlignment w:val="baseline"/>
              <w:rPr>
                <w:rFonts w:ascii="함초롬바탕" w:eastAsia="굴림" w:hAnsi="굴림" w:cs="굴림"/>
                <w:color w:val="000000"/>
                <w:sz w:val="18"/>
                <w:szCs w:val="18"/>
                <w:lang w:eastAsia="ko-KR"/>
              </w:rPr>
            </w:pPr>
            <w:proofErr w:type="spellStart"/>
            <w:r w:rsidRPr="00653D00">
              <w:rPr>
                <w:rFonts w:ascii="한양중고딕" w:eastAsia="한양중고딕" w:hAnsi="굴림" w:cs="굴림" w:hint="eastAsia"/>
                <w:color w:val="000000"/>
                <w:w w:val="85"/>
                <w:sz w:val="18"/>
                <w:szCs w:val="18"/>
                <w:lang w:eastAsia="ko-KR"/>
              </w:rPr>
              <w:t>제공·조회할</w:t>
            </w:r>
            <w:proofErr w:type="spellEnd"/>
          </w:p>
          <w:p w:rsidR="009C3E08" w:rsidRPr="00653D00" w:rsidRDefault="009C3E08" w:rsidP="001E7699">
            <w:pPr>
              <w:widowControl w:val="0"/>
              <w:autoSpaceDE w:val="0"/>
              <w:autoSpaceDN w:val="0"/>
              <w:spacing w:line="240" w:lineRule="exact"/>
              <w:jc w:val="center"/>
              <w:textAlignment w:val="baseline"/>
              <w:rPr>
                <w:rFonts w:ascii="함초롬바탕" w:eastAsia="굴림" w:hAnsi="굴림" w:cs="굴림"/>
                <w:color w:val="000000"/>
                <w:sz w:val="18"/>
                <w:szCs w:val="18"/>
                <w:lang w:eastAsia="ko-KR"/>
              </w:rPr>
            </w:pPr>
            <w:r w:rsidRPr="00653D00">
              <w:rPr>
                <w:rFonts w:ascii="한양중고딕" w:eastAsia="한양중고딕" w:hAnsi="굴림" w:cs="굴림" w:hint="eastAsia"/>
                <w:color w:val="000000"/>
                <w:w w:val="85"/>
                <w:sz w:val="18"/>
                <w:szCs w:val="18"/>
                <w:lang w:eastAsia="ko-KR"/>
              </w:rPr>
              <w:t>개인(신용)정보</w:t>
            </w:r>
          </w:p>
        </w:tc>
        <w:tc>
          <w:tcPr>
            <w:tcW w:w="7626" w:type="dxa"/>
            <w:tcBorders>
              <w:top w:val="single" w:sz="2" w:space="0" w:color="000000"/>
              <w:left w:val="single" w:sz="2" w:space="0" w:color="000000"/>
              <w:bottom w:val="single" w:sz="2" w:space="0" w:color="000000"/>
              <w:right w:val="single" w:sz="12" w:space="0" w:color="auto"/>
            </w:tcBorders>
            <w:tcMar>
              <w:top w:w="28" w:type="dxa"/>
              <w:left w:w="102" w:type="dxa"/>
              <w:bottom w:w="28" w:type="dxa"/>
              <w:right w:w="102" w:type="dxa"/>
            </w:tcMar>
            <w:vAlign w:val="center"/>
            <w:hideMark/>
          </w:tcPr>
          <w:p w:rsidR="009C3E08" w:rsidRPr="006138B5" w:rsidRDefault="009C3E08" w:rsidP="001E7699">
            <w:pPr>
              <w:widowControl w:val="0"/>
              <w:autoSpaceDE w:val="0"/>
              <w:autoSpaceDN w:val="0"/>
              <w:spacing w:after="20" w:line="240" w:lineRule="exact"/>
              <w:jc w:val="both"/>
              <w:textAlignment w:val="baseline"/>
              <w:rPr>
                <w:rFonts w:ascii="한컴바탕" w:eastAsia="굴림" w:hAnsi="굴림" w:cs="굴림"/>
                <w:color w:val="000000"/>
                <w:sz w:val="17"/>
                <w:szCs w:val="17"/>
                <w:lang w:eastAsia="ko-KR"/>
              </w:rPr>
            </w:pPr>
            <w:r w:rsidRPr="006138B5">
              <w:rPr>
                <w:rFonts w:ascii="MS Gothic" w:eastAsia="MS Gothic" w:hAnsi="MS Gothic" w:cs="MS Gothic" w:hint="eastAsia"/>
                <w:color w:val="000000"/>
                <w:w w:val="90"/>
                <w:sz w:val="17"/>
                <w:szCs w:val="17"/>
                <w:lang w:eastAsia="ko-KR"/>
              </w:rPr>
              <w:t>‣</w:t>
            </w:r>
            <w:r w:rsidRPr="006138B5">
              <w:rPr>
                <w:rFonts w:ascii="한양중고딕" w:eastAsia="한양중고딕" w:hAnsi="굴림" w:cs="굴림" w:hint="eastAsia"/>
                <w:color w:val="000000"/>
                <w:spacing w:val="-12"/>
                <w:w w:val="90"/>
                <w:sz w:val="17"/>
                <w:szCs w:val="17"/>
                <w:lang w:eastAsia="ko-KR"/>
              </w:rPr>
              <w:t xml:space="preserve">신용조회회사, 신용정보집중기관, 보증기관, 금융회사, 스케일업금융 </w:t>
            </w:r>
            <w:proofErr w:type="spellStart"/>
            <w:r w:rsidRPr="006138B5">
              <w:rPr>
                <w:rFonts w:ascii="한양중고딕" w:eastAsia="한양중고딕" w:hAnsi="굴림" w:cs="굴림" w:hint="eastAsia"/>
                <w:color w:val="000000"/>
                <w:spacing w:val="-12"/>
                <w:w w:val="90"/>
                <w:sz w:val="17"/>
                <w:szCs w:val="17"/>
                <w:lang w:eastAsia="ko-KR"/>
              </w:rPr>
              <w:t>참여기관에</w:t>
            </w:r>
            <w:proofErr w:type="spellEnd"/>
            <w:r w:rsidRPr="006138B5">
              <w:rPr>
                <w:rFonts w:ascii="한양중고딕" w:eastAsia="한양중고딕" w:hAnsi="굴림" w:cs="굴림" w:hint="eastAsia"/>
                <w:color w:val="000000"/>
                <w:spacing w:val="-12"/>
                <w:w w:val="90"/>
                <w:sz w:val="17"/>
                <w:szCs w:val="17"/>
                <w:lang w:eastAsia="ko-KR"/>
              </w:rPr>
              <w:t xml:space="preserve"> 조회하고자 하는 개인(신용)정보는 다음과 같습니다.</w:t>
            </w:r>
          </w:p>
          <w:p w:rsidR="009C3E08" w:rsidRPr="006138B5" w:rsidRDefault="009C3E08" w:rsidP="001E7699">
            <w:pPr>
              <w:widowControl w:val="0"/>
              <w:autoSpaceDE w:val="0"/>
              <w:autoSpaceDN w:val="0"/>
              <w:spacing w:after="20" w:line="240" w:lineRule="exact"/>
              <w:jc w:val="both"/>
              <w:textAlignment w:val="baseline"/>
              <w:rPr>
                <w:rFonts w:ascii="한컴바탕" w:eastAsia="굴림" w:hAnsi="굴림" w:cs="굴림"/>
                <w:color w:val="000000"/>
                <w:sz w:val="17"/>
                <w:szCs w:val="17"/>
                <w:lang w:eastAsia="ko-KR"/>
              </w:rPr>
            </w:pPr>
            <w:r w:rsidRPr="006138B5">
              <w:rPr>
                <w:rFonts w:ascii="MS Gothic" w:eastAsia="MS Gothic" w:hAnsi="MS Gothic" w:cs="MS Gothic" w:hint="eastAsia"/>
                <w:color w:val="000000"/>
                <w:w w:val="90"/>
                <w:sz w:val="17"/>
                <w:szCs w:val="17"/>
                <w:lang w:eastAsia="ko-KR"/>
              </w:rPr>
              <w:t>․</w:t>
            </w:r>
            <w:r w:rsidRPr="006138B5">
              <w:rPr>
                <w:rFonts w:ascii="한양중고딕" w:eastAsia="한양중고딕" w:hAnsi="굴림" w:cs="굴림" w:hint="eastAsia"/>
                <w:color w:val="000000"/>
                <w:spacing w:val="-8"/>
                <w:w w:val="90"/>
                <w:sz w:val="17"/>
                <w:szCs w:val="17"/>
                <w:lang w:eastAsia="ko-KR"/>
              </w:rPr>
              <w:t>개인식별정보(</w:t>
            </w:r>
            <w:r w:rsidRPr="006138B5">
              <w:rPr>
                <w:rFonts w:ascii="한양중고딕" w:eastAsia="한양중고딕" w:hAnsi="굴림" w:cs="굴림" w:hint="eastAsia"/>
                <w:color w:val="000000"/>
                <w:spacing w:val="-18"/>
                <w:w w:val="90"/>
                <w:sz w:val="17"/>
                <w:szCs w:val="17"/>
                <w:lang w:eastAsia="ko-KR"/>
              </w:rPr>
              <w:t>성명, 고유식별정보, 주소, 전자우편주소, 전화번호, 생년월일), 신용거래 정보(</w:t>
            </w:r>
            <w:proofErr w:type="spellStart"/>
            <w:r w:rsidRPr="006138B5">
              <w:rPr>
                <w:rFonts w:ascii="한양중고딕" w:eastAsia="한양중고딕" w:hAnsi="굴림" w:cs="굴림" w:hint="eastAsia"/>
                <w:color w:val="000000"/>
                <w:spacing w:val="-18"/>
                <w:w w:val="90"/>
                <w:sz w:val="17"/>
                <w:szCs w:val="17"/>
                <w:lang w:eastAsia="ko-KR"/>
              </w:rPr>
              <w:t>개설·발급정보</w:t>
            </w:r>
            <w:proofErr w:type="spellEnd"/>
            <w:r w:rsidRPr="006138B5">
              <w:rPr>
                <w:rFonts w:ascii="한양중고딕" w:eastAsia="한양중고딕" w:hAnsi="굴림" w:cs="굴림" w:hint="eastAsia"/>
                <w:color w:val="000000"/>
                <w:spacing w:val="-18"/>
                <w:w w:val="90"/>
                <w:sz w:val="17"/>
                <w:szCs w:val="17"/>
                <w:lang w:eastAsia="ko-KR"/>
              </w:rPr>
              <w:t xml:space="preserve">, </w:t>
            </w:r>
            <w:proofErr w:type="spellStart"/>
            <w:r w:rsidRPr="006138B5">
              <w:rPr>
                <w:rFonts w:ascii="한양중고딕" w:eastAsia="한양중고딕" w:hAnsi="굴림" w:cs="굴림" w:hint="eastAsia"/>
                <w:color w:val="000000"/>
                <w:spacing w:val="-18"/>
                <w:w w:val="90"/>
                <w:sz w:val="17"/>
                <w:szCs w:val="17"/>
                <w:lang w:eastAsia="ko-KR"/>
              </w:rPr>
              <w:t>대출정보</w:t>
            </w:r>
            <w:proofErr w:type="spellEnd"/>
            <w:r w:rsidRPr="006138B5">
              <w:rPr>
                <w:rFonts w:ascii="한양중고딕" w:eastAsia="한양중고딕" w:hAnsi="굴림" w:cs="굴림" w:hint="eastAsia"/>
                <w:color w:val="000000"/>
                <w:spacing w:val="-18"/>
                <w:w w:val="90"/>
                <w:sz w:val="17"/>
                <w:szCs w:val="17"/>
                <w:lang w:eastAsia="ko-KR"/>
              </w:rPr>
              <w:t>(개인, 카드, 보험계약), 개인채무보증정보, 기업신용공여정보, 복수카드정보, 사고회원정보</w:t>
            </w:r>
            <w:r w:rsidRPr="006138B5">
              <w:rPr>
                <w:rFonts w:ascii="한양중고딕" w:eastAsia="한양중고딕" w:hAnsi="굴림" w:cs="굴림" w:hint="eastAsia"/>
                <w:color w:val="000000"/>
                <w:spacing w:val="-2"/>
                <w:w w:val="90"/>
                <w:sz w:val="17"/>
                <w:szCs w:val="17"/>
                <w:lang w:eastAsia="ko-KR"/>
              </w:rPr>
              <w:t>), 신용도판단정보(</w:t>
            </w:r>
            <w:r w:rsidRPr="006138B5">
              <w:rPr>
                <w:rFonts w:ascii="한양중고딕" w:eastAsia="한양중고딕" w:hAnsi="굴림" w:cs="굴림" w:hint="eastAsia"/>
                <w:color w:val="000000"/>
                <w:spacing w:val="-18"/>
                <w:w w:val="90"/>
                <w:sz w:val="17"/>
                <w:szCs w:val="17"/>
                <w:lang w:eastAsia="ko-KR"/>
              </w:rPr>
              <w:t xml:space="preserve">연체정보, </w:t>
            </w:r>
            <w:proofErr w:type="spellStart"/>
            <w:r w:rsidRPr="006138B5">
              <w:rPr>
                <w:rFonts w:ascii="한양중고딕" w:eastAsia="한양중고딕" w:hAnsi="굴림" w:cs="굴림" w:hint="eastAsia"/>
                <w:color w:val="000000"/>
                <w:spacing w:val="-18"/>
                <w:w w:val="90"/>
                <w:sz w:val="17"/>
                <w:szCs w:val="17"/>
                <w:lang w:eastAsia="ko-KR"/>
              </w:rPr>
              <w:t>대위변제·대지급정보</w:t>
            </w:r>
            <w:proofErr w:type="spellEnd"/>
            <w:r w:rsidRPr="006138B5">
              <w:rPr>
                <w:rFonts w:ascii="한양중고딕" w:eastAsia="한양중고딕" w:hAnsi="굴림" w:cs="굴림" w:hint="eastAsia"/>
                <w:color w:val="000000"/>
                <w:spacing w:val="-18"/>
                <w:w w:val="90"/>
                <w:sz w:val="17"/>
                <w:szCs w:val="17"/>
                <w:lang w:eastAsia="ko-KR"/>
              </w:rPr>
              <w:t xml:space="preserve">, </w:t>
            </w:r>
            <w:proofErr w:type="spellStart"/>
            <w:r w:rsidRPr="006138B5">
              <w:rPr>
                <w:rFonts w:ascii="한양중고딕" w:eastAsia="한양중고딕" w:hAnsi="굴림" w:cs="굴림" w:hint="eastAsia"/>
                <w:color w:val="000000"/>
                <w:spacing w:val="-18"/>
                <w:w w:val="90"/>
                <w:sz w:val="17"/>
                <w:szCs w:val="17"/>
                <w:lang w:eastAsia="ko-KR"/>
              </w:rPr>
              <w:t>부도정보</w:t>
            </w:r>
            <w:proofErr w:type="spellEnd"/>
            <w:r w:rsidRPr="006138B5">
              <w:rPr>
                <w:rFonts w:ascii="한양중고딕" w:eastAsia="한양중고딕" w:hAnsi="굴림" w:cs="굴림" w:hint="eastAsia"/>
                <w:color w:val="000000"/>
                <w:spacing w:val="-18"/>
                <w:w w:val="90"/>
                <w:sz w:val="17"/>
                <w:szCs w:val="17"/>
                <w:lang w:eastAsia="ko-KR"/>
              </w:rPr>
              <w:t xml:space="preserve">, 금융질서문란정보, </w:t>
            </w:r>
            <w:proofErr w:type="spellStart"/>
            <w:r w:rsidRPr="006138B5">
              <w:rPr>
                <w:rFonts w:ascii="한양중고딕" w:eastAsia="한양중고딕" w:hAnsi="굴림" w:cs="굴림" w:hint="eastAsia"/>
                <w:color w:val="000000"/>
                <w:spacing w:val="-18"/>
                <w:w w:val="90"/>
                <w:sz w:val="17"/>
                <w:szCs w:val="17"/>
                <w:lang w:eastAsia="ko-KR"/>
              </w:rPr>
              <w:t>관련인정보</w:t>
            </w:r>
            <w:proofErr w:type="spellEnd"/>
            <w:r w:rsidRPr="006138B5">
              <w:rPr>
                <w:rFonts w:ascii="한양중고딕" w:eastAsia="한양중고딕" w:hAnsi="굴림" w:cs="굴림" w:hint="eastAsia"/>
                <w:color w:val="000000"/>
                <w:spacing w:val="-2"/>
                <w:w w:val="90"/>
                <w:sz w:val="17"/>
                <w:szCs w:val="17"/>
                <w:lang w:eastAsia="ko-KR"/>
              </w:rPr>
              <w:t>), 신용능력정보(재산, 채무, 소득의 총액, 납세실적), 기타 신용정보</w:t>
            </w:r>
            <w:r w:rsidRPr="006138B5">
              <w:rPr>
                <w:rFonts w:ascii="한양중고딕" w:eastAsia="한양중고딕" w:hAnsi="굴림" w:cs="굴림" w:hint="eastAsia"/>
                <w:color w:val="000000"/>
                <w:spacing w:val="-18"/>
                <w:w w:val="90"/>
                <w:sz w:val="17"/>
                <w:szCs w:val="17"/>
                <w:lang w:eastAsia="ko-KR"/>
              </w:rPr>
              <w:t xml:space="preserve">(공공정보, 세금 </w:t>
            </w:r>
            <w:proofErr w:type="spellStart"/>
            <w:r w:rsidRPr="006138B5">
              <w:rPr>
                <w:rFonts w:ascii="한양중고딕" w:eastAsia="한양중고딕" w:hAnsi="굴림" w:cs="굴림" w:hint="eastAsia"/>
                <w:color w:val="000000"/>
                <w:spacing w:val="-18"/>
                <w:w w:val="90"/>
                <w:sz w:val="17"/>
                <w:szCs w:val="17"/>
                <w:lang w:eastAsia="ko-KR"/>
              </w:rPr>
              <w:t>체납정보</w:t>
            </w:r>
            <w:proofErr w:type="spellEnd"/>
            <w:r w:rsidRPr="006138B5">
              <w:rPr>
                <w:rFonts w:ascii="한양중고딕" w:eastAsia="한양중고딕" w:hAnsi="굴림" w:cs="굴림" w:hint="eastAsia"/>
                <w:color w:val="000000"/>
                <w:spacing w:val="-18"/>
                <w:w w:val="90"/>
                <w:sz w:val="17"/>
                <w:szCs w:val="17"/>
                <w:lang w:eastAsia="ko-KR"/>
              </w:rPr>
              <w:t xml:space="preserve">, 사회보험료 체납 정보, 채무조정정보, 개인신용평점, 정책자금융자 신청서류 및 </w:t>
            </w:r>
            <w:proofErr w:type="spellStart"/>
            <w:r w:rsidRPr="006138B5">
              <w:rPr>
                <w:rFonts w:ascii="한양중고딕" w:eastAsia="한양중고딕" w:hAnsi="굴림" w:cs="굴림" w:hint="eastAsia"/>
                <w:color w:val="000000"/>
                <w:spacing w:val="-18"/>
                <w:w w:val="90"/>
                <w:sz w:val="17"/>
                <w:szCs w:val="17"/>
                <w:lang w:eastAsia="ko-KR"/>
              </w:rPr>
              <w:t>제반서류</w:t>
            </w:r>
            <w:proofErr w:type="spellEnd"/>
            <w:r w:rsidRPr="006138B5">
              <w:rPr>
                <w:rFonts w:ascii="한양중고딕" w:eastAsia="한양중고딕" w:hAnsi="굴림" w:cs="굴림" w:hint="eastAsia"/>
                <w:color w:val="000000"/>
                <w:spacing w:val="-18"/>
                <w:w w:val="90"/>
                <w:sz w:val="17"/>
                <w:szCs w:val="17"/>
                <w:lang w:eastAsia="ko-KR"/>
              </w:rPr>
              <w:t xml:space="preserve">(사업계획서, 기타 정책자금 융자 및 </w:t>
            </w:r>
            <w:proofErr w:type="spellStart"/>
            <w:r w:rsidRPr="006138B5">
              <w:rPr>
                <w:rFonts w:ascii="한양중고딕" w:eastAsia="한양중고딕" w:hAnsi="굴림" w:cs="굴림" w:hint="eastAsia"/>
                <w:color w:val="000000"/>
                <w:spacing w:val="-18"/>
                <w:w w:val="90"/>
                <w:sz w:val="17"/>
                <w:szCs w:val="17"/>
                <w:lang w:eastAsia="ko-KR"/>
              </w:rPr>
              <w:t>채권관리에</w:t>
            </w:r>
            <w:proofErr w:type="spellEnd"/>
            <w:r w:rsidRPr="006138B5">
              <w:rPr>
                <w:rFonts w:ascii="한양중고딕" w:eastAsia="한양중고딕" w:hAnsi="굴림" w:cs="굴림" w:hint="eastAsia"/>
                <w:color w:val="000000"/>
                <w:spacing w:val="-18"/>
                <w:w w:val="90"/>
                <w:sz w:val="17"/>
                <w:szCs w:val="17"/>
                <w:lang w:eastAsia="ko-KR"/>
              </w:rPr>
              <w:t xml:space="preserve"> 필요한 서류 일체)에 기재된 정보), 기타 금융거래의 </w:t>
            </w:r>
            <w:proofErr w:type="spellStart"/>
            <w:r w:rsidRPr="006138B5">
              <w:rPr>
                <w:rFonts w:ascii="한양중고딕" w:eastAsia="한양중고딕" w:hAnsi="굴림" w:cs="굴림" w:hint="eastAsia"/>
                <w:color w:val="000000"/>
                <w:spacing w:val="-18"/>
                <w:w w:val="90"/>
                <w:sz w:val="17"/>
                <w:szCs w:val="17"/>
                <w:lang w:eastAsia="ko-KR"/>
              </w:rPr>
              <w:t>설정</w:t>
            </w:r>
            <w:r w:rsidR="00CE56D3">
              <w:rPr>
                <w:rFonts w:ascii="MS Gothic" w:eastAsia="MS Gothic" w:hAnsi="MS Gothic" w:cs="MS Gothic" w:hint="eastAsia"/>
                <w:color w:val="000000"/>
                <w:spacing w:val="-18"/>
                <w:w w:val="90"/>
                <w:sz w:val="17"/>
                <w:szCs w:val="17"/>
                <w:lang w:eastAsia="ko-KR"/>
              </w:rPr>
              <w:t>·</w:t>
            </w:r>
            <w:r w:rsidRPr="006138B5">
              <w:rPr>
                <w:rFonts w:ascii="한양중고딕" w:eastAsia="한양중고딕" w:hAnsi="굴림" w:cs="굴림" w:hint="eastAsia"/>
                <w:color w:val="000000"/>
                <w:spacing w:val="-18"/>
                <w:w w:val="90"/>
                <w:sz w:val="17"/>
                <w:szCs w:val="17"/>
                <w:lang w:eastAsia="ko-KR"/>
              </w:rPr>
              <w:t>유지이행</w:t>
            </w:r>
            <w:proofErr w:type="spellEnd"/>
            <w:r w:rsidRPr="006138B5">
              <w:rPr>
                <w:rFonts w:ascii="한양중고딕" w:eastAsia="한양중고딕" w:hAnsi="굴림" w:cs="굴림" w:hint="eastAsia"/>
                <w:color w:val="000000"/>
                <w:spacing w:val="-18"/>
                <w:w w:val="90"/>
                <w:sz w:val="17"/>
                <w:szCs w:val="17"/>
                <w:lang w:eastAsia="ko-KR"/>
              </w:rPr>
              <w:t>, 관리를 위한 상담, 채권관리를 통해 생성되는 정보</w:t>
            </w:r>
            <w:proofErr w:type="gramStart"/>
            <w:r w:rsidRPr="006138B5">
              <w:rPr>
                <w:rFonts w:ascii="한양중고딕" w:eastAsia="한양중고딕" w:hAnsi="굴림" w:cs="굴림" w:hint="eastAsia"/>
                <w:color w:val="000000"/>
                <w:spacing w:val="-18"/>
                <w:w w:val="90"/>
                <w:sz w:val="17"/>
                <w:szCs w:val="17"/>
                <w:lang w:eastAsia="ko-KR"/>
              </w:rPr>
              <w:t xml:space="preserve">) </w:t>
            </w:r>
            <w:r w:rsidRPr="006138B5">
              <w:rPr>
                <w:rFonts w:ascii="한양중고딕" w:eastAsia="한양중고딕" w:hAnsi="굴림" w:cs="굴림" w:hint="eastAsia"/>
                <w:color w:val="000000"/>
                <w:spacing w:val="-2"/>
                <w:w w:val="90"/>
                <w:sz w:val="17"/>
                <w:szCs w:val="17"/>
                <w:lang w:eastAsia="ko-KR"/>
              </w:rPr>
              <w:t>,</w:t>
            </w:r>
            <w:proofErr w:type="gramEnd"/>
            <w:r w:rsidRPr="006138B5">
              <w:rPr>
                <w:rFonts w:ascii="한양중고딕" w:eastAsia="한양중고딕" w:hAnsi="굴림" w:cs="굴림" w:hint="eastAsia"/>
                <w:color w:val="000000"/>
                <w:spacing w:val="-2"/>
                <w:w w:val="90"/>
                <w:sz w:val="17"/>
                <w:szCs w:val="17"/>
                <w:lang w:eastAsia="ko-KR"/>
              </w:rPr>
              <w:t xml:space="preserve"> 타 기관의 신용조회 기록</w:t>
            </w:r>
          </w:p>
          <w:p w:rsidR="009C3E08" w:rsidRPr="006138B5" w:rsidRDefault="009C3E08" w:rsidP="001E7699">
            <w:pPr>
              <w:widowControl w:val="0"/>
              <w:autoSpaceDE w:val="0"/>
              <w:autoSpaceDN w:val="0"/>
              <w:spacing w:before="60" w:after="20" w:line="240" w:lineRule="exact"/>
              <w:jc w:val="both"/>
              <w:textAlignment w:val="baseline"/>
              <w:rPr>
                <w:rFonts w:ascii="한컴바탕" w:eastAsia="굴림" w:hAnsi="굴림" w:cs="굴림"/>
                <w:color w:val="000000"/>
                <w:sz w:val="17"/>
                <w:szCs w:val="17"/>
                <w:lang w:eastAsia="ko-KR"/>
              </w:rPr>
            </w:pPr>
            <w:r w:rsidRPr="006138B5">
              <w:rPr>
                <w:rFonts w:ascii="MS Gothic" w:eastAsia="MS Gothic" w:hAnsi="MS Gothic" w:cs="MS Gothic" w:hint="eastAsia"/>
                <w:color w:val="000000"/>
                <w:w w:val="90"/>
                <w:sz w:val="17"/>
                <w:szCs w:val="17"/>
                <w:lang w:eastAsia="ko-KR"/>
              </w:rPr>
              <w:t>‣</w:t>
            </w:r>
            <w:r w:rsidRPr="006138B5">
              <w:rPr>
                <w:rFonts w:ascii="한양중고딕" w:eastAsia="한양중고딕" w:hAnsi="한양중고딕" w:cs="굴림" w:hint="eastAsia"/>
                <w:color w:val="000000"/>
                <w:w w:val="90"/>
                <w:sz w:val="17"/>
                <w:szCs w:val="17"/>
                <w:lang w:eastAsia="ko-KR"/>
              </w:rPr>
              <w:t xml:space="preserve"> </w:t>
            </w:r>
            <w:r w:rsidRPr="006138B5">
              <w:rPr>
                <w:rFonts w:ascii="한양중고딕" w:eastAsia="한양중고딕" w:hAnsi="굴림" w:cs="굴림" w:hint="eastAsia"/>
                <w:color w:val="000000"/>
                <w:spacing w:val="-10"/>
                <w:w w:val="90"/>
                <w:sz w:val="17"/>
                <w:szCs w:val="17"/>
                <w:lang w:eastAsia="ko-KR"/>
              </w:rPr>
              <w:t xml:space="preserve">중소기업 </w:t>
            </w:r>
            <w:proofErr w:type="spellStart"/>
            <w:r w:rsidRPr="006138B5">
              <w:rPr>
                <w:rFonts w:ascii="한양중고딕" w:eastAsia="한양중고딕" w:hAnsi="굴림" w:cs="굴림" w:hint="eastAsia"/>
                <w:color w:val="000000"/>
                <w:spacing w:val="-10"/>
                <w:w w:val="90"/>
                <w:sz w:val="17"/>
                <w:szCs w:val="17"/>
                <w:lang w:eastAsia="ko-KR"/>
              </w:rPr>
              <w:t>진단관련</w:t>
            </w:r>
            <w:proofErr w:type="spellEnd"/>
            <w:r w:rsidRPr="006138B5">
              <w:rPr>
                <w:rFonts w:ascii="한양중고딕" w:eastAsia="한양중고딕" w:hAnsi="굴림" w:cs="굴림" w:hint="eastAsia"/>
                <w:color w:val="000000"/>
                <w:spacing w:val="-10"/>
                <w:w w:val="90"/>
                <w:sz w:val="17"/>
                <w:szCs w:val="17"/>
                <w:lang w:eastAsia="ko-KR"/>
              </w:rPr>
              <w:t xml:space="preserve"> 관계기관(</w:t>
            </w:r>
            <w:proofErr w:type="spellStart"/>
            <w:r w:rsidRPr="006138B5">
              <w:rPr>
                <w:rFonts w:ascii="한양중고딕" w:eastAsia="한양중고딕" w:hAnsi="굴림" w:cs="굴림" w:hint="eastAsia"/>
                <w:color w:val="000000"/>
                <w:spacing w:val="-10"/>
                <w:w w:val="90"/>
                <w:sz w:val="17"/>
                <w:szCs w:val="17"/>
                <w:lang w:eastAsia="ko-KR"/>
              </w:rPr>
              <w:t>진단전문가</w:t>
            </w:r>
            <w:proofErr w:type="spellEnd"/>
            <w:r w:rsidRPr="006138B5">
              <w:rPr>
                <w:rFonts w:ascii="한양중고딕" w:eastAsia="한양중고딕" w:hAnsi="굴림" w:cs="굴림" w:hint="eastAsia"/>
                <w:color w:val="000000"/>
                <w:spacing w:val="-10"/>
                <w:w w:val="90"/>
                <w:sz w:val="17"/>
                <w:szCs w:val="17"/>
                <w:lang w:eastAsia="ko-KR"/>
              </w:rPr>
              <w:t>, 기술가치평가기관(</w:t>
            </w:r>
            <w:proofErr w:type="spellStart"/>
            <w:r w:rsidRPr="006138B5">
              <w:rPr>
                <w:rFonts w:ascii="한양중고딕" w:eastAsia="한양중고딕" w:hAnsi="굴림" w:cs="굴림" w:hint="eastAsia"/>
                <w:color w:val="000000"/>
                <w:spacing w:val="-10"/>
                <w:w w:val="90"/>
                <w:sz w:val="17"/>
                <w:szCs w:val="17"/>
                <w:lang w:eastAsia="ko-KR"/>
              </w:rPr>
              <w:t>송연국제특허법률사무소</w:t>
            </w:r>
            <w:proofErr w:type="spellEnd"/>
            <w:r w:rsidRPr="006138B5">
              <w:rPr>
                <w:rFonts w:ascii="한양중고딕" w:eastAsia="한양중고딕" w:hAnsi="굴림" w:cs="굴림" w:hint="eastAsia"/>
                <w:color w:val="000000"/>
                <w:spacing w:val="-10"/>
                <w:w w:val="90"/>
                <w:sz w:val="17"/>
                <w:szCs w:val="17"/>
                <w:lang w:eastAsia="ko-KR"/>
              </w:rPr>
              <w:t xml:space="preserve">, 코디특허법률사무소, </w:t>
            </w:r>
            <w:proofErr w:type="spellStart"/>
            <w:r w:rsidRPr="006138B5">
              <w:rPr>
                <w:rFonts w:ascii="한양중고딕" w:eastAsia="한양중고딕" w:hAnsi="굴림" w:cs="굴림" w:hint="eastAsia"/>
                <w:color w:val="000000"/>
                <w:spacing w:val="-10"/>
                <w:w w:val="90"/>
                <w:sz w:val="17"/>
                <w:szCs w:val="17"/>
                <w:lang w:eastAsia="ko-KR"/>
              </w:rPr>
              <w:t>청어람특허법률사무소</w:t>
            </w:r>
            <w:proofErr w:type="spellEnd"/>
            <w:r w:rsidRPr="006138B5">
              <w:rPr>
                <w:rFonts w:ascii="한양중고딕" w:eastAsia="한양중고딕" w:hAnsi="굴림" w:cs="굴림" w:hint="eastAsia"/>
                <w:color w:val="000000"/>
                <w:spacing w:val="-10"/>
                <w:w w:val="90"/>
                <w:sz w:val="17"/>
                <w:szCs w:val="17"/>
                <w:lang w:eastAsia="ko-KR"/>
              </w:rPr>
              <w:t xml:space="preserve">, 법률사무소 화음, 한강특허법인, 특허법인(유한)KBK, </w:t>
            </w:r>
            <w:proofErr w:type="spellStart"/>
            <w:r w:rsidRPr="006138B5">
              <w:rPr>
                <w:rFonts w:ascii="한양중고딕" w:eastAsia="한양중고딕" w:hAnsi="굴림" w:cs="굴림" w:hint="eastAsia"/>
                <w:color w:val="000000"/>
                <w:spacing w:val="-10"/>
                <w:w w:val="90"/>
                <w:sz w:val="17"/>
                <w:szCs w:val="17"/>
                <w:lang w:eastAsia="ko-KR"/>
              </w:rPr>
              <w:t>해율특허법률사무소</w:t>
            </w:r>
            <w:proofErr w:type="spellEnd"/>
            <w:r w:rsidRPr="006138B5">
              <w:rPr>
                <w:rFonts w:ascii="한양중고딕" w:eastAsia="한양중고딕" w:hAnsi="굴림" w:cs="굴림" w:hint="eastAsia"/>
                <w:color w:val="000000"/>
                <w:spacing w:val="-10"/>
                <w:w w:val="90"/>
                <w:sz w:val="17"/>
                <w:szCs w:val="17"/>
                <w:lang w:eastAsia="ko-KR"/>
              </w:rPr>
              <w:t xml:space="preserve">, </w:t>
            </w:r>
            <w:proofErr w:type="spellStart"/>
            <w:r w:rsidRPr="006138B5">
              <w:rPr>
                <w:rFonts w:ascii="한양중고딕" w:eastAsia="한양중고딕" w:hAnsi="굴림" w:cs="굴림" w:hint="eastAsia"/>
                <w:color w:val="000000"/>
                <w:spacing w:val="-10"/>
                <w:w w:val="90"/>
                <w:sz w:val="17"/>
                <w:szCs w:val="17"/>
                <w:lang w:eastAsia="ko-KR"/>
              </w:rPr>
              <w:lastRenderedPageBreak/>
              <w:t>바움국제특허법률사무소</w:t>
            </w:r>
            <w:proofErr w:type="spellEnd"/>
            <w:r w:rsidRPr="006138B5">
              <w:rPr>
                <w:rFonts w:ascii="한양중고딕" w:eastAsia="한양중고딕" w:hAnsi="굴림" w:cs="굴림" w:hint="eastAsia"/>
                <w:color w:val="000000"/>
                <w:spacing w:val="-10"/>
                <w:w w:val="90"/>
                <w:sz w:val="17"/>
                <w:szCs w:val="17"/>
                <w:lang w:eastAsia="ko-KR"/>
              </w:rPr>
              <w:t xml:space="preserve">, </w:t>
            </w:r>
            <w:proofErr w:type="spellStart"/>
            <w:r w:rsidRPr="006138B5">
              <w:rPr>
                <w:rFonts w:ascii="한양중고딕" w:eastAsia="한양중고딕" w:hAnsi="굴림" w:cs="굴림" w:hint="eastAsia"/>
                <w:color w:val="000000"/>
                <w:spacing w:val="-10"/>
                <w:w w:val="90"/>
                <w:sz w:val="17"/>
                <w:szCs w:val="17"/>
                <w:lang w:eastAsia="ko-KR"/>
              </w:rPr>
              <w:t>비엘티특허법률사무소</w:t>
            </w:r>
            <w:proofErr w:type="spellEnd"/>
            <w:r w:rsidRPr="006138B5">
              <w:rPr>
                <w:rFonts w:ascii="한양중고딕" w:eastAsia="한양중고딕" w:hAnsi="굴림" w:cs="굴림" w:hint="eastAsia"/>
                <w:color w:val="000000"/>
                <w:spacing w:val="-10"/>
                <w:w w:val="90"/>
                <w:sz w:val="17"/>
                <w:szCs w:val="17"/>
                <w:lang w:eastAsia="ko-KR"/>
              </w:rPr>
              <w:t xml:space="preserve">, </w:t>
            </w:r>
            <w:proofErr w:type="spellStart"/>
            <w:r w:rsidRPr="006138B5">
              <w:rPr>
                <w:rFonts w:ascii="한양중고딕" w:eastAsia="한양중고딕" w:hAnsi="굴림" w:cs="굴림" w:hint="eastAsia"/>
                <w:color w:val="000000"/>
                <w:spacing w:val="-10"/>
                <w:w w:val="90"/>
                <w:sz w:val="17"/>
                <w:szCs w:val="17"/>
                <w:lang w:eastAsia="ko-KR"/>
              </w:rPr>
              <w:t>센스국제특허법률사무소</w:t>
            </w:r>
            <w:proofErr w:type="spellEnd"/>
            <w:r w:rsidRPr="006138B5">
              <w:rPr>
                <w:rFonts w:ascii="한양중고딕" w:eastAsia="한양중고딕" w:hAnsi="굴림" w:cs="굴림" w:hint="eastAsia"/>
                <w:color w:val="000000"/>
                <w:spacing w:val="-10"/>
                <w:w w:val="90"/>
                <w:sz w:val="17"/>
                <w:szCs w:val="17"/>
                <w:lang w:eastAsia="ko-KR"/>
              </w:rPr>
              <w:t xml:space="preserve">, 특허법인 </w:t>
            </w:r>
            <w:proofErr w:type="spellStart"/>
            <w:r w:rsidRPr="006138B5">
              <w:rPr>
                <w:rFonts w:ascii="한양중고딕" w:eastAsia="한양중고딕" w:hAnsi="굴림" w:cs="굴림" w:hint="eastAsia"/>
                <w:color w:val="000000"/>
                <w:spacing w:val="-10"/>
                <w:w w:val="90"/>
                <w:sz w:val="17"/>
                <w:szCs w:val="17"/>
                <w:lang w:eastAsia="ko-KR"/>
              </w:rPr>
              <w:t>도담</w:t>
            </w:r>
            <w:proofErr w:type="spellEnd"/>
            <w:r w:rsidRPr="006138B5">
              <w:rPr>
                <w:rFonts w:ascii="한양중고딕" w:eastAsia="한양중고딕" w:hAnsi="굴림" w:cs="굴림" w:hint="eastAsia"/>
                <w:color w:val="000000"/>
                <w:spacing w:val="-10"/>
                <w:w w:val="90"/>
                <w:sz w:val="17"/>
                <w:szCs w:val="17"/>
                <w:lang w:eastAsia="ko-KR"/>
              </w:rPr>
              <w:t xml:space="preserve">, </w:t>
            </w:r>
            <w:proofErr w:type="spellStart"/>
            <w:r w:rsidRPr="006138B5">
              <w:rPr>
                <w:rFonts w:ascii="한양중고딕" w:eastAsia="한양중고딕" w:hAnsi="굴림" w:cs="굴림" w:hint="eastAsia"/>
                <w:color w:val="000000"/>
                <w:spacing w:val="-10"/>
                <w:w w:val="90"/>
                <w:sz w:val="17"/>
                <w:szCs w:val="17"/>
                <w:lang w:eastAsia="ko-KR"/>
              </w:rPr>
              <w:t>수안</w:t>
            </w:r>
            <w:proofErr w:type="spellEnd"/>
            <w:r w:rsidRPr="006138B5">
              <w:rPr>
                <w:rFonts w:ascii="한양중고딕" w:eastAsia="한양중고딕" w:hAnsi="굴림" w:cs="굴림" w:hint="eastAsia"/>
                <w:color w:val="000000"/>
                <w:spacing w:val="-10"/>
                <w:w w:val="90"/>
                <w:sz w:val="17"/>
                <w:szCs w:val="17"/>
                <w:lang w:eastAsia="ko-KR"/>
              </w:rPr>
              <w:t xml:space="preserve"> 특허법인, 특허법인 </w:t>
            </w:r>
            <w:proofErr w:type="spellStart"/>
            <w:r w:rsidRPr="006138B5">
              <w:rPr>
                <w:rFonts w:ascii="한양중고딕" w:eastAsia="한양중고딕" w:hAnsi="굴림" w:cs="굴림" w:hint="eastAsia"/>
                <w:color w:val="000000"/>
                <w:spacing w:val="-10"/>
                <w:w w:val="90"/>
                <w:sz w:val="17"/>
                <w:szCs w:val="17"/>
                <w:lang w:eastAsia="ko-KR"/>
              </w:rPr>
              <w:t>이룸리온</w:t>
            </w:r>
            <w:proofErr w:type="spellEnd"/>
            <w:r w:rsidRPr="006138B5">
              <w:rPr>
                <w:rFonts w:ascii="한양중고딕" w:eastAsia="한양중고딕" w:hAnsi="굴림" w:cs="굴림" w:hint="eastAsia"/>
                <w:color w:val="000000"/>
                <w:spacing w:val="-10"/>
                <w:w w:val="90"/>
                <w:sz w:val="17"/>
                <w:szCs w:val="17"/>
                <w:lang w:eastAsia="ko-KR"/>
              </w:rPr>
              <w:t xml:space="preserve">, </w:t>
            </w:r>
            <w:proofErr w:type="spellStart"/>
            <w:r w:rsidRPr="006138B5">
              <w:rPr>
                <w:rFonts w:ascii="한양중고딕" w:eastAsia="한양중고딕" w:hAnsi="굴림" w:cs="굴림" w:hint="eastAsia"/>
                <w:color w:val="000000"/>
                <w:spacing w:val="-10"/>
                <w:w w:val="90"/>
                <w:sz w:val="17"/>
                <w:szCs w:val="17"/>
                <w:lang w:eastAsia="ko-KR"/>
              </w:rPr>
              <w:t>인베스트</w:t>
            </w:r>
            <w:proofErr w:type="spellEnd"/>
            <w:r w:rsidRPr="006138B5">
              <w:rPr>
                <w:rFonts w:ascii="한양중고딕" w:eastAsia="한양중고딕" w:hAnsi="굴림" w:cs="굴림" w:hint="eastAsia"/>
                <w:color w:val="000000"/>
                <w:spacing w:val="-10"/>
                <w:w w:val="90"/>
                <w:sz w:val="17"/>
                <w:szCs w:val="17"/>
                <w:lang w:eastAsia="ko-KR"/>
              </w:rPr>
              <w:t xml:space="preserve"> </w:t>
            </w:r>
            <w:proofErr w:type="spellStart"/>
            <w:r w:rsidRPr="006138B5">
              <w:rPr>
                <w:rFonts w:ascii="한양중고딕" w:eastAsia="한양중고딕" w:hAnsi="굴림" w:cs="굴림" w:hint="eastAsia"/>
                <w:color w:val="000000"/>
                <w:spacing w:val="-10"/>
                <w:w w:val="90"/>
                <w:sz w:val="17"/>
                <w:szCs w:val="17"/>
                <w:lang w:eastAsia="ko-KR"/>
              </w:rPr>
              <w:t>아이피</w:t>
            </w:r>
            <w:proofErr w:type="spellEnd"/>
            <w:r w:rsidRPr="006138B5">
              <w:rPr>
                <w:rFonts w:ascii="한양중고딕" w:eastAsia="한양중고딕" w:hAnsi="굴림" w:cs="굴림" w:hint="eastAsia"/>
                <w:color w:val="000000"/>
                <w:spacing w:val="-10"/>
                <w:w w:val="90"/>
                <w:sz w:val="17"/>
                <w:szCs w:val="17"/>
                <w:lang w:eastAsia="ko-KR"/>
              </w:rPr>
              <w:t xml:space="preserve"> 주식회사)</w:t>
            </w:r>
            <w:r w:rsidRPr="006138B5">
              <w:rPr>
                <w:rFonts w:ascii="한양중고딕" w:eastAsia="한양중고딕" w:hAnsi="굴림" w:cs="굴림" w:hint="eastAsia"/>
                <w:color w:val="000000"/>
                <w:spacing w:val="-14"/>
                <w:w w:val="90"/>
                <w:sz w:val="17"/>
                <w:szCs w:val="17"/>
                <w:lang w:eastAsia="ko-KR"/>
              </w:rPr>
              <w:t>)</w:t>
            </w:r>
            <w:r w:rsidRPr="006138B5">
              <w:rPr>
                <w:rFonts w:ascii="한양중고딕" w:eastAsia="한양중고딕" w:hAnsi="굴림" w:cs="굴림" w:hint="eastAsia"/>
                <w:color w:val="000000"/>
                <w:spacing w:val="-22"/>
                <w:w w:val="90"/>
                <w:sz w:val="17"/>
                <w:szCs w:val="17"/>
                <w:lang w:eastAsia="ko-KR"/>
              </w:rPr>
              <w:t xml:space="preserve">, 중소벤처기업부 등록 </w:t>
            </w:r>
            <w:proofErr w:type="spellStart"/>
            <w:r w:rsidRPr="006138B5">
              <w:rPr>
                <w:rFonts w:ascii="한양중고딕" w:eastAsia="한양중고딕" w:hAnsi="굴림" w:cs="굴림" w:hint="eastAsia"/>
                <w:color w:val="000000"/>
                <w:spacing w:val="-22"/>
                <w:w w:val="90"/>
                <w:sz w:val="17"/>
                <w:szCs w:val="17"/>
                <w:lang w:eastAsia="ko-KR"/>
              </w:rPr>
              <w:t>창투회사</w:t>
            </w:r>
            <w:proofErr w:type="spellEnd"/>
            <w:r w:rsidRPr="006138B5">
              <w:rPr>
                <w:rFonts w:ascii="한양중고딕" w:eastAsia="한양중고딕" w:hAnsi="굴림" w:cs="굴림" w:hint="eastAsia"/>
                <w:color w:val="000000"/>
                <w:spacing w:val="-22"/>
                <w:w w:val="90"/>
                <w:sz w:val="17"/>
                <w:szCs w:val="17"/>
                <w:lang w:eastAsia="ko-KR"/>
              </w:rPr>
              <w:t xml:space="preserve">, 공공기관, </w:t>
            </w:r>
            <w:r w:rsidRPr="006138B5">
              <w:rPr>
                <w:rFonts w:ascii="한양중고딕" w:eastAsia="한양중고딕" w:hAnsi="굴림" w:cs="굴림" w:hint="eastAsia"/>
                <w:color w:val="000000"/>
                <w:spacing w:val="-10"/>
                <w:w w:val="90"/>
                <w:sz w:val="17"/>
                <w:szCs w:val="17"/>
                <w:lang w:eastAsia="ko-KR"/>
              </w:rPr>
              <w:t>중소기업 통합관리시스템 운영기관</w:t>
            </w:r>
            <w:r w:rsidRPr="006138B5">
              <w:rPr>
                <w:rFonts w:ascii="한양중고딕" w:eastAsia="한양중고딕" w:hAnsi="굴림" w:cs="굴림" w:hint="eastAsia"/>
                <w:color w:val="000000"/>
                <w:spacing w:val="-22"/>
                <w:w w:val="90"/>
                <w:sz w:val="17"/>
                <w:szCs w:val="17"/>
                <w:lang w:eastAsia="ko-KR"/>
              </w:rPr>
              <w:t xml:space="preserve">, 스케일업금융 </w:t>
            </w:r>
            <w:proofErr w:type="spellStart"/>
            <w:r w:rsidRPr="006138B5">
              <w:rPr>
                <w:rFonts w:ascii="한양중고딕" w:eastAsia="한양중고딕" w:hAnsi="굴림" w:cs="굴림" w:hint="eastAsia"/>
                <w:color w:val="000000"/>
                <w:spacing w:val="-22"/>
                <w:w w:val="90"/>
                <w:sz w:val="17"/>
                <w:szCs w:val="17"/>
                <w:lang w:eastAsia="ko-KR"/>
              </w:rPr>
              <w:t>참여기관에</w:t>
            </w:r>
            <w:proofErr w:type="spellEnd"/>
            <w:r w:rsidRPr="006138B5">
              <w:rPr>
                <w:rFonts w:ascii="한양중고딕" w:eastAsia="한양중고딕" w:hAnsi="굴림" w:cs="굴림" w:hint="eastAsia"/>
                <w:color w:val="000000"/>
                <w:spacing w:val="-22"/>
                <w:w w:val="90"/>
                <w:sz w:val="17"/>
                <w:szCs w:val="17"/>
                <w:lang w:eastAsia="ko-KR"/>
              </w:rPr>
              <w:t xml:space="preserve"> 조회하고자 하는 개인(신용)정보는 다음과 같습니다.</w:t>
            </w:r>
          </w:p>
          <w:p w:rsidR="009C3E08" w:rsidRPr="006138B5" w:rsidRDefault="009C3E08" w:rsidP="001E7699">
            <w:pPr>
              <w:widowControl w:val="0"/>
              <w:autoSpaceDE w:val="0"/>
              <w:autoSpaceDN w:val="0"/>
              <w:spacing w:after="20" w:line="240" w:lineRule="exact"/>
              <w:jc w:val="both"/>
              <w:textAlignment w:val="baseline"/>
              <w:rPr>
                <w:rFonts w:ascii="한컴바탕" w:eastAsia="굴림" w:hAnsi="굴림" w:cs="굴림"/>
                <w:color w:val="000000"/>
                <w:sz w:val="17"/>
                <w:szCs w:val="17"/>
                <w:lang w:eastAsia="ko-KR"/>
              </w:rPr>
            </w:pPr>
            <w:r w:rsidRPr="006138B5">
              <w:rPr>
                <w:rFonts w:ascii="MS Gothic" w:eastAsia="MS Gothic" w:hAnsi="MS Gothic" w:cs="MS Gothic" w:hint="eastAsia"/>
                <w:color w:val="000000"/>
                <w:w w:val="90"/>
                <w:sz w:val="17"/>
                <w:szCs w:val="17"/>
                <w:lang w:eastAsia="ko-KR"/>
              </w:rPr>
              <w:t>․</w:t>
            </w:r>
            <w:r w:rsidRPr="006138B5">
              <w:rPr>
                <w:rFonts w:ascii="한양중고딕" w:eastAsia="한양중고딕" w:hAnsi="굴림" w:cs="굴림" w:hint="eastAsia"/>
                <w:color w:val="000000"/>
                <w:w w:val="90"/>
                <w:sz w:val="17"/>
                <w:szCs w:val="17"/>
                <w:lang w:eastAsia="ko-KR"/>
              </w:rPr>
              <w:t>개인식별정보(성</w:t>
            </w:r>
            <w:r w:rsidRPr="006138B5">
              <w:rPr>
                <w:rFonts w:ascii="한양중고딕" w:eastAsia="한양중고딕" w:hAnsi="굴림" w:cs="굴림" w:hint="eastAsia"/>
                <w:color w:val="000000"/>
                <w:spacing w:val="-16"/>
                <w:w w:val="90"/>
                <w:sz w:val="17"/>
                <w:szCs w:val="17"/>
                <w:lang w:eastAsia="ko-KR"/>
              </w:rPr>
              <w:t>명, 고유식별정보, 주소, 전자우편주</w:t>
            </w:r>
            <w:r w:rsidRPr="006138B5">
              <w:rPr>
                <w:rFonts w:ascii="한양중고딕" w:eastAsia="한양중고딕" w:hAnsi="굴림" w:cs="굴림" w:hint="eastAsia"/>
                <w:color w:val="000000"/>
                <w:w w:val="90"/>
                <w:sz w:val="17"/>
                <w:szCs w:val="17"/>
                <w:lang w:eastAsia="ko-KR"/>
              </w:rPr>
              <w:t>소, 전화번호, 생년월일)</w:t>
            </w:r>
          </w:p>
          <w:p w:rsidR="009C3E08" w:rsidRPr="006138B5" w:rsidRDefault="009C3E08" w:rsidP="001E7699">
            <w:pPr>
              <w:widowControl w:val="0"/>
              <w:autoSpaceDE w:val="0"/>
              <w:autoSpaceDN w:val="0"/>
              <w:spacing w:after="20" w:line="240" w:lineRule="exact"/>
              <w:jc w:val="both"/>
              <w:textAlignment w:val="baseline"/>
              <w:rPr>
                <w:rFonts w:ascii="한컴바탕" w:eastAsia="굴림" w:hAnsi="굴림" w:cs="굴림"/>
                <w:color w:val="000000"/>
                <w:sz w:val="17"/>
                <w:szCs w:val="17"/>
                <w:lang w:eastAsia="ko-KR"/>
              </w:rPr>
            </w:pPr>
            <w:r w:rsidRPr="006138B5">
              <w:rPr>
                <w:rFonts w:ascii="MS Gothic" w:eastAsia="MS Gothic" w:hAnsi="MS Gothic" w:cs="MS Gothic" w:hint="eastAsia"/>
                <w:color w:val="000000"/>
                <w:w w:val="90"/>
                <w:sz w:val="17"/>
                <w:szCs w:val="17"/>
                <w:lang w:eastAsia="ko-KR"/>
              </w:rPr>
              <w:t>․</w:t>
            </w:r>
            <w:r w:rsidRPr="006138B5">
              <w:rPr>
                <w:rFonts w:ascii="한양중고딕" w:eastAsia="한양중고딕" w:hAnsi="굴림" w:cs="굴림" w:hint="eastAsia"/>
                <w:color w:val="000000"/>
                <w:w w:val="90"/>
                <w:sz w:val="17"/>
                <w:szCs w:val="17"/>
                <w:lang w:eastAsia="ko-KR"/>
              </w:rPr>
              <w:t xml:space="preserve">기업등록관련 정보(설립, 주식 등 정보), 투자, 정책 지원내역 </w:t>
            </w:r>
            <w:r w:rsidRPr="006138B5">
              <w:rPr>
                <w:rFonts w:ascii="MS Gothic" w:eastAsia="MS Gothic" w:hAnsi="MS Gothic" w:cs="MS Gothic" w:hint="eastAsia"/>
                <w:color w:val="000000"/>
                <w:w w:val="90"/>
                <w:sz w:val="17"/>
                <w:szCs w:val="17"/>
                <w:lang w:eastAsia="ko-KR"/>
              </w:rPr>
              <w:t>․</w:t>
            </w:r>
            <w:r w:rsidRPr="006138B5">
              <w:rPr>
                <w:rFonts w:ascii="한양중고딕" w:eastAsia="한양중고딕" w:hAnsi="굴림" w:cs="굴림" w:hint="eastAsia"/>
                <w:color w:val="000000"/>
                <w:w w:val="90"/>
                <w:sz w:val="17"/>
                <w:szCs w:val="17"/>
                <w:lang w:eastAsia="ko-KR"/>
              </w:rPr>
              <w:t>수출에 관한 거래내역</w:t>
            </w:r>
          </w:p>
          <w:p w:rsidR="009C3E08" w:rsidRPr="006138B5" w:rsidRDefault="009C3E08" w:rsidP="001E7699">
            <w:pPr>
              <w:widowControl w:val="0"/>
              <w:autoSpaceDE w:val="0"/>
              <w:autoSpaceDN w:val="0"/>
              <w:spacing w:before="60" w:after="20" w:line="240" w:lineRule="exact"/>
              <w:jc w:val="both"/>
              <w:textAlignment w:val="baseline"/>
              <w:rPr>
                <w:rFonts w:ascii="한컴바탕" w:eastAsia="굴림" w:hAnsi="굴림" w:cs="굴림"/>
                <w:color w:val="000000"/>
                <w:sz w:val="17"/>
                <w:szCs w:val="17"/>
                <w:lang w:eastAsia="ko-KR"/>
              </w:rPr>
            </w:pPr>
            <w:r w:rsidRPr="006138B5">
              <w:rPr>
                <w:rFonts w:ascii="MS Gothic" w:eastAsia="MS Gothic" w:hAnsi="MS Gothic" w:cs="MS Gothic" w:hint="eastAsia"/>
                <w:color w:val="000000"/>
                <w:w w:val="90"/>
                <w:sz w:val="17"/>
                <w:szCs w:val="17"/>
                <w:lang w:eastAsia="ko-KR"/>
              </w:rPr>
              <w:t>‣</w:t>
            </w:r>
            <w:r w:rsidRPr="006138B5">
              <w:rPr>
                <w:rFonts w:ascii="한양중고딕" w:eastAsia="한양중고딕" w:hAnsi="한양중고딕" w:cs="굴림" w:hint="eastAsia"/>
                <w:color w:val="000000"/>
                <w:w w:val="90"/>
                <w:sz w:val="17"/>
                <w:szCs w:val="17"/>
                <w:lang w:eastAsia="ko-KR"/>
              </w:rPr>
              <w:t xml:space="preserve"> </w:t>
            </w:r>
            <w:r w:rsidRPr="006138B5">
              <w:rPr>
                <w:rFonts w:ascii="한양중고딕" w:eastAsia="한양중고딕" w:hAnsi="굴림" w:cs="굴림" w:hint="eastAsia"/>
                <w:color w:val="000000"/>
                <w:w w:val="90"/>
                <w:sz w:val="17"/>
                <w:szCs w:val="17"/>
                <w:lang w:eastAsia="ko-KR"/>
              </w:rPr>
              <w:t xml:space="preserve">위 정보를 조회하기 위하여 </w:t>
            </w:r>
            <w:proofErr w:type="spellStart"/>
            <w:r w:rsidRPr="006138B5">
              <w:rPr>
                <w:rFonts w:ascii="한양중고딕" w:eastAsia="한양중고딕" w:hAnsi="굴림" w:cs="굴림" w:hint="eastAsia"/>
                <w:color w:val="000000"/>
                <w:w w:val="90"/>
                <w:sz w:val="17"/>
                <w:szCs w:val="17"/>
                <w:lang w:eastAsia="ko-KR"/>
              </w:rPr>
              <w:t>조회대상기관에게</w:t>
            </w:r>
            <w:proofErr w:type="spellEnd"/>
            <w:r w:rsidRPr="006138B5">
              <w:rPr>
                <w:rFonts w:ascii="한양중고딕" w:eastAsia="한양중고딕" w:hAnsi="굴림" w:cs="굴림" w:hint="eastAsia"/>
                <w:color w:val="000000"/>
                <w:w w:val="90"/>
                <w:sz w:val="17"/>
                <w:szCs w:val="17"/>
                <w:lang w:eastAsia="ko-KR"/>
              </w:rPr>
              <w:t xml:space="preserve"> 제공되는 귀하의 개인(신용)정보는 다음과 같습니다.</w:t>
            </w:r>
          </w:p>
          <w:p w:rsidR="009C3E08" w:rsidRPr="009C3E08" w:rsidRDefault="009C3E08" w:rsidP="001E7699">
            <w:pPr>
              <w:widowControl w:val="0"/>
              <w:autoSpaceDE w:val="0"/>
              <w:autoSpaceDN w:val="0"/>
              <w:spacing w:after="20" w:line="240" w:lineRule="exact"/>
              <w:ind w:left="136" w:hanging="136"/>
              <w:jc w:val="both"/>
              <w:textAlignment w:val="baseline"/>
              <w:rPr>
                <w:rFonts w:ascii="한컴바탕" w:eastAsia="굴림" w:hAnsi="굴림" w:cs="굴림"/>
                <w:color w:val="000000"/>
                <w:sz w:val="24"/>
                <w:szCs w:val="24"/>
                <w:lang w:eastAsia="ko-KR"/>
              </w:rPr>
            </w:pPr>
            <w:r w:rsidRPr="006138B5">
              <w:rPr>
                <w:rFonts w:ascii="MS Gothic" w:eastAsia="MS Gothic" w:hAnsi="MS Gothic" w:cs="MS Gothic" w:hint="eastAsia"/>
                <w:color w:val="000000"/>
                <w:w w:val="90"/>
                <w:sz w:val="17"/>
                <w:szCs w:val="17"/>
                <w:lang w:eastAsia="ko-KR"/>
              </w:rPr>
              <w:t>․</w:t>
            </w:r>
            <w:proofErr w:type="gramStart"/>
            <w:r w:rsidRPr="006138B5">
              <w:rPr>
                <w:rFonts w:ascii="한양중고딕" w:eastAsia="한양중고딕" w:hAnsi="굴림" w:cs="굴림" w:hint="eastAsia"/>
                <w:color w:val="000000"/>
                <w:w w:val="90"/>
                <w:sz w:val="17"/>
                <w:szCs w:val="17"/>
                <w:lang w:eastAsia="ko-KR"/>
              </w:rPr>
              <w:t>개인식별정보 :</w:t>
            </w:r>
            <w:proofErr w:type="gramEnd"/>
            <w:r w:rsidRPr="006138B5">
              <w:rPr>
                <w:rFonts w:ascii="한컴바탕" w:eastAsia="한양중고딕" w:hAnsi="굴림" w:cs="굴림"/>
                <w:color w:val="000000"/>
                <w:spacing w:val="-16"/>
                <w:w w:val="90"/>
                <w:sz w:val="17"/>
                <w:szCs w:val="17"/>
                <w:lang w:eastAsia="ko-KR"/>
              </w:rPr>
              <w:t xml:space="preserve"> </w:t>
            </w:r>
            <w:r w:rsidRPr="006138B5">
              <w:rPr>
                <w:rFonts w:ascii="한양중고딕" w:eastAsia="한양중고딕" w:hAnsi="굴림" w:cs="굴림" w:hint="eastAsia"/>
                <w:color w:val="000000"/>
                <w:spacing w:val="-16"/>
                <w:w w:val="90"/>
                <w:sz w:val="17"/>
                <w:szCs w:val="17"/>
                <w:lang w:eastAsia="ko-KR"/>
              </w:rPr>
              <w:t>성명, 고유식별정보, 주소, 전화번호</w:t>
            </w:r>
            <w:r w:rsidRPr="006138B5">
              <w:rPr>
                <w:rFonts w:ascii="한컴바탕" w:eastAsia="한양중고딕" w:hAnsi="굴림" w:cs="굴림"/>
                <w:color w:val="000000"/>
                <w:w w:val="90"/>
                <w:sz w:val="17"/>
                <w:szCs w:val="17"/>
                <w:lang w:eastAsia="ko-KR"/>
              </w:rPr>
              <w:t xml:space="preserve"> </w:t>
            </w:r>
            <w:r w:rsidRPr="006138B5">
              <w:rPr>
                <w:rFonts w:ascii="한양중고딕" w:eastAsia="한양중고딕" w:hAnsi="굴림" w:cs="굴림" w:hint="eastAsia"/>
                <w:color w:val="000000"/>
                <w:w w:val="90"/>
                <w:sz w:val="17"/>
                <w:szCs w:val="17"/>
                <w:lang w:eastAsia="ko-KR"/>
              </w:rPr>
              <w:t>등 연락처</w:t>
            </w:r>
          </w:p>
        </w:tc>
      </w:tr>
      <w:tr w:rsidR="009C3E08" w:rsidRPr="009C3E08" w:rsidTr="003043BB">
        <w:trPr>
          <w:trHeight w:val="473"/>
        </w:trPr>
        <w:tc>
          <w:tcPr>
            <w:tcW w:w="1875" w:type="dxa"/>
            <w:tcBorders>
              <w:top w:val="single" w:sz="2" w:space="0" w:color="000000"/>
              <w:left w:val="single" w:sz="12" w:space="0" w:color="auto"/>
              <w:bottom w:val="single" w:sz="2" w:space="0" w:color="000000"/>
              <w:right w:val="single" w:sz="2" w:space="0" w:color="000000"/>
            </w:tcBorders>
            <w:tcMar>
              <w:top w:w="28" w:type="dxa"/>
              <w:left w:w="102" w:type="dxa"/>
              <w:bottom w:w="28" w:type="dxa"/>
              <w:right w:w="102" w:type="dxa"/>
            </w:tcMar>
            <w:vAlign w:val="center"/>
            <w:hideMark/>
          </w:tcPr>
          <w:p w:rsidR="009C3E08" w:rsidRPr="00653D00" w:rsidRDefault="009C3E08" w:rsidP="001E7699">
            <w:pPr>
              <w:widowControl w:val="0"/>
              <w:autoSpaceDE w:val="0"/>
              <w:autoSpaceDN w:val="0"/>
              <w:spacing w:line="240" w:lineRule="exact"/>
              <w:jc w:val="center"/>
              <w:textAlignment w:val="baseline"/>
              <w:rPr>
                <w:rFonts w:ascii="함초롬바탕" w:eastAsia="굴림" w:hAnsi="굴림" w:cs="굴림"/>
                <w:color w:val="000000"/>
                <w:sz w:val="18"/>
                <w:szCs w:val="18"/>
                <w:lang w:eastAsia="ko-KR"/>
              </w:rPr>
            </w:pPr>
            <w:proofErr w:type="spellStart"/>
            <w:r w:rsidRPr="00653D00">
              <w:rPr>
                <w:rFonts w:ascii="한양중고딕" w:eastAsia="한양중고딕" w:hAnsi="굴림" w:cs="굴림" w:hint="eastAsia"/>
                <w:color w:val="000000"/>
                <w:w w:val="85"/>
                <w:sz w:val="18"/>
                <w:szCs w:val="18"/>
                <w:lang w:eastAsia="ko-KR"/>
              </w:rPr>
              <w:t>제공·조회</w:t>
            </w:r>
            <w:proofErr w:type="spellEnd"/>
            <w:r w:rsidRPr="00653D00">
              <w:rPr>
                <w:rFonts w:ascii="한양중고딕" w:eastAsia="한양중고딕" w:hAnsi="굴림" w:cs="굴림" w:hint="eastAsia"/>
                <w:color w:val="000000"/>
                <w:w w:val="85"/>
                <w:sz w:val="18"/>
                <w:szCs w:val="18"/>
                <w:lang w:eastAsia="ko-KR"/>
              </w:rPr>
              <w:t xml:space="preserve"> 동의의 효력 기간</w:t>
            </w:r>
          </w:p>
        </w:tc>
        <w:tc>
          <w:tcPr>
            <w:tcW w:w="7626" w:type="dxa"/>
            <w:tcBorders>
              <w:top w:val="single" w:sz="2" w:space="0" w:color="000000"/>
              <w:left w:val="single" w:sz="2" w:space="0" w:color="000000"/>
              <w:bottom w:val="single" w:sz="2" w:space="0" w:color="000000"/>
              <w:right w:val="single" w:sz="12" w:space="0" w:color="auto"/>
            </w:tcBorders>
            <w:tcMar>
              <w:top w:w="28" w:type="dxa"/>
              <w:left w:w="102" w:type="dxa"/>
              <w:bottom w:w="28" w:type="dxa"/>
              <w:right w:w="102" w:type="dxa"/>
            </w:tcMar>
            <w:vAlign w:val="center"/>
            <w:hideMark/>
          </w:tcPr>
          <w:p w:rsidR="009C3E08" w:rsidRPr="007907DE" w:rsidRDefault="009C3E08" w:rsidP="001E7699">
            <w:pPr>
              <w:widowControl w:val="0"/>
              <w:autoSpaceDE w:val="0"/>
              <w:autoSpaceDN w:val="0"/>
              <w:spacing w:after="20" w:line="240" w:lineRule="exact"/>
              <w:jc w:val="both"/>
              <w:textAlignment w:val="baseline"/>
              <w:rPr>
                <w:rFonts w:ascii="한컴바탕" w:eastAsia="굴림" w:hAnsi="굴림" w:cs="굴림"/>
                <w:color w:val="000000"/>
                <w:sz w:val="17"/>
                <w:szCs w:val="17"/>
                <w:lang w:eastAsia="ko-KR"/>
              </w:rPr>
            </w:pPr>
            <w:r w:rsidRPr="007907DE">
              <w:rPr>
                <w:rFonts w:ascii="한양중고딕" w:eastAsia="한양중고딕" w:hAnsi="굴림" w:cs="굴림" w:hint="eastAsia"/>
                <w:color w:val="000000"/>
                <w:w w:val="90"/>
                <w:sz w:val="17"/>
                <w:szCs w:val="17"/>
                <w:lang w:eastAsia="ko-KR"/>
              </w:rPr>
              <w:t xml:space="preserve">귀하가 본 동의서를 제출한 시점부터 (금융)거래종료일까지 동의의 효력이 유지됩니다. 다만, 귀하가 신청한 계약이 </w:t>
            </w:r>
            <w:proofErr w:type="spellStart"/>
            <w:r w:rsidRPr="007907DE">
              <w:rPr>
                <w:rFonts w:ascii="한양중고딕" w:eastAsia="한양중고딕" w:hAnsi="굴림" w:cs="굴림" w:hint="eastAsia"/>
                <w:color w:val="000000"/>
                <w:w w:val="90"/>
                <w:sz w:val="17"/>
                <w:szCs w:val="17"/>
                <w:lang w:eastAsia="ko-KR"/>
              </w:rPr>
              <w:t>중진공</w:t>
            </w:r>
            <w:proofErr w:type="spellEnd"/>
            <w:r w:rsidRPr="007907DE">
              <w:rPr>
                <w:rFonts w:ascii="한양중고딕" w:eastAsia="한양중고딕" w:hAnsi="굴림" w:cs="굴림" w:hint="eastAsia"/>
                <w:color w:val="000000"/>
                <w:w w:val="90"/>
                <w:sz w:val="17"/>
                <w:szCs w:val="17"/>
                <w:lang w:eastAsia="ko-KR"/>
              </w:rPr>
              <w:t xml:space="preserve"> 또는 귀하의 의사에 의하여 거절된 경우에는 그 시점부터 동의의 효력은 소멸됩니다. </w:t>
            </w:r>
          </w:p>
        </w:tc>
      </w:tr>
      <w:tr w:rsidR="009C3E08" w:rsidRPr="009C3E08" w:rsidTr="003043BB">
        <w:trPr>
          <w:trHeight w:val="495"/>
        </w:trPr>
        <w:tc>
          <w:tcPr>
            <w:tcW w:w="1875" w:type="dxa"/>
            <w:tcBorders>
              <w:top w:val="single" w:sz="2" w:space="0" w:color="000000"/>
              <w:left w:val="single" w:sz="12" w:space="0" w:color="auto"/>
              <w:bottom w:val="single" w:sz="2" w:space="0" w:color="000000"/>
              <w:right w:val="single" w:sz="2" w:space="0" w:color="000000"/>
            </w:tcBorders>
            <w:tcMar>
              <w:top w:w="28" w:type="dxa"/>
              <w:left w:w="102" w:type="dxa"/>
              <w:bottom w:w="28" w:type="dxa"/>
              <w:right w:w="102" w:type="dxa"/>
            </w:tcMar>
            <w:vAlign w:val="center"/>
            <w:hideMark/>
          </w:tcPr>
          <w:p w:rsidR="009C3E08" w:rsidRPr="00653D00" w:rsidRDefault="009C3E08" w:rsidP="001E7699">
            <w:pPr>
              <w:widowControl w:val="0"/>
              <w:autoSpaceDE w:val="0"/>
              <w:autoSpaceDN w:val="0"/>
              <w:spacing w:line="240" w:lineRule="exact"/>
              <w:jc w:val="center"/>
              <w:textAlignment w:val="baseline"/>
              <w:rPr>
                <w:rFonts w:ascii="함초롬바탕" w:eastAsia="굴림" w:hAnsi="굴림" w:cs="굴림"/>
                <w:color w:val="000000"/>
                <w:sz w:val="18"/>
                <w:szCs w:val="18"/>
                <w:lang w:eastAsia="ko-KR"/>
              </w:rPr>
            </w:pPr>
            <w:r w:rsidRPr="00653D00">
              <w:rPr>
                <w:rFonts w:ascii="한양중고딕" w:eastAsia="한양중고딕" w:hAnsi="굴림" w:cs="굴림" w:hint="eastAsia"/>
                <w:color w:val="000000"/>
                <w:spacing w:val="-18"/>
                <w:w w:val="85"/>
                <w:sz w:val="18"/>
                <w:szCs w:val="18"/>
                <w:lang w:eastAsia="ko-KR"/>
              </w:rPr>
              <w:t>동의를 거부할 권리 및 거부할 경우 불이익</w:t>
            </w:r>
          </w:p>
        </w:tc>
        <w:tc>
          <w:tcPr>
            <w:tcW w:w="7626" w:type="dxa"/>
            <w:tcBorders>
              <w:top w:val="single" w:sz="2" w:space="0" w:color="000000"/>
              <w:left w:val="single" w:sz="2" w:space="0" w:color="000000"/>
              <w:bottom w:val="single" w:sz="2" w:space="0" w:color="000000"/>
              <w:right w:val="single" w:sz="12" w:space="0" w:color="auto"/>
            </w:tcBorders>
            <w:tcMar>
              <w:top w:w="28" w:type="dxa"/>
              <w:left w:w="102" w:type="dxa"/>
              <w:bottom w:w="28" w:type="dxa"/>
              <w:right w:w="102" w:type="dxa"/>
            </w:tcMar>
            <w:vAlign w:val="center"/>
            <w:hideMark/>
          </w:tcPr>
          <w:p w:rsidR="009C3E08" w:rsidRPr="007907DE" w:rsidRDefault="009C3E08" w:rsidP="001E7699">
            <w:pPr>
              <w:widowControl w:val="0"/>
              <w:autoSpaceDE w:val="0"/>
              <w:autoSpaceDN w:val="0"/>
              <w:spacing w:after="20" w:line="240" w:lineRule="exact"/>
              <w:jc w:val="both"/>
              <w:textAlignment w:val="baseline"/>
              <w:rPr>
                <w:rFonts w:ascii="한컴바탕" w:eastAsia="굴림" w:hAnsi="굴림" w:cs="굴림"/>
                <w:color w:val="000000"/>
                <w:sz w:val="17"/>
                <w:szCs w:val="17"/>
                <w:lang w:eastAsia="ko-KR"/>
              </w:rPr>
            </w:pPr>
            <w:r w:rsidRPr="007907DE">
              <w:rPr>
                <w:rFonts w:ascii="한양중고딕" w:eastAsia="한양중고딕" w:hAnsi="굴림" w:cs="굴림" w:hint="eastAsia"/>
                <w:color w:val="000000"/>
                <w:w w:val="90"/>
                <w:sz w:val="17"/>
                <w:szCs w:val="17"/>
                <w:lang w:eastAsia="ko-KR"/>
              </w:rPr>
              <w:t xml:space="preserve">동의하지 않으실 경우 중소기업 정책자금 융자, 기업진단, </w:t>
            </w:r>
            <w:proofErr w:type="spellStart"/>
            <w:r w:rsidRPr="007907DE">
              <w:rPr>
                <w:rFonts w:ascii="한양중고딕" w:eastAsia="한양중고딕" w:hAnsi="굴림" w:cs="굴림" w:hint="eastAsia"/>
                <w:color w:val="000000"/>
                <w:w w:val="90"/>
                <w:sz w:val="17"/>
                <w:szCs w:val="17"/>
                <w:lang w:eastAsia="ko-KR"/>
              </w:rPr>
              <w:t>연계지원과</w:t>
            </w:r>
            <w:proofErr w:type="spellEnd"/>
            <w:r w:rsidRPr="007907DE">
              <w:rPr>
                <w:rFonts w:ascii="한양중고딕" w:eastAsia="한양중고딕" w:hAnsi="굴림" w:cs="굴림" w:hint="eastAsia"/>
                <w:color w:val="000000"/>
                <w:w w:val="90"/>
                <w:sz w:val="17"/>
                <w:szCs w:val="17"/>
                <w:lang w:eastAsia="ko-KR"/>
              </w:rPr>
              <w:t xml:space="preserve"> 관련한 상담 및 신청, 지원, 거래관계의 설정 및 유지가 불가능합니다.</w:t>
            </w:r>
          </w:p>
        </w:tc>
      </w:tr>
      <w:tr w:rsidR="009C3E08" w:rsidRPr="009C3E08" w:rsidTr="003043BB">
        <w:trPr>
          <w:trHeight w:val="375"/>
        </w:trPr>
        <w:tc>
          <w:tcPr>
            <w:tcW w:w="1875" w:type="dxa"/>
            <w:tcBorders>
              <w:top w:val="single" w:sz="2" w:space="0" w:color="000000"/>
              <w:left w:val="single" w:sz="12" w:space="0" w:color="auto"/>
              <w:bottom w:val="single" w:sz="2" w:space="0" w:color="000000"/>
              <w:right w:val="single" w:sz="2" w:space="0" w:color="000000"/>
            </w:tcBorders>
            <w:tcMar>
              <w:top w:w="28" w:type="dxa"/>
              <w:left w:w="102" w:type="dxa"/>
              <w:bottom w:w="28" w:type="dxa"/>
              <w:right w:w="102" w:type="dxa"/>
            </w:tcMar>
            <w:vAlign w:val="center"/>
            <w:hideMark/>
          </w:tcPr>
          <w:p w:rsidR="009C3E08" w:rsidRPr="00653D00" w:rsidRDefault="009C3E08" w:rsidP="001E7699">
            <w:pPr>
              <w:widowControl w:val="0"/>
              <w:autoSpaceDE w:val="0"/>
              <w:autoSpaceDN w:val="0"/>
              <w:spacing w:line="240" w:lineRule="exact"/>
              <w:jc w:val="center"/>
              <w:textAlignment w:val="baseline"/>
              <w:rPr>
                <w:rFonts w:ascii="함초롬바탕" w:eastAsia="굴림" w:hAnsi="굴림" w:cs="굴림"/>
                <w:color w:val="000000"/>
                <w:sz w:val="18"/>
                <w:szCs w:val="18"/>
                <w:lang w:eastAsia="ko-KR"/>
              </w:rPr>
            </w:pPr>
            <w:r w:rsidRPr="00653D00">
              <w:rPr>
                <w:rFonts w:ascii="한양중고딕" w:eastAsia="한양중고딕" w:hAnsi="굴림" w:cs="굴림" w:hint="eastAsia"/>
                <w:color w:val="000000"/>
                <w:w w:val="90"/>
                <w:sz w:val="18"/>
                <w:szCs w:val="18"/>
                <w:lang w:eastAsia="ko-KR"/>
              </w:rPr>
              <w:t>개인(신용)정보제공· 조회 동의여부</w:t>
            </w:r>
          </w:p>
        </w:tc>
        <w:tc>
          <w:tcPr>
            <w:tcW w:w="7626" w:type="dxa"/>
            <w:tcBorders>
              <w:top w:val="single" w:sz="2" w:space="0" w:color="000000"/>
              <w:left w:val="single" w:sz="2" w:space="0" w:color="000000"/>
              <w:bottom w:val="single" w:sz="2" w:space="0" w:color="000000"/>
              <w:right w:val="single" w:sz="12" w:space="0" w:color="auto"/>
            </w:tcBorders>
            <w:tcMar>
              <w:top w:w="28" w:type="dxa"/>
              <w:left w:w="102" w:type="dxa"/>
              <w:bottom w:w="28" w:type="dxa"/>
              <w:right w:w="102" w:type="dxa"/>
            </w:tcMar>
            <w:vAlign w:val="center"/>
            <w:hideMark/>
          </w:tcPr>
          <w:p w:rsidR="009C3E08" w:rsidRPr="00D5744B" w:rsidRDefault="009C3E08" w:rsidP="001E7699">
            <w:pPr>
              <w:widowControl w:val="0"/>
              <w:autoSpaceDE w:val="0"/>
              <w:autoSpaceDN w:val="0"/>
              <w:spacing w:line="240" w:lineRule="exact"/>
              <w:ind w:left="100" w:hanging="100"/>
              <w:jc w:val="both"/>
              <w:textAlignment w:val="baseline"/>
              <w:rPr>
                <w:rFonts w:ascii="함초롬바탕" w:eastAsia="굴림" w:hAnsi="굴림" w:cs="굴림"/>
                <w:color w:val="000000"/>
                <w:sz w:val="17"/>
                <w:szCs w:val="17"/>
                <w:lang w:eastAsia="ko-KR"/>
              </w:rPr>
            </w:pPr>
            <w:r w:rsidRPr="00D5744B">
              <w:rPr>
                <w:rFonts w:ascii="한양중고딕" w:eastAsia="한양중고딕" w:hAnsi="굴림" w:cs="굴림" w:hint="eastAsia"/>
                <w:color w:val="000000"/>
                <w:w w:val="90"/>
                <w:sz w:val="17"/>
                <w:szCs w:val="17"/>
                <w:lang w:eastAsia="ko-KR"/>
              </w:rPr>
              <w:t xml:space="preserve">본인은 위와 같이 본인의 개인(신용)정보를 </w:t>
            </w:r>
            <w:proofErr w:type="spellStart"/>
            <w:r w:rsidRPr="00D5744B">
              <w:rPr>
                <w:rFonts w:ascii="한양중고딕" w:eastAsia="한양중고딕" w:hAnsi="굴림" w:cs="굴림" w:hint="eastAsia"/>
                <w:color w:val="000000"/>
                <w:w w:val="90"/>
                <w:sz w:val="17"/>
                <w:szCs w:val="17"/>
                <w:lang w:eastAsia="ko-KR"/>
              </w:rPr>
              <w:t>제공</w:t>
            </w:r>
            <w:r w:rsidR="00EE4943">
              <w:rPr>
                <w:rFonts w:ascii="MS Gothic" w:eastAsia="MS Gothic" w:hAnsi="MS Gothic" w:cs="MS Gothic" w:hint="eastAsia"/>
                <w:color w:val="000000"/>
                <w:w w:val="90"/>
                <w:sz w:val="17"/>
                <w:szCs w:val="17"/>
                <w:lang w:eastAsia="ko-KR"/>
              </w:rPr>
              <w:t>·</w:t>
            </w:r>
            <w:r w:rsidRPr="00D5744B">
              <w:rPr>
                <w:rFonts w:ascii="한양중고딕" w:eastAsia="한양중고딕" w:hAnsi="굴림" w:cs="굴림" w:hint="eastAsia"/>
                <w:color w:val="000000"/>
                <w:w w:val="90"/>
                <w:sz w:val="17"/>
                <w:szCs w:val="17"/>
                <w:lang w:eastAsia="ko-KR"/>
              </w:rPr>
              <w:t>조회하는</w:t>
            </w:r>
            <w:proofErr w:type="spellEnd"/>
            <w:r w:rsidRPr="00D5744B">
              <w:rPr>
                <w:rFonts w:ascii="한양중고딕" w:eastAsia="한양중고딕" w:hAnsi="굴림" w:cs="굴림" w:hint="eastAsia"/>
                <w:color w:val="000000"/>
                <w:w w:val="90"/>
                <w:sz w:val="17"/>
                <w:szCs w:val="17"/>
                <w:lang w:eastAsia="ko-KR"/>
              </w:rPr>
              <w:t xml:space="preserve"> 것에 동의합니다. </w:t>
            </w:r>
          </w:p>
          <w:p w:rsidR="009C3E08" w:rsidRPr="009C3E08" w:rsidRDefault="009C3E08" w:rsidP="001E7699">
            <w:pPr>
              <w:widowControl w:val="0"/>
              <w:autoSpaceDE w:val="0"/>
              <w:autoSpaceDN w:val="0"/>
              <w:spacing w:line="240" w:lineRule="exact"/>
              <w:ind w:left="100" w:hanging="100"/>
              <w:jc w:val="both"/>
              <w:textAlignment w:val="baseline"/>
              <w:rPr>
                <w:rFonts w:ascii="함초롬바탕" w:eastAsia="굴림" w:hAnsi="굴림" w:cs="굴림"/>
                <w:color w:val="000000"/>
                <w:w w:val="90"/>
                <w:sz w:val="14"/>
                <w:szCs w:val="14"/>
                <w:lang w:eastAsia="ko-KR"/>
              </w:rPr>
            </w:pPr>
          </w:p>
          <w:p w:rsidR="009C3E08" w:rsidRPr="009C3E08" w:rsidRDefault="009C3E08" w:rsidP="001E7699">
            <w:pPr>
              <w:widowControl w:val="0"/>
              <w:autoSpaceDE w:val="0"/>
              <w:autoSpaceDN w:val="0"/>
              <w:spacing w:line="240" w:lineRule="exact"/>
              <w:jc w:val="right"/>
              <w:textAlignment w:val="baseline"/>
              <w:rPr>
                <w:rFonts w:ascii="함초롬바탕" w:eastAsia="굴림" w:hAnsi="굴림" w:cs="굴림"/>
                <w:color w:val="000000"/>
                <w:szCs w:val="20"/>
                <w:lang w:eastAsia="ko-KR"/>
              </w:rPr>
            </w:pPr>
            <w:r w:rsidRPr="009C3E08">
              <w:rPr>
                <w:rFonts w:ascii="한양중고딕" w:eastAsia="한양중고딕" w:hAnsi="굴림" w:cs="굴림" w:hint="eastAsia"/>
                <w:b/>
                <w:bCs/>
                <w:color w:val="000000"/>
                <w:w w:val="90"/>
                <w:sz w:val="18"/>
                <w:szCs w:val="18"/>
                <w:lang w:eastAsia="ko-KR"/>
              </w:rPr>
              <w:t xml:space="preserve">(동의함 </w:t>
            </w:r>
            <w:r w:rsidRPr="009C3E08">
              <w:rPr>
                <w:rFonts w:ascii="한양중고딕" w:eastAsia="한양중고딕" w:hAnsi="한양중고딕" w:cs="굴림" w:hint="eastAsia"/>
                <w:b/>
                <w:bCs/>
                <w:color w:val="000000"/>
                <w:w w:val="90"/>
                <w:sz w:val="18"/>
                <w:szCs w:val="18"/>
                <w:lang w:eastAsia="ko-KR"/>
              </w:rPr>
              <w:t xml:space="preserve">□ </w:t>
            </w:r>
            <w:r w:rsidRPr="009C3E08">
              <w:rPr>
                <w:rFonts w:ascii="한양중고딕" w:eastAsia="한양중고딕" w:hAnsi="굴림" w:cs="굴림" w:hint="eastAsia"/>
                <w:b/>
                <w:bCs/>
                <w:color w:val="000000"/>
                <w:w w:val="90"/>
                <w:sz w:val="18"/>
                <w:szCs w:val="18"/>
                <w:lang w:eastAsia="ko-KR"/>
              </w:rPr>
              <w:t xml:space="preserve">동의하지 않음 </w:t>
            </w:r>
            <w:r w:rsidRPr="009C3E08">
              <w:rPr>
                <w:rFonts w:ascii="한양중고딕" w:eastAsia="한양중고딕" w:hAnsi="한양중고딕" w:cs="굴림" w:hint="eastAsia"/>
                <w:b/>
                <w:bCs/>
                <w:color w:val="000000"/>
                <w:w w:val="90"/>
                <w:sz w:val="18"/>
                <w:szCs w:val="18"/>
                <w:lang w:eastAsia="ko-KR"/>
              </w:rPr>
              <w:t>□</w:t>
            </w:r>
            <w:r w:rsidRPr="009C3E08">
              <w:rPr>
                <w:rFonts w:ascii="한양중고딕" w:eastAsia="한양중고딕" w:hAnsi="굴림" w:cs="굴림" w:hint="eastAsia"/>
                <w:b/>
                <w:bCs/>
                <w:color w:val="000000"/>
                <w:w w:val="90"/>
                <w:sz w:val="18"/>
                <w:szCs w:val="18"/>
                <w:lang w:eastAsia="ko-KR"/>
              </w:rPr>
              <w:t>)</w:t>
            </w:r>
          </w:p>
        </w:tc>
      </w:tr>
      <w:tr w:rsidR="009C3E08" w:rsidRPr="009C3E08" w:rsidTr="003043BB">
        <w:trPr>
          <w:trHeight w:val="646"/>
        </w:trPr>
        <w:tc>
          <w:tcPr>
            <w:tcW w:w="1875" w:type="dxa"/>
            <w:tcBorders>
              <w:top w:val="single" w:sz="2" w:space="0" w:color="000000"/>
              <w:left w:val="single" w:sz="12" w:space="0" w:color="auto"/>
              <w:bottom w:val="single" w:sz="12" w:space="0" w:color="auto"/>
              <w:right w:val="single" w:sz="2" w:space="0" w:color="000000"/>
            </w:tcBorders>
            <w:tcMar>
              <w:top w:w="28" w:type="dxa"/>
              <w:left w:w="102" w:type="dxa"/>
              <w:bottom w:w="28" w:type="dxa"/>
              <w:right w:w="102" w:type="dxa"/>
            </w:tcMar>
            <w:vAlign w:val="center"/>
            <w:hideMark/>
          </w:tcPr>
          <w:p w:rsidR="009C3E08" w:rsidRPr="00653D00" w:rsidRDefault="009C3E08" w:rsidP="001E7699">
            <w:pPr>
              <w:widowControl w:val="0"/>
              <w:autoSpaceDE w:val="0"/>
              <w:autoSpaceDN w:val="0"/>
              <w:spacing w:line="240" w:lineRule="exact"/>
              <w:jc w:val="center"/>
              <w:textAlignment w:val="baseline"/>
              <w:rPr>
                <w:rFonts w:ascii="함초롬바탕" w:eastAsia="굴림" w:hAnsi="굴림" w:cs="굴림"/>
                <w:color w:val="000000"/>
                <w:sz w:val="18"/>
                <w:szCs w:val="18"/>
                <w:lang w:eastAsia="ko-KR"/>
              </w:rPr>
            </w:pPr>
            <w:proofErr w:type="spellStart"/>
            <w:r w:rsidRPr="00653D00">
              <w:rPr>
                <w:rFonts w:ascii="한양중고딕" w:eastAsia="한양중고딕" w:hAnsi="굴림" w:cs="굴림" w:hint="eastAsia"/>
                <w:color w:val="000000"/>
                <w:w w:val="90"/>
                <w:sz w:val="18"/>
                <w:szCs w:val="18"/>
                <w:lang w:eastAsia="ko-KR"/>
              </w:rPr>
              <w:t>고유식별정보제공·조회</w:t>
            </w:r>
            <w:proofErr w:type="spellEnd"/>
          </w:p>
          <w:p w:rsidR="009C3E08" w:rsidRPr="00653D00" w:rsidRDefault="009C3E08" w:rsidP="001E7699">
            <w:pPr>
              <w:widowControl w:val="0"/>
              <w:autoSpaceDE w:val="0"/>
              <w:autoSpaceDN w:val="0"/>
              <w:spacing w:line="240" w:lineRule="exact"/>
              <w:jc w:val="center"/>
              <w:textAlignment w:val="baseline"/>
              <w:rPr>
                <w:rFonts w:ascii="함초롬바탕" w:eastAsia="굴림" w:hAnsi="굴림" w:cs="굴림"/>
                <w:color w:val="000000"/>
                <w:sz w:val="18"/>
                <w:szCs w:val="18"/>
                <w:lang w:eastAsia="ko-KR"/>
              </w:rPr>
            </w:pPr>
            <w:r w:rsidRPr="00653D00">
              <w:rPr>
                <w:rFonts w:ascii="한양중고딕" w:eastAsia="한양중고딕" w:hAnsi="굴림" w:cs="굴림" w:hint="eastAsia"/>
                <w:color w:val="000000"/>
                <w:w w:val="90"/>
                <w:sz w:val="18"/>
                <w:szCs w:val="18"/>
                <w:lang w:eastAsia="ko-KR"/>
              </w:rPr>
              <w:t>동의여부</w:t>
            </w:r>
          </w:p>
        </w:tc>
        <w:tc>
          <w:tcPr>
            <w:tcW w:w="7626" w:type="dxa"/>
            <w:tcBorders>
              <w:top w:val="single" w:sz="2" w:space="0" w:color="000000"/>
              <w:left w:val="single" w:sz="2" w:space="0" w:color="000000"/>
              <w:bottom w:val="single" w:sz="12" w:space="0" w:color="auto"/>
              <w:right w:val="single" w:sz="12" w:space="0" w:color="auto"/>
            </w:tcBorders>
            <w:tcMar>
              <w:top w:w="28" w:type="dxa"/>
              <w:left w:w="102" w:type="dxa"/>
              <w:bottom w:w="28" w:type="dxa"/>
              <w:right w:w="102" w:type="dxa"/>
            </w:tcMar>
            <w:vAlign w:val="center"/>
            <w:hideMark/>
          </w:tcPr>
          <w:p w:rsidR="009C3E08" w:rsidRPr="00D5744B" w:rsidRDefault="009C3E08" w:rsidP="001E7699">
            <w:pPr>
              <w:widowControl w:val="0"/>
              <w:autoSpaceDE w:val="0"/>
              <w:autoSpaceDN w:val="0"/>
              <w:spacing w:line="240" w:lineRule="exact"/>
              <w:ind w:left="100" w:hanging="100"/>
              <w:jc w:val="both"/>
              <w:textAlignment w:val="baseline"/>
              <w:rPr>
                <w:rFonts w:ascii="함초롬바탕" w:eastAsia="굴림" w:hAnsi="굴림" w:cs="굴림"/>
                <w:color w:val="000000"/>
                <w:sz w:val="17"/>
                <w:szCs w:val="17"/>
                <w:lang w:eastAsia="ko-KR"/>
              </w:rPr>
            </w:pPr>
            <w:r w:rsidRPr="00D5744B">
              <w:rPr>
                <w:rFonts w:ascii="한양중고딕" w:eastAsia="한양중고딕" w:hAnsi="굴림" w:cs="굴림" w:hint="eastAsia"/>
                <w:color w:val="000000"/>
                <w:w w:val="90"/>
                <w:sz w:val="17"/>
                <w:szCs w:val="17"/>
                <w:lang w:eastAsia="ko-KR"/>
              </w:rPr>
              <w:t xml:space="preserve">본인은 위와 같이 본인의 고유식별정보를 </w:t>
            </w:r>
            <w:proofErr w:type="spellStart"/>
            <w:r w:rsidRPr="00D5744B">
              <w:rPr>
                <w:rFonts w:ascii="한양중고딕" w:eastAsia="한양중고딕" w:hAnsi="굴림" w:cs="굴림" w:hint="eastAsia"/>
                <w:color w:val="000000"/>
                <w:w w:val="90"/>
                <w:sz w:val="17"/>
                <w:szCs w:val="17"/>
                <w:lang w:eastAsia="ko-KR"/>
              </w:rPr>
              <w:t>제공</w:t>
            </w:r>
            <w:r w:rsidR="00511FA9">
              <w:rPr>
                <w:rFonts w:ascii="MS Gothic" w:eastAsia="MS Gothic" w:hAnsi="MS Gothic" w:cs="MS Gothic" w:hint="eastAsia"/>
                <w:color w:val="000000"/>
                <w:w w:val="90"/>
                <w:sz w:val="17"/>
                <w:szCs w:val="17"/>
                <w:lang w:eastAsia="ko-KR"/>
              </w:rPr>
              <w:t>·</w:t>
            </w:r>
            <w:r w:rsidRPr="00D5744B">
              <w:rPr>
                <w:rFonts w:ascii="한양중고딕" w:eastAsia="한양중고딕" w:hAnsi="굴림" w:cs="굴림" w:hint="eastAsia"/>
                <w:color w:val="000000"/>
                <w:w w:val="90"/>
                <w:sz w:val="17"/>
                <w:szCs w:val="17"/>
                <w:lang w:eastAsia="ko-KR"/>
              </w:rPr>
              <w:t>조회하는</w:t>
            </w:r>
            <w:proofErr w:type="spellEnd"/>
            <w:r w:rsidRPr="00D5744B">
              <w:rPr>
                <w:rFonts w:ascii="한양중고딕" w:eastAsia="한양중고딕" w:hAnsi="굴림" w:cs="굴림" w:hint="eastAsia"/>
                <w:color w:val="000000"/>
                <w:w w:val="90"/>
                <w:sz w:val="17"/>
                <w:szCs w:val="17"/>
                <w:lang w:eastAsia="ko-KR"/>
              </w:rPr>
              <w:t xml:space="preserve"> 것에 동의합니다. </w:t>
            </w:r>
          </w:p>
          <w:p w:rsidR="009C3E08" w:rsidRPr="009C3E08" w:rsidRDefault="009C3E08" w:rsidP="001E7699">
            <w:pPr>
              <w:widowControl w:val="0"/>
              <w:autoSpaceDE w:val="0"/>
              <w:autoSpaceDN w:val="0"/>
              <w:spacing w:line="240" w:lineRule="exact"/>
              <w:ind w:left="100" w:hanging="100"/>
              <w:jc w:val="both"/>
              <w:textAlignment w:val="baseline"/>
              <w:rPr>
                <w:rFonts w:ascii="함초롬바탕" w:eastAsia="굴림" w:hAnsi="굴림" w:cs="굴림"/>
                <w:color w:val="000000"/>
                <w:w w:val="90"/>
                <w:sz w:val="10"/>
                <w:szCs w:val="10"/>
                <w:lang w:eastAsia="ko-KR"/>
              </w:rPr>
            </w:pPr>
          </w:p>
          <w:p w:rsidR="009C3E08" w:rsidRPr="009C3E08" w:rsidRDefault="009C3E08" w:rsidP="001E7699">
            <w:pPr>
              <w:widowControl w:val="0"/>
              <w:autoSpaceDE w:val="0"/>
              <w:autoSpaceDN w:val="0"/>
              <w:spacing w:line="240" w:lineRule="exact"/>
              <w:ind w:left="100" w:hanging="100"/>
              <w:jc w:val="right"/>
              <w:textAlignment w:val="baseline"/>
              <w:rPr>
                <w:rFonts w:ascii="함초롬바탕" w:eastAsia="굴림" w:hAnsi="굴림" w:cs="굴림"/>
                <w:color w:val="000000"/>
                <w:szCs w:val="20"/>
                <w:lang w:eastAsia="ko-KR"/>
              </w:rPr>
            </w:pPr>
            <w:r w:rsidRPr="009C3E08">
              <w:rPr>
                <w:rFonts w:ascii="한양중고딕" w:eastAsia="한양중고딕" w:hAnsi="굴림" w:cs="굴림" w:hint="eastAsia"/>
                <w:b/>
                <w:bCs/>
                <w:color w:val="000000"/>
                <w:w w:val="90"/>
                <w:sz w:val="18"/>
                <w:szCs w:val="18"/>
                <w:lang w:eastAsia="ko-KR"/>
              </w:rPr>
              <w:t xml:space="preserve">(동의함 </w:t>
            </w:r>
            <w:r w:rsidRPr="009C3E08">
              <w:rPr>
                <w:rFonts w:ascii="한양중고딕" w:eastAsia="한양중고딕" w:hAnsi="한양중고딕" w:cs="굴림" w:hint="eastAsia"/>
                <w:b/>
                <w:bCs/>
                <w:color w:val="000000"/>
                <w:w w:val="90"/>
                <w:sz w:val="18"/>
                <w:szCs w:val="18"/>
                <w:lang w:eastAsia="ko-KR"/>
              </w:rPr>
              <w:t xml:space="preserve">□ </w:t>
            </w:r>
            <w:r w:rsidRPr="009C3E08">
              <w:rPr>
                <w:rFonts w:ascii="한양중고딕" w:eastAsia="한양중고딕" w:hAnsi="굴림" w:cs="굴림" w:hint="eastAsia"/>
                <w:b/>
                <w:bCs/>
                <w:color w:val="000000"/>
                <w:w w:val="90"/>
                <w:sz w:val="18"/>
                <w:szCs w:val="18"/>
                <w:lang w:eastAsia="ko-KR"/>
              </w:rPr>
              <w:t xml:space="preserve">동의하지 않음 </w:t>
            </w:r>
            <w:r w:rsidRPr="009C3E08">
              <w:rPr>
                <w:rFonts w:ascii="한양중고딕" w:eastAsia="한양중고딕" w:hAnsi="한양중고딕" w:cs="굴림" w:hint="eastAsia"/>
                <w:b/>
                <w:bCs/>
                <w:color w:val="000000"/>
                <w:w w:val="90"/>
                <w:sz w:val="18"/>
                <w:szCs w:val="18"/>
                <w:lang w:eastAsia="ko-KR"/>
              </w:rPr>
              <w:t>□</w:t>
            </w:r>
            <w:r w:rsidRPr="009C3E08">
              <w:rPr>
                <w:rFonts w:ascii="한양중고딕" w:eastAsia="한양중고딕" w:hAnsi="굴림" w:cs="굴림" w:hint="eastAsia"/>
                <w:b/>
                <w:bCs/>
                <w:color w:val="000000"/>
                <w:w w:val="90"/>
                <w:sz w:val="18"/>
                <w:szCs w:val="18"/>
                <w:lang w:eastAsia="ko-KR"/>
              </w:rPr>
              <w:t>)</w:t>
            </w:r>
          </w:p>
        </w:tc>
      </w:tr>
    </w:tbl>
    <w:p w:rsidR="003F7D5C" w:rsidRDefault="003F7D5C" w:rsidP="001E7699">
      <w:pPr>
        <w:spacing w:after="200" w:line="240" w:lineRule="exact"/>
        <w:rPr>
          <w:rFonts w:ascii="함초롬돋움" w:eastAsia="함초롬바탕" w:hAnsi="함초롬돋움"/>
          <w:sz w:val="10"/>
          <w:szCs w:val="10"/>
          <w:lang w:eastAsia="ko-KR"/>
        </w:rPr>
      </w:pPr>
    </w:p>
    <w:tbl>
      <w:tblPr>
        <w:tblOverlap w:val="never"/>
        <w:tblW w:w="0" w:type="auto"/>
        <w:tblInd w:w="102" w:type="dxa"/>
        <w:tblCellMar>
          <w:top w:w="15" w:type="dxa"/>
          <w:left w:w="15" w:type="dxa"/>
          <w:bottom w:w="15" w:type="dxa"/>
          <w:right w:w="15" w:type="dxa"/>
        </w:tblCellMar>
        <w:tblLook w:val="04A0" w:firstRow="1" w:lastRow="0" w:firstColumn="1" w:lastColumn="0" w:noHBand="0" w:noVBand="1"/>
      </w:tblPr>
      <w:tblGrid>
        <w:gridCol w:w="1701"/>
        <w:gridCol w:w="7917"/>
      </w:tblGrid>
      <w:tr w:rsidR="009C3E08" w:rsidRPr="009C3E08" w:rsidTr="003043BB">
        <w:trPr>
          <w:trHeight w:val="236"/>
        </w:trPr>
        <w:tc>
          <w:tcPr>
            <w:tcW w:w="9618" w:type="dxa"/>
            <w:gridSpan w:val="2"/>
            <w:tcBorders>
              <w:top w:val="nil"/>
              <w:left w:val="nil"/>
              <w:bottom w:val="single" w:sz="12" w:space="0" w:color="auto"/>
              <w:right w:val="nil"/>
            </w:tcBorders>
            <w:tcMar>
              <w:top w:w="28" w:type="dxa"/>
              <w:left w:w="102" w:type="dxa"/>
              <w:bottom w:w="28" w:type="dxa"/>
              <w:right w:w="102" w:type="dxa"/>
            </w:tcMar>
            <w:vAlign w:val="center"/>
            <w:hideMark/>
          </w:tcPr>
          <w:p w:rsidR="009C3E08" w:rsidRPr="009C3E08" w:rsidRDefault="009C3E08" w:rsidP="001E7699">
            <w:pPr>
              <w:widowControl w:val="0"/>
              <w:autoSpaceDE w:val="0"/>
              <w:autoSpaceDN w:val="0"/>
              <w:spacing w:line="240" w:lineRule="exact"/>
              <w:ind w:left="120" w:hanging="120"/>
              <w:jc w:val="both"/>
              <w:textAlignment w:val="baseline"/>
              <w:rPr>
                <w:rFonts w:ascii="함초롬바탕" w:eastAsia="굴림" w:hAnsi="굴림" w:cs="굴림"/>
                <w:color w:val="000000"/>
                <w:szCs w:val="20"/>
                <w:lang w:eastAsia="ko-KR"/>
              </w:rPr>
            </w:pPr>
            <w:r w:rsidRPr="009C3E08">
              <w:rPr>
                <w:rFonts w:ascii="한양중고딕" w:eastAsia="한양중고딕" w:hAnsi="굴림" w:cs="굴림" w:hint="eastAsia"/>
                <w:b/>
                <w:bCs/>
                <w:color w:val="000000"/>
                <w:sz w:val="18"/>
                <w:szCs w:val="18"/>
                <w:lang w:eastAsia="ko-KR"/>
              </w:rPr>
              <w:t>3. 개인(신용)정보의 제공에 관한 사항</w:t>
            </w:r>
          </w:p>
        </w:tc>
      </w:tr>
      <w:tr w:rsidR="009C3E08" w:rsidRPr="009C3E08" w:rsidTr="003043BB">
        <w:trPr>
          <w:trHeight w:val="2470"/>
        </w:trPr>
        <w:tc>
          <w:tcPr>
            <w:tcW w:w="1701" w:type="dxa"/>
            <w:tcBorders>
              <w:top w:val="single" w:sz="12" w:space="0" w:color="auto"/>
              <w:left w:val="single" w:sz="12" w:space="0" w:color="auto"/>
              <w:bottom w:val="single" w:sz="2" w:space="0" w:color="000000"/>
              <w:right w:val="single" w:sz="2" w:space="0" w:color="000000"/>
            </w:tcBorders>
            <w:tcMar>
              <w:top w:w="28" w:type="dxa"/>
              <w:left w:w="102" w:type="dxa"/>
              <w:bottom w:w="28" w:type="dxa"/>
              <w:right w:w="102" w:type="dxa"/>
            </w:tcMar>
            <w:vAlign w:val="center"/>
            <w:hideMark/>
          </w:tcPr>
          <w:p w:rsidR="009C3E08" w:rsidRPr="009C3E08" w:rsidRDefault="009C3E08" w:rsidP="001E7699">
            <w:pPr>
              <w:widowControl w:val="0"/>
              <w:autoSpaceDE w:val="0"/>
              <w:autoSpaceDN w:val="0"/>
              <w:spacing w:line="240" w:lineRule="exact"/>
              <w:ind w:left="120" w:hanging="120"/>
              <w:jc w:val="center"/>
              <w:textAlignment w:val="baseline"/>
              <w:rPr>
                <w:rFonts w:ascii="함초롬바탕" w:eastAsia="굴림" w:hAnsi="굴림" w:cs="굴림"/>
                <w:color w:val="000000"/>
                <w:szCs w:val="20"/>
                <w:lang w:eastAsia="ko-KR"/>
              </w:rPr>
            </w:pPr>
            <w:r w:rsidRPr="009C3E08">
              <w:rPr>
                <w:rFonts w:ascii="한양중고딕" w:eastAsia="한양중고딕" w:hAnsi="굴림" w:cs="굴림" w:hint="eastAsia"/>
                <w:color w:val="000000"/>
                <w:w w:val="85"/>
                <w:sz w:val="18"/>
                <w:szCs w:val="18"/>
                <w:lang w:eastAsia="ko-KR"/>
              </w:rPr>
              <w:t>제공받는 자</w:t>
            </w:r>
          </w:p>
        </w:tc>
        <w:tc>
          <w:tcPr>
            <w:tcW w:w="7917" w:type="dxa"/>
            <w:tcBorders>
              <w:top w:val="single" w:sz="12" w:space="0" w:color="auto"/>
              <w:left w:val="single" w:sz="2" w:space="0" w:color="000000"/>
              <w:bottom w:val="single" w:sz="2" w:space="0" w:color="000000"/>
              <w:right w:val="single" w:sz="12" w:space="0" w:color="auto"/>
            </w:tcBorders>
            <w:tcMar>
              <w:top w:w="28" w:type="dxa"/>
              <w:left w:w="102" w:type="dxa"/>
              <w:bottom w:w="28" w:type="dxa"/>
              <w:right w:w="102" w:type="dxa"/>
            </w:tcMar>
            <w:vAlign w:val="center"/>
            <w:hideMark/>
          </w:tcPr>
          <w:p w:rsidR="009C3E08" w:rsidRPr="00820634" w:rsidRDefault="009C3E08" w:rsidP="001E7699">
            <w:pPr>
              <w:widowControl w:val="0"/>
              <w:autoSpaceDE w:val="0"/>
              <w:autoSpaceDN w:val="0"/>
              <w:spacing w:after="20" w:line="240" w:lineRule="exact"/>
              <w:ind w:left="120" w:hanging="120"/>
              <w:jc w:val="both"/>
              <w:textAlignment w:val="baseline"/>
              <w:rPr>
                <w:rFonts w:ascii="한컴바탕" w:eastAsia="굴림" w:hAnsi="굴림" w:cs="굴림"/>
                <w:color w:val="000000"/>
                <w:sz w:val="17"/>
                <w:szCs w:val="17"/>
                <w:lang w:eastAsia="ko-KR"/>
              </w:rPr>
            </w:pPr>
            <w:r w:rsidRPr="00820634">
              <w:rPr>
                <w:rFonts w:ascii="MS Gothic" w:eastAsia="MS Gothic" w:hAnsi="MS Gothic" w:cs="MS Gothic" w:hint="eastAsia"/>
                <w:color w:val="000000"/>
                <w:spacing w:val="-2"/>
                <w:w w:val="95"/>
                <w:sz w:val="17"/>
                <w:szCs w:val="17"/>
                <w:lang w:eastAsia="ko-KR"/>
              </w:rPr>
              <w:t>‣</w:t>
            </w:r>
            <w:proofErr w:type="gramStart"/>
            <w:r w:rsidRPr="00820634">
              <w:rPr>
                <w:rFonts w:ascii="한양중고딕" w:eastAsia="한양중고딕" w:hAnsi="굴림" w:cs="굴림" w:hint="eastAsia"/>
                <w:color w:val="000000"/>
                <w:w w:val="95"/>
                <w:sz w:val="17"/>
                <w:szCs w:val="17"/>
                <w:lang w:eastAsia="ko-KR"/>
              </w:rPr>
              <w:t>신용조회회사 :</w:t>
            </w:r>
            <w:proofErr w:type="gramEnd"/>
            <w:r w:rsidRPr="00820634">
              <w:rPr>
                <w:rFonts w:ascii="한양중고딕" w:eastAsia="한양중고딕" w:hAnsi="굴림" w:cs="굴림" w:hint="eastAsia"/>
                <w:color w:val="000000"/>
                <w:w w:val="95"/>
                <w:sz w:val="17"/>
                <w:szCs w:val="17"/>
                <w:lang w:eastAsia="ko-KR"/>
              </w:rPr>
              <w:t xml:space="preserve"> 한국평가데이터(주), NICE평가정보(주), </w:t>
            </w:r>
            <w:proofErr w:type="spellStart"/>
            <w:r w:rsidRPr="00820634">
              <w:rPr>
                <w:rFonts w:ascii="한양중고딕" w:eastAsia="한양중고딕" w:hAnsi="굴림" w:cs="굴림" w:hint="eastAsia"/>
                <w:color w:val="000000"/>
                <w:w w:val="95"/>
                <w:sz w:val="17"/>
                <w:szCs w:val="17"/>
                <w:lang w:eastAsia="ko-KR"/>
              </w:rPr>
              <w:t>코리아크레딧뷰로</w:t>
            </w:r>
            <w:proofErr w:type="spellEnd"/>
            <w:r w:rsidRPr="00820634">
              <w:rPr>
                <w:rFonts w:ascii="한양중고딕" w:eastAsia="한양중고딕" w:hAnsi="굴림" w:cs="굴림" w:hint="eastAsia"/>
                <w:color w:val="000000"/>
                <w:w w:val="95"/>
                <w:sz w:val="17"/>
                <w:szCs w:val="17"/>
                <w:lang w:eastAsia="ko-KR"/>
              </w:rPr>
              <w:t>(주)</w:t>
            </w:r>
          </w:p>
          <w:p w:rsidR="009C3E08" w:rsidRPr="00820634" w:rsidRDefault="009C3E08" w:rsidP="001E7699">
            <w:pPr>
              <w:widowControl w:val="0"/>
              <w:autoSpaceDE w:val="0"/>
              <w:autoSpaceDN w:val="0"/>
              <w:spacing w:after="20" w:line="240" w:lineRule="exact"/>
              <w:ind w:left="120" w:hanging="120"/>
              <w:jc w:val="both"/>
              <w:textAlignment w:val="baseline"/>
              <w:rPr>
                <w:rFonts w:ascii="한컴바탕" w:eastAsia="굴림" w:hAnsi="굴림" w:cs="굴림"/>
                <w:color w:val="000000"/>
                <w:sz w:val="17"/>
                <w:szCs w:val="17"/>
                <w:lang w:eastAsia="ko-KR"/>
              </w:rPr>
            </w:pPr>
            <w:r w:rsidRPr="00820634">
              <w:rPr>
                <w:rFonts w:ascii="MS Gothic" w:eastAsia="MS Gothic" w:hAnsi="MS Gothic" w:cs="MS Gothic" w:hint="eastAsia"/>
                <w:color w:val="000000"/>
                <w:w w:val="95"/>
                <w:sz w:val="17"/>
                <w:szCs w:val="17"/>
                <w:lang w:eastAsia="ko-KR"/>
              </w:rPr>
              <w:t>‣</w:t>
            </w:r>
            <w:r w:rsidRPr="00820634">
              <w:rPr>
                <w:rFonts w:ascii="한양중고딕" w:eastAsia="한양중고딕" w:hAnsi="굴림" w:cs="굴림" w:hint="eastAsia"/>
                <w:color w:val="000000"/>
                <w:w w:val="95"/>
                <w:sz w:val="17"/>
                <w:szCs w:val="17"/>
                <w:lang w:eastAsia="ko-KR"/>
              </w:rPr>
              <w:t>신용정보집중기관</w:t>
            </w:r>
            <w:proofErr w:type="gramStart"/>
            <w:r w:rsidRPr="00820634">
              <w:rPr>
                <w:rFonts w:ascii="한양중고딕" w:eastAsia="한양중고딕" w:hAnsi="굴림" w:cs="굴림" w:hint="eastAsia"/>
                <w:color w:val="000000"/>
                <w:w w:val="95"/>
                <w:sz w:val="17"/>
                <w:szCs w:val="17"/>
                <w:lang w:eastAsia="ko-KR"/>
              </w:rPr>
              <w:t>:한국신용정보원,여신금융협회</w:t>
            </w:r>
            <w:proofErr w:type="gramEnd"/>
            <w:r w:rsidRPr="00820634">
              <w:rPr>
                <w:rFonts w:ascii="한양중고딕" w:eastAsia="한양중고딕" w:hAnsi="굴림" w:cs="굴림" w:hint="eastAsia"/>
                <w:color w:val="000000"/>
                <w:w w:val="95"/>
                <w:sz w:val="17"/>
                <w:szCs w:val="17"/>
                <w:lang w:eastAsia="ko-KR"/>
              </w:rPr>
              <w:t xml:space="preserve"> </w:t>
            </w:r>
            <w:r w:rsidRPr="00820634">
              <w:rPr>
                <w:rFonts w:ascii="MS Gothic" w:eastAsia="MS Gothic" w:hAnsi="MS Gothic" w:cs="MS Gothic" w:hint="eastAsia"/>
                <w:color w:val="000000"/>
                <w:w w:val="95"/>
                <w:sz w:val="17"/>
                <w:szCs w:val="17"/>
                <w:lang w:eastAsia="ko-KR"/>
              </w:rPr>
              <w:t>‣</w:t>
            </w:r>
            <w:r w:rsidRPr="00820634">
              <w:rPr>
                <w:rFonts w:ascii="한양중고딕" w:eastAsia="한양중고딕" w:hAnsi="굴림" w:cs="굴림" w:hint="eastAsia"/>
                <w:color w:val="000000"/>
                <w:w w:val="95"/>
                <w:sz w:val="17"/>
                <w:szCs w:val="17"/>
                <w:lang w:eastAsia="ko-KR"/>
              </w:rPr>
              <w:t xml:space="preserve">관세청,무역통계진흥원 </w:t>
            </w:r>
          </w:p>
          <w:p w:rsidR="001E7699" w:rsidRDefault="009C3E08" w:rsidP="001E7699">
            <w:pPr>
              <w:widowControl w:val="0"/>
              <w:autoSpaceDE w:val="0"/>
              <w:autoSpaceDN w:val="0"/>
              <w:spacing w:after="20" w:line="240" w:lineRule="exact"/>
              <w:ind w:left="120" w:hanging="120"/>
              <w:jc w:val="both"/>
              <w:textAlignment w:val="baseline"/>
              <w:rPr>
                <w:rFonts w:ascii="한양중고딕" w:eastAsia="한양중고딕" w:hAnsi="굴림" w:cs="굴림" w:hint="eastAsia"/>
                <w:color w:val="000000"/>
                <w:w w:val="90"/>
                <w:sz w:val="17"/>
                <w:szCs w:val="17"/>
                <w:lang w:eastAsia="ko-KR"/>
              </w:rPr>
            </w:pPr>
            <w:r w:rsidRPr="00820634">
              <w:rPr>
                <w:rFonts w:ascii="MS Gothic" w:eastAsia="MS Gothic" w:hAnsi="MS Gothic" w:cs="MS Gothic" w:hint="eastAsia"/>
                <w:color w:val="000000"/>
                <w:spacing w:val="-10"/>
                <w:w w:val="90"/>
                <w:sz w:val="17"/>
                <w:szCs w:val="17"/>
                <w:lang w:eastAsia="ko-KR"/>
              </w:rPr>
              <w:t>‣</w:t>
            </w:r>
            <w:r w:rsidRPr="004514B0">
              <w:rPr>
                <w:rFonts w:ascii="한양중고딕" w:eastAsia="한양중고딕" w:hAnsi="굴림" w:cs="굴림" w:hint="eastAsia"/>
                <w:color w:val="000000"/>
                <w:spacing w:val="-42"/>
                <w:w w:val="90"/>
                <w:sz w:val="17"/>
                <w:szCs w:val="17"/>
                <w:lang w:eastAsia="ko-KR"/>
              </w:rPr>
              <w:t>스케일업금융 참여기관(</w:t>
            </w:r>
            <w:proofErr w:type="spellStart"/>
            <w:r w:rsidRPr="004514B0">
              <w:rPr>
                <w:rFonts w:ascii="한양중고딕" w:eastAsia="한양중고딕" w:hAnsi="굴림" w:cs="굴림" w:hint="eastAsia"/>
                <w:color w:val="000000"/>
                <w:spacing w:val="-42"/>
                <w:w w:val="90"/>
                <w:sz w:val="17"/>
                <w:szCs w:val="17"/>
                <w:lang w:eastAsia="ko-KR"/>
              </w:rPr>
              <w:t>주관증권사</w:t>
            </w:r>
            <w:proofErr w:type="spellEnd"/>
            <w:r w:rsidRPr="004514B0">
              <w:rPr>
                <w:rFonts w:ascii="한양중고딕" w:eastAsia="한양중고딕" w:hAnsi="굴림" w:cs="굴림" w:hint="eastAsia"/>
                <w:color w:val="000000"/>
                <w:spacing w:val="-42"/>
                <w:w w:val="90"/>
                <w:sz w:val="17"/>
                <w:szCs w:val="17"/>
                <w:lang w:eastAsia="ko-KR"/>
              </w:rPr>
              <w:t xml:space="preserve">, </w:t>
            </w:r>
            <w:proofErr w:type="spellStart"/>
            <w:r w:rsidRPr="004514B0">
              <w:rPr>
                <w:rFonts w:ascii="한양중고딕" w:eastAsia="한양중고딕" w:hAnsi="굴림" w:cs="굴림" w:hint="eastAsia"/>
                <w:color w:val="000000"/>
                <w:spacing w:val="-42"/>
                <w:w w:val="90"/>
                <w:sz w:val="17"/>
                <w:szCs w:val="17"/>
                <w:lang w:eastAsia="ko-KR"/>
              </w:rPr>
              <w:t>자산관리자</w:t>
            </w:r>
            <w:proofErr w:type="spellEnd"/>
            <w:r w:rsidRPr="004514B0">
              <w:rPr>
                <w:rFonts w:ascii="한양중고딕" w:eastAsia="한양중고딕" w:hAnsi="굴림" w:cs="굴림" w:hint="eastAsia"/>
                <w:color w:val="000000"/>
                <w:spacing w:val="-42"/>
                <w:w w:val="90"/>
                <w:sz w:val="17"/>
                <w:szCs w:val="17"/>
                <w:lang w:eastAsia="ko-KR"/>
              </w:rPr>
              <w:t xml:space="preserve">, 신용공여기관, 업무수탁기관, SPC, 신용평가회사, 회계법인, 법무법인) </w:t>
            </w:r>
            <w:r w:rsidRPr="004514B0">
              <w:rPr>
                <w:rFonts w:ascii="MS Gothic" w:eastAsia="MS Gothic" w:hAnsi="MS Gothic" w:cs="MS Gothic" w:hint="eastAsia"/>
                <w:color w:val="000000"/>
                <w:w w:val="90"/>
                <w:sz w:val="17"/>
                <w:szCs w:val="17"/>
                <w:lang w:eastAsia="ko-KR"/>
              </w:rPr>
              <w:t>‣</w:t>
            </w:r>
            <w:r w:rsidRPr="004514B0">
              <w:rPr>
                <w:rFonts w:ascii="한양중고딕" w:eastAsia="한양중고딕" w:hAnsi="굴림" w:cs="굴림" w:hint="eastAsia"/>
                <w:color w:val="000000"/>
                <w:w w:val="90"/>
                <w:sz w:val="17"/>
                <w:szCs w:val="17"/>
                <w:lang w:eastAsia="ko-KR"/>
              </w:rPr>
              <w:t>연대보증인</w:t>
            </w:r>
          </w:p>
          <w:p w:rsidR="009C3E08" w:rsidRPr="00820634" w:rsidRDefault="009C3E08" w:rsidP="001E7699">
            <w:pPr>
              <w:widowControl w:val="0"/>
              <w:autoSpaceDE w:val="0"/>
              <w:autoSpaceDN w:val="0"/>
              <w:spacing w:after="20" w:line="240" w:lineRule="exact"/>
              <w:ind w:left="120" w:hanging="120"/>
              <w:jc w:val="both"/>
              <w:textAlignment w:val="baseline"/>
              <w:rPr>
                <w:rFonts w:ascii="한컴바탕" w:eastAsia="굴림" w:hAnsi="굴림" w:cs="굴림"/>
                <w:color w:val="000000"/>
                <w:sz w:val="17"/>
                <w:szCs w:val="17"/>
                <w:lang w:eastAsia="ko-KR"/>
              </w:rPr>
            </w:pPr>
            <w:r w:rsidRPr="004514B0">
              <w:rPr>
                <w:rFonts w:ascii="MS Gothic" w:eastAsia="MS Gothic" w:hAnsi="MS Gothic" w:cs="MS Gothic" w:hint="eastAsia"/>
                <w:color w:val="000000"/>
                <w:spacing w:val="-10"/>
                <w:w w:val="90"/>
                <w:sz w:val="17"/>
                <w:szCs w:val="17"/>
                <w:lang w:eastAsia="ko-KR"/>
              </w:rPr>
              <w:t>‣</w:t>
            </w:r>
            <w:r w:rsidRPr="004514B0">
              <w:rPr>
                <w:rFonts w:ascii="한양중고딕" w:eastAsia="한양중고딕" w:hAnsi="굴림" w:cs="굴림" w:hint="eastAsia"/>
                <w:color w:val="000000"/>
                <w:spacing w:val="-10"/>
                <w:w w:val="90"/>
                <w:sz w:val="17"/>
                <w:szCs w:val="17"/>
                <w:lang w:eastAsia="ko-KR"/>
              </w:rPr>
              <w:t>보증기관(신용보증기금, 기술보증기금)</w:t>
            </w:r>
          </w:p>
          <w:p w:rsidR="009C3E08" w:rsidRPr="009C3E08" w:rsidRDefault="009C3E08" w:rsidP="001E7699">
            <w:pPr>
              <w:widowControl w:val="0"/>
              <w:autoSpaceDE w:val="0"/>
              <w:autoSpaceDN w:val="0"/>
              <w:spacing w:after="20" w:line="240" w:lineRule="exact"/>
              <w:jc w:val="both"/>
              <w:textAlignment w:val="baseline"/>
              <w:rPr>
                <w:rFonts w:ascii="한컴바탕" w:eastAsia="굴림" w:hAnsi="굴림" w:cs="굴림"/>
                <w:color w:val="000000"/>
                <w:sz w:val="24"/>
                <w:szCs w:val="24"/>
                <w:lang w:eastAsia="ko-KR"/>
              </w:rPr>
            </w:pPr>
            <w:r w:rsidRPr="00820634">
              <w:rPr>
                <w:rFonts w:ascii="MS Gothic" w:eastAsia="MS Gothic" w:hAnsi="MS Gothic" w:cs="MS Gothic" w:hint="eastAsia"/>
                <w:color w:val="000000"/>
                <w:w w:val="95"/>
                <w:sz w:val="17"/>
                <w:szCs w:val="17"/>
                <w:lang w:eastAsia="ko-KR"/>
              </w:rPr>
              <w:t>‣</w:t>
            </w:r>
            <w:r w:rsidRPr="00820634">
              <w:rPr>
                <w:rFonts w:ascii="한양중고딕" w:eastAsia="한양중고딕" w:hAnsi="굴림" w:cs="굴림" w:hint="eastAsia"/>
                <w:color w:val="000000"/>
                <w:spacing w:val="-6"/>
                <w:w w:val="95"/>
                <w:sz w:val="17"/>
                <w:szCs w:val="17"/>
                <w:lang w:eastAsia="ko-KR"/>
              </w:rPr>
              <w:t xml:space="preserve">중소기업 </w:t>
            </w:r>
            <w:proofErr w:type="spellStart"/>
            <w:r w:rsidRPr="00820634">
              <w:rPr>
                <w:rFonts w:ascii="한양중고딕" w:eastAsia="한양중고딕" w:hAnsi="굴림" w:cs="굴림" w:hint="eastAsia"/>
                <w:color w:val="000000"/>
                <w:spacing w:val="-6"/>
                <w:w w:val="95"/>
                <w:sz w:val="17"/>
                <w:szCs w:val="17"/>
                <w:lang w:eastAsia="ko-KR"/>
              </w:rPr>
              <w:t>진단관련</w:t>
            </w:r>
            <w:proofErr w:type="spellEnd"/>
            <w:r w:rsidRPr="00820634">
              <w:rPr>
                <w:rFonts w:ascii="한양중고딕" w:eastAsia="한양중고딕" w:hAnsi="굴림" w:cs="굴림" w:hint="eastAsia"/>
                <w:color w:val="000000"/>
                <w:spacing w:val="-6"/>
                <w:w w:val="95"/>
                <w:sz w:val="17"/>
                <w:szCs w:val="17"/>
                <w:lang w:eastAsia="ko-KR"/>
              </w:rPr>
              <w:t xml:space="preserve"> 관계기관(</w:t>
            </w:r>
            <w:proofErr w:type="spellStart"/>
            <w:r w:rsidRPr="00820634">
              <w:rPr>
                <w:rFonts w:ascii="한양중고딕" w:eastAsia="한양중고딕" w:hAnsi="굴림" w:cs="굴림" w:hint="eastAsia"/>
                <w:color w:val="000000"/>
                <w:spacing w:val="-6"/>
                <w:w w:val="95"/>
                <w:sz w:val="17"/>
                <w:szCs w:val="17"/>
                <w:lang w:eastAsia="ko-KR"/>
              </w:rPr>
              <w:t>진단전문가</w:t>
            </w:r>
            <w:proofErr w:type="spellEnd"/>
            <w:r w:rsidRPr="00820634">
              <w:rPr>
                <w:rFonts w:ascii="한양중고딕" w:eastAsia="한양중고딕" w:hAnsi="굴림" w:cs="굴림" w:hint="eastAsia"/>
                <w:color w:val="000000"/>
                <w:spacing w:val="-6"/>
                <w:w w:val="95"/>
                <w:sz w:val="17"/>
                <w:szCs w:val="17"/>
                <w:lang w:eastAsia="ko-KR"/>
              </w:rPr>
              <w:t>, 기술가치평가기관(</w:t>
            </w:r>
            <w:proofErr w:type="spellStart"/>
            <w:r w:rsidRPr="00820634">
              <w:rPr>
                <w:rFonts w:ascii="한양중고딕" w:eastAsia="한양중고딕" w:hAnsi="굴림" w:cs="굴림" w:hint="eastAsia"/>
                <w:color w:val="000000"/>
                <w:spacing w:val="-6"/>
                <w:w w:val="95"/>
                <w:sz w:val="17"/>
                <w:szCs w:val="17"/>
                <w:lang w:eastAsia="ko-KR"/>
              </w:rPr>
              <w:t>송연국제특허법률사무소</w:t>
            </w:r>
            <w:proofErr w:type="spellEnd"/>
            <w:r w:rsidRPr="00820634">
              <w:rPr>
                <w:rFonts w:ascii="한양중고딕" w:eastAsia="한양중고딕" w:hAnsi="굴림" w:cs="굴림" w:hint="eastAsia"/>
                <w:color w:val="000000"/>
                <w:spacing w:val="-6"/>
                <w:w w:val="95"/>
                <w:sz w:val="17"/>
                <w:szCs w:val="17"/>
                <w:lang w:eastAsia="ko-KR"/>
              </w:rPr>
              <w:t xml:space="preserve">, 코디특허법률사무소, </w:t>
            </w:r>
            <w:proofErr w:type="spellStart"/>
            <w:r w:rsidRPr="00820634">
              <w:rPr>
                <w:rFonts w:ascii="한양중고딕" w:eastAsia="한양중고딕" w:hAnsi="굴림" w:cs="굴림" w:hint="eastAsia"/>
                <w:color w:val="000000"/>
                <w:spacing w:val="-6"/>
                <w:w w:val="95"/>
                <w:sz w:val="17"/>
                <w:szCs w:val="17"/>
                <w:lang w:eastAsia="ko-KR"/>
              </w:rPr>
              <w:t>청어람특허법률사무소</w:t>
            </w:r>
            <w:proofErr w:type="spellEnd"/>
            <w:r w:rsidRPr="00820634">
              <w:rPr>
                <w:rFonts w:ascii="한양중고딕" w:eastAsia="한양중고딕" w:hAnsi="굴림" w:cs="굴림" w:hint="eastAsia"/>
                <w:color w:val="000000"/>
                <w:spacing w:val="-6"/>
                <w:w w:val="95"/>
                <w:sz w:val="17"/>
                <w:szCs w:val="17"/>
                <w:lang w:eastAsia="ko-KR"/>
              </w:rPr>
              <w:t xml:space="preserve">, 법률사무소 화음, 한강특허법인, 특허법인(유한)KBK, </w:t>
            </w:r>
            <w:proofErr w:type="spellStart"/>
            <w:r w:rsidRPr="00820634">
              <w:rPr>
                <w:rFonts w:ascii="한양중고딕" w:eastAsia="한양중고딕" w:hAnsi="굴림" w:cs="굴림" w:hint="eastAsia"/>
                <w:color w:val="000000"/>
                <w:spacing w:val="-6"/>
                <w:w w:val="95"/>
                <w:sz w:val="17"/>
                <w:szCs w:val="17"/>
                <w:lang w:eastAsia="ko-KR"/>
              </w:rPr>
              <w:t>해율특허법률사무소</w:t>
            </w:r>
            <w:proofErr w:type="spellEnd"/>
            <w:r w:rsidRPr="00820634">
              <w:rPr>
                <w:rFonts w:ascii="한양중고딕" w:eastAsia="한양중고딕" w:hAnsi="굴림" w:cs="굴림" w:hint="eastAsia"/>
                <w:color w:val="000000"/>
                <w:spacing w:val="-6"/>
                <w:w w:val="95"/>
                <w:sz w:val="17"/>
                <w:szCs w:val="17"/>
                <w:lang w:eastAsia="ko-KR"/>
              </w:rPr>
              <w:t xml:space="preserve">, </w:t>
            </w:r>
            <w:proofErr w:type="spellStart"/>
            <w:r w:rsidRPr="00820634">
              <w:rPr>
                <w:rFonts w:ascii="한양중고딕" w:eastAsia="한양중고딕" w:hAnsi="굴림" w:cs="굴림" w:hint="eastAsia"/>
                <w:color w:val="000000"/>
                <w:spacing w:val="-6"/>
                <w:w w:val="95"/>
                <w:sz w:val="17"/>
                <w:szCs w:val="17"/>
                <w:lang w:eastAsia="ko-KR"/>
              </w:rPr>
              <w:t>바움국제특허법률사무소</w:t>
            </w:r>
            <w:proofErr w:type="spellEnd"/>
            <w:r w:rsidRPr="00820634">
              <w:rPr>
                <w:rFonts w:ascii="한양중고딕" w:eastAsia="한양중고딕" w:hAnsi="굴림" w:cs="굴림" w:hint="eastAsia"/>
                <w:color w:val="000000"/>
                <w:spacing w:val="-6"/>
                <w:w w:val="95"/>
                <w:sz w:val="17"/>
                <w:szCs w:val="17"/>
                <w:lang w:eastAsia="ko-KR"/>
              </w:rPr>
              <w:t xml:space="preserve">, </w:t>
            </w:r>
            <w:proofErr w:type="spellStart"/>
            <w:r w:rsidRPr="00820634">
              <w:rPr>
                <w:rFonts w:ascii="한양중고딕" w:eastAsia="한양중고딕" w:hAnsi="굴림" w:cs="굴림" w:hint="eastAsia"/>
                <w:color w:val="000000"/>
                <w:spacing w:val="-6"/>
                <w:w w:val="95"/>
                <w:sz w:val="17"/>
                <w:szCs w:val="17"/>
                <w:lang w:eastAsia="ko-KR"/>
              </w:rPr>
              <w:t>비엘티특허법률사무소</w:t>
            </w:r>
            <w:proofErr w:type="spellEnd"/>
            <w:r w:rsidRPr="00820634">
              <w:rPr>
                <w:rFonts w:ascii="한양중고딕" w:eastAsia="한양중고딕" w:hAnsi="굴림" w:cs="굴림" w:hint="eastAsia"/>
                <w:color w:val="000000"/>
                <w:spacing w:val="-6"/>
                <w:w w:val="95"/>
                <w:sz w:val="17"/>
                <w:szCs w:val="17"/>
                <w:lang w:eastAsia="ko-KR"/>
              </w:rPr>
              <w:t xml:space="preserve">, </w:t>
            </w:r>
            <w:proofErr w:type="spellStart"/>
            <w:r w:rsidRPr="00820634">
              <w:rPr>
                <w:rFonts w:ascii="한양중고딕" w:eastAsia="한양중고딕" w:hAnsi="굴림" w:cs="굴림" w:hint="eastAsia"/>
                <w:color w:val="000000"/>
                <w:spacing w:val="-6"/>
                <w:w w:val="95"/>
                <w:sz w:val="17"/>
                <w:szCs w:val="17"/>
                <w:lang w:eastAsia="ko-KR"/>
              </w:rPr>
              <w:t>센스국제특허법률사무소</w:t>
            </w:r>
            <w:proofErr w:type="spellEnd"/>
            <w:r w:rsidRPr="00820634">
              <w:rPr>
                <w:rFonts w:ascii="한양중고딕" w:eastAsia="한양중고딕" w:hAnsi="굴림" w:cs="굴림" w:hint="eastAsia"/>
                <w:color w:val="000000"/>
                <w:spacing w:val="-6"/>
                <w:w w:val="95"/>
                <w:sz w:val="17"/>
                <w:szCs w:val="17"/>
                <w:lang w:eastAsia="ko-KR"/>
              </w:rPr>
              <w:t xml:space="preserve">, 특허법인 </w:t>
            </w:r>
            <w:proofErr w:type="spellStart"/>
            <w:r w:rsidRPr="00820634">
              <w:rPr>
                <w:rFonts w:ascii="한양중고딕" w:eastAsia="한양중고딕" w:hAnsi="굴림" w:cs="굴림" w:hint="eastAsia"/>
                <w:color w:val="000000"/>
                <w:spacing w:val="-6"/>
                <w:w w:val="95"/>
                <w:sz w:val="17"/>
                <w:szCs w:val="17"/>
                <w:lang w:eastAsia="ko-KR"/>
              </w:rPr>
              <w:t>도담</w:t>
            </w:r>
            <w:proofErr w:type="spellEnd"/>
            <w:r w:rsidRPr="00820634">
              <w:rPr>
                <w:rFonts w:ascii="한양중고딕" w:eastAsia="한양중고딕" w:hAnsi="굴림" w:cs="굴림" w:hint="eastAsia"/>
                <w:color w:val="000000"/>
                <w:spacing w:val="-6"/>
                <w:w w:val="95"/>
                <w:sz w:val="17"/>
                <w:szCs w:val="17"/>
                <w:lang w:eastAsia="ko-KR"/>
              </w:rPr>
              <w:t xml:space="preserve">, </w:t>
            </w:r>
            <w:proofErr w:type="spellStart"/>
            <w:r w:rsidRPr="00820634">
              <w:rPr>
                <w:rFonts w:ascii="한양중고딕" w:eastAsia="한양중고딕" w:hAnsi="굴림" w:cs="굴림" w:hint="eastAsia"/>
                <w:color w:val="000000"/>
                <w:spacing w:val="-6"/>
                <w:w w:val="95"/>
                <w:sz w:val="17"/>
                <w:szCs w:val="17"/>
                <w:lang w:eastAsia="ko-KR"/>
              </w:rPr>
              <w:t>수안</w:t>
            </w:r>
            <w:proofErr w:type="spellEnd"/>
            <w:r w:rsidRPr="00820634">
              <w:rPr>
                <w:rFonts w:ascii="한양중고딕" w:eastAsia="한양중고딕" w:hAnsi="굴림" w:cs="굴림" w:hint="eastAsia"/>
                <w:color w:val="000000"/>
                <w:spacing w:val="-6"/>
                <w:w w:val="95"/>
                <w:sz w:val="17"/>
                <w:szCs w:val="17"/>
                <w:lang w:eastAsia="ko-KR"/>
              </w:rPr>
              <w:t xml:space="preserve"> 특허법인, 특허법인 </w:t>
            </w:r>
            <w:proofErr w:type="spellStart"/>
            <w:r w:rsidRPr="00820634">
              <w:rPr>
                <w:rFonts w:ascii="한양중고딕" w:eastAsia="한양중고딕" w:hAnsi="굴림" w:cs="굴림" w:hint="eastAsia"/>
                <w:color w:val="000000"/>
                <w:spacing w:val="-6"/>
                <w:w w:val="95"/>
                <w:sz w:val="17"/>
                <w:szCs w:val="17"/>
                <w:lang w:eastAsia="ko-KR"/>
              </w:rPr>
              <w:t>이룸리온</w:t>
            </w:r>
            <w:proofErr w:type="spellEnd"/>
            <w:r w:rsidRPr="00820634">
              <w:rPr>
                <w:rFonts w:ascii="한양중고딕" w:eastAsia="한양중고딕" w:hAnsi="굴림" w:cs="굴림" w:hint="eastAsia"/>
                <w:color w:val="000000"/>
                <w:spacing w:val="-6"/>
                <w:w w:val="95"/>
                <w:sz w:val="17"/>
                <w:szCs w:val="17"/>
                <w:lang w:eastAsia="ko-KR"/>
              </w:rPr>
              <w:t xml:space="preserve">, </w:t>
            </w:r>
            <w:proofErr w:type="spellStart"/>
            <w:r w:rsidRPr="00820634">
              <w:rPr>
                <w:rFonts w:ascii="한양중고딕" w:eastAsia="한양중고딕" w:hAnsi="굴림" w:cs="굴림" w:hint="eastAsia"/>
                <w:color w:val="000000"/>
                <w:spacing w:val="-6"/>
                <w:w w:val="95"/>
                <w:sz w:val="17"/>
                <w:szCs w:val="17"/>
                <w:lang w:eastAsia="ko-KR"/>
              </w:rPr>
              <w:t>인베스트</w:t>
            </w:r>
            <w:proofErr w:type="spellEnd"/>
            <w:r w:rsidRPr="00820634">
              <w:rPr>
                <w:rFonts w:ascii="한양중고딕" w:eastAsia="한양중고딕" w:hAnsi="굴림" w:cs="굴림" w:hint="eastAsia"/>
                <w:color w:val="000000"/>
                <w:spacing w:val="-6"/>
                <w:w w:val="95"/>
                <w:sz w:val="17"/>
                <w:szCs w:val="17"/>
                <w:lang w:eastAsia="ko-KR"/>
              </w:rPr>
              <w:t xml:space="preserve"> </w:t>
            </w:r>
            <w:proofErr w:type="spellStart"/>
            <w:r w:rsidRPr="00820634">
              <w:rPr>
                <w:rFonts w:ascii="한양중고딕" w:eastAsia="한양중고딕" w:hAnsi="굴림" w:cs="굴림" w:hint="eastAsia"/>
                <w:color w:val="000000"/>
                <w:spacing w:val="-6"/>
                <w:w w:val="95"/>
                <w:sz w:val="17"/>
                <w:szCs w:val="17"/>
                <w:lang w:eastAsia="ko-KR"/>
              </w:rPr>
              <w:t>아이피</w:t>
            </w:r>
            <w:proofErr w:type="spellEnd"/>
            <w:r w:rsidRPr="00820634">
              <w:rPr>
                <w:rFonts w:ascii="한양중고딕" w:eastAsia="한양중고딕" w:hAnsi="굴림" w:cs="굴림" w:hint="eastAsia"/>
                <w:color w:val="000000"/>
                <w:spacing w:val="-6"/>
                <w:w w:val="95"/>
                <w:sz w:val="17"/>
                <w:szCs w:val="17"/>
                <w:lang w:eastAsia="ko-KR"/>
              </w:rPr>
              <w:t xml:space="preserve"> 주식회사)), 사전부실예방위원회), 한국거래소, [중소벤처기업부에 등록된 창업투자회사</w:t>
            </w:r>
            <w:r w:rsidRPr="00820634">
              <w:rPr>
                <w:rFonts w:ascii="한양중고딕" w:eastAsia="한양중고딕" w:hAnsi="굴림" w:cs="굴림" w:hint="eastAsia"/>
                <w:color w:val="000000"/>
                <w:w w:val="95"/>
                <w:sz w:val="17"/>
                <w:szCs w:val="17"/>
                <w:lang w:eastAsia="ko-KR"/>
              </w:rPr>
              <w:t xml:space="preserve">, 벤처투자조합의 </w:t>
            </w:r>
            <w:proofErr w:type="spellStart"/>
            <w:r w:rsidRPr="00820634">
              <w:rPr>
                <w:rFonts w:ascii="한양중고딕" w:eastAsia="한양중고딕" w:hAnsi="굴림" w:cs="굴림" w:hint="eastAsia"/>
                <w:color w:val="000000"/>
                <w:w w:val="95"/>
                <w:sz w:val="17"/>
                <w:szCs w:val="17"/>
                <w:lang w:eastAsia="ko-KR"/>
              </w:rPr>
              <w:t>운용사</w:t>
            </w:r>
            <w:proofErr w:type="spellEnd"/>
            <w:r w:rsidRPr="00820634">
              <w:rPr>
                <w:rFonts w:ascii="한양중고딕" w:eastAsia="한양중고딕" w:hAnsi="굴림" w:cs="굴림" w:hint="eastAsia"/>
                <w:color w:val="000000"/>
                <w:w w:val="95"/>
                <w:sz w:val="17"/>
                <w:szCs w:val="17"/>
                <w:lang w:eastAsia="ko-KR"/>
              </w:rPr>
              <w:t xml:space="preserve">, 한국모태펀드 </w:t>
            </w:r>
            <w:proofErr w:type="spellStart"/>
            <w:r w:rsidRPr="00820634">
              <w:rPr>
                <w:rFonts w:ascii="한양중고딕" w:eastAsia="한양중고딕" w:hAnsi="굴림" w:cs="굴림" w:hint="eastAsia"/>
                <w:color w:val="000000"/>
                <w:w w:val="95"/>
                <w:sz w:val="17"/>
                <w:szCs w:val="17"/>
                <w:lang w:eastAsia="ko-KR"/>
              </w:rPr>
              <w:t>출자조합의</w:t>
            </w:r>
            <w:proofErr w:type="spellEnd"/>
            <w:r w:rsidRPr="00820634">
              <w:rPr>
                <w:rFonts w:ascii="한양중고딕" w:eastAsia="한양중고딕" w:hAnsi="굴림" w:cs="굴림" w:hint="eastAsia"/>
                <w:color w:val="000000"/>
                <w:w w:val="95"/>
                <w:sz w:val="17"/>
                <w:szCs w:val="17"/>
                <w:lang w:eastAsia="ko-KR"/>
              </w:rPr>
              <w:t xml:space="preserve"> </w:t>
            </w:r>
            <w:proofErr w:type="spellStart"/>
            <w:r w:rsidRPr="00820634">
              <w:rPr>
                <w:rFonts w:ascii="한양중고딕" w:eastAsia="한양중고딕" w:hAnsi="굴림" w:cs="굴림" w:hint="eastAsia"/>
                <w:color w:val="000000"/>
                <w:w w:val="95"/>
                <w:sz w:val="17"/>
                <w:szCs w:val="17"/>
                <w:lang w:eastAsia="ko-KR"/>
              </w:rPr>
              <w:t>운용사</w:t>
            </w:r>
            <w:proofErr w:type="spellEnd"/>
            <w:r w:rsidRPr="00820634">
              <w:rPr>
                <w:rFonts w:ascii="한양중고딕" w:eastAsia="한양중고딕" w:hAnsi="굴림" w:cs="굴림" w:hint="eastAsia"/>
                <w:color w:val="000000"/>
                <w:w w:val="95"/>
                <w:sz w:val="17"/>
                <w:szCs w:val="17"/>
                <w:lang w:eastAsia="ko-KR"/>
              </w:rPr>
              <w:t xml:space="preserve">, </w:t>
            </w:r>
            <w:proofErr w:type="spellStart"/>
            <w:r w:rsidRPr="00820634">
              <w:rPr>
                <w:rFonts w:ascii="한양중고딕" w:eastAsia="한양중고딕" w:hAnsi="굴림" w:cs="굴림" w:hint="eastAsia"/>
                <w:color w:val="000000"/>
                <w:w w:val="95"/>
                <w:sz w:val="17"/>
                <w:szCs w:val="17"/>
                <w:lang w:eastAsia="ko-KR"/>
              </w:rPr>
              <w:t>농림수산식품모태펀드</w:t>
            </w:r>
            <w:proofErr w:type="spellEnd"/>
            <w:r w:rsidRPr="00820634">
              <w:rPr>
                <w:rFonts w:ascii="한양중고딕" w:eastAsia="한양중고딕" w:hAnsi="굴림" w:cs="굴림" w:hint="eastAsia"/>
                <w:color w:val="000000"/>
                <w:w w:val="95"/>
                <w:sz w:val="17"/>
                <w:szCs w:val="17"/>
                <w:lang w:eastAsia="ko-KR"/>
              </w:rPr>
              <w:t xml:space="preserve"> </w:t>
            </w:r>
            <w:proofErr w:type="spellStart"/>
            <w:r w:rsidRPr="00820634">
              <w:rPr>
                <w:rFonts w:ascii="한양중고딕" w:eastAsia="한양중고딕" w:hAnsi="굴림" w:cs="굴림" w:hint="eastAsia"/>
                <w:color w:val="000000"/>
                <w:w w:val="95"/>
                <w:sz w:val="17"/>
                <w:szCs w:val="17"/>
                <w:lang w:eastAsia="ko-KR"/>
              </w:rPr>
              <w:t>출자조합의</w:t>
            </w:r>
            <w:proofErr w:type="spellEnd"/>
            <w:r w:rsidRPr="00820634">
              <w:rPr>
                <w:rFonts w:ascii="한양중고딕" w:eastAsia="한양중고딕" w:hAnsi="굴림" w:cs="굴림" w:hint="eastAsia"/>
                <w:color w:val="000000"/>
                <w:w w:val="95"/>
                <w:sz w:val="17"/>
                <w:szCs w:val="17"/>
                <w:lang w:eastAsia="ko-KR"/>
              </w:rPr>
              <w:t xml:space="preserve"> </w:t>
            </w:r>
            <w:proofErr w:type="spellStart"/>
            <w:r w:rsidRPr="00820634">
              <w:rPr>
                <w:rFonts w:ascii="한양중고딕" w:eastAsia="한양중고딕" w:hAnsi="굴림" w:cs="굴림" w:hint="eastAsia"/>
                <w:color w:val="000000"/>
                <w:w w:val="95"/>
                <w:sz w:val="17"/>
                <w:szCs w:val="17"/>
                <w:lang w:eastAsia="ko-KR"/>
              </w:rPr>
              <w:t>운용사</w:t>
            </w:r>
            <w:proofErr w:type="spellEnd"/>
            <w:r w:rsidRPr="00820634">
              <w:rPr>
                <w:rFonts w:ascii="한양중고딕" w:eastAsia="한양중고딕" w:hAnsi="굴림" w:cs="굴림" w:hint="eastAsia"/>
                <w:color w:val="000000"/>
                <w:w w:val="95"/>
                <w:sz w:val="17"/>
                <w:szCs w:val="17"/>
                <w:lang w:eastAsia="ko-KR"/>
              </w:rPr>
              <w:t xml:space="preserve">, 신기술금융사, </w:t>
            </w:r>
            <w:proofErr w:type="spellStart"/>
            <w:r w:rsidRPr="00820634">
              <w:rPr>
                <w:rFonts w:ascii="한양중고딕" w:eastAsia="한양중고딕" w:hAnsi="굴림" w:cs="굴림" w:hint="eastAsia"/>
                <w:color w:val="000000"/>
                <w:w w:val="95"/>
                <w:sz w:val="17"/>
                <w:szCs w:val="17"/>
                <w:lang w:eastAsia="ko-KR"/>
              </w:rPr>
              <w:t>창업기획자</w:t>
            </w:r>
            <w:proofErr w:type="spellEnd"/>
            <w:r w:rsidRPr="00820634">
              <w:rPr>
                <w:rFonts w:ascii="한양중고딕" w:eastAsia="한양중고딕" w:hAnsi="굴림" w:cs="굴림" w:hint="eastAsia"/>
                <w:color w:val="000000"/>
                <w:w w:val="95"/>
                <w:sz w:val="17"/>
                <w:szCs w:val="17"/>
                <w:lang w:eastAsia="ko-KR"/>
              </w:rPr>
              <w:t>, 사모집합투자기구의 업무집행사원](투자희망기업에 한함),</w:t>
            </w:r>
            <w:r w:rsidRPr="00820634">
              <w:rPr>
                <w:rFonts w:ascii="한컴바탕" w:eastAsia="한양중고딕" w:hAnsi="굴림" w:cs="굴림"/>
                <w:color w:val="000000"/>
                <w:w w:val="95"/>
                <w:sz w:val="17"/>
                <w:szCs w:val="17"/>
                <w:lang w:eastAsia="ko-KR"/>
              </w:rPr>
              <w:t xml:space="preserve"> </w:t>
            </w:r>
            <w:proofErr w:type="spellStart"/>
            <w:r w:rsidRPr="00820634">
              <w:rPr>
                <w:rFonts w:ascii="한양중고딕" w:eastAsia="한양중고딕" w:hAnsi="굴림" w:cs="굴림" w:hint="eastAsia"/>
                <w:color w:val="000000"/>
                <w:w w:val="95"/>
                <w:sz w:val="17"/>
                <w:szCs w:val="17"/>
                <w:lang w:eastAsia="ko-KR"/>
              </w:rPr>
              <w:t>이익공유형</w:t>
            </w:r>
            <w:proofErr w:type="spellEnd"/>
            <w:r w:rsidRPr="00820634">
              <w:rPr>
                <w:rFonts w:ascii="한양중고딕" w:eastAsia="한양중고딕" w:hAnsi="굴림" w:cs="굴림" w:hint="eastAsia"/>
                <w:color w:val="000000"/>
                <w:w w:val="95"/>
                <w:sz w:val="17"/>
                <w:szCs w:val="17"/>
                <w:lang w:eastAsia="ko-KR"/>
              </w:rPr>
              <w:t xml:space="preserve"> 대출의 영업이익 적정성 </w:t>
            </w:r>
            <w:proofErr w:type="spellStart"/>
            <w:r w:rsidRPr="00820634">
              <w:rPr>
                <w:rFonts w:ascii="한양중고딕" w:eastAsia="한양중고딕" w:hAnsi="굴림" w:cs="굴림" w:hint="eastAsia"/>
                <w:color w:val="000000"/>
                <w:w w:val="95"/>
                <w:sz w:val="17"/>
                <w:szCs w:val="17"/>
                <w:lang w:eastAsia="ko-KR"/>
              </w:rPr>
              <w:t>점검용역</w:t>
            </w:r>
            <w:proofErr w:type="spellEnd"/>
            <w:r w:rsidRPr="00820634">
              <w:rPr>
                <w:rFonts w:ascii="한양중고딕" w:eastAsia="한양중고딕" w:hAnsi="굴림" w:cs="굴림" w:hint="eastAsia"/>
                <w:color w:val="000000"/>
                <w:w w:val="95"/>
                <w:sz w:val="17"/>
                <w:szCs w:val="17"/>
                <w:lang w:eastAsia="ko-KR"/>
              </w:rPr>
              <w:t xml:space="preserve"> 수행 회계법인, 공공기관, 중소기업 통합관리시스템 운영기관, </w:t>
            </w:r>
            <w:proofErr w:type="spellStart"/>
            <w:r w:rsidRPr="00820634">
              <w:rPr>
                <w:rFonts w:ascii="한양중고딕" w:eastAsia="한양중고딕" w:hAnsi="굴림" w:cs="굴림" w:hint="eastAsia"/>
                <w:color w:val="000000"/>
                <w:w w:val="95"/>
                <w:sz w:val="17"/>
                <w:szCs w:val="17"/>
                <w:lang w:eastAsia="ko-KR"/>
              </w:rPr>
              <w:t>중진공과</w:t>
            </w:r>
            <w:proofErr w:type="spellEnd"/>
            <w:r w:rsidRPr="00820634">
              <w:rPr>
                <w:rFonts w:ascii="한양중고딕" w:eastAsia="한양중고딕" w:hAnsi="굴림" w:cs="굴림" w:hint="eastAsia"/>
                <w:color w:val="000000"/>
                <w:w w:val="95"/>
                <w:sz w:val="17"/>
                <w:szCs w:val="17"/>
                <w:lang w:eastAsia="ko-KR"/>
              </w:rPr>
              <w:t xml:space="preserve"> 금융거래정보 제공 온라인 </w:t>
            </w:r>
            <w:proofErr w:type="spellStart"/>
            <w:r w:rsidRPr="00820634">
              <w:rPr>
                <w:rFonts w:ascii="한양중고딕" w:eastAsia="한양중고딕" w:hAnsi="굴림" w:cs="굴림" w:hint="eastAsia"/>
                <w:color w:val="000000"/>
                <w:w w:val="95"/>
                <w:sz w:val="17"/>
                <w:szCs w:val="17"/>
                <w:lang w:eastAsia="ko-KR"/>
              </w:rPr>
              <w:t>연계협약</w:t>
            </w:r>
            <w:proofErr w:type="spellEnd"/>
            <w:r w:rsidRPr="00820634">
              <w:rPr>
                <w:rFonts w:ascii="한양중고딕" w:eastAsia="한양중고딕" w:hAnsi="굴림" w:cs="굴림" w:hint="eastAsia"/>
                <w:color w:val="000000"/>
                <w:w w:val="95"/>
                <w:sz w:val="17"/>
                <w:szCs w:val="17"/>
                <w:lang w:eastAsia="ko-KR"/>
              </w:rPr>
              <w:t xml:space="preserve">, </w:t>
            </w:r>
            <w:proofErr w:type="spellStart"/>
            <w:r w:rsidRPr="00820634">
              <w:rPr>
                <w:rFonts w:ascii="한양중고딕" w:eastAsia="한양중고딕" w:hAnsi="굴림" w:cs="굴림" w:hint="eastAsia"/>
                <w:color w:val="000000"/>
                <w:w w:val="95"/>
                <w:sz w:val="17"/>
                <w:szCs w:val="17"/>
                <w:lang w:eastAsia="ko-KR"/>
              </w:rPr>
              <w:t>융자취급</w:t>
            </w:r>
            <w:proofErr w:type="spellEnd"/>
            <w:r w:rsidRPr="00820634">
              <w:rPr>
                <w:rFonts w:ascii="한양중고딕" w:eastAsia="한양중고딕" w:hAnsi="굴림" w:cs="굴림" w:hint="eastAsia"/>
                <w:color w:val="000000"/>
                <w:w w:val="95"/>
                <w:sz w:val="17"/>
                <w:szCs w:val="17"/>
                <w:lang w:eastAsia="ko-KR"/>
              </w:rPr>
              <w:t xml:space="preserve"> </w:t>
            </w:r>
            <w:r w:rsidRPr="00820634">
              <w:rPr>
                <w:rFonts w:ascii="한양중고딕" w:eastAsia="한양중고딕" w:hAnsi="굴림" w:cs="굴림" w:hint="eastAsia"/>
                <w:color w:val="000000"/>
                <w:spacing w:val="-2"/>
                <w:w w:val="95"/>
                <w:sz w:val="17"/>
                <w:szCs w:val="17"/>
                <w:lang w:eastAsia="ko-KR"/>
              </w:rPr>
              <w:t>협약을 체결한 금융회사</w:t>
            </w:r>
            <w:r w:rsidRPr="00820634">
              <w:rPr>
                <w:rFonts w:ascii="한양중고딕" w:eastAsia="한양중고딕" w:hAnsi="굴림" w:cs="굴림" w:hint="eastAsia"/>
                <w:color w:val="000000"/>
                <w:spacing w:val="-14"/>
                <w:w w:val="90"/>
                <w:sz w:val="17"/>
                <w:szCs w:val="17"/>
                <w:lang w:eastAsia="ko-KR"/>
              </w:rPr>
              <w:t>(</w:t>
            </w:r>
            <w:r w:rsidRPr="00820634">
              <w:rPr>
                <w:rFonts w:ascii="한양중고딕" w:eastAsia="한양중고딕" w:hAnsi="굴림" w:cs="굴림" w:hint="eastAsia"/>
                <w:color w:val="000000"/>
                <w:spacing w:val="2"/>
                <w:w w:val="90"/>
                <w:sz w:val="17"/>
                <w:szCs w:val="17"/>
                <w:lang w:eastAsia="ko-KR"/>
              </w:rPr>
              <w:t xml:space="preserve">한국산업, 중소기업, 국민, NH농협, 우리, 신한, SC제일, </w:t>
            </w:r>
            <w:proofErr w:type="spellStart"/>
            <w:r w:rsidRPr="00820634">
              <w:rPr>
                <w:rFonts w:ascii="한양중고딕" w:eastAsia="한양중고딕" w:hAnsi="굴림" w:cs="굴림" w:hint="eastAsia"/>
                <w:color w:val="000000"/>
                <w:spacing w:val="2"/>
                <w:w w:val="90"/>
                <w:sz w:val="17"/>
                <w:szCs w:val="17"/>
                <w:lang w:eastAsia="ko-KR"/>
              </w:rPr>
              <w:t>한국씨티</w:t>
            </w:r>
            <w:proofErr w:type="spellEnd"/>
            <w:r w:rsidRPr="00820634">
              <w:rPr>
                <w:rFonts w:ascii="한양중고딕" w:eastAsia="한양중고딕" w:hAnsi="굴림" w:cs="굴림" w:hint="eastAsia"/>
                <w:color w:val="000000"/>
                <w:spacing w:val="2"/>
                <w:w w:val="90"/>
                <w:sz w:val="17"/>
                <w:szCs w:val="17"/>
                <w:lang w:eastAsia="ko-KR"/>
              </w:rPr>
              <w:t xml:space="preserve">, </w:t>
            </w:r>
            <w:proofErr w:type="spellStart"/>
            <w:r w:rsidRPr="00820634">
              <w:rPr>
                <w:rFonts w:ascii="한양중고딕" w:eastAsia="한양중고딕" w:hAnsi="굴림" w:cs="굴림" w:hint="eastAsia"/>
                <w:color w:val="000000"/>
                <w:spacing w:val="2"/>
                <w:w w:val="90"/>
                <w:sz w:val="17"/>
                <w:szCs w:val="17"/>
                <w:lang w:eastAsia="ko-KR"/>
              </w:rPr>
              <w:t>한국수출입</w:t>
            </w:r>
            <w:proofErr w:type="spellEnd"/>
            <w:r w:rsidRPr="00820634">
              <w:rPr>
                <w:rFonts w:ascii="한양중고딕" w:eastAsia="한양중고딕" w:hAnsi="굴림" w:cs="굴림" w:hint="eastAsia"/>
                <w:color w:val="000000"/>
                <w:spacing w:val="2"/>
                <w:w w:val="90"/>
                <w:sz w:val="17"/>
                <w:szCs w:val="17"/>
                <w:lang w:eastAsia="ko-KR"/>
              </w:rPr>
              <w:t>, 대구, 부산, 광주, 제주, 전북, 경남, KEB하나, 수협은행</w:t>
            </w:r>
            <w:r w:rsidRPr="00820634">
              <w:rPr>
                <w:rFonts w:ascii="한양중고딕" w:eastAsia="한양중고딕" w:hAnsi="굴림" w:cs="굴림" w:hint="eastAsia"/>
                <w:color w:val="000000"/>
                <w:spacing w:val="-14"/>
                <w:w w:val="90"/>
                <w:sz w:val="17"/>
                <w:szCs w:val="17"/>
                <w:lang w:eastAsia="ko-KR"/>
              </w:rPr>
              <w:t>)</w:t>
            </w:r>
          </w:p>
        </w:tc>
      </w:tr>
      <w:tr w:rsidR="009C3E08" w:rsidRPr="009C3E08" w:rsidTr="003043BB">
        <w:trPr>
          <w:trHeight w:val="3132"/>
        </w:trPr>
        <w:tc>
          <w:tcPr>
            <w:tcW w:w="1701" w:type="dxa"/>
            <w:tcBorders>
              <w:top w:val="single" w:sz="2" w:space="0" w:color="000000"/>
              <w:left w:val="single" w:sz="12" w:space="0" w:color="auto"/>
              <w:bottom w:val="single" w:sz="2" w:space="0" w:color="000000"/>
              <w:right w:val="single" w:sz="2" w:space="0" w:color="000000"/>
            </w:tcBorders>
            <w:tcMar>
              <w:top w:w="28" w:type="dxa"/>
              <w:left w:w="102" w:type="dxa"/>
              <w:bottom w:w="28" w:type="dxa"/>
              <w:right w:w="102" w:type="dxa"/>
            </w:tcMar>
            <w:vAlign w:val="center"/>
            <w:hideMark/>
          </w:tcPr>
          <w:p w:rsidR="009C3E08" w:rsidRPr="009C3E08" w:rsidRDefault="009C3E08" w:rsidP="001E7699">
            <w:pPr>
              <w:widowControl w:val="0"/>
              <w:autoSpaceDE w:val="0"/>
              <w:autoSpaceDN w:val="0"/>
              <w:spacing w:line="240" w:lineRule="exact"/>
              <w:ind w:left="120" w:hanging="120"/>
              <w:jc w:val="center"/>
              <w:textAlignment w:val="baseline"/>
              <w:rPr>
                <w:rFonts w:ascii="함초롬바탕" w:eastAsia="굴림" w:hAnsi="굴림" w:cs="굴림"/>
                <w:color w:val="000000"/>
                <w:szCs w:val="20"/>
                <w:lang w:eastAsia="ko-KR"/>
              </w:rPr>
            </w:pPr>
            <w:r w:rsidRPr="009C3E08">
              <w:rPr>
                <w:rFonts w:ascii="한양중고딕" w:eastAsia="한양중고딕" w:hAnsi="굴림" w:cs="굴림" w:hint="eastAsia"/>
                <w:color w:val="000000"/>
                <w:w w:val="85"/>
                <w:sz w:val="18"/>
                <w:szCs w:val="18"/>
                <w:lang w:eastAsia="ko-KR"/>
              </w:rPr>
              <w:t>제공받는 자의 목적</w:t>
            </w:r>
          </w:p>
        </w:tc>
        <w:tc>
          <w:tcPr>
            <w:tcW w:w="7917" w:type="dxa"/>
            <w:tcBorders>
              <w:top w:val="single" w:sz="2" w:space="0" w:color="000000"/>
              <w:left w:val="single" w:sz="2" w:space="0" w:color="000000"/>
              <w:bottom w:val="single" w:sz="2" w:space="0" w:color="000000"/>
              <w:right w:val="single" w:sz="12" w:space="0" w:color="auto"/>
            </w:tcBorders>
            <w:tcMar>
              <w:top w:w="28" w:type="dxa"/>
              <w:left w:w="102" w:type="dxa"/>
              <w:bottom w:w="28" w:type="dxa"/>
              <w:right w:w="102" w:type="dxa"/>
            </w:tcMar>
            <w:vAlign w:val="center"/>
            <w:hideMark/>
          </w:tcPr>
          <w:p w:rsidR="009C3E08" w:rsidRPr="00820634" w:rsidRDefault="009C3E08" w:rsidP="001E7699">
            <w:pPr>
              <w:widowControl w:val="0"/>
              <w:autoSpaceDE w:val="0"/>
              <w:autoSpaceDN w:val="0"/>
              <w:spacing w:after="20" w:line="240" w:lineRule="exact"/>
              <w:ind w:left="120" w:hanging="120"/>
              <w:jc w:val="both"/>
              <w:textAlignment w:val="baseline"/>
              <w:rPr>
                <w:rFonts w:ascii="한컴바탕" w:eastAsia="굴림" w:hAnsi="굴림" w:cs="굴림"/>
                <w:color w:val="000000"/>
                <w:sz w:val="17"/>
                <w:szCs w:val="17"/>
                <w:lang w:eastAsia="ko-KR"/>
              </w:rPr>
            </w:pPr>
            <w:r w:rsidRPr="00820634">
              <w:rPr>
                <w:rFonts w:ascii="MS Gothic" w:eastAsia="MS Gothic" w:hAnsi="MS Gothic" w:cs="MS Gothic" w:hint="eastAsia"/>
                <w:color w:val="000000"/>
                <w:spacing w:val="-10"/>
                <w:w w:val="90"/>
                <w:sz w:val="17"/>
                <w:szCs w:val="17"/>
                <w:lang w:eastAsia="ko-KR"/>
              </w:rPr>
              <w:t>‣</w:t>
            </w:r>
            <w:r w:rsidRPr="00820634">
              <w:rPr>
                <w:rFonts w:ascii="한양중고딕" w:eastAsia="한양중고딕" w:hAnsi="굴림" w:cs="굴림" w:hint="eastAsia"/>
                <w:color w:val="000000"/>
                <w:w w:val="90"/>
                <w:sz w:val="17"/>
                <w:szCs w:val="17"/>
                <w:lang w:eastAsia="ko-KR"/>
              </w:rPr>
              <w:t xml:space="preserve">신용조회회사, 신용정보집중기관, 보증기관, 스케일업금융 </w:t>
            </w:r>
            <w:proofErr w:type="gramStart"/>
            <w:r w:rsidRPr="00820634">
              <w:rPr>
                <w:rFonts w:ascii="한양중고딕" w:eastAsia="한양중고딕" w:hAnsi="굴림" w:cs="굴림" w:hint="eastAsia"/>
                <w:color w:val="000000"/>
                <w:w w:val="90"/>
                <w:sz w:val="17"/>
                <w:szCs w:val="17"/>
                <w:lang w:eastAsia="ko-KR"/>
              </w:rPr>
              <w:t>참여기관 :</w:t>
            </w:r>
            <w:proofErr w:type="gramEnd"/>
            <w:r w:rsidRPr="00820634">
              <w:rPr>
                <w:rFonts w:ascii="한양중고딕" w:eastAsia="한양중고딕" w:hAnsi="굴림" w:cs="굴림" w:hint="eastAsia"/>
                <w:color w:val="000000"/>
                <w:w w:val="90"/>
                <w:sz w:val="17"/>
                <w:szCs w:val="17"/>
                <w:lang w:eastAsia="ko-KR"/>
              </w:rPr>
              <w:t xml:space="preserve"> (금융) 거래의 설정, 유지, 이행, 관리, 활용에 필요한 업무의 수행, 신용을 판단하기 위한 자료</w:t>
            </w:r>
          </w:p>
          <w:p w:rsidR="009C3E08" w:rsidRPr="00820634" w:rsidRDefault="009C3E08" w:rsidP="001E7699">
            <w:pPr>
              <w:widowControl w:val="0"/>
              <w:autoSpaceDE w:val="0"/>
              <w:autoSpaceDN w:val="0"/>
              <w:spacing w:after="20" w:line="240" w:lineRule="exact"/>
              <w:ind w:left="120" w:hanging="120"/>
              <w:jc w:val="both"/>
              <w:textAlignment w:val="baseline"/>
              <w:rPr>
                <w:rFonts w:ascii="한컴바탕" w:eastAsia="굴림" w:hAnsi="굴림" w:cs="굴림"/>
                <w:color w:val="000000"/>
                <w:sz w:val="17"/>
                <w:szCs w:val="17"/>
                <w:lang w:eastAsia="ko-KR"/>
              </w:rPr>
            </w:pPr>
            <w:r w:rsidRPr="00820634">
              <w:rPr>
                <w:rFonts w:ascii="MS Gothic" w:eastAsia="MS Gothic" w:hAnsi="MS Gothic" w:cs="MS Gothic" w:hint="eastAsia"/>
                <w:color w:val="000000"/>
                <w:spacing w:val="-10"/>
                <w:w w:val="90"/>
                <w:sz w:val="17"/>
                <w:szCs w:val="17"/>
                <w:lang w:eastAsia="ko-KR"/>
              </w:rPr>
              <w:t>‣</w:t>
            </w:r>
            <w:r w:rsidRPr="00820634">
              <w:rPr>
                <w:rFonts w:ascii="한양중고딕" w:eastAsia="한양중고딕" w:hAnsi="굴림" w:cs="굴림" w:hint="eastAsia"/>
                <w:color w:val="000000"/>
                <w:spacing w:val="-10"/>
                <w:w w:val="90"/>
                <w:sz w:val="17"/>
                <w:szCs w:val="17"/>
                <w:lang w:eastAsia="ko-KR"/>
              </w:rPr>
              <w:t xml:space="preserve">관세청, </w:t>
            </w:r>
            <w:proofErr w:type="gramStart"/>
            <w:r w:rsidRPr="00820634">
              <w:rPr>
                <w:rFonts w:ascii="한양중고딕" w:eastAsia="한양중고딕" w:hAnsi="굴림" w:cs="굴림" w:hint="eastAsia"/>
                <w:color w:val="000000"/>
                <w:spacing w:val="-10"/>
                <w:w w:val="90"/>
                <w:sz w:val="17"/>
                <w:szCs w:val="17"/>
                <w:lang w:eastAsia="ko-KR"/>
              </w:rPr>
              <w:t>무역통계진흥원 :</w:t>
            </w:r>
            <w:proofErr w:type="gramEnd"/>
            <w:r w:rsidRPr="00820634">
              <w:rPr>
                <w:rFonts w:ascii="한양중고딕" w:eastAsia="한양중고딕" w:hAnsi="굴림" w:cs="굴림" w:hint="eastAsia"/>
                <w:color w:val="000000"/>
                <w:spacing w:val="-10"/>
                <w:w w:val="90"/>
                <w:sz w:val="17"/>
                <w:szCs w:val="17"/>
                <w:lang w:eastAsia="ko-KR"/>
              </w:rPr>
              <w:t xml:space="preserve"> 수출에 관한 거래내역을 판단하기 위한 자료</w:t>
            </w:r>
          </w:p>
          <w:p w:rsidR="009C3E08" w:rsidRPr="00820634" w:rsidRDefault="009C3E08" w:rsidP="001E7699">
            <w:pPr>
              <w:widowControl w:val="0"/>
              <w:autoSpaceDE w:val="0"/>
              <w:autoSpaceDN w:val="0"/>
              <w:spacing w:after="20" w:line="240" w:lineRule="exact"/>
              <w:ind w:left="120" w:hanging="120"/>
              <w:jc w:val="both"/>
              <w:textAlignment w:val="baseline"/>
              <w:rPr>
                <w:rFonts w:ascii="한컴바탕" w:eastAsia="굴림" w:hAnsi="굴림" w:cs="굴림"/>
                <w:color w:val="000000"/>
                <w:sz w:val="17"/>
                <w:szCs w:val="17"/>
                <w:lang w:eastAsia="ko-KR"/>
              </w:rPr>
            </w:pPr>
            <w:r w:rsidRPr="00820634">
              <w:rPr>
                <w:rFonts w:ascii="MS Gothic" w:eastAsia="MS Gothic" w:hAnsi="MS Gothic" w:cs="MS Gothic" w:hint="eastAsia"/>
                <w:color w:val="000000"/>
                <w:spacing w:val="-10"/>
                <w:w w:val="90"/>
                <w:sz w:val="17"/>
                <w:szCs w:val="17"/>
                <w:lang w:eastAsia="ko-KR"/>
              </w:rPr>
              <w:t>‣</w:t>
            </w:r>
            <w:proofErr w:type="gramStart"/>
            <w:r w:rsidRPr="00820634">
              <w:rPr>
                <w:rFonts w:ascii="한양중고딕" w:eastAsia="한양중고딕" w:hAnsi="굴림" w:cs="굴림" w:hint="eastAsia"/>
                <w:color w:val="000000"/>
                <w:spacing w:val="-10"/>
                <w:w w:val="90"/>
                <w:sz w:val="17"/>
                <w:szCs w:val="17"/>
                <w:lang w:eastAsia="ko-KR"/>
              </w:rPr>
              <w:t>연대보증인 :</w:t>
            </w:r>
            <w:proofErr w:type="gramEnd"/>
            <w:r w:rsidRPr="00820634">
              <w:rPr>
                <w:rFonts w:ascii="한양중고딕" w:eastAsia="한양중고딕" w:hAnsi="굴림" w:cs="굴림" w:hint="eastAsia"/>
                <w:color w:val="000000"/>
                <w:spacing w:val="-10"/>
                <w:w w:val="90"/>
                <w:sz w:val="17"/>
                <w:szCs w:val="17"/>
                <w:lang w:eastAsia="ko-KR"/>
              </w:rPr>
              <w:t xml:space="preserve"> 보증인 보호를 위한 </w:t>
            </w:r>
            <w:proofErr w:type="spellStart"/>
            <w:r w:rsidRPr="00820634">
              <w:rPr>
                <w:rFonts w:ascii="한양중고딕" w:eastAsia="한양중고딕" w:hAnsi="굴림" w:cs="굴림" w:hint="eastAsia"/>
                <w:color w:val="000000"/>
                <w:spacing w:val="-10"/>
                <w:w w:val="90"/>
                <w:sz w:val="17"/>
                <w:szCs w:val="17"/>
                <w:lang w:eastAsia="ko-KR"/>
              </w:rPr>
              <w:t>대출계약</w:t>
            </w:r>
            <w:proofErr w:type="spellEnd"/>
            <w:r w:rsidRPr="00820634">
              <w:rPr>
                <w:rFonts w:ascii="한양중고딕" w:eastAsia="한양중고딕" w:hAnsi="굴림" w:cs="굴림" w:hint="eastAsia"/>
                <w:color w:val="000000"/>
                <w:spacing w:val="-10"/>
                <w:w w:val="90"/>
                <w:sz w:val="17"/>
                <w:szCs w:val="17"/>
                <w:lang w:eastAsia="ko-KR"/>
              </w:rPr>
              <w:t xml:space="preserve"> </w:t>
            </w:r>
            <w:proofErr w:type="spellStart"/>
            <w:r w:rsidRPr="00820634">
              <w:rPr>
                <w:rFonts w:ascii="한양중고딕" w:eastAsia="한양중고딕" w:hAnsi="굴림" w:cs="굴림" w:hint="eastAsia"/>
                <w:color w:val="000000"/>
                <w:spacing w:val="-10"/>
                <w:w w:val="90"/>
                <w:sz w:val="17"/>
                <w:szCs w:val="17"/>
                <w:lang w:eastAsia="ko-KR"/>
              </w:rPr>
              <w:t>체결여부</w:t>
            </w:r>
            <w:proofErr w:type="spellEnd"/>
            <w:r w:rsidRPr="00820634">
              <w:rPr>
                <w:rFonts w:ascii="한양중고딕" w:eastAsia="한양중고딕" w:hAnsi="굴림" w:cs="굴림" w:hint="eastAsia"/>
                <w:color w:val="000000"/>
                <w:spacing w:val="-10"/>
                <w:w w:val="90"/>
                <w:sz w:val="17"/>
                <w:szCs w:val="17"/>
                <w:lang w:eastAsia="ko-KR"/>
              </w:rPr>
              <w:t xml:space="preserve"> 판단 및 유지, 관리, 이행</w:t>
            </w:r>
          </w:p>
          <w:p w:rsidR="009C3E08" w:rsidRPr="00820634" w:rsidRDefault="009C3E08" w:rsidP="001E7699">
            <w:pPr>
              <w:widowControl w:val="0"/>
              <w:autoSpaceDE w:val="0"/>
              <w:autoSpaceDN w:val="0"/>
              <w:spacing w:after="20" w:line="240" w:lineRule="exact"/>
              <w:jc w:val="both"/>
              <w:textAlignment w:val="baseline"/>
              <w:rPr>
                <w:rFonts w:ascii="한컴바탕" w:eastAsia="굴림" w:hAnsi="굴림" w:cs="굴림"/>
                <w:color w:val="000000"/>
                <w:sz w:val="17"/>
                <w:szCs w:val="17"/>
                <w:lang w:eastAsia="ko-KR"/>
              </w:rPr>
            </w:pPr>
            <w:r w:rsidRPr="00820634">
              <w:rPr>
                <w:rFonts w:ascii="MS Gothic" w:eastAsia="MS Gothic" w:hAnsi="MS Gothic" w:cs="MS Gothic" w:hint="eastAsia"/>
                <w:color w:val="000000"/>
                <w:spacing w:val="-10"/>
                <w:w w:val="90"/>
                <w:sz w:val="17"/>
                <w:szCs w:val="17"/>
                <w:lang w:eastAsia="ko-KR"/>
              </w:rPr>
              <w:t>‣</w:t>
            </w:r>
            <w:r w:rsidRPr="00820634">
              <w:rPr>
                <w:rFonts w:ascii="한양중고딕" w:eastAsia="한양중고딕" w:hAnsi="굴림" w:cs="굴림" w:hint="eastAsia"/>
                <w:color w:val="000000"/>
                <w:w w:val="95"/>
                <w:sz w:val="17"/>
                <w:szCs w:val="17"/>
                <w:lang w:eastAsia="ko-KR"/>
              </w:rPr>
              <w:t xml:space="preserve">중소기업 </w:t>
            </w:r>
            <w:proofErr w:type="spellStart"/>
            <w:r w:rsidRPr="00820634">
              <w:rPr>
                <w:rFonts w:ascii="한양중고딕" w:eastAsia="한양중고딕" w:hAnsi="굴림" w:cs="굴림" w:hint="eastAsia"/>
                <w:color w:val="000000"/>
                <w:w w:val="95"/>
                <w:sz w:val="17"/>
                <w:szCs w:val="17"/>
                <w:lang w:eastAsia="ko-KR"/>
              </w:rPr>
              <w:t>진단관련</w:t>
            </w:r>
            <w:proofErr w:type="spellEnd"/>
            <w:r w:rsidRPr="00820634">
              <w:rPr>
                <w:rFonts w:ascii="한양중고딕" w:eastAsia="한양중고딕" w:hAnsi="굴림" w:cs="굴림" w:hint="eastAsia"/>
                <w:color w:val="000000"/>
                <w:w w:val="95"/>
                <w:sz w:val="17"/>
                <w:szCs w:val="17"/>
                <w:lang w:eastAsia="ko-KR"/>
              </w:rPr>
              <w:t xml:space="preserve"> 관계기관(</w:t>
            </w:r>
            <w:proofErr w:type="spellStart"/>
            <w:r w:rsidRPr="00820634">
              <w:rPr>
                <w:rFonts w:ascii="한양중고딕" w:eastAsia="한양중고딕" w:hAnsi="굴림" w:cs="굴림" w:hint="eastAsia"/>
                <w:color w:val="000000"/>
                <w:w w:val="95"/>
                <w:sz w:val="17"/>
                <w:szCs w:val="17"/>
                <w:lang w:eastAsia="ko-KR"/>
              </w:rPr>
              <w:t>진단전문가</w:t>
            </w:r>
            <w:proofErr w:type="spellEnd"/>
            <w:r w:rsidRPr="00820634">
              <w:rPr>
                <w:rFonts w:ascii="한양중고딕" w:eastAsia="한양중고딕" w:hAnsi="굴림" w:cs="굴림" w:hint="eastAsia"/>
                <w:color w:val="000000"/>
                <w:w w:val="95"/>
                <w:sz w:val="17"/>
                <w:szCs w:val="17"/>
                <w:lang w:eastAsia="ko-KR"/>
              </w:rPr>
              <w:t>, 기술가치평가기관(</w:t>
            </w:r>
            <w:proofErr w:type="spellStart"/>
            <w:r w:rsidRPr="00820634">
              <w:rPr>
                <w:rFonts w:ascii="한양중고딕" w:eastAsia="한양중고딕" w:hAnsi="굴림" w:cs="굴림" w:hint="eastAsia"/>
                <w:color w:val="000000"/>
                <w:w w:val="95"/>
                <w:sz w:val="17"/>
                <w:szCs w:val="17"/>
                <w:lang w:eastAsia="ko-KR"/>
              </w:rPr>
              <w:t>송연국제특허법률사무소</w:t>
            </w:r>
            <w:proofErr w:type="spellEnd"/>
            <w:r w:rsidRPr="00820634">
              <w:rPr>
                <w:rFonts w:ascii="한양중고딕" w:eastAsia="한양중고딕" w:hAnsi="굴림" w:cs="굴림" w:hint="eastAsia"/>
                <w:color w:val="000000"/>
                <w:w w:val="95"/>
                <w:sz w:val="17"/>
                <w:szCs w:val="17"/>
                <w:lang w:eastAsia="ko-KR"/>
              </w:rPr>
              <w:t xml:space="preserve">, 코디특허법률사무소, </w:t>
            </w:r>
            <w:proofErr w:type="spellStart"/>
            <w:r w:rsidRPr="00820634">
              <w:rPr>
                <w:rFonts w:ascii="한양중고딕" w:eastAsia="한양중고딕" w:hAnsi="굴림" w:cs="굴림" w:hint="eastAsia"/>
                <w:color w:val="000000"/>
                <w:w w:val="95"/>
                <w:sz w:val="17"/>
                <w:szCs w:val="17"/>
                <w:lang w:eastAsia="ko-KR"/>
              </w:rPr>
              <w:t>청어람특허법률사무소</w:t>
            </w:r>
            <w:proofErr w:type="spellEnd"/>
            <w:r w:rsidRPr="00820634">
              <w:rPr>
                <w:rFonts w:ascii="한양중고딕" w:eastAsia="한양중고딕" w:hAnsi="굴림" w:cs="굴림" w:hint="eastAsia"/>
                <w:color w:val="000000"/>
                <w:w w:val="95"/>
                <w:sz w:val="17"/>
                <w:szCs w:val="17"/>
                <w:lang w:eastAsia="ko-KR"/>
              </w:rPr>
              <w:t xml:space="preserve">, 법률사무소 화음, 한강특허법인, 특허법인(유한)KBK, </w:t>
            </w:r>
            <w:proofErr w:type="spellStart"/>
            <w:r w:rsidRPr="00820634">
              <w:rPr>
                <w:rFonts w:ascii="한양중고딕" w:eastAsia="한양중고딕" w:hAnsi="굴림" w:cs="굴림" w:hint="eastAsia"/>
                <w:color w:val="000000"/>
                <w:w w:val="95"/>
                <w:sz w:val="17"/>
                <w:szCs w:val="17"/>
                <w:lang w:eastAsia="ko-KR"/>
              </w:rPr>
              <w:t>해율특허법률사무소</w:t>
            </w:r>
            <w:proofErr w:type="spellEnd"/>
            <w:r w:rsidRPr="00820634">
              <w:rPr>
                <w:rFonts w:ascii="한양중고딕" w:eastAsia="한양중고딕" w:hAnsi="굴림" w:cs="굴림" w:hint="eastAsia"/>
                <w:color w:val="000000"/>
                <w:w w:val="95"/>
                <w:sz w:val="17"/>
                <w:szCs w:val="17"/>
                <w:lang w:eastAsia="ko-KR"/>
              </w:rPr>
              <w:t xml:space="preserve">, </w:t>
            </w:r>
            <w:proofErr w:type="spellStart"/>
            <w:r w:rsidRPr="00820634">
              <w:rPr>
                <w:rFonts w:ascii="한양중고딕" w:eastAsia="한양중고딕" w:hAnsi="굴림" w:cs="굴림" w:hint="eastAsia"/>
                <w:color w:val="000000"/>
                <w:w w:val="95"/>
                <w:sz w:val="17"/>
                <w:szCs w:val="17"/>
                <w:lang w:eastAsia="ko-KR"/>
              </w:rPr>
              <w:t>바움국제특허법률사무소</w:t>
            </w:r>
            <w:proofErr w:type="spellEnd"/>
            <w:r w:rsidRPr="00820634">
              <w:rPr>
                <w:rFonts w:ascii="한양중고딕" w:eastAsia="한양중고딕" w:hAnsi="굴림" w:cs="굴림" w:hint="eastAsia"/>
                <w:color w:val="000000"/>
                <w:w w:val="95"/>
                <w:sz w:val="17"/>
                <w:szCs w:val="17"/>
                <w:lang w:eastAsia="ko-KR"/>
              </w:rPr>
              <w:t xml:space="preserve">, </w:t>
            </w:r>
            <w:proofErr w:type="spellStart"/>
            <w:r w:rsidRPr="00820634">
              <w:rPr>
                <w:rFonts w:ascii="한양중고딕" w:eastAsia="한양중고딕" w:hAnsi="굴림" w:cs="굴림" w:hint="eastAsia"/>
                <w:color w:val="000000"/>
                <w:w w:val="95"/>
                <w:sz w:val="17"/>
                <w:szCs w:val="17"/>
                <w:lang w:eastAsia="ko-KR"/>
              </w:rPr>
              <w:t>비엘티특허법률사무소</w:t>
            </w:r>
            <w:proofErr w:type="spellEnd"/>
            <w:r w:rsidRPr="00820634">
              <w:rPr>
                <w:rFonts w:ascii="한양중고딕" w:eastAsia="한양중고딕" w:hAnsi="굴림" w:cs="굴림" w:hint="eastAsia"/>
                <w:color w:val="000000"/>
                <w:w w:val="95"/>
                <w:sz w:val="17"/>
                <w:szCs w:val="17"/>
                <w:lang w:eastAsia="ko-KR"/>
              </w:rPr>
              <w:t xml:space="preserve">, </w:t>
            </w:r>
            <w:proofErr w:type="spellStart"/>
            <w:r w:rsidRPr="00820634">
              <w:rPr>
                <w:rFonts w:ascii="한양중고딕" w:eastAsia="한양중고딕" w:hAnsi="굴림" w:cs="굴림" w:hint="eastAsia"/>
                <w:color w:val="000000"/>
                <w:w w:val="95"/>
                <w:sz w:val="17"/>
                <w:szCs w:val="17"/>
                <w:lang w:eastAsia="ko-KR"/>
              </w:rPr>
              <w:t>센스국제특허법률사무소</w:t>
            </w:r>
            <w:proofErr w:type="spellEnd"/>
            <w:r w:rsidRPr="00820634">
              <w:rPr>
                <w:rFonts w:ascii="한양중고딕" w:eastAsia="한양중고딕" w:hAnsi="굴림" w:cs="굴림" w:hint="eastAsia"/>
                <w:color w:val="000000"/>
                <w:w w:val="95"/>
                <w:sz w:val="17"/>
                <w:szCs w:val="17"/>
                <w:lang w:eastAsia="ko-KR"/>
              </w:rPr>
              <w:t xml:space="preserve">, 특허법인 </w:t>
            </w:r>
            <w:proofErr w:type="spellStart"/>
            <w:r w:rsidRPr="00820634">
              <w:rPr>
                <w:rFonts w:ascii="한양중고딕" w:eastAsia="한양중고딕" w:hAnsi="굴림" w:cs="굴림" w:hint="eastAsia"/>
                <w:color w:val="000000"/>
                <w:w w:val="95"/>
                <w:sz w:val="17"/>
                <w:szCs w:val="17"/>
                <w:lang w:eastAsia="ko-KR"/>
              </w:rPr>
              <w:t>도담</w:t>
            </w:r>
            <w:proofErr w:type="spellEnd"/>
            <w:r w:rsidRPr="00820634">
              <w:rPr>
                <w:rFonts w:ascii="한양중고딕" w:eastAsia="한양중고딕" w:hAnsi="굴림" w:cs="굴림" w:hint="eastAsia"/>
                <w:color w:val="000000"/>
                <w:w w:val="95"/>
                <w:sz w:val="17"/>
                <w:szCs w:val="17"/>
                <w:lang w:eastAsia="ko-KR"/>
              </w:rPr>
              <w:t xml:space="preserve">, </w:t>
            </w:r>
            <w:proofErr w:type="spellStart"/>
            <w:r w:rsidRPr="00820634">
              <w:rPr>
                <w:rFonts w:ascii="한양중고딕" w:eastAsia="한양중고딕" w:hAnsi="굴림" w:cs="굴림" w:hint="eastAsia"/>
                <w:color w:val="000000"/>
                <w:w w:val="95"/>
                <w:sz w:val="17"/>
                <w:szCs w:val="17"/>
                <w:lang w:eastAsia="ko-KR"/>
              </w:rPr>
              <w:t>수안</w:t>
            </w:r>
            <w:proofErr w:type="spellEnd"/>
            <w:r w:rsidRPr="00820634">
              <w:rPr>
                <w:rFonts w:ascii="한양중고딕" w:eastAsia="한양중고딕" w:hAnsi="굴림" w:cs="굴림" w:hint="eastAsia"/>
                <w:color w:val="000000"/>
                <w:w w:val="95"/>
                <w:sz w:val="17"/>
                <w:szCs w:val="17"/>
                <w:lang w:eastAsia="ko-KR"/>
              </w:rPr>
              <w:t xml:space="preserve"> 특허법인, 특허법인 </w:t>
            </w:r>
            <w:proofErr w:type="spellStart"/>
            <w:r w:rsidRPr="00820634">
              <w:rPr>
                <w:rFonts w:ascii="한양중고딕" w:eastAsia="한양중고딕" w:hAnsi="굴림" w:cs="굴림" w:hint="eastAsia"/>
                <w:color w:val="000000"/>
                <w:w w:val="95"/>
                <w:sz w:val="17"/>
                <w:szCs w:val="17"/>
                <w:lang w:eastAsia="ko-KR"/>
              </w:rPr>
              <w:t>이룸리온</w:t>
            </w:r>
            <w:proofErr w:type="spellEnd"/>
            <w:r w:rsidRPr="00820634">
              <w:rPr>
                <w:rFonts w:ascii="한양중고딕" w:eastAsia="한양중고딕" w:hAnsi="굴림" w:cs="굴림" w:hint="eastAsia"/>
                <w:color w:val="000000"/>
                <w:w w:val="95"/>
                <w:sz w:val="17"/>
                <w:szCs w:val="17"/>
                <w:lang w:eastAsia="ko-KR"/>
              </w:rPr>
              <w:t xml:space="preserve">, </w:t>
            </w:r>
            <w:proofErr w:type="spellStart"/>
            <w:r w:rsidRPr="00820634">
              <w:rPr>
                <w:rFonts w:ascii="한양중고딕" w:eastAsia="한양중고딕" w:hAnsi="굴림" w:cs="굴림" w:hint="eastAsia"/>
                <w:color w:val="000000"/>
                <w:w w:val="95"/>
                <w:sz w:val="17"/>
                <w:szCs w:val="17"/>
                <w:lang w:eastAsia="ko-KR"/>
              </w:rPr>
              <w:t>인베스트</w:t>
            </w:r>
            <w:proofErr w:type="spellEnd"/>
            <w:r w:rsidRPr="00820634">
              <w:rPr>
                <w:rFonts w:ascii="한양중고딕" w:eastAsia="한양중고딕" w:hAnsi="굴림" w:cs="굴림" w:hint="eastAsia"/>
                <w:color w:val="000000"/>
                <w:w w:val="95"/>
                <w:sz w:val="17"/>
                <w:szCs w:val="17"/>
                <w:lang w:eastAsia="ko-KR"/>
              </w:rPr>
              <w:t xml:space="preserve"> </w:t>
            </w:r>
            <w:proofErr w:type="spellStart"/>
            <w:r w:rsidRPr="00820634">
              <w:rPr>
                <w:rFonts w:ascii="한양중고딕" w:eastAsia="한양중고딕" w:hAnsi="굴림" w:cs="굴림" w:hint="eastAsia"/>
                <w:color w:val="000000"/>
                <w:w w:val="95"/>
                <w:sz w:val="17"/>
                <w:szCs w:val="17"/>
                <w:lang w:eastAsia="ko-KR"/>
              </w:rPr>
              <w:t>아이피</w:t>
            </w:r>
            <w:proofErr w:type="spellEnd"/>
            <w:r w:rsidRPr="00820634">
              <w:rPr>
                <w:rFonts w:ascii="한양중고딕" w:eastAsia="한양중고딕" w:hAnsi="굴림" w:cs="굴림" w:hint="eastAsia"/>
                <w:color w:val="000000"/>
                <w:w w:val="95"/>
                <w:sz w:val="17"/>
                <w:szCs w:val="17"/>
                <w:lang w:eastAsia="ko-KR"/>
              </w:rPr>
              <w:t xml:space="preserve"> 주식회사)),</w:t>
            </w:r>
            <w:r w:rsidRPr="00820634">
              <w:rPr>
                <w:rFonts w:ascii="한컴바탕" w:eastAsia="한양중고딕" w:hAnsi="굴림" w:cs="굴림"/>
                <w:color w:val="000000"/>
                <w:spacing w:val="-6"/>
                <w:w w:val="90"/>
                <w:sz w:val="17"/>
                <w:szCs w:val="17"/>
                <w:lang w:eastAsia="ko-KR"/>
              </w:rPr>
              <w:t xml:space="preserve"> </w:t>
            </w:r>
            <w:r w:rsidRPr="00820634">
              <w:rPr>
                <w:rFonts w:ascii="한양중고딕" w:eastAsia="한양중고딕" w:hAnsi="굴림" w:cs="굴림" w:hint="eastAsia"/>
                <w:color w:val="000000"/>
                <w:spacing w:val="-6"/>
                <w:w w:val="90"/>
                <w:sz w:val="17"/>
                <w:szCs w:val="17"/>
                <w:lang w:eastAsia="ko-KR"/>
              </w:rPr>
              <w:t>사전부실예방위원회), 한국거래소, 중소벤처기업부에 등록된 창업투자회사(투자희망기업에</w:t>
            </w:r>
            <w:r w:rsidRPr="00820634">
              <w:rPr>
                <w:rFonts w:ascii="한컴바탕" w:eastAsia="한양중고딕" w:hAnsi="굴림" w:cs="굴림"/>
                <w:color w:val="000000"/>
                <w:spacing w:val="-2"/>
                <w:w w:val="90"/>
                <w:sz w:val="17"/>
                <w:szCs w:val="17"/>
                <w:lang w:eastAsia="ko-KR"/>
              </w:rPr>
              <w:t xml:space="preserve"> </w:t>
            </w:r>
            <w:r w:rsidRPr="00820634">
              <w:rPr>
                <w:rFonts w:ascii="한양중고딕" w:eastAsia="한양중고딕" w:hAnsi="굴림" w:cs="굴림" w:hint="eastAsia"/>
                <w:color w:val="000000"/>
                <w:spacing w:val="-2"/>
                <w:w w:val="90"/>
                <w:sz w:val="17"/>
                <w:szCs w:val="17"/>
                <w:lang w:eastAsia="ko-KR"/>
              </w:rPr>
              <w:t>한함),</w:t>
            </w:r>
            <w:r w:rsidRPr="00820634">
              <w:rPr>
                <w:rFonts w:ascii="한컴바탕" w:eastAsia="한양중고딕" w:hAnsi="굴림" w:cs="굴림"/>
                <w:color w:val="000000"/>
                <w:w w:val="90"/>
                <w:sz w:val="17"/>
                <w:szCs w:val="17"/>
                <w:lang w:eastAsia="ko-KR"/>
              </w:rPr>
              <w:t xml:space="preserve"> </w:t>
            </w:r>
            <w:proofErr w:type="spellStart"/>
            <w:r w:rsidRPr="00820634">
              <w:rPr>
                <w:rFonts w:ascii="한양중고딕" w:eastAsia="한양중고딕" w:hAnsi="굴림" w:cs="굴림" w:hint="eastAsia"/>
                <w:color w:val="000000"/>
                <w:spacing w:val="-2"/>
                <w:w w:val="95"/>
                <w:sz w:val="17"/>
                <w:szCs w:val="17"/>
                <w:lang w:eastAsia="ko-KR"/>
              </w:rPr>
              <w:t>이익공유형</w:t>
            </w:r>
            <w:proofErr w:type="spellEnd"/>
            <w:r w:rsidRPr="00820634">
              <w:rPr>
                <w:rFonts w:ascii="한양중고딕" w:eastAsia="한양중고딕" w:hAnsi="굴림" w:cs="굴림" w:hint="eastAsia"/>
                <w:color w:val="000000"/>
                <w:spacing w:val="-2"/>
                <w:w w:val="95"/>
                <w:sz w:val="17"/>
                <w:szCs w:val="17"/>
                <w:lang w:eastAsia="ko-KR"/>
              </w:rPr>
              <w:t xml:space="preserve"> 대출의 영업이익 적정성 </w:t>
            </w:r>
            <w:proofErr w:type="spellStart"/>
            <w:r w:rsidRPr="00820634">
              <w:rPr>
                <w:rFonts w:ascii="한양중고딕" w:eastAsia="한양중고딕" w:hAnsi="굴림" w:cs="굴림" w:hint="eastAsia"/>
                <w:color w:val="000000"/>
                <w:spacing w:val="-2"/>
                <w:w w:val="95"/>
                <w:sz w:val="17"/>
                <w:szCs w:val="17"/>
                <w:lang w:eastAsia="ko-KR"/>
              </w:rPr>
              <w:t>점검용역</w:t>
            </w:r>
            <w:proofErr w:type="spellEnd"/>
            <w:r w:rsidRPr="00820634">
              <w:rPr>
                <w:rFonts w:ascii="한양중고딕" w:eastAsia="한양중고딕" w:hAnsi="굴림" w:cs="굴림" w:hint="eastAsia"/>
                <w:color w:val="000000"/>
                <w:spacing w:val="-2"/>
                <w:w w:val="95"/>
                <w:sz w:val="17"/>
                <w:szCs w:val="17"/>
                <w:lang w:eastAsia="ko-KR"/>
              </w:rPr>
              <w:t xml:space="preserve"> 수행 회계법인,</w:t>
            </w:r>
            <w:r w:rsidRPr="00820634">
              <w:rPr>
                <w:rFonts w:ascii="한컴바탕" w:eastAsia="한양중고딕" w:hAnsi="굴림" w:cs="굴림"/>
                <w:color w:val="000000"/>
                <w:spacing w:val="-2"/>
                <w:w w:val="90"/>
                <w:sz w:val="17"/>
                <w:szCs w:val="17"/>
                <w:lang w:eastAsia="ko-KR"/>
              </w:rPr>
              <w:t xml:space="preserve"> </w:t>
            </w:r>
            <w:r w:rsidRPr="00820634">
              <w:rPr>
                <w:rFonts w:ascii="한양중고딕" w:eastAsia="한양중고딕" w:hAnsi="굴림" w:cs="굴림" w:hint="eastAsia"/>
                <w:color w:val="000000"/>
                <w:spacing w:val="-2"/>
                <w:w w:val="90"/>
                <w:sz w:val="17"/>
                <w:szCs w:val="17"/>
                <w:lang w:eastAsia="ko-KR"/>
              </w:rPr>
              <w:t xml:space="preserve">공공기관, </w:t>
            </w:r>
            <w:r w:rsidRPr="00820634">
              <w:rPr>
                <w:rFonts w:ascii="한양중고딕" w:eastAsia="한양중고딕" w:hAnsi="굴림" w:cs="굴림" w:hint="eastAsia"/>
                <w:color w:val="000000"/>
                <w:w w:val="95"/>
                <w:sz w:val="17"/>
                <w:szCs w:val="17"/>
                <w:lang w:eastAsia="ko-KR"/>
              </w:rPr>
              <w:t>중소기업 통합관리시스템 운영기관,</w:t>
            </w:r>
            <w:r w:rsidRPr="00820634">
              <w:rPr>
                <w:rFonts w:ascii="한컴바탕" w:eastAsia="한양중고딕" w:hAnsi="굴림" w:cs="굴림"/>
                <w:color w:val="000000"/>
                <w:spacing w:val="-6"/>
                <w:w w:val="90"/>
                <w:sz w:val="17"/>
                <w:szCs w:val="17"/>
                <w:lang w:eastAsia="ko-KR"/>
              </w:rPr>
              <w:t xml:space="preserve"> </w:t>
            </w:r>
            <w:r w:rsidRPr="00820634">
              <w:rPr>
                <w:rFonts w:ascii="한양중고딕" w:eastAsia="한양중고딕" w:hAnsi="굴림" w:cs="굴림" w:hint="eastAsia"/>
                <w:color w:val="000000"/>
                <w:spacing w:val="-6"/>
                <w:w w:val="90"/>
                <w:sz w:val="17"/>
                <w:szCs w:val="17"/>
                <w:lang w:eastAsia="ko-KR"/>
              </w:rPr>
              <w:t xml:space="preserve">스케일업금융 </w:t>
            </w:r>
            <w:proofErr w:type="gramStart"/>
            <w:r w:rsidRPr="00820634">
              <w:rPr>
                <w:rFonts w:ascii="한양중고딕" w:eastAsia="한양중고딕" w:hAnsi="굴림" w:cs="굴림" w:hint="eastAsia"/>
                <w:color w:val="000000"/>
                <w:spacing w:val="-6"/>
                <w:w w:val="90"/>
                <w:sz w:val="17"/>
                <w:szCs w:val="17"/>
                <w:lang w:eastAsia="ko-KR"/>
              </w:rPr>
              <w:t>참여기관 :</w:t>
            </w:r>
            <w:proofErr w:type="gramEnd"/>
            <w:r w:rsidRPr="00820634">
              <w:rPr>
                <w:rFonts w:ascii="한양중고딕" w:eastAsia="한양중고딕" w:hAnsi="굴림" w:cs="굴림" w:hint="eastAsia"/>
                <w:color w:val="000000"/>
                <w:spacing w:val="-6"/>
                <w:w w:val="90"/>
                <w:sz w:val="17"/>
                <w:szCs w:val="17"/>
                <w:lang w:eastAsia="ko-KR"/>
              </w:rPr>
              <w:t xml:space="preserve"> 공공기관에서 정책자료, 중소기업 </w:t>
            </w:r>
            <w:proofErr w:type="spellStart"/>
            <w:r w:rsidRPr="00820634">
              <w:rPr>
                <w:rFonts w:ascii="한양중고딕" w:eastAsia="한양중고딕" w:hAnsi="굴림" w:cs="굴림" w:hint="eastAsia"/>
                <w:color w:val="000000"/>
                <w:spacing w:val="-6"/>
                <w:w w:val="90"/>
                <w:sz w:val="17"/>
                <w:szCs w:val="17"/>
                <w:lang w:eastAsia="ko-KR"/>
              </w:rPr>
              <w:t>정책자금·기업진단·</w:t>
            </w:r>
            <w:r w:rsidRPr="00820634">
              <w:rPr>
                <w:rFonts w:ascii="한양중고딕" w:eastAsia="한양중고딕" w:hAnsi="굴림" w:cs="굴림" w:hint="eastAsia"/>
                <w:color w:val="000000"/>
                <w:w w:val="90"/>
                <w:sz w:val="17"/>
                <w:szCs w:val="17"/>
                <w:lang w:eastAsia="ko-KR"/>
              </w:rPr>
              <w:t>연계지원과</w:t>
            </w:r>
            <w:proofErr w:type="spellEnd"/>
            <w:r w:rsidRPr="00820634">
              <w:rPr>
                <w:rFonts w:ascii="한양중고딕" w:eastAsia="한양중고딕" w:hAnsi="굴림" w:cs="굴림" w:hint="eastAsia"/>
                <w:color w:val="000000"/>
                <w:w w:val="90"/>
                <w:sz w:val="17"/>
                <w:szCs w:val="17"/>
                <w:lang w:eastAsia="ko-KR"/>
              </w:rPr>
              <w:t xml:space="preserve"> 관련하여 필요한 업무의 수행</w:t>
            </w:r>
          </w:p>
          <w:p w:rsidR="009C3E08" w:rsidRPr="009C3E08" w:rsidRDefault="009C3E08" w:rsidP="001E7699">
            <w:pPr>
              <w:widowControl w:val="0"/>
              <w:autoSpaceDE w:val="0"/>
              <w:autoSpaceDN w:val="0"/>
              <w:spacing w:after="20" w:line="240" w:lineRule="exact"/>
              <w:jc w:val="both"/>
              <w:textAlignment w:val="baseline"/>
              <w:rPr>
                <w:rFonts w:ascii="한컴바탕" w:eastAsia="굴림" w:hAnsi="굴림" w:cs="굴림"/>
                <w:color w:val="000000"/>
                <w:sz w:val="24"/>
                <w:szCs w:val="24"/>
                <w:lang w:eastAsia="ko-KR"/>
              </w:rPr>
            </w:pPr>
            <w:r w:rsidRPr="00820634">
              <w:rPr>
                <w:rFonts w:ascii="MS Gothic" w:eastAsia="MS Gothic" w:hAnsi="MS Gothic" w:cs="MS Gothic" w:hint="eastAsia"/>
                <w:color w:val="000000"/>
                <w:spacing w:val="-10"/>
                <w:w w:val="90"/>
                <w:sz w:val="17"/>
                <w:szCs w:val="17"/>
                <w:lang w:eastAsia="ko-KR"/>
              </w:rPr>
              <w:t>‣</w:t>
            </w:r>
            <w:proofErr w:type="spellStart"/>
            <w:r w:rsidRPr="00820634">
              <w:rPr>
                <w:rFonts w:ascii="한양중고딕" w:eastAsia="한양중고딕" w:hAnsi="굴림" w:cs="굴림" w:hint="eastAsia"/>
                <w:color w:val="000000"/>
                <w:spacing w:val="2"/>
                <w:w w:val="90"/>
                <w:sz w:val="17"/>
                <w:szCs w:val="17"/>
                <w:lang w:eastAsia="ko-KR"/>
              </w:rPr>
              <w:t>중진공과</w:t>
            </w:r>
            <w:proofErr w:type="spellEnd"/>
            <w:r w:rsidRPr="00820634">
              <w:rPr>
                <w:rFonts w:ascii="한양중고딕" w:eastAsia="한양중고딕" w:hAnsi="굴림" w:cs="굴림" w:hint="eastAsia"/>
                <w:color w:val="000000"/>
                <w:spacing w:val="2"/>
                <w:w w:val="90"/>
                <w:sz w:val="17"/>
                <w:szCs w:val="17"/>
                <w:lang w:eastAsia="ko-KR"/>
              </w:rPr>
              <w:t xml:space="preserve"> 금융거래 정보 제공 온라인 </w:t>
            </w:r>
            <w:proofErr w:type="spellStart"/>
            <w:r w:rsidRPr="00820634">
              <w:rPr>
                <w:rFonts w:ascii="한양중고딕" w:eastAsia="한양중고딕" w:hAnsi="굴림" w:cs="굴림" w:hint="eastAsia"/>
                <w:color w:val="000000"/>
                <w:spacing w:val="2"/>
                <w:w w:val="90"/>
                <w:sz w:val="17"/>
                <w:szCs w:val="17"/>
                <w:lang w:eastAsia="ko-KR"/>
              </w:rPr>
              <w:t>연계협약</w:t>
            </w:r>
            <w:proofErr w:type="spellEnd"/>
            <w:r w:rsidRPr="00820634">
              <w:rPr>
                <w:rFonts w:ascii="한양중고딕" w:eastAsia="한양중고딕" w:hAnsi="굴림" w:cs="굴림" w:hint="eastAsia"/>
                <w:color w:val="000000"/>
                <w:spacing w:val="2"/>
                <w:w w:val="90"/>
                <w:sz w:val="17"/>
                <w:szCs w:val="17"/>
                <w:lang w:eastAsia="ko-KR"/>
              </w:rPr>
              <w:t xml:space="preserve">, </w:t>
            </w:r>
            <w:proofErr w:type="spellStart"/>
            <w:r w:rsidRPr="00820634">
              <w:rPr>
                <w:rFonts w:ascii="한양중고딕" w:eastAsia="한양중고딕" w:hAnsi="굴림" w:cs="굴림" w:hint="eastAsia"/>
                <w:color w:val="000000"/>
                <w:spacing w:val="2"/>
                <w:w w:val="90"/>
                <w:sz w:val="17"/>
                <w:szCs w:val="17"/>
                <w:lang w:eastAsia="ko-KR"/>
              </w:rPr>
              <w:t>융자취급</w:t>
            </w:r>
            <w:proofErr w:type="spellEnd"/>
            <w:r w:rsidRPr="00820634">
              <w:rPr>
                <w:rFonts w:ascii="한양중고딕" w:eastAsia="한양중고딕" w:hAnsi="굴림" w:cs="굴림" w:hint="eastAsia"/>
                <w:color w:val="000000"/>
                <w:spacing w:val="2"/>
                <w:w w:val="90"/>
                <w:sz w:val="17"/>
                <w:szCs w:val="17"/>
                <w:lang w:eastAsia="ko-KR"/>
              </w:rPr>
              <w:t xml:space="preserve"> 협약을 체결한 금융회사</w:t>
            </w:r>
            <w:r w:rsidRPr="00820634">
              <w:rPr>
                <w:rFonts w:ascii="한양중고딕" w:eastAsia="한양중고딕" w:hAnsi="굴림" w:cs="굴림" w:hint="eastAsia"/>
                <w:color w:val="000000"/>
                <w:spacing w:val="-14"/>
                <w:w w:val="90"/>
                <w:sz w:val="17"/>
                <w:szCs w:val="17"/>
                <w:lang w:eastAsia="ko-KR"/>
              </w:rPr>
              <w:t>(</w:t>
            </w:r>
            <w:r w:rsidRPr="00820634">
              <w:rPr>
                <w:rFonts w:ascii="한양중고딕" w:eastAsia="한양중고딕" w:hAnsi="굴림" w:cs="굴림" w:hint="eastAsia"/>
                <w:color w:val="000000"/>
                <w:spacing w:val="2"/>
                <w:w w:val="90"/>
                <w:sz w:val="17"/>
                <w:szCs w:val="17"/>
                <w:lang w:eastAsia="ko-KR"/>
              </w:rPr>
              <w:t xml:space="preserve">한국산업, 중소기업, 국민, NH농협, 우리, 신한, SC제일, </w:t>
            </w:r>
            <w:proofErr w:type="spellStart"/>
            <w:r w:rsidRPr="00820634">
              <w:rPr>
                <w:rFonts w:ascii="한양중고딕" w:eastAsia="한양중고딕" w:hAnsi="굴림" w:cs="굴림" w:hint="eastAsia"/>
                <w:color w:val="000000"/>
                <w:spacing w:val="2"/>
                <w:w w:val="90"/>
                <w:sz w:val="17"/>
                <w:szCs w:val="17"/>
                <w:lang w:eastAsia="ko-KR"/>
              </w:rPr>
              <w:t>한국씨티</w:t>
            </w:r>
            <w:proofErr w:type="spellEnd"/>
            <w:r w:rsidRPr="00820634">
              <w:rPr>
                <w:rFonts w:ascii="한양중고딕" w:eastAsia="한양중고딕" w:hAnsi="굴림" w:cs="굴림" w:hint="eastAsia"/>
                <w:color w:val="000000"/>
                <w:spacing w:val="2"/>
                <w:w w:val="90"/>
                <w:sz w:val="17"/>
                <w:szCs w:val="17"/>
                <w:lang w:eastAsia="ko-KR"/>
              </w:rPr>
              <w:t xml:space="preserve">, </w:t>
            </w:r>
            <w:proofErr w:type="spellStart"/>
            <w:r w:rsidRPr="00820634">
              <w:rPr>
                <w:rFonts w:ascii="한양중고딕" w:eastAsia="한양중고딕" w:hAnsi="굴림" w:cs="굴림" w:hint="eastAsia"/>
                <w:color w:val="000000"/>
                <w:spacing w:val="2"/>
                <w:w w:val="90"/>
                <w:sz w:val="17"/>
                <w:szCs w:val="17"/>
                <w:lang w:eastAsia="ko-KR"/>
              </w:rPr>
              <w:t>한국수출입</w:t>
            </w:r>
            <w:proofErr w:type="spellEnd"/>
            <w:r w:rsidRPr="00820634">
              <w:rPr>
                <w:rFonts w:ascii="한양중고딕" w:eastAsia="한양중고딕" w:hAnsi="굴림" w:cs="굴림" w:hint="eastAsia"/>
                <w:color w:val="000000"/>
                <w:spacing w:val="2"/>
                <w:w w:val="90"/>
                <w:sz w:val="17"/>
                <w:szCs w:val="17"/>
                <w:lang w:eastAsia="ko-KR"/>
              </w:rPr>
              <w:t>, 대구, 부산, 광주, 제주, 전북, 경남, KEB하나, 수협은행</w:t>
            </w:r>
            <w:r w:rsidRPr="00820634">
              <w:rPr>
                <w:rFonts w:ascii="한양중고딕" w:eastAsia="한양중고딕" w:hAnsi="굴림" w:cs="굴림" w:hint="eastAsia"/>
                <w:color w:val="000000"/>
                <w:spacing w:val="-14"/>
                <w:w w:val="90"/>
                <w:sz w:val="17"/>
                <w:szCs w:val="17"/>
                <w:lang w:eastAsia="ko-KR"/>
              </w:rPr>
              <w:t>)</w:t>
            </w:r>
            <w:r w:rsidRPr="00820634">
              <w:rPr>
                <w:rFonts w:ascii="한컴바탕" w:eastAsia="한양중고딕" w:hAnsi="굴림" w:cs="굴림"/>
                <w:color w:val="000000"/>
                <w:w w:val="90"/>
                <w:sz w:val="17"/>
                <w:szCs w:val="17"/>
                <w:lang w:eastAsia="ko-KR"/>
              </w:rPr>
              <w:t xml:space="preserve"> </w:t>
            </w:r>
            <w:r w:rsidRPr="00820634">
              <w:rPr>
                <w:rFonts w:ascii="한양중고딕" w:eastAsia="한양중고딕" w:hAnsi="굴림" w:cs="굴림" w:hint="eastAsia"/>
                <w:color w:val="000000"/>
                <w:w w:val="90"/>
                <w:sz w:val="17"/>
                <w:szCs w:val="17"/>
                <w:lang w:eastAsia="ko-KR"/>
              </w:rPr>
              <w:t>:(금융) 거래의 설정, 유지, 이행, 관리, 활용에 필요한 업무의 수행</w:t>
            </w:r>
          </w:p>
        </w:tc>
      </w:tr>
      <w:tr w:rsidR="009C3E08" w:rsidRPr="009C3E08" w:rsidTr="003043BB">
        <w:trPr>
          <w:trHeight w:val="671"/>
        </w:trPr>
        <w:tc>
          <w:tcPr>
            <w:tcW w:w="1701" w:type="dxa"/>
            <w:tcBorders>
              <w:top w:val="single" w:sz="2" w:space="0" w:color="000000"/>
              <w:left w:val="single" w:sz="12" w:space="0" w:color="auto"/>
              <w:bottom w:val="single" w:sz="2" w:space="0" w:color="000000"/>
              <w:right w:val="single" w:sz="2" w:space="0" w:color="000000"/>
            </w:tcBorders>
            <w:tcMar>
              <w:top w:w="28" w:type="dxa"/>
              <w:left w:w="102" w:type="dxa"/>
              <w:bottom w:w="28" w:type="dxa"/>
              <w:right w:w="102" w:type="dxa"/>
            </w:tcMar>
            <w:vAlign w:val="center"/>
            <w:hideMark/>
          </w:tcPr>
          <w:p w:rsidR="009C3E08" w:rsidRPr="009C3E08" w:rsidRDefault="009C3E08" w:rsidP="001E7699">
            <w:pPr>
              <w:widowControl w:val="0"/>
              <w:autoSpaceDE w:val="0"/>
              <w:autoSpaceDN w:val="0"/>
              <w:spacing w:line="240" w:lineRule="exact"/>
              <w:ind w:left="120" w:hanging="120"/>
              <w:jc w:val="center"/>
              <w:textAlignment w:val="baseline"/>
              <w:rPr>
                <w:rFonts w:ascii="함초롬바탕" w:eastAsia="굴림" w:hAnsi="굴림" w:cs="굴림"/>
                <w:color w:val="000000"/>
                <w:szCs w:val="20"/>
                <w:lang w:eastAsia="ko-KR"/>
              </w:rPr>
            </w:pPr>
            <w:r w:rsidRPr="009C3E08">
              <w:rPr>
                <w:rFonts w:ascii="한양중고딕" w:eastAsia="한양중고딕" w:hAnsi="굴림" w:cs="굴림" w:hint="eastAsia"/>
                <w:color w:val="000000"/>
                <w:w w:val="85"/>
                <w:sz w:val="18"/>
                <w:szCs w:val="18"/>
                <w:lang w:eastAsia="ko-KR"/>
              </w:rPr>
              <w:t>제공할 개인(신용)정보의 항목</w:t>
            </w:r>
          </w:p>
        </w:tc>
        <w:tc>
          <w:tcPr>
            <w:tcW w:w="7917" w:type="dxa"/>
            <w:tcBorders>
              <w:top w:val="single" w:sz="2" w:space="0" w:color="000000"/>
              <w:left w:val="single" w:sz="2" w:space="0" w:color="000000"/>
              <w:bottom w:val="single" w:sz="2" w:space="0" w:color="000000"/>
              <w:right w:val="single" w:sz="12" w:space="0" w:color="auto"/>
            </w:tcBorders>
            <w:tcMar>
              <w:top w:w="28" w:type="dxa"/>
              <w:left w:w="102" w:type="dxa"/>
              <w:bottom w:w="28" w:type="dxa"/>
              <w:right w:w="102" w:type="dxa"/>
            </w:tcMar>
            <w:vAlign w:val="center"/>
            <w:hideMark/>
          </w:tcPr>
          <w:p w:rsidR="009C3E08" w:rsidRPr="000762B9" w:rsidRDefault="009C3E08" w:rsidP="001E7699">
            <w:pPr>
              <w:widowControl w:val="0"/>
              <w:autoSpaceDE w:val="0"/>
              <w:autoSpaceDN w:val="0"/>
              <w:spacing w:after="20" w:line="240" w:lineRule="exact"/>
              <w:ind w:left="120" w:hanging="120"/>
              <w:jc w:val="both"/>
              <w:textAlignment w:val="baseline"/>
              <w:rPr>
                <w:rFonts w:ascii="함초롬바탕" w:eastAsia="굴림" w:hAnsi="굴림" w:cs="굴림"/>
                <w:color w:val="000000"/>
                <w:sz w:val="17"/>
                <w:szCs w:val="17"/>
                <w:lang w:eastAsia="ko-KR"/>
              </w:rPr>
            </w:pPr>
            <w:r w:rsidRPr="000762B9">
              <w:rPr>
                <w:rFonts w:ascii="MS Gothic" w:eastAsia="MS Gothic" w:hAnsi="MS Gothic" w:cs="MS Gothic" w:hint="eastAsia"/>
                <w:color w:val="000000"/>
                <w:spacing w:val="-10"/>
                <w:w w:val="90"/>
                <w:sz w:val="17"/>
                <w:szCs w:val="17"/>
                <w:lang w:eastAsia="ko-KR"/>
              </w:rPr>
              <w:t>‣</w:t>
            </w:r>
            <w:r w:rsidRPr="000762B9">
              <w:rPr>
                <w:rFonts w:ascii="한양중고딕" w:eastAsia="한양중고딕" w:hAnsi="굴림" w:cs="굴림" w:hint="eastAsia"/>
                <w:color w:val="000000"/>
                <w:spacing w:val="-10"/>
                <w:w w:val="90"/>
                <w:sz w:val="17"/>
                <w:szCs w:val="17"/>
                <w:lang w:eastAsia="ko-KR"/>
              </w:rPr>
              <w:t xml:space="preserve">신용정보집중기관, 신용조회회사, 보증기관, 스케일업금융 </w:t>
            </w:r>
            <w:proofErr w:type="spellStart"/>
            <w:r w:rsidRPr="000762B9">
              <w:rPr>
                <w:rFonts w:ascii="한양중고딕" w:eastAsia="한양중고딕" w:hAnsi="굴림" w:cs="굴림" w:hint="eastAsia"/>
                <w:color w:val="000000"/>
                <w:spacing w:val="-10"/>
                <w:w w:val="90"/>
                <w:sz w:val="17"/>
                <w:szCs w:val="17"/>
                <w:lang w:eastAsia="ko-KR"/>
              </w:rPr>
              <w:t>참여기관에</w:t>
            </w:r>
            <w:proofErr w:type="spellEnd"/>
            <w:r w:rsidRPr="000762B9">
              <w:rPr>
                <w:rFonts w:ascii="한양중고딕" w:eastAsia="한양중고딕" w:hAnsi="굴림" w:cs="굴림" w:hint="eastAsia"/>
                <w:color w:val="000000"/>
                <w:spacing w:val="-10"/>
                <w:w w:val="90"/>
                <w:sz w:val="17"/>
                <w:szCs w:val="17"/>
                <w:lang w:eastAsia="ko-KR"/>
              </w:rPr>
              <w:t xml:space="preserve"> 제공되는 개인(신용)정보의 항목</w:t>
            </w:r>
          </w:p>
          <w:p w:rsidR="009C3E08" w:rsidRPr="000762B9" w:rsidRDefault="009C3E08" w:rsidP="001E7699">
            <w:pPr>
              <w:widowControl w:val="0"/>
              <w:autoSpaceDE w:val="0"/>
              <w:autoSpaceDN w:val="0"/>
              <w:spacing w:after="20" w:line="240" w:lineRule="exact"/>
              <w:ind w:left="120" w:hanging="120"/>
              <w:jc w:val="both"/>
              <w:textAlignment w:val="baseline"/>
              <w:rPr>
                <w:rFonts w:ascii="한컴바탕" w:eastAsia="굴림" w:hAnsi="굴림" w:cs="굴림"/>
                <w:color w:val="000000"/>
                <w:sz w:val="17"/>
                <w:szCs w:val="17"/>
                <w:lang w:eastAsia="ko-KR"/>
              </w:rPr>
            </w:pPr>
            <w:r w:rsidRPr="000762B9">
              <w:rPr>
                <w:rFonts w:ascii="MS Gothic" w:eastAsia="MS Gothic" w:hAnsi="MS Gothic" w:cs="MS Gothic" w:hint="eastAsia"/>
                <w:color w:val="000000"/>
                <w:w w:val="95"/>
                <w:sz w:val="17"/>
                <w:szCs w:val="17"/>
                <w:lang w:eastAsia="ko-KR"/>
              </w:rPr>
              <w:t>․</w:t>
            </w:r>
            <w:r w:rsidRPr="000762B9">
              <w:rPr>
                <w:rFonts w:ascii="한양중고딕" w:eastAsia="한양중고딕" w:hAnsi="굴림" w:cs="굴림" w:hint="eastAsia"/>
                <w:color w:val="000000"/>
                <w:spacing w:val="-6"/>
                <w:w w:val="90"/>
                <w:sz w:val="17"/>
                <w:szCs w:val="17"/>
                <w:lang w:eastAsia="ko-KR"/>
              </w:rPr>
              <w:t>개인식별정보(성명, 고유식별정보, 주소, 전자우편주소, 전화번호)</w:t>
            </w:r>
            <w:r w:rsidRPr="000762B9">
              <w:rPr>
                <w:rFonts w:ascii="한양중고딕" w:eastAsia="한양중고딕" w:hAnsi="굴림" w:cs="굴림" w:hint="eastAsia"/>
                <w:color w:val="000000"/>
                <w:w w:val="95"/>
                <w:sz w:val="17"/>
                <w:szCs w:val="17"/>
                <w:lang w:eastAsia="ko-KR"/>
              </w:rPr>
              <w:t xml:space="preserve">, 신용능력정보(재산, 채무, 소득의 총액, </w:t>
            </w:r>
            <w:proofErr w:type="spellStart"/>
            <w:r w:rsidRPr="000762B9">
              <w:rPr>
                <w:rFonts w:ascii="한양중고딕" w:eastAsia="한양중고딕" w:hAnsi="굴림" w:cs="굴림" w:hint="eastAsia"/>
                <w:color w:val="000000"/>
                <w:w w:val="95"/>
                <w:sz w:val="17"/>
                <w:szCs w:val="17"/>
                <w:lang w:eastAsia="ko-KR"/>
              </w:rPr>
              <w:t>기업현황</w:t>
            </w:r>
            <w:proofErr w:type="spellEnd"/>
            <w:r w:rsidRPr="000762B9">
              <w:rPr>
                <w:rFonts w:ascii="한양중고딕" w:eastAsia="한양중고딕" w:hAnsi="굴림" w:cs="굴림" w:hint="eastAsia"/>
                <w:color w:val="000000"/>
                <w:w w:val="95"/>
                <w:sz w:val="17"/>
                <w:szCs w:val="17"/>
                <w:lang w:eastAsia="ko-KR"/>
              </w:rPr>
              <w:t>, 대표자 및 경영진 현황, 영업상황(매출현황, 최근영업상황), 재무상황, 수출에 관한 거래내역)</w:t>
            </w:r>
          </w:p>
          <w:p w:rsidR="009C3E08" w:rsidRPr="000762B9" w:rsidRDefault="009C3E08" w:rsidP="001E7699">
            <w:pPr>
              <w:widowControl w:val="0"/>
              <w:autoSpaceDE w:val="0"/>
              <w:autoSpaceDN w:val="0"/>
              <w:spacing w:after="20" w:line="240" w:lineRule="exact"/>
              <w:ind w:left="120" w:hanging="120"/>
              <w:jc w:val="both"/>
              <w:textAlignment w:val="baseline"/>
              <w:rPr>
                <w:rFonts w:ascii="한컴바탕" w:eastAsia="굴림" w:hAnsi="굴림" w:cs="굴림"/>
                <w:color w:val="000000"/>
                <w:sz w:val="17"/>
                <w:szCs w:val="17"/>
                <w:lang w:eastAsia="ko-KR"/>
              </w:rPr>
            </w:pPr>
            <w:r w:rsidRPr="000762B9">
              <w:rPr>
                <w:rFonts w:ascii="MS Gothic" w:eastAsia="MS Gothic" w:hAnsi="MS Gothic" w:cs="MS Gothic" w:hint="eastAsia"/>
                <w:color w:val="000000"/>
                <w:w w:val="95"/>
                <w:sz w:val="17"/>
                <w:szCs w:val="17"/>
                <w:lang w:eastAsia="ko-KR"/>
              </w:rPr>
              <w:t>․</w:t>
            </w:r>
            <w:r w:rsidRPr="000762B9">
              <w:rPr>
                <w:rFonts w:ascii="한양중고딕" w:eastAsia="한양중고딕" w:hAnsi="굴림" w:cs="굴림" w:hint="eastAsia"/>
                <w:color w:val="000000"/>
                <w:w w:val="95"/>
                <w:sz w:val="17"/>
                <w:szCs w:val="17"/>
                <w:lang w:eastAsia="ko-KR"/>
              </w:rPr>
              <w:t>신용거래 정보(</w:t>
            </w:r>
            <w:proofErr w:type="spellStart"/>
            <w:r w:rsidRPr="000762B9">
              <w:rPr>
                <w:rFonts w:ascii="한양중고딕" w:eastAsia="한양중고딕" w:hAnsi="굴림" w:cs="굴림" w:hint="eastAsia"/>
                <w:color w:val="000000"/>
                <w:spacing w:val="-16"/>
                <w:w w:val="90"/>
                <w:sz w:val="17"/>
                <w:szCs w:val="17"/>
                <w:lang w:eastAsia="ko-KR"/>
              </w:rPr>
              <w:t>개설·발급정보</w:t>
            </w:r>
            <w:proofErr w:type="spellEnd"/>
            <w:r w:rsidRPr="000762B9">
              <w:rPr>
                <w:rFonts w:ascii="한양중고딕" w:eastAsia="한양중고딕" w:hAnsi="굴림" w:cs="굴림" w:hint="eastAsia"/>
                <w:color w:val="000000"/>
                <w:spacing w:val="-16"/>
                <w:w w:val="90"/>
                <w:sz w:val="17"/>
                <w:szCs w:val="17"/>
                <w:lang w:eastAsia="ko-KR"/>
              </w:rPr>
              <w:t xml:space="preserve">, </w:t>
            </w:r>
            <w:proofErr w:type="spellStart"/>
            <w:r w:rsidRPr="000762B9">
              <w:rPr>
                <w:rFonts w:ascii="한양중고딕" w:eastAsia="한양중고딕" w:hAnsi="굴림" w:cs="굴림" w:hint="eastAsia"/>
                <w:color w:val="000000"/>
                <w:spacing w:val="-16"/>
                <w:w w:val="90"/>
                <w:sz w:val="17"/>
                <w:szCs w:val="17"/>
                <w:lang w:eastAsia="ko-KR"/>
              </w:rPr>
              <w:t>대출정보</w:t>
            </w:r>
            <w:proofErr w:type="spellEnd"/>
            <w:r w:rsidRPr="000762B9">
              <w:rPr>
                <w:rFonts w:ascii="한양중고딕" w:eastAsia="한양중고딕" w:hAnsi="굴림" w:cs="굴림" w:hint="eastAsia"/>
                <w:color w:val="000000"/>
                <w:spacing w:val="-16"/>
                <w:w w:val="90"/>
                <w:sz w:val="17"/>
                <w:szCs w:val="17"/>
                <w:lang w:eastAsia="ko-KR"/>
              </w:rPr>
              <w:t>(개인, 카드, 보험계약), 개인채무보증정보, 기업신용공여정보, 복수카드정보, 사고회원정보</w:t>
            </w:r>
            <w:r w:rsidRPr="000762B9">
              <w:rPr>
                <w:rFonts w:ascii="한양중고딕" w:eastAsia="한양중고딕" w:hAnsi="굴림" w:cs="굴림" w:hint="eastAsia"/>
                <w:color w:val="000000"/>
                <w:w w:val="95"/>
                <w:sz w:val="17"/>
                <w:szCs w:val="17"/>
                <w:lang w:eastAsia="ko-KR"/>
              </w:rPr>
              <w:t>), 신용도판단정보(</w:t>
            </w:r>
            <w:r w:rsidRPr="000762B9">
              <w:rPr>
                <w:rFonts w:ascii="한양중고딕" w:eastAsia="한양중고딕" w:hAnsi="굴림" w:cs="굴림" w:hint="eastAsia"/>
                <w:color w:val="000000"/>
                <w:spacing w:val="-16"/>
                <w:w w:val="90"/>
                <w:sz w:val="17"/>
                <w:szCs w:val="17"/>
                <w:lang w:eastAsia="ko-KR"/>
              </w:rPr>
              <w:t xml:space="preserve">연체정보, </w:t>
            </w:r>
            <w:proofErr w:type="spellStart"/>
            <w:r w:rsidRPr="000762B9">
              <w:rPr>
                <w:rFonts w:ascii="한양중고딕" w:eastAsia="한양중고딕" w:hAnsi="굴림" w:cs="굴림" w:hint="eastAsia"/>
                <w:color w:val="000000"/>
                <w:spacing w:val="-16"/>
                <w:w w:val="90"/>
                <w:sz w:val="17"/>
                <w:szCs w:val="17"/>
                <w:lang w:eastAsia="ko-KR"/>
              </w:rPr>
              <w:t>대위변제·대지급정보</w:t>
            </w:r>
            <w:proofErr w:type="spellEnd"/>
            <w:r w:rsidRPr="000762B9">
              <w:rPr>
                <w:rFonts w:ascii="한양중고딕" w:eastAsia="한양중고딕" w:hAnsi="굴림" w:cs="굴림" w:hint="eastAsia"/>
                <w:color w:val="000000"/>
                <w:spacing w:val="-16"/>
                <w:w w:val="90"/>
                <w:sz w:val="17"/>
                <w:szCs w:val="17"/>
                <w:lang w:eastAsia="ko-KR"/>
              </w:rPr>
              <w:t xml:space="preserve">, </w:t>
            </w:r>
            <w:proofErr w:type="spellStart"/>
            <w:r w:rsidRPr="000762B9">
              <w:rPr>
                <w:rFonts w:ascii="한양중고딕" w:eastAsia="한양중고딕" w:hAnsi="굴림" w:cs="굴림" w:hint="eastAsia"/>
                <w:color w:val="000000"/>
                <w:spacing w:val="-16"/>
                <w:w w:val="90"/>
                <w:sz w:val="17"/>
                <w:szCs w:val="17"/>
                <w:lang w:eastAsia="ko-KR"/>
              </w:rPr>
              <w:t>부도정보</w:t>
            </w:r>
            <w:proofErr w:type="spellEnd"/>
            <w:r w:rsidRPr="000762B9">
              <w:rPr>
                <w:rFonts w:ascii="한양중고딕" w:eastAsia="한양중고딕" w:hAnsi="굴림" w:cs="굴림" w:hint="eastAsia"/>
                <w:color w:val="000000"/>
                <w:spacing w:val="-16"/>
                <w:w w:val="90"/>
                <w:sz w:val="17"/>
                <w:szCs w:val="17"/>
                <w:lang w:eastAsia="ko-KR"/>
              </w:rPr>
              <w:t xml:space="preserve">, 금융질서문란정보, </w:t>
            </w:r>
            <w:proofErr w:type="spellStart"/>
            <w:r w:rsidRPr="000762B9">
              <w:rPr>
                <w:rFonts w:ascii="한양중고딕" w:eastAsia="한양중고딕" w:hAnsi="굴림" w:cs="굴림" w:hint="eastAsia"/>
                <w:color w:val="000000"/>
                <w:spacing w:val="-16"/>
                <w:w w:val="90"/>
                <w:sz w:val="17"/>
                <w:szCs w:val="17"/>
                <w:lang w:eastAsia="ko-KR"/>
              </w:rPr>
              <w:t>관련인정보</w:t>
            </w:r>
            <w:proofErr w:type="spellEnd"/>
            <w:r w:rsidRPr="000762B9">
              <w:rPr>
                <w:rFonts w:ascii="한양중고딕" w:eastAsia="한양중고딕" w:hAnsi="굴림" w:cs="굴림" w:hint="eastAsia"/>
                <w:color w:val="000000"/>
                <w:w w:val="95"/>
                <w:sz w:val="17"/>
                <w:szCs w:val="17"/>
                <w:lang w:eastAsia="ko-KR"/>
              </w:rPr>
              <w:t>)</w:t>
            </w:r>
          </w:p>
          <w:p w:rsidR="009C3E08" w:rsidRPr="000762B9" w:rsidRDefault="009C3E08" w:rsidP="001E7699">
            <w:pPr>
              <w:widowControl w:val="0"/>
              <w:autoSpaceDE w:val="0"/>
              <w:autoSpaceDN w:val="0"/>
              <w:spacing w:after="20" w:line="240" w:lineRule="exact"/>
              <w:ind w:left="120" w:hanging="120"/>
              <w:jc w:val="both"/>
              <w:textAlignment w:val="baseline"/>
              <w:rPr>
                <w:rFonts w:ascii="한컴바탕" w:eastAsia="굴림" w:hAnsi="굴림" w:cs="굴림"/>
                <w:color w:val="000000"/>
                <w:sz w:val="17"/>
                <w:szCs w:val="17"/>
                <w:lang w:eastAsia="ko-KR"/>
              </w:rPr>
            </w:pPr>
            <w:r w:rsidRPr="000762B9">
              <w:rPr>
                <w:rFonts w:ascii="MS Gothic" w:eastAsia="MS Gothic" w:hAnsi="MS Gothic" w:cs="MS Gothic" w:hint="eastAsia"/>
                <w:color w:val="000000"/>
                <w:w w:val="95"/>
                <w:sz w:val="17"/>
                <w:szCs w:val="17"/>
                <w:lang w:eastAsia="ko-KR"/>
              </w:rPr>
              <w:t>․</w:t>
            </w:r>
            <w:r w:rsidRPr="000762B9">
              <w:rPr>
                <w:rFonts w:ascii="한양중고딕" w:eastAsia="한양중고딕" w:hAnsi="굴림" w:cs="굴림" w:hint="eastAsia"/>
                <w:color w:val="000000"/>
                <w:w w:val="95"/>
                <w:sz w:val="17"/>
                <w:szCs w:val="17"/>
                <w:lang w:eastAsia="ko-KR"/>
              </w:rPr>
              <w:t>기타 신용정보(</w:t>
            </w:r>
            <w:r w:rsidRPr="000762B9">
              <w:rPr>
                <w:rFonts w:ascii="한양중고딕" w:eastAsia="한양중고딕" w:hAnsi="굴림" w:cs="굴림" w:hint="eastAsia"/>
                <w:color w:val="000000"/>
                <w:spacing w:val="-16"/>
                <w:w w:val="90"/>
                <w:sz w:val="17"/>
                <w:szCs w:val="17"/>
                <w:lang w:eastAsia="ko-KR"/>
              </w:rPr>
              <w:t xml:space="preserve">공공정보, 세금 </w:t>
            </w:r>
            <w:proofErr w:type="spellStart"/>
            <w:r w:rsidRPr="000762B9">
              <w:rPr>
                <w:rFonts w:ascii="한양중고딕" w:eastAsia="한양중고딕" w:hAnsi="굴림" w:cs="굴림" w:hint="eastAsia"/>
                <w:color w:val="000000"/>
                <w:spacing w:val="-16"/>
                <w:w w:val="90"/>
                <w:sz w:val="17"/>
                <w:szCs w:val="17"/>
                <w:lang w:eastAsia="ko-KR"/>
              </w:rPr>
              <w:t>체납정보</w:t>
            </w:r>
            <w:proofErr w:type="spellEnd"/>
            <w:r w:rsidRPr="000762B9">
              <w:rPr>
                <w:rFonts w:ascii="한양중고딕" w:eastAsia="한양중고딕" w:hAnsi="굴림" w:cs="굴림" w:hint="eastAsia"/>
                <w:color w:val="000000"/>
                <w:spacing w:val="-16"/>
                <w:w w:val="90"/>
                <w:sz w:val="17"/>
                <w:szCs w:val="17"/>
                <w:lang w:eastAsia="ko-KR"/>
              </w:rPr>
              <w:t xml:space="preserve">, 사회보험료 체납 정보, 채무조정정보, 개인신용평점, </w:t>
            </w:r>
            <w:r w:rsidRPr="000762B9">
              <w:rPr>
                <w:rFonts w:ascii="한양중고딕" w:eastAsia="한양중고딕" w:hAnsi="굴림" w:cs="굴림" w:hint="eastAsia"/>
                <w:color w:val="000000"/>
                <w:w w:val="95"/>
                <w:sz w:val="17"/>
                <w:szCs w:val="17"/>
                <w:lang w:eastAsia="ko-KR"/>
              </w:rPr>
              <w:t xml:space="preserve">정책자금 융자 신청서류 및 </w:t>
            </w:r>
            <w:proofErr w:type="spellStart"/>
            <w:r w:rsidRPr="000762B9">
              <w:rPr>
                <w:rFonts w:ascii="한양중고딕" w:eastAsia="한양중고딕" w:hAnsi="굴림" w:cs="굴림" w:hint="eastAsia"/>
                <w:color w:val="000000"/>
                <w:w w:val="95"/>
                <w:sz w:val="17"/>
                <w:szCs w:val="17"/>
                <w:lang w:eastAsia="ko-KR"/>
              </w:rPr>
              <w:t>제반서류</w:t>
            </w:r>
            <w:proofErr w:type="spellEnd"/>
            <w:r w:rsidRPr="000762B9">
              <w:rPr>
                <w:rFonts w:ascii="한양중고딕" w:eastAsia="한양중고딕" w:hAnsi="굴림" w:cs="굴림" w:hint="eastAsia"/>
                <w:color w:val="000000"/>
                <w:w w:val="95"/>
                <w:sz w:val="17"/>
                <w:szCs w:val="17"/>
                <w:lang w:eastAsia="ko-KR"/>
              </w:rPr>
              <w:t xml:space="preserve">(사업계획서, 기타 정책자금 융자 및 </w:t>
            </w:r>
            <w:proofErr w:type="spellStart"/>
            <w:r w:rsidRPr="000762B9">
              <w:rPr>
                <w:rFonts w:ascii="한양중고딕" w:eastAsia="한양중고딕" w:hAnsi="굴림" w:cs="굴림" w:hint="eastAsia"/>
                <w:color w:val="000000"/>
                <w:w w:val="95"/>
                <w:sz w:val="17"/>
                <w:szCs w:val="17"/>
                <w:lang w:eastAsia="ko-KR"/>
              </w:rPr>
              <w:t>채권관리에</w:t>
            </w:r>
            <w:proofErr w:type="spellEnd"/>
            <w:r w:rsidRPr="000762B9">
              <w:rPr>
                <w:rFonts w:ascii="한양중고딕" w:eastAsia="한양중고딕" w:hAnsi="굴림" w:cs="굴림" w:hint="eastAsia"/>
                <w:color w:val="000000"/>
                <w:w w:val="95"/>
                <w:sz w:val="17"/>
                <w:szCs w:val="17"/>
                <w:lang w:eastAsia="ko-KR"/>
              </w:rPr>
              <w:t xml:space="preserve"> 필요한 서류 일체)에 기재된 정보, 기타 </w:t>
            </w:r>
            <w:r w:rsidRPr="000762B9">
              <w:rPr>
                <w:rFonts w:ascii="한양중고딕" w:eastAsia="한양중고딕" w:hAnsi="굴림" w:cs="굴림" w:hint="eastAsia"/>
                <w:color w:val="000000"/>
                <w:w w:val="95"/>
                <w:sz w:val="17"/>
                <w:szCs w:val="17"/>
                <w:lang w:eastAsia="ko-KR"/>
              </w:rPr>
              <w:lastRenderedPageBreak/>
              <w:t xml:space="preserve">금융거래의 </w:t>
            </w:r>
            <w:proofErr w:type="spellStart"/>
            <w:r w:rsidRPr="000762B9">
              <w:rPr>
                <w:rFonts w:ascii="한양중고딕" w:eastAsia="한양중고딕" w:hAnsi="굴림" w:cs="굴림" w:hint="eastAsia"/>
                <w:color w:val="000000"/>
                <w:w w:val="95"/>
                <w:sz w:val="17"/>
                <w:szCs w:val="17"/>
                <w:lang w:eastAsia="ko-KR"/>
              </w:rPr>
              <w:t>설정</w:t>
            </w:r>
            <w:r w:rsidR="00516010">
              <w:rPr>
                <w:rFonts w:ascii="MS Gothic" w:eastAsia="MS Gothic" w:hAnsi="MS Gothic" w:cs="MS Gothic" w:hint="eastAsia"/>
                <w:color w:val="000000"/>
                <w:w w:val="95"/>
                <w:sz w:val="17"/>
                <w:szCs w:val="17"/>
                <w:lang w:eastAsia="ko-KR"/>
              </w:rPr>
              <w:t>·</w:t>
            </w:r>
            <w:r w:rsidRPr="000762B9">
              <w:rPr>
                <w:rFonts w:ascii="한양중고딕" w:eastAsia="한양중고딕" w:hAnsi="굴림" w:cs="굴림" w:hint="eastAsia"/>
                <w:color w:val="000000"/>
                <w:w w:val="95"/>
                <w:sz w:val="17"/>
                <w:szCs w:val="17"/>
                <w:lang w:eastAsia="ko-KR"/>
              </w:rPr>
              <w:t>유지이행</w:t>
            </w:r>
            <w:proofErr w:type="spellEnd"/>
            <w:r w:rsidRPr="000762B9">
              <w:rPr>
                <w:rFonts w:ascii="한양중고딕" w:eastAsia="한양중고딕" w:hAnsi="굴림" w:cs="굴림" w:hint="eastAsia"/>
                <w:color w:val="000000"/>
                <w:w w:val="95"/>
                <w:sz w:val="17"/>
                <w:szCs w:val="17"/>
                <w:lang w:eastAsia="ko-KR"/>
              </w:rPr>
              <w:t>, 관리를 위한 상담, 채권관리를 통해 생성되는 정보)</w:t>
            </w:r>
            <w:r w:rsidRPr="000762B9">
              <w:rPr>
                <w:rFonts w:ascii="한컴바탕" w:eastAsia="한양중고딕" w:hAnsi="굴림" w:cs="굴림"/>
                <w:color w:val="000000"/>
                <w:spacing w:val="-18"/>
                <w:w w:val="90"/>
                <w:sz w:val="17"/>
                <w:szCs w:val="17"/>
                <w:lang w:eastAsia="ko-KR"/>
              </w:rPr>
              <w:t xml:space="preserve"> </w:t>
            </w:r>
          </w:p>
          <w:p w:rsidR="009C3E08" w:rsidRPr="000762B9" w:rsidRDefault="009C3E08" w:rsidP="001E7699">
            <w:pPr>
              <w:widowControl w:val="0"/>
              <w:autoSpaceDE w:val="0"/>
              <w:autoSpaceDN w:val="0"/>
              <w:spacing w:before="40" w:after="20" w:line="240" w:lineRule="exact"/>
              <w:ind w:left="120" w:hanging="120"/>
              <w:jc w:val="both"/>
              <w:textAlignment w:val="baseline"/>
              <w:rPr>
                <w:rFonts w:ascii="한컴바탕" w:eastAsia="굴림" w:hAnsi="굴림" w:cs="굴림"/>
                <w:color w:val="000000"/>
                <w:sz w:val="17"/>
                <w:szCs w:val="17"/>
                <w:lang w:eastAsia="ko-KR"/>
              </w:rPr>
            </w:pPr>
            <w:r w:rsidRPr="000762B9">
              <w:rPr>
                <w:rFonts w:ascii="MS Gothic" w:eastAsia="MS Gothic" w:hAnsi="MS Gothic" w:cs="MS Gothic" w:hint="eastAsia"/>
                <w:color w:val="000000"/>
                <w:w w:val="95"/>
                <w:sz w:val="17"/>
                <w:szCs w:val="17"/>
                <w:lang w:eastAsia="ko-KR"/>
              </w:rPr>
              <w:t>‣</w:t>
            </w:r>
            <w:r w:rsidRPr="000762B9">
              <w:rPr>
                <w:rFonts w:ascii="한양중고딕" w:eastAsia="한양중고딕" w:hAnsi="굴림" w:cs="굴림" w:hint="eastAsia"/>
                <w:color w:val="000000"/>
                <w:w w:val="95"/>
                <w:sz w:val="17"/>
                <w:szCs w:val="17"/>
                <w:lang w:eastAsia="ko-KR"/>
              </w:rPr>
              <w:t xml:space="preserve">관세청, </w:t>
            </w:r>
            <w:proofErr w:type="gramStart"/>
            <w:r w:rsidRPr="000762B9">
              <w:rPr>
                <w:rFonts w:ascii="한양중고딕" w:eastAsia="한양중고딕" w:hAnsi="굴림" w:cs="굴림" w:hint="eastAsia"/>
                <w:color w:val="000000"/>
                <w:w w:val="95"/>
                <w:sz w:val="17"/>
                <w:szCs w:val="17"/>
                <w:lang w:eastAsia="ko-KR"/>
              </w:rPr>
              <w:t>무역통계진흥원 :</w:t>
            </w:r>
            <w:proofErr w:type="gramEnd"/>
            <w:r w:rsidRPr="000762B9">
              <w:rPr>
                <w:rFonts w:ascii="한양중고딕" w:eastAsia="한양중고딕" w:hAnsi="굴림" w:cs="굴림" w:hint="eastAsia"/>
                <w:color w:val="000000"/>
                <w:w w:val="95"/>
                <w:sz w:val="17"/>
                <w:szCs w:val="17"/>
                <w:lang w:eastAsia="ko-KR"/>
              </w:rPr>
              <w:t xml:space="preserve"> 수출에 관한 거래내역을 판단하기 위한 자료</w:t>
            </w:r>
          </w:p>
          <w:p w:rsidR="009C3E08" w:rsidRPr="000762B9" w:rsidRDefault="009C3E08" w:rsidP="001E7699">
            <w:pPr>
              <w:widowControl w:val="0"/>
              <w:autoSpaceDE w:val="0"/>
              <w:autoSpaceDN w:val="0"/>
              <w:spacing w:after="20" w:line="240" w:lineRule="exact"/>
              <w:ind w:left="168" w:hanging="168"/>
              <w:jc w:val="both"/>
              <w:textAlignment w:val="baseline"/>
              <w:rPr>
                <w:rFonts w:ascii="한컴바탕" w:eastAsia="굴림" w:hAnsi="굴림" w:cs="굴림"/>
                <w:color w:val="000000"/>
                <w:sz w:val="17"/>
                <w:szCs w:val="17"/>
                <w:lang w:eastAsia="ko-KR"/>
              </w:rPr>
            </w:pPr>
            <w:r w:rsidRPr="000762B9">
              <w:rPr>
                <w:rFonts w:ascii="MS Gothic" w:eastAsia="MS Gothic" w:hAnsi="MS Gothic" w:cs="MS Gothic" w:hint="eastAsia"/>
                <w:color w:val="000000"/>
                <w:w w:val="95"/>
                <w:sz w:val="17"/>
                <w:szCs w:val="17"/>
                <w:lang w:eastAsia="ko-KR"/>
              </w:rPr>
              <w:t>‣</w:t>
            </w:r>
            <w:r w:rsidRPr="000762B9">
              <w:rPr>
                <w:rFonts w:ascii="한양중고딕" w:eastAsia="한양중고딕" w:hAnsi="굴림" w:cs="굴림" w:hint="eastAsia"/>
                <w:color w:val="000000"/>
                <w:spacing w:val="-16"/>
                <w:w w:val="90"/>
                <w:sz w:val="17"/>
                <w:szCs w:val="17"/>
                <w:lang w:eastAsia="ko-KR"/>
              </w:rPr>
              <w:t xml:space="preserve">중소기업 </w:t>
            </w:r>
            <w:proofErr w:type="spellStart"/>
            <w:r w:rsidRPr="000762B9">
              <w:rPr>
                <w:rFonts w:ascii="한양중고딕" w:eastAsia="한양중고딕" w:hAnsi="굴림" w:cs="굴림" w:hint="eastAsia"/>
                <w:color w:val="000000"/>
                <w:spacing w:val="-16"/>
                <w:w w:val="90"/>
                <w:sz w:val="17"/>
                <w:szCs w:val="17"/>
                <w:lang w:eastAsia="ko-KR"/>
              </w:rPr>
              <w:t>진단관련</w:t>
            </w:r>
            <w:proofErr w:type="spellEnd"/>
            <w:r w:rsidRPr="000762B9">
              <w:rPr>
                <w:rFonts w:ascii="한양중고딕" w:eastAsia="한양중고딕" w:hAnsi="굴림" w:cs="굴림" w:hint="eastAsia"/>
                <w:color w:val="000000"/>
                <w:spacing w:val="-16"/>
                <w:w w:val="90"/>
                <w:sz w:val="17"/>
                <w:szCs w:val="17"/>
                <w:lang w:eastAsia="ko-KR"/>
              </w:rPr>
              <w:t xml:space="preserve"> 관계기관(</w:t>
            </w:r>
            <w:proofErr w:type="spellStart"/>
            <w:r w:rsidRPr="000762B9">
              <w:rPr>
                <w:rFonts w:ascii="한양중고딕" w:eastAsia="한양중고딕" w:hAnsi="굴림" w:cs="굴림" w:hint="eastAsia"/>
                <w:color w:val="000000"/>
                <w:spacing w:val="-16"/>
                <w:w w:val="90"/>
                <w:sz w:val="17"/>
                <w:szCs w:val="17"/>
                <w:lang w:eastAsia="ko-KR"/>
              </w:rPr>
              <w:t>진단전문가</w:t>
            </w:r>
            <w:proofErr w:type="spellEnd"/>
            <w:r w:rsidRPr="000762B9">
              <w:rPr>
                <w:rFonts w:ascii="한양중고딕" w:eastAsia="한양중고딕" w:hAnsi="굴림" w:cs="굴림" w:hint="eastAsia"/>
                <w:color w:val="000000"/>
                <w:spacing w:val="-16"/>
                <w:w w:val="90"/>
                <w:sz w:val="17"/>
                <w:szCs w:val="17"/>
                <w:lang w:eastAsia="ko-KR"/>
              </w:rPr>
              <w:t>, 기술가치평가기관(</w:t>
            </w:r>
            <w:proofErr w:type="spellStart"/>
            <w:r w:rsidRPr="000762B9">
              <w:rPr>
                <w:rFonts w:ascii="한양중고딕" w:eastAsia="한양중고딕" w:hAnsi="굴림" w:cs="굴림" w:hint="eastAsia"/>
                <w:color w:val="000000"/>
                <w:spacing w:val="-16"/>
                <w:w w:val="90"/>
                <w:sz w:val="17"/>
                <w:szCs w:val="17"/>
                <w:lang w:eastAsia="ko-KR"/>
              </w:rPr>
              <w:t>송연국제특허법률사무소</w:t>
            </w:r>
            <w:proofErr w:type="spellEnd"/>
            <w:r w:rsidRPr="000762B9">
              <w:rPr>
                <w:rFonts w:ascii="한양중고딕" w:eastAsia="한양중고딕" w:hAnsi="굴림" w:cs="굴림" w:hint="eastAsia"/>
                <w:color w:val="000000"/>
                <w:spacing w:val="-16"/>
                <w:w w:val="90"/>
                <w:sz w:val="17"/>
                <w:szCs w:val="17"/>
                <w:lang w:eastAsia="ko-KR"/>
              </w:rPr>
              <w:t xml:space="preserve">, 코디특허법률사무소, </w:t>
            </w:r>
            <w:proofErr w:type="spellStart"/>
            <w:r w:rsidRPr="000762B9">
              <w:rPr>
                <w:rFonts w:ascii="한양중고딕" w:eastAsia="한양중고딕" w:hAnsi="굴림" w:cs="굴림" w:hint="eastAsia"/>
                <w:color w:val="000000"/>
                <w:spacing w:val="-16"/>
                <w:w w:val="90"/>
                <w:sz w:val="17"/>
                <w:szCs w:val="17"/>
                <w:lang w:eastAsia="ko-KR"/>
              </w:rPr>
              <w:t>청어람특허법률사무소</w:t>
            </w:r>
            <w:proofErr w:type="spellEnd"/>
            <w:r w:rsidRPr="000762B9">
              <w:rPr>
                <w:rFonts w:ascii="한양중고딕" w:eastAsia="한양중고딕" w:hAnsi="굴림" w:cs="굴림" w:hint="eastAsia"/>
                <w:color w:val="000000"/>
                <w:spacing w:val="-16"/>
                <w:w w:val="90"/>
                <w:sz w:val="17"/>
                <w:szCs w:val="17"/>
                <w:lang w:eastAsia="ko-KR"/>
              </w:rPr>
              <w:t xml:space="preserve">, 법률사무소 화음, 한강특허법인, 특허법인(유한)KBK, </w:t>
            </w:r>
            <w:proofErr w:type="spellStart"/>
            <w:r w:rsidRPr="000762B9">
              <w:rPr>
                <w:rFonts w:ascii="한양중고딕" w:eastAsia="한양중고딕" w:hAnsi="굴림" w:cs="굴림" w:hint="eastAsia"/>
                <w:color w:val="000000"/>
                <w:spacing w:val="-16"/>
                <w:w w:val="90"/>
                <w:sz w:val="17"/>
                <w:szCs w:val="17"/>
                <w:lang w:eastAsia="ko-KR"/>
              </w:rPr>
              <w:t>해율특허법률사무소</w:t>
            </w:r>
            <w:proofErr w:type="spellEnd"/>
            <w:r w:rsidRPr="000762B9">
              <w:rPr>
                <w:rFonts w:ascii="한양중고딕" w:eastAsia="한양중고딕" w:hAnsi="굴림" w:cs="굴림" w:hint="eastAsia"/>
                <w:color w:val="000000"/>
                <w:spacing w:val="-16"/>
                <w:w w:val="90"/>
                <w:sz w:val="17"/>
                <w:szCs w:val="17"/>
                <w:lang w:eastAsia="ko-KR"/>
              </w:rPr>
              <w:t xml:space="preserve">, </w:t>
            </w:r>
            <w:proofErr w:type="spellStart"/>
            <w:r w:rsidRPr="000762B9">
              <w:rPr>
                <w:rFonts w:ascii="한양중고딕" w:eastAsia="한양중고딕" w:hAnsi="굴림" w:cs="굴림" w:hint="eastAsia"/>
                <w:color w:val="000000"/>
                <w:spacing w:val="-16"/>
                <w:w w:val="90"/>
                <w:sz w:val="17"/>
                <w:szCs w:val="17"/>
                <w:lang w:eastAsia="ko-KR"/>
              </w:rPr>
              <w:t>바움국제특허법률사무소</w:t>
            </w:r>
            <w:proofErr w:type="spellEnd"/>
            <w:r w:rsidRPr="000762B9">
              <w:rPr>
                <w:rFonts w:ascii="한양중고딕" w:eastAsia="한양중고딕" w:hAnsi="굴림" w:cs="굴림" w:hint="eastAsia"/>
                <w:color w:val="000000"/>
                <w:spacing w:val="-16"/>
                <w:w w:val="90"/>
                <w:sz w:val="17"/>
                <w:szCs w:val="17"/>
                <w:lang w:eastAsia="ko-KR"/>
              </w:rPr>
              <w:t xml:space="preserve">, </w:t>
            </w:r>
            <w:proofErr w:type="spellStart"/>
            <w:r w:rsidRPr="000762B9">
              <w:rPr>
                <w:rFonts w:ascii="한양중고딕" w:eastAsia="한양중고딕" w:hAnsi="굴림" w:cs="굴림" w:hint="eastAsia"/>
                <w:color w:val="000000"/>
                <w:spacing w:val="-16"/>
                <w:w w:val="90"/>
                <w:sz w:val="17"/>
                <w:szCs w:val="17"/>
                <w:lang w:eastAsia="ko-KR"/>
              </w:rPr>
              <w:t>비엘티특허법률사무소</w:t>
            </w:r>
            <w:proofErr w:type="spellEnd"/>
            <w:r w:rsidRPr="000762B9">
              <w:rPr>
                <w:rFonts w:ascii="한양중고딕" w:eastAsia="한양중고딕" w:hAnsi="굴림" w:cs="굴림" w:hint="eastAsia"/>
                <w:color w:val="000000"/>
                <w:spacing w:val="-16"/>
                <w:w w:val="90"/>
                <w:sz w:val="17"/>
                <w:szCs w:val="17"/>
                <w:lang w:eastAsia="ko-KR"/>
              </w:rPr>
              <w:t xml:space="preserve">, </w:t>
            </w:r>
            <w:proofErr w:type="spellStart"/>
            <w:r w:rsidRPr="000762B9">
              <w:rPr>
                <w:rFonts w:ascii="한양중고딕" w:eastAsia="한양중고딕" w:hAnsi="굴림" w:cs="굴림" w:hint="eastAsia"/>
                <w:color w:val="000000"/>
                <w:spacing w:val="-16"/>
                <w:w w:val="90"/>
                <w:sz w:val="17"/>
                <w:szCs w:val="17"/>
                <w:lang w:eastAsia="ko-KR"/>
              </w:rPr>
              <w:t>센스국제특허법률사무소</w:t>
            </w:r>
            <w:proofErr w:type="spellEnd"/>
            <w:r w:rsidRPr="000762B9">
              <w:rPr>
                <w:rFonts w:ascii="한양중고딕" w:eastAsia="한양중고딕" w:hAnsi="굴림" w:cs="굴림" w:hint="eastAsia"/>
                <w:color w:val="000000"/>
                <w:spacing w:val="-16"/>
                <w:w w:val="90"/>
                <w:sz w:val="17"/>
                <w:szCs w:val="17"/>
                <w:lang w:eastAsia="ko-KR"/>
              </w:rPr>
              <w:t xml:space="preserve">, 특허법인 </w:t>
            </w:r>
            <w:proofErr w:type="spellStart"/>
            <w:r w:rsidRPr="000762B9">
              <w:rPr>
                <w:rFonts w:ascii="한양중고딕" w:eastAsia="한양중고딕" w:hAnsi="굴림" w:cs="굴림" w:hint="eastAsia"/>
                <w:color w:val="000000"/>
                <w:spacing w:val="-16"/>
                <w:w w:val="90"/>
                <w:sz w:val="17"/>
                <w:szCs w:val="17"/>
                <w:lang w:eastAsia="ko-KR"/>
              </w:rPr>
              <w:t>도담</w:t>
            </w:r>
            <w:proofErr w:type="spellEnd"/>
            <w:r w:rsidRPr="000762B9">
              <w:rPr>
                <w:rFonts w:ascii="한양중고딕" w:eastAsia="한양중고딕" w:hAnsi="굴림" w:cs="굴림" w:hint="eastAsia"/>
                <w:color w:val="000000"/>
                <w:spacing w:val="-16"/>
                <w:w w:val="90"/>
                <w:sz w:val="17"/>
                <w:szCs w:val="17"/>
                <w:lang w:eastAsia="ko-KR"/>
              </w:rPr>
              <w:t xml:space="preserve">, </w:t>
            </w:r>
            <w:proofErr w:type="spellStart"/>
            <w:r w:rsidRPr="000762B9">
              <w:rPr>
                <w:rFonts w:ascii="한양중고딕" w:eastAsia="한양중고딕" w:hAnsi="굴림" w:cs="굴림" w:hint="eastAsia"/>
                <w:color w:val="000000"/>
                <w:spacing w:val="-16"/>
                <w:w w:val="90"/>
                <w:sz w:val="17"/>
                <w:szCs w:val="17"/>
                <w:lang w:eastAsia="ko-KR"/>
              </w:rPr>
              <w:t>수안</w:t>
            </w:r>
            <w:proofErr w:type="spellEnd"/>
            <w:r w:rsidRPr="000762B9">
              <w:rPr>
                <w:rFonts w:ascii="한양중고딕" w:eastAsia="한양중고딕" w:hAnsi="굴림" w:cs="굴림" w:hint="eastAsia"/>
                <w:color w:val="000000"/>
                <w:spacing w:val="-16"/>
                <w:w w:val="90"/>
                <w:sz w:val="17"/>
                <w:szCs w:val="17"/>
                <w:lang w:eastAsia="ko-KR"/>
              </w:rPr>
              <w:t xml:space="preserve"> 특허법인, 특허법인 </w:t>
            </w:r>
            <w:proofErr w:type="spellStart"/>
            <w:r w:rsidRPr="000762B9">
              <w:rPr>
                <w:rFonts w:ascii="한양중고딕" w:eastAsia="한양중고딕" w:hAnsi="굴림" w:cs="굴림" w:hint="eastAsia"/>
                <w:color w:val="000000"/>
                <w:spacing w:val="-16"/>
                <w:w w:val="90"/>
                <w:sz w:val="17"/>
                <w:szCs w:val="17"/>
                <w:lang w:eastAsia="ko-KR"/>
              </w:rPr>
              <w:t>이룸리온</w:t>
            </w:r>
            <w:proofErr w:type="spellEnd"/>
            <w:r w:rsidRPr="000762B9">
              <w:rPr>
                <w:rFonts w:ascii="한양중고딕" w:eastAsia="한양중고딕" w:hAnsi="굴림" w:cs="굴림" w:hint="eastAsia"/>
                <w:color w:val="000000"/>
                <w:spacing w:val="-16"/>
                <w:w w:val="90"/>
                <w:sz w:val="17"/>
                <w:szCs w:val="17"/>
                <w:lang w:eastAsia="ko-KR"/>
              </w:rPr>
              <w:t xml:space="preserve">, </w:t>
            </w:r>
            <w:proofErr w:type="spellStart"/>
            <w:r w:rsidRPr="000762B9">
              <w:rPr>
                <w:rFonts w:ascii="한양중고딕" w:eastAsia="한양중고딕" w:hAnsi="굴림" w:cs="굴림" w:hint="eastAsia"/>
                <w:color w:val="000000"/>
                <w:spacing w:val="-16"/>
                <w:w w:val="90"/>
                <w:sz w:val="17"/>
                <w:szCs w:val="17"/>
                <w:lang w:eastAsia="ko-KR"/>
              </w:rPr>
              <w:t>인베스트</w:t>
            </w:r>
            <w:proofErr w:type="spellEnd"/>
            <w:r w:rsidRPr="000762B9">
              <w:rPr>
                <w:rFonts w:ascii="한양중고딕" w:eastAsia="한양중고딕" w:hAnsi="굴림" w:cs="굴림" w:hint="eastAsia"/>
                <w:color w:val="000000"/>
                <w:spacing w:val="-16"/>
                <w:w w:val="90"/>
                <w:sz w:val="17"/>
                <w:szCs w:val="17"/>
                <w:lang w:eastAsia="ko-KR"/>
              </w:rPr>
              <w:t xml:space="preserve"> </w:t>
            </w:r>
            <w:proofErr w:type="spellStart"/>
            <w:r w:rsidRPr="000762B9">
              <w:rPr>
                <w:rFonts w:ascii="한양중고딕" w:eastAsia="한양중고딕" w:hAnsi="굴림" w:cs="굴림" w:hint="eastAsia"/>
                <w:color w:val="000000"/>
                <w:spacing w:val="-16"/>
                <w:w w:val="90"/>
                <w:sz w:val="17"/>
                <w:szCs w:val="17"/>
                <w:lang w:eastAsia="ko-KR"/>
              </w:rPr>
              <w:t>아이피</w:t>
            </w:r>
            <w:proofErr w:type="spellEnd"/>
            <w:r w:rsidRPr="000762B9">
              <w:rPr>
                <w:rFonts w:ascii="한양중고딕" w:eastAsia="한양중고딕" w:hAnsi="굴림" w:cs="굴림" w:hint="eastAsia"/>
                <w:color w:val="000000"/>
                <w:spacing w:val="-16"/>
                <w:w w:val="90"/>
                <w:sz w:val="17"/>
                <w:szCs w:val="17"/>
                <w:lang w:eastAsia="ko-KR"/>
              </w:rPr>
              <w:t xml:space="preserve"> 주식회사)), 한국거래소, 중소벤처기업부에 등록된 창업투자회사(투자희망기업에 한함), </w:t>
            </w:r>
            <w:proofErr w:type="spellStart"/>
            <w:r w:rsidRPr="000762B9">
              <w:rPr>
                <w:rFonts w:ascii="한양중고딕" w:eastAsia="한양중고딕" w:hAnsi="굴림" w:cs="굴림" w:hint="eastAsia"/>
                <w:color w:val="000000"/>
                <w:spacing w:val="-16"/>
                <w:w w:val="90"/>
                <w:sz w:val="17"/>
                <w:szCs w:val="17"/>
                <w:lang w:eastAsia="ko-KR"/>
              </w:rPr>
              <w:t>이익공유형</w:t>
            </w:r>
            <w:proofErr w:type="spellEnd"/>
            <w:r w:rsidRPr="000762B9">
              <w:rPr>
                <w:rFonts w:ascii="한양중고딕" w:eastAsia="한양중고딕" w:hAnsi="굴림" w:cs="굴림" w:hint="eastAsia"/>
                <w:color w:val="000000"/>
                <w:spacing w:val="-16"/>
                <w:w w:val="90"/>
                <w:sz w:val="17"/>
                <w:szCs w:val="17"/>
                <w:lang w:eastAsia="ko-KR"/>
              </w:rPr>
              <w:t xml:space="preserve"> 대출의 영업이익 적정성 </w:t>
            </w:r>
            <w:proofErr w:type="spellStart"/>
            <w:r w:rsidRPr="000762B9">
              <w:rPr>
                <w:rFonts w:ascii="한양중고딕" w:eastAsia="한양중고딕" w:hAnsi="굴림" w:cs="굴림" w:hint="eastAsia"/>
                <w:color w:val="000000"/>
                <w:spacing w:val="-16"/>
                <w:w w:val="90"/>
                <w:sz w:val="17"/>
                <w:szCs w:val="17"/>
                <w:lang w:eastAsia="ko-KR"/>
              </w:rPr>
              <w:t>점검용역</w:t>
            </w:r>
            <w:proofErr w:type="spellEnd"/>
            <w:r w:rsidRPr="000762B9">
              <w:rPr>
                <w:rFonts w:ascii="한양중고딕" w:eastAsia="한양중고딕" w:hAnsi="굴림" w:cs="굴림" w:hint="eastAsia"/>
                <w:color w:val="000000"/>
                <w:spacing w:val="-16"/>
                <w:w w:val="90"/>
                <w:sz w:val="17"/>
                <w:szCs w:val="17"/>
                <w:lang w:eastAsia="ko-KR"/>
              </w:rPr>
              <w:t xml:space="preserve"> 수행 회계법인, 공공기관, 중소기업 통합관리시스템 </w:t>
            </w:r>
            <w:proofErr w:type="gramStart"/>
            <w:r w:rsidRPr="000762B9">
              <w:rPr>
                <w:rFonts w:ascii="한양중고딕" w:eastAsia="한양중고딕" w:hAnsi="굴림" w:cs="굴림" w:hint="eastAsia"/>
                <w:color w:val="000000"/>
                <w:spacing w:val="-16"/>
                <w:w w:val="90"/>
                <w:sz w:val="17"/>
                <w:szCs w:val="17"/>
                <w:lang w:eastAsia="ko-KR"/>
              </w:rPr>
              <w:t>운영기관 :</w:t>
            </w:r>
            <w:proofErr w:type="gramEnd"/>
            <w:r w:rsidRPr="000762B9">
              <w:rPr>
                <w:rFonts w:ascii="한양중고딕" w:eastAsia="한양중고딕" w:hAnsi="굴림" w:cs="굴림" w:hint="eastAsia"/>
                <w:color w:val="000000"/>
                <w:spacing w:val="-16"/>
                <w:w w:val="90"/>
                <w:sz w:val="17"/>
                <w:szCs w:val="17"/>
                <w:lang w:eastAsia="ko-KR"/>
              </w:rPr>
              <w:t xml:space="preserve"> 개인식별정보, 신용능력정보(</w:t>
            </w:r>
            <w:proofErr w:type="spellStart"/>
            <w:r w:rsidRPr="000762B9">
              <w:rPr>
                <w:rFonts w:ascii="한양중고딕" w:eastAsia="한양중고딕" w:hAnsi="굴림" w:cs="굴림" w:hint="eastAsia"/>
                <w:color w:val="000000"/>
                <w:spacing w:val="-16"/>
                <w:w w:val="90"/>
                <w:sz w:val="17"/>
                <w:szCs w:val="17"/>
                <w:lang w:eastAsia="ko-KR"/>
              </w:rPr>
              <w:t>기업현황</w:t>
            </w:r>
            <w:proofErr w:type="spellEnd"/>
            <w:r w:rsidRPr="000762B9">
              <w:rPr>
                <w:rFonts w:ascii="한양중고딕" w:eastAsia="한양중고딕" w:hAnsi="굴림" w:cs="굴림" w:hint="eastAsia"/>
                <w:color w:val="000000"/>
                <w:spacing w:val="-16"/>
                <w:w w:val="90"/>
                <w:sz w:val="17"/>
                <w:szCs w:val="17"/>
                <w:lang w:eastAsia="ko-KR"/>
              </w:rPr>
              <w:t xml:space="preserve">, 사업장 및 </w:t>
            </w:r>
            <w:proofErr w:type="spellStart"/>
            <w:r w:rsidRPr="000762B9">
              <w:rPr>
                <w:rFonts w:ascii="한양중고딕" w:eastAsia="한양중고딕" w:hAnsi="굴림" w:cs="굴림" w:hint="eastAsia"/>
                <w:color w:val="000000"/>
                <w:spacing w:val="-16"/>
                <w:w w:val="90"/>
                <w:sz w:val="17"/>
                <w:szCs w:val="17"/>
                <w:lang w:eastAsia="ko-KR"/>
              </w:rPr>
              <w:t>가동현황</w:t>
            </w:r>
            <w:proofErr w:type="spellEnd"/>
            <w:r w:rsidRPr="000762B9">
              <w:rPr>
                <w:rFonts w:ascii="한양중고딕" w:eastAsia="한양중고딕" w:hAnsi="굴림" w:cs="굴림" w:hint="eastAsia"/>
                <w:color w:val="000000"/>
                <w:spacing w:val="-16"/>
                <w:w w:val="90"/>
                <w:sz w:val="17"/>
                <w:szCs w:val="17"/>
                <w:lang w:eastAsia="ko-KR"/>
              </w:rPr>
              <w:t>, 신용거래정보(공단지원현황), 영업상황, 재무상황)</w:t>
            </w:r>
          </w:p>
          <w:p w:rsidR="009C3E08" w:rsidRPr="009C3E08" w:rsidRDefault="009C3E08" w:rsidP="001E7699">
            <w:pPr>
              <w:widowControl w:val="0"/>
              <w:autoSpaceDE w:val="0"/>
              <w:autoSpaceDN w:val="0"/>
              <w:spacing w:after="20" w:line="240" w:lineRule="exact"/>
              <w:ind w:left="168" w:hanging="168"/>
              <w:jc w:val="both"/>
              <w:textAlignment w:val="baseline"/>
              <w:rPr>
                <w:rFonts w:ascii="한컴바탕" w:eastAsia="굴림" w:hAnsi="굴림" w:cs="굴림"/>
                <w:color w:val="000000"/>
                <w:sz w:val="24"/>
                <w:szCs w:val="24"/>
                <w:lang w:eastAsia="ko-KR"/>
              </w:rPr>
            </w:pPr>
            <w:r w:rsidRPr="000762B9">
              <w:rPr>
                <w:rFonts w:ascii="MS Gothic" w:eastAsia="MS Gothic" w:hAnsi="MS Gothic" w:cs="MS Gothic" w:hint="eastAsia"/>
                <w:color w:val="000000"/>
                <w:w w:val="95"/>
                <w:sz w:val="17"/>
                <w:szCs w:val="17"/>
                <w:lang w:eastAsia="ko-KR"/>
              </w:rPr>
              <w:t>‣</w:t>
            </w:r>
            <w:r w:rsidRPr="000762B9">
              <w:rPr>
                <w:rFonts w:ascii="한양중고딕" w:eastAsia="한양중고딕" w:hAnsi="굴림" w:cs="굴림" w:hint="eastAsia"/>
                <w:color w:val="000000"/>
                <w:spacing w:val="-16"/>
                <w:w w:val="90"/>
                <w:sz w:val="17"/>
                <w:szCs w:val="17"/>
                <w:lang w:eastAsia="ko-KR"/>
              </w:rPr>
              <w:t xml:space="preserve">협약을 맺은 금융기관, </w:t>
            </w:r>
            <w:proofErr w:type="gramStart"/>
            <w:r w:rsidRPr="000762B9">
              <w:rPr>
                <w:rFonts w:ascii="한양중고딕" w:eastAsia="한양중고딕" w:hAnsi="굴림" w:cs="굴림" w:hint="eastAsia"/>
                <w:color w:val="000000"/>
                <w:spacing w:val="-16"/>
                <w:w w:val="90"/>
                <w:sz w:val="17"/>
                <w:szCs w:val="17"/>
                <w:lang w:eastAsia="ko-KR"/>
              </w:rPr>
              <w:t>연대보증인 :</w:t>
            </w:r>
            <w:proofErr w:type="gramEnd"/>
            <w:r w:rsidRPr="000762B9">
              <w:rPr>
                <w:rFonts w:ascii="한양중고딕" w:eastAsia="한양중고딕" w:hAnsi="굴림" w:cs="굴림" w:hint="eastAsia"/>
                <w:color w:val="000000"/>
                <w:spacing w:val="-16"/>
                <w:w w:val="90"/>
                <w:sz w:val="17"/>
                <w:szCs w:val="17"/>
                <w:lang w:eastAsia="ko-KR"/>
              </w:rPr>
              <w:t xml:space="preserve"> 개인식별정보(성명, 고유식별정보, 주소, 전자우편주소, 전화번호), 신용거래 정보(</w:t>
            </w:r>
            <w:proofErr w:type="spellStart"/>
            <w:r w:rsidRPr="000762B9">
              <w:rPr>
                <w:rFonts w:ascii="한양중고딕" w:eastAsia="한양중고딕" w:hAnsi="굴림" w:cs="굴림" w:hint="eastAsia"/>
                <w:color w:val="000000"/>
                <w:spacing w:val="-16"/>
                <w:w w:val="90"/>
                <w:sz w:val="17"/>
                <w:szCs w:val="17"/>
                <w:lang w:eastAsia="ko-KR"/>
              </w:rPr>
              <w:t>개설·발급정보</w:t>
            </w:r>
            <w:proofErr w:type="spellEnd"/>
            <w:r w:rsidRPr="000762B9">
              <w:rPr>
                <w:rFonts w:ascii="한양중고딕" w:eastAsia="한양중고딕" w:hAnsi="굴림" w:cs="굴림" w:hint="eastAsia"/>
                <w:color w:val="000000"/>
                <w:spacing w:val="-16"/>
                <w:w w:val="90"/>
                <w:sz w:val="17"/>
                <w:szCs w:val="17"/>
                <w:lang w:eastAsia="ko-KR"/>
              </w:rPr>
              <w:t xml:space="preserve">, </w:t>
            </w:r>
            <w:proofErr w:type="spellStart"/>
            <w:r w:rsidRPr="000762B9">
              <w:rPr>
                <w:rFonts w:ascii="한양중고딕" w:eastAsia="한양중고딕" w:hAnsi="굴림" w:cs="굴림" w:hint="eastAsia"/>
                <w:color w:val="000000"/>
                <w:spacing w:val="-16"/>
                <w:w w:val="90"/>
                <w:sz w:val="17"/>
                <w:szCs w:val="17"/>
                <w:lang w:eastAsia="ko-KR"/>
              </w:rPr>
              <w:t>대출정보</w:t>
            </w:r>
            <w:proofErr w:type="spellEnd"/>
            <w:r w:rsidRPr="000762B9">
              <w:rPr>
                <w:rFonts w:ascii="한양중고딕" w:eastAsia="한양중고딕" w:hAnsi="굴림" w:cs="굴림" w:hint="eastAsia"/>
                <w:color w:val="000000"/>
                <w:spacing w:val="-16"/>
                <w:w w:val="90"/>
                <w:sz w:val="17"/>
                <w:szCs w:val="17"/>
                <w:lang w:eastAsia="ko-KR"/>
              </w:rPr>
              <w:t xml:space="preserve">(개인, 카드, 보험계약), 개인채무보증정보, 기업신용공여정보, 복수카드정보, 사고회원정보), 신용도판단정보(연체정보, </w:t>
            </w:r>
            <w:proofErr w:type="spellStart"/>
            <w:r w:rsidRPr="000762B9">
              <w:rPr>
                <w:rFonts w:ascii="한양중고딕" w:eastAsia="한양중고딕" w:hAnsi="굴림" w:cs="굴림" w:hint="eastAsia"/>
                <w:color w:val="000000"/>
                <w:spacing w:val="-16"/>
                <w:w w:val="90"/>
                <w:sz w:val="17"/>
                <w:szCs w:val="17"/>
                <w:lang w:eastAsia="ko-KR"/>
              </w:rPr>
              <w:t>대위변제·대지급정보</w:t>
            </w:r>
            <w:proofErr w:type="spellEnd"/>
            <w:r w:rsidRPr="000762B9">
              <w:rPr>
                <w:rFonts w:ascii="한양중고딕" w:eastAsia="한양중고딕" w:hAnsi="굴림" w:cs="굴림" w:hint="eastAsia"/>
                <w:color w:val="000000"/>
                <w:spacing w:val="-16"/>
                <w:w w:val="90"/>
                <w:sz w:val="17"/>
                <w:szCs w:val="17"/>
                <w:lang w:eastAsia="ko-KR"/>
              </w:rPr>
              <w:t xml:space="preserve">, </w:t>
            </w:r>
            <w:proofErr w:type="spellStart"/>
            <w:r w:rsidRPr="000762B9">
              <w:rPr>
                <w:rFonts w:ascii="한양중고딕" w:eastAsia="한양중고딕" w:hAnsi="굴림" w:cs="굴림" w:hint="eastAsia"/>
                <w:color w:val="000000"/>
                <w:spacing w:val="-16"/>
                <w:w w:val="90"/>
                <w:sz w:val="17"/>
                <w:szCs w:val="17"/>
                <w:lang w:eastAsia="ko-KR"/>
              </w:rPr>
              <w:t>부도정보</w:t>
            </w:r>
            <w:proofErr w:type="spellEnd"/>
            <w:r w:rsidRPr="000762B9">
              <w:rPr>
                <w:rFonts w:ascii="한양중고딕" w:eastAsia="한양중고딕" w:hAnsi="굴림" w:cs="굴림" w:hint="eastAsia"/>
                <w:color w:val="000000"/>
                <w:spacing w:val="-16"/>
                <w:w w:val="90"/>
                <w:sz w:val="17"/>
                <w:szCs w:val="17"/>
                <w:lang w:eastAsia="ko-KR"/>
              </w:rPr>
              <w:t xml:space="preserve">, 금융질서문란정보, </w:t>
            </w:r>
            <w:proofErr w:type="spellStart"/>
            <w:r w:rsidRPr="000762B9">
              <w:rPr>
                <w:rFonts w:ascii="한양중고딕" w:eastAsia="한양중고딕" w:hAnsi="굴림" w:cs="굴림" w:hint="eastAsia"/>
                <w:color w:val="000000"/>
                <w:spacing w:val="-16"/>
                <w:w w:val="90"/>
                <w:sz w:val="17"/>
                <w:szCs w:val="17"/>
                <w:lang w:eastAsia="ko-KR"/>
              </w:rPr>
              <w:t>관련인정보</w:t>
            </w:r>
            <w:proofErr w:type="spellEnd"/>
            <w:r w:rsidRPr="000762B9">
              <w:rPr>
                <w:rFonts w:ascii="한양중고딕" w:eastAsia="한양중고딕" w:hAnsi="굴림" w:cs="굴림" w:hint="eastAsia"/>
                <w:color w:val="000000"/>
                <w:spacing w:val="-16"/>
                <w:w w:val="90"/>
                <w:sz w:val="17"/>
                <w:szCs w:val="17"/>
                <w:lang w:eastAsia="ko-KR"/>
              </w:rPr>
              <w:t>), 신용능력정보(재산, 채무, 소득의 총액, 납세실적)</w:t>
            </w:r>
          </w:p>
        </w:tc>
      </w:tr>
      <w:tr w:rsidR="009C3E08" w:rsidRPr="009C3E08" w:rsidTr="003043BB">
        <w:trPr>
          <w:trHeight w:val="698"/>
        </w:trPr>
        <w:tc>
          <w:tcPr>
            <w:tcW w:w="1701" w:type="dxa"/>
            <w:tcBorders>
              <w:top w:val="single" w:sz="2" w:space="0" w:color="000000"/>
              <w:left w:val="single" w:sz="12" w:space="0" w:color="auto"/>
              <w:bottom w:val="single" w:sz="2" w:space="0" w:color="000000"/>
              <w:right w:val="single" w:sz="2" w:space="0" w:color="000000"/>
            </w:tcBorders>
            <w:tcMar>
              <w:top w:w="28" w:type="dxa"/>
              <w:left w:w="102" w:type="dxa"/>
              <w:bottom w:w="28" w:type="dxa"/>
              <w:right w:w="102" w:type="dxa"/>
            </w:tcMar>
            <w:vAlign w:val="center"/>
            <w:hideMark/>
          </w:tcPr>
          <w:p w:rsidR="009C3E08" w:rsidRPr="009C3E08" w:rsidRDefault="009C3E08" w:rsidP="001E7699">
            <w:pPr>
              <w:widowControl w:val="0"/>
              <w:autoSpaceDE w:val="0"/>
              <w:autoSpaceDN w:val="0"/>
              <w:spacing w:line="240" w:lineRule="exact"/>
              <w:ind w:left="120" w:hanging="120"/>
              <w:jc w:val="center"/>
              <w:textAlignment w:val="baseline"/>
              <w:rPr>
                <w:rFonts w:ascii="함초롬바탕" w:eastAsia="굴림" w:hAnsi="굴림" w:cs="굴림"/>
                <w:color w:val="000000"/>
                <w:szCs w:val="20"/>
                <w:lang w:eastAsia="ko-KR"/>
              </w:rPr>
            </w:pPr>
            <w:r w:rsidRPr="009C3E08">
              <w:rPr>
                <w:rFonts w:ascii="한양중고딕" w:eastAsia="한양중고딕" w:hAnsi="굴림" w:cs="굴림" w:hint="eastAsia"/>
                <w:color w:val="000000"/>
                <w:w w:val="85"/>
                <w:sz w:val="18"/>
                <w:szCs w:val="18"/>
                <w:lang w:eastAsia="ko-KR"/>
              </w:rPr>
              <w:t xml:space="preserve">제공받는 자의 </w:t>
            </w:r>
            <w:proofErr w:type="spellStart"/>
            <w:r w:rsidRPr="009C3E08">
              <w:rPr>
                <w:rFonts w:ascii="한양중고딕" w:eastAsia="한양중고딕" w:hAnsi="굴림" w:cs="굴림" w:hint="eastAsia"/>
                <w:color w:val="000000"/>
                <w:w w:val="85"/>
                <w:sz w:val="18"/>
                <w:szCs w:val="18"/>
                <w:lang w:eastAsia="ko-KR"/>
              </w:rPr>
              <w:t>보유·이용</w:t>
            </w:r>
            <w:proofErr w:type="spellEnd"/>
            <w:r w:rsidRPr="009C3E08">
              <w:rPr>
                <w:rFonts w:ascii="한양중고딕" w:eastAsia="한양중고딕" w:hAnsi="굴림" w:cs="굴림" w:hint="eastAsia"/>
                <w:color w:val="000000"/>
                <w:w w:val="85"/>
                <w:sz w:val="18"/>
                <w:szCs w:val="18"/>
                <w:lang w:eastAsia="ko-KR"/>
              </w:rPr>
              <w:t xml:space="preserve"> 기간</w:t>
            </w:r>
          </w:p>
        </w:tc>
        <w:tc>
          <w:tcPr>
            <w:tcW w:w="7917" w:type="dxa"/>
            <w:tcBorders>
              <w:top w:val="single" w:sz="2" w:space="0" w:color="000000"/>
              <w:left w:val="single" w:sz="2" w:space="0" w:color="000000"/>
              <w:bottom w:val="single" w:sz="2" w:space="0" w:color="000000"/>
              <w:right w:val="single" w:sz="12" w:space="0" w:color="auto"/>
            </w:tcBorders>
            <w:tcMar>
              <w:top w:w="28" w:type="dxa"/>
              <w:left w:w="102" w:type="dxa"/>
              <w:bottom w:w="28" w:type="dxa"/>
              <w:right w:w="102" w:type="dxa"/>
            </w:tcMar>
            <w:vAlign w:val="center"/>
            <w:hideMark/>
          </w:tcPr>
          <w:p w:rsidR="009C3E08" w:rsidRPr="008E47BC" w:rsidRDefault="009C3E08" w:rsidP="001E7699">
            <w:pPr>
              <w:widowControl w:val="0"/>
              <w:autoSpaceDE w:val="0"/>
              <w:autoSpaceDN w:val="0"/>
              <w:spacing w:after="20" w:line="240" w:lineRule="exact"/>
              <w:jc w:val="both"/>
              <w:textAlignment w:val="baseline"/>
              <w:rPr>
                <w:rFonts w:ascii="한컴바탕" w:eastAsia="굴림" w:hAnsi="굴림" w:cs="굴림"/>
                <w:color w:val="000000"/>
                <w:sz w:val="17"/>
                <w:szCs w:val="17"/>
                <w:lang w:eastAsia="ko-KR"/>
              </w:rPr>
            </w:pPr>
            <w:r w:rsidRPr="008E47BC">
              <w:rPr>
                <w:rFonts w:ascii="한양중고딕" w:eastAsia="한양중고딕" w:hAnsi="굴림" w:cs="굴림" w:hint="eastAsia"/>
                <w:color w:val="000000"/>
                <w:w w:val="95"/>
                <w:sz w:val="17"/>
                <w:szCs w:val="17"/>
                <w:lang w:eastAsia="ko-KR"/>
              </w:rPr>
              <w:t xml:space="preserve">제공된 날로부터 제공된 목적을 달성한 때까지 </w:t>
            </w:r>
            <w:proofErr w:type="spellStart"/>
            <w:r w:rsidRPr="008E47BC">
              <w:rPr>
                <w:rFonts w:ascii="한양중고딕" w:eastAsia="한양중고딕" w:hAnsi="굴림" w:cs="굴림" w:hint="eastAsia"/>
                <w:color w:val="000000"/>
                <w:w w:val="95"/>
                <w:sz w:val="17"/>
                <w:szCs w:val="17"/>
                <w:lang w:eastAsia="ko-KR"/>
              </w:rPr>
              <w:t>보유·이용됩니다</w:t>
            </w:r>
            <w:proofErr w:type="spellEnd"/>
            <w:r w:rsidRPr="008E47BC">
              <w:rPr>
                <w:rFonts w:ascii="한양중고딕" w:eastAsia="한양중고딕" w:hAnsi="굴림" w:cs="굴림" w:hint="eastAsia"/>
                <w:color w:val="000000"/>
                <w:w w:val="95"/>
                <w:sz w:val="17"/>
                <w:szCs w:val="17"/>
                <w:lang w:eastAsia="ko-KR"/>
              </w:rPr>
              <w:t xml:space="preserve">. 제공된 목적 달성 후에는 위에 기재된 이용목적과 관련된 금융사고 조사, 분쟁해결, 민원처리, 리스크 관리업무, 법령상 의무이행을 위하여만 </w:t>
            </w:r>
            <w:proofErr w:type="spellStart"/>
            <w:r w:rsidRPr="008E47BC">
              <w:rPr>
                <w:rFonts w:ascii="한양중고딕" w:eastAsia="한양중고딕" w:hAnsi="굴림" w:cs="굴림" w:hint="eastAsia"/>
                <w:color w:val="000000"/>
                <w:w w:val="95"/>
                <w:sz w:val="17"/>
                <w:szCs w:val="17"/>
                <w:lang w:eastAsia="ko-KR"/>
              </w:rPr>
              <w:t>보유·이용됩니다</w:t>
            </w:r>
            <w:proofErr w:type="spellEnd"/>
            <w:r w:rsidRPr="008E47BC">
              <w:rPr>
                <w:rFonts w:ascii="한양중고딕" w:eastAsia="한양중고딕" w:hAnsi="굴림" w:cs="굴림" w:hint="eastAsia"/>
                <w:color w:val="000000"/>
                <w:w w:val="95"/>
                <w:sz w:val="17"/>
                <w:szCs w:val="17"/>
                <w:lang w:eastAsia="ko-KR"/>
              </w:rPr>
              <w:t>.</w:t>
            </w:r>
          </w:p>
        </w:tc>
      </w:tr>
      <w:tr w:rsidR="009C3E08" w:rsidRPr="009C3E08" w:rsidTr="003043BB">
        <w:trPr>
          <w:trHeight w:val="416"/>
        </w:trPr>
        <w:tc>
          <w:tcPr>
            <w:tcW w:w="1701" w:type="dxa"/>
            <w:tcBorders>
              <w:top w:val="single" w:sz="2" w:space="0" w:color="000000"/>
              <w:left w:val="single" w:sz="12" w:space="0" w:color="auto"/>
              <w:bottom w:val="single" w:sz="2" w:space="0" w:color="000000"/>
              <w:right w:val="single" w:sz="2" w:space="0" w:color="000000"/>
            </w:tcBorders>
            <w:tcMar>
              <w:top w:w="28" w:type="dxa"/>
              <w:left w:w="102" w:type="dxa"/>
              <w:bottom w:w="28" w:type="dxa"/>
              <w:right w:w="102" w:type="dxa"/>
            </w:tcMar>
            <w:vAlign w:val="center"/>
            <w:hideMark/>
          </w:tcPr>
          <w:p w:rsidR="009C3E08" w:rsidRPr="009C3E08" w:rsidRDefault="009C3E08" w:rsidP="001E7699">
            <w:pPr>
              <w:widowControl w:val="0"/>
              <w:autoSpaceDE w:val="0"/>
              <w:autoSpaceDN w:val="0"/>
              <w:spacing w:line="240" w:lineRule="exact"/>
              <w:ind w:left="120" w:hanging="120"/>
              <w:jc w:val="center"/>
              <w:textAlignment w:val="baseline"/>
              <w:rPr>
                <w:rFonts w:ascii="함초롬바탕" w:eastAsia="굴림" w:hAnsi="굴림" w:cs="굴림"/>
                <w:color w:val="000000"/>
                <w:szCs w:val="20"/>
                <w:lang w:eastAsia="ko-KR"/>
              </w:rPr>
            </w:pPr>
            <w:r w:rsidRPr="009C3E08">
              <w:rPr>
                <w:rFonts w:ascii="한양중고딕" w:eastAsia="한양중고딕" w:hAnsi="굴림" w:cs="굴림" w:hint="eastAsia"/>
                <w:color w:val="000000"/>
                <w:spacing w:val="-22"/>
                <w:w w:val="85"/>
                <w:sz w:val="18"/>
                <w:szCs w:val="18"/>
                <w:lang w:eastAsia="ko-KR"/>
              </w:rPr>
              <w:t xml:space="preserve">동의를 거부할 권리 </w:t>
            </w:r>
            <w:r w:rsidRPr="009C3E08">
              <w:rPr>
                <w:rFonts w:ascii="한양중고딕" w:eastAsia="한양중고딕" w:hAnsi="굴림" w:cs="굴림" w:hint="eastAsia"/>
                <w:color w:val="000000"/>
                <w:spacing w:val="-52"/>
                <w:w w:val="85"/>
                <w:sz w:val="18"/>
                <w:szCs w:val="18"/>
                <w:lang w:eastAsia="ko-KR"/>
              </w:rPr>
              <w:t>및</w:t>
            </w:r>
            <w:r w:rsidRPr="009C3E08">
              <w:rPr>
                <w:rFonts w:ascii="함초롬바탕" w:eastAsia="한양중고딕" w:hAnsi="굴림" w:cs="굴림"/>
                <w:color w:val="000000"/>
                <w:spacing w:val="-30"/>
                <w:w w:val="85"/>
                <w:sz w:val="18"/>
                <w:szCs w:val="18"/>
                <w:lang w:eastAsia="ko-KR"/>
              </w:rPr>
              <w:t xml:space="preserve"> </w:t>
            </w:r>
            <w:r w:rsidRPr="009C3E08">
              <w:rPr>
                <w:rFonts w:ascii="한양중고딕" w:eastAsia="한양중고딕" w:hAnsi="굴림" w:cs="굴림" w:hint="eastAsia"/>
                <w:color w:val="000000"/>
                <w:spacing w:val="-30"/>
                <w:w w:val="85"/>
                <w:sz w:val="18"/>
                <w:szCs w:val="18"/>
                <w:lang w:eastAsia="ko-KR"/>
              </w:rPr>
              <w:t>거부할 경우 불이익</w:t>
            </w:r>
          </w:p>
        </w:tc>
        <w:tc>
          <w:tcPr>
            <w:tcW w:w="7917" w:type="dxa"/>
            <w:tcBorders>
              <w:top w:val="single" w:sz="2" w:space="0" w:color="000000"/>
              <w:left w:val="single" w:sz="2" w:space="0" w:color="000000"/>
              <w:bottom w:val="single" w:sz="2" w:space="0" w:color="000000"/>
              <w:right w:val="single" w:sz="12" w:space="0" w:color="auto"/>
            </w:tcBorders>
            <w:tcMar>
              <w:top w:w="28" w:type="dxa"/>
              <w:left w:w="102" w:type="dxa"/>
              <w:bottom w:w="28" w:type="dxa"/>
              <w:right w:w="102" w:type="dxa"/>
            </w:tcMar>
            <w:vAlign w:val="center"/>
            <w:hideMark/>
          </w:tcPr>
          <w:p w:rsidR="009C3E08" w:rsidRPr="008E47BC" w:rsidRDefault="009C3E08" w:rsidP="001E7699">
            <w:pPr>
              <w:widowControl w:val="0"/>
              <w:autoSpaceDE w:val="0"/>
              <w:autoSpaceDN w:val="0"/>
              <w:spacing w:after="20" w:line="240" w:lineRule="exact"/>
              <w:jc w:val="both"/>
              <w:textAlignment w:val="baseline"/>
              <w:rPr>
                <w:rFonts w:ascii="한컴바탕" w:eastAsia="굴림" w:hAnsi="굴림" w:cs="굴림"/>
                <w:color w:val="000000"/>
                <w:sz w:val="17"/>
                <w:szCs w:val="17"/>
                <w:lang w:eastAsia="ko-KR"/>
              </w:rPr>
            </w:pPr>
            <w:r w:rsidRPr="008E47BC">
              <w:rPr>
                <w:rFonts w:ascii="한양중고딕" w:eastAsia="한양중고딕" w:hAnsi="굴림" w:cs="굴림" w:hint="eastAsia"/>
                <w:color w:val="000000"/>
                <w:w w:val="95"/>
                <w:sz w:val="17"/>
                <w:szCs w:val="17"/>
                <w:lang w:eastAsia="ko-KR"/>
              </w:rPr>
              <w:t xml:space="preserve">동의하지 않으실 경우 중소기업 정책자금 융자, 기업진단, </w:t>
            </w:r>
            <w:proofErr w:type="spellStart"/>
            <w:r w:rsidRPr="008E47BC">
              <w:rPr>
                <w:rFonts w:ascii="한양중고딕" w:eastAsia="한양중고딕" w:hAnsi="굴림" w:cs="굴림" w:hint="eastAsia"/>
                <w:color w:val="000000"/>
                <w:w w:val="95"/>
                <w:sz w:val="17"/>
                <w:szCs w:val="17"/>
                <w:lang w:eastAsia="ko-KR"/>
              </w:rPr>
              <w:t>연계지원과</w:t>
            </w:r>
            <w:proofErr w:type="spellEnd"/>
            <w:r w:rsidRPr="008E47BC">
              <w:rPr>
                <w:rFonts w:ascii="한양중고딕" w:eastAsia="한양중고딕" w:hAnsi="굴림" w:cs="굴림" w:hint="eastAsia"/>
                <w:color w:val="000000"/>
                <w:w w:val="95"/>
                <w:sz w:val="17"/>
                <w:szCs w:val="17"/>
                <w:lang w:eastAsia="ko-KR"/>
              </w:rPr>
              <w:t xml:space="preserve"> 관련한 상담 및 신청, 지원, 거래관계의 설정 및 유지가 불가능합니다.</w:t>
            </w:r>
          </w:p>
        </w:tc>
      </w:tr>
      <w:tr w:rsidR="009C3E08" w:rsidRPr="009C3E08" w:rsidTr="003043BB">
        <w:trPr>
          <w:trHeight w:val="416"/>
        </w:trPr>
        <w:tc>
          <w:tcPr>
            <w:tcW w:w="1701" w:type="dxa"/>
            <w:tcBorders>
              <w:top w:val="single" w:sz="2" w:space="0" w:color="000000"/>
              <w:left w:val="single" w:sz="12" w:space="0" w:color="auto"/>
              <w:bottom w:val="single" w:sz="2" w:space="0" w:color="000000"/>
              <w:right w:val="single" w:sz="2" w:space="0" w:color="000000"/>
            </w:tcBorders>
            <w:tcMar>
              <w:top w:w="28" w:type="dxa"/>
              <w:left w:w="102" w:type="dxa"/>
              <w:bottom w:w="28" w:type="dxa"/>
              <w:right w:w="102" w:type="dxa"/>
            </w:tcMar>
            <w:vAlign w:val="center"/>
            <w:hideMark/>
          </w:tcPr>
          <w:p w:rsidR="009C3E08" w:rsidRPr="009C3E08" w:rsidRDefault="009C3E08" w:rsidP="001E7699">
            <w:pPr>
              <w:widowControl w:val="0"/>
              <w:autoSpaceDE w:val="0"/>
              <w:autoSpaceDN w:val="0"/>
              <w:spacing w:line="240" w:lineRule="exact"/>
              <w:ind w:left="120" w:hanging="120"/>
              <w:jc w:val="center"/>
              <w:textAlignment w:val="baseline"/>
              <w:rPr>
                <w:rFonts w:ascii="함초롬바탕" w:eastAsia="굴림" w:hAnsi="굴림" w:cs="굴림"/>
                <w:color w:val="000000"/>
                <w:szCs w:val="20"/>
                <w:lang w:eastAsia="ko-KR"/>
              </w:rPr>
            </w:pPr>
            <w:r w:rsidRPr="009C3E08">
              <w:rPr>
                <w:rFonts w:ascii="한양중고딕" w:eastAsia="한양중고딕" w:hAnsi="굴림" w:cs="굴림" w:hint="eastAsia"/>
                <w:color w:val="000000"/>
                <w:w w:val="80"/>
                <w:sz w:val="18"/>
                <w:szCs w:val="18"/>
                <w:lang w:eastAsia="ko-KR"/>
              </w:rPr>
              <w:t>개인(신용)정보 제공 동의여부</w:t>
            </w:r>
          </w:p>
        </w:tc>
        <w:tc>
          <w:tcPr>
            <w:tcW w:w="7917" w:type="dxa"/>
            <w:tcBorders>
              <w:top w:val="single" w:sz="2" w:space="0" w:color="000000"/>
              <w:left w:val="single" w:sz="2" w:space="0" w:color="000000"/>
              <w:bottom w:val="single" w:sz="2" w:space="0" w:color="000000"/>
              <w:right w:val="single" w:sz="12" w:space="0" w:color="auto"/>
            </w:tcBorders>
            <w:tcMar>
              <w:top w:w="28" w:type="dxa"/>
              <w:left w:w="102" w:type="dxa"/>
              <w:bottom w:w="28" w:type="dxa"/>
              <w:right w:w="102" w:type="dxa"/>
            </w:tcMar>
            <w:vAlign w:val="center"/>
            <w:hideMark/>
          </w:tcPr>
          <w:p w:rsidR="009C3E08" w:rsidRPr="002908DE" w:rsidRDefault="009C3E08" w:rsidP="001E7699">
            <w:pPr>
              <w:widowControl w:val="0"/>
              <w:autoSpaceDE w:val="0"/>
              <w:autoSpaceDN w:val="0"/>
              <w:spacing w:line="240" w:lineRule="exact"/>
              <w:ind w:left="120" w:hanging="120"/>
              <w:jc w:val="both"/>
              <w:textAlignment w:val="baseline"/>
              <w:rPr>
                <w:rFonts w:ascii="함초롬바탕" w:eastAsia="굴림" w:hAnsi="굴림" w:cs="굴림"/>
                <w:color w:val="000000"/>
                <w:sz w:val="17"/>
                <w:szCs w:val="17"/>
                <w:lang w:eastAsia="ko-KR"/>
              </w:rPr>
            </w:pPr>
            <w:r w:rsidRPr="002908DE">
              <w:rPr>
                <w:rFonts w:ascii="한양중고딕" w:eastAsia="한양중고딕" w:hAnsi="굴림" w:cs="굴림" w:hint="eastAsia"/>
                <w:color w:val="000000"/>
                <w:w w:val="95"/>
                <w:sz w:val="17"/>
                <w:szCs w:val="17"/>
                <w:lang w:eastAsia="ko-KR"/>
              </w:rPr>
              <w:t>본인은 위와 같이 본인의 개인(신용)정보를 제공하는 것에 동의합니다.</w:t>
            </w:r>
          </w:p>
          <w:p w:rsidR="009C3E08" w:rsidRPr="009C3E08" w:rsidRDefault="009C3E08" w:rsidP="001E7699">
            <w:pPr>
              <w:widowControl w:val="0"/>
              <w:autoSpaceDE w:val="0"/>
              <w:autoSpaceDN w:val="0"/>
              <w:spacing w:line="240" w:lineRule="exact"/>
              <w:ind w:left="120" w:hanging="120"/>
              <w:jc w:val="right"/>
              <w:textAlignment w:val="baseline"/>
              <w:rPr>
                <w:rFonts w:ascii="함초롬바탕" w:eastAsia="굴림" w:hAnsi="굴림" w:cs="굴림"/>
                <w:color w:val="000000"/>
                <w:szCs w:val="20"/>
                <w:lang w:eastAsia="ko-KR"/>
              </w:rPr>
            </w:pPr>
            <w:r w:rsidRPr="009C3E08">
              <w:rPr>
                <w:rFonts w:ascii="한양중고딕" w:eastAsia="한양중고딕" w:hAnsi="굴림" w:cs="굴림" w:hint="eastAsia"/>
                <w:b/>
                <w:bCs/>
                <w:color w:val="000000"/>
                <w:w w:val="95"/>
                <w:sz w:val="18"/>
                <w:szCs w:val="18"/>
                <w:lang w:eastAsia="ko-KR"/>
              </w:rPr>
              <w:t xml:space="preserve">(동의함 </w:t>
            </w:r>
            <w:r w:rsidRPr="009C3E08">
              <w:rPr>
                <w:rFonts w:ascii="한양중고딕" w:eastAsia="한양중고딕" w:hAnsi="한양중고딕" w:cs="굴림" w:hint="eastAsia"/>
                <w:b/>
                <w:bCs/>
                <w:color w:val="000000"/>
                <w:w w:val="95"/>
                <w:sz w:val="18"/>
                <w:szCs w:val="18"/>
                <w:lang w:eastAsia="ko-KR"/>
              </w:rPr>
              <w:t xml:space="preserve">□ </w:t>
            </w:r>
            <w:r w:rsidRPr="009C3E08">
              <w:rPr>
                <w:rFonts w:ascii="한양중고딕" w:eastAsia="한양중고딕" w:hAnsi="굴림" w:cs="굴림" w:hint="eastAsia"/>
                <w:b/>
                <w:bCs/>
                <w:color w:val="000000"/>
                <w:w w:val="95"/>
                <w:sz w:val="18"/>
                <w:szCs w:val="18"/>
                <w:lang w:eastAsia="ko-KR"/>
              </w:rPr>
              <w:t xml:space="preserve">동의하지 않음 </w:t>
            </w:r>
            <w:r w:rsidRPr="009C3E08">
              <w:rPr>
                <w:rFonts w:ascii="한양중고딕" w:eastAsia="한양중고딕" w:hAnsi="한양중고딕" w:cs="굴림" w:hint="eastAsia"/>
                <w:b/>
                <w:bCs/>
                <w:color w:val="000000"/>
                <w:w w:val="95"/>
                <w:sz w:val="18"/>
                <w:szCs w:val="18"/>
                <w:lang w:eastAsia="ko-KR"/>
              </w:rPr>
              <w:t>□</w:t>
            </w:r>
            <w:r w:rsidRPr="009C3E08">
              <w:rPr>
                <w:rFonts w:ascii="한양중고딕" w:eastAsia="한양중고딕" w:hAnsi="굴림" w:cs="굴림" w:hint="eastAsia"/>
                <w:b/>
                <w:bCs/>
                <w:color w:val="000000"/>
                <w:w w:val="95"/>
                <w:sz w:val="18"/>
                <w:szCs w:val="18"/>
                <w:lang w:eastAsia="ko-KR"/>
              </w:rPr>
              <w:t>)</w:t>
            </w:r>
          </w:p>
        </w:tc>
      </w:tr>
      <w:tr w:rsidR="009C3E08" w:rsidRPr="009C3E08" w:rsidTr="003043BB">
        <w:trPr>
          <w:trHeight w:val="416"/>
        </w:trPr>
        <w:tc>
          <w:tcPr>
            <w:tcW w:w="1701" w:type="dxa"/>
            <w:tcBorders>
              <w:top w:val="single" w:sz="2" w:space="0" w:color="000000"/>
              <w:left w:val="single" w:sz="12" w:space="0" w:color="auto"/>
              <w:bottom w:val="single" w:sz="12" w:space="0" w:color="auto"/>
              <w:right w:val="single" w:sz="2" w:space="0" w:color="000000"/>
            </w:tcBorders>
            <w:tcMar>
              <w:top w:w="28" w:type="dxa"/>
              <w:left w:w="102" w:type="dxa"/>
              <w:bottom w:w="28" w:type="dxa"/>
              <w:right w:w="102" w:type="dxa"/>
            </w:tcMar>
            <w:vAlign w:val="center"/>
            <w:hideMark/>
          </w:tcPr>
          <w:p w:rsidR="009C3E08" w:rsidRPr="009C3E08" w:rsidRDefault="009C3E08" w:rsidP="001E7699">
            <w:pPr>
              <w:widowControl w:val="0"/>
              <w:autoSpaceDE w:val="0"/>
              <w:autoSpaceDN w:val="0"/>
              <w:spacing w:line="240" w:lineRule="exact"/>
              <w:ind w:left="120" w:hanging="120"/>
              <w:jc w:val="center"/>
              <w:textAlignment w:val="baseline"/>
              <w:rPr>
                <w:rFonts w:ascii="함초롬바탕" w:eastAsia="굴림" w:hAnsi="굴림" w:cs="굴림"/>
                <w:color w:val="000000"/>
                <w:szCs w:val="20"/>
                <w:lang w:eastAsia="ko-KR"/>
              </w:rPr>
            </w:pPr>
            <w:r w:rsidRPr="009C3E08">
              <w:rPr>
                <w:rFonts w:ascii="한양중고딕" w:eastAsia="한양중고딕" w:hAnsi="굴림" w:cs="굴림" w:hint="eastAsia"/>
                <w:color w:val="000000"/>
                <w:w w:val="80"/>
                <w:sz w:val="18"/>
                <w:szCs w:val="18"/>
                <w:lang w:eastAsia="ko-KR"/>
              </w:rPr>
              <w:t>고유식별정보 제공 동의여부</w:t>
            </w:r>
          </w:p>
        </w:tc>
        <w:tc>
          <w:tcPr>
            <w:tcW w:w="7917" w:type="dxa"/>
            <w:tcBorders>
              <w:top w:val="single" w:sz="2" w:space="0" w:color="000000"/>
              <w:left w:val="single" w:sz="2" w:space="0" w:color="000000"/>
              <w:bottom w:val="single" w:sz="12" w:space="0" w:color="auto"/>
              <w:right w:val="single" w:sz="12" w:space="0" w:color="auto"/>
            </w:tcBorders>
            <w:tcMar>
              <w:top w:w="28" w:type="dxa"/>
              <w:left w:w="102" w:type="dxa"/>
              <w:bottom w:w="28" w:type="dxa"/>
              <w:right w:w="102" w:type="dxa"/>
            </w:tcMar>
            <w:vAlign w:val="center"/>
            <w:hideMark/>
          </w:tcPr>
          <w:p w:rsidR="009C3E08" w:rsidRPr="00E77C6F" w:rsidRDefault="009C3E08" w:rsidP="001E7699">
            <w:pPr>
              <w:widowControl w:val="0"/>
              <w:autoSpaceDE w:val="0"/>
              <w:autoSpaceDN w:val="0"/>
              <w:spacing w:line="240" w:lineRule="exact"/>
              <w:ind w:left="120" w:hanging="120"/>
              <w:jc w:val="both"/>
              <w:textAlignment w:val="baseline"/>
              <w:rPr>
                <w:rFonts w:ascii="함초롬바탕" w:eastAsia="굴림" w:hAnsi="굴림" w:cs="굴림"/>
                <w:color w:val="000000"/>
                <w:sz w:val="17"/>
                <w:szCs w:val="17"/>
                <w:lang w:eastAsia="ko-KR"/>
              </w:rPr>
            </w:pPr>
            <w:r w:rsidRPr="00E77C6F">
              <w:rPr>
                <w:rFonts w:ascii="한양중고딕" w:eastAsia="한양중고딕" w:hAnsi="굴림" w:cs="굴림" w:hint="eastAsia"/>
                <w:color w:val="000000"/>
                <w:w w:val="95"/>
                <w:sz w:val="17"/>
                <w:szCs w:val="17"/>
                <w:lang w:eastAsia="ko-KR"/>
              </w:rPr>
              <w:t xml:space="preserve">본인은 위와 같이 본인의 고유식별정보를 제공하는 것에 동의합니다. </w:t>
            </w:r>
          </w:p>
          <w:p w:rsidR="009C3E08" w:rsidRPr="009C3E08" w:rsidRDefault="009C3E08" w:rsidP="001E7699">
            <w:pPr>
              <w:widowControl w:val="0"/>
              <w:autoSpaceDE w:val="0"/>
              <w:autoSpaceDN w:val="0"/>
              <w:spacing w:line="240" w:lineRule="exact"/>
              <w:ind w:left="120" w:hanging="120"/>
              <w:jc w:val="right"/>
              <w:textAlignment w:val="baseline"/>
              <w:rPr>
                <w:rFonts w:ascii="함초롬바탕" w:eastAsia="굴림" w:hAnsi="굴림" w:cs="굴림"/>
                <w:color w:val="000000"/>
                <w:szCs w:val="20"/>
                <w:lang w:eastAsia="ko-KR"/>
              </w:rPr>
            </w:pPr>
            <w:r w:rsidRPr="009C3E08">
              <w:rPr>
                <w:rFonts w:ascii="한양중고딕" w:eastAsia="한양중고딕" w:hAnsi="굴림" w:cs="굴림" w:hint="eastAsia"/>
                <w:b/>
                <w:bCs/>
                <w:color w:val="000000"/>
                <w:w w:val="95"/>
                <w:sz w:val="18"/>
                <w:szCs w:val="18"/>
                <w:lang w:eastAsia="ko-KR"/>
              </w:rPr>
              <w:t xml:space="preserve">(동의함 </w:t>
            </w:r>
            <w:r w:rsidRPr="009C3E08">
              <w:rPr>
                <w:rFonts w:ascii="한양중고딕" w:eastAsia="한양중고딕" w:hAnsi="한양중고딕" w:cs="굴림" w:hint="eastAsia"/>
                <w:b/>
                <w:bCs/>
                <w:color w:val="000000"/>
                <w:w w:val="95"/>
                <w:sz w:val="18"/>
                <w:szCs w:val="18"/>
                <w:lang w:eastAsia="ko-KR"/>
              </w:rPr>
              <w:t xml:space="preserve">□ </w:t>
            </w:r>
            <w:r w:rsidRPr="009C3E08">
              <w:rPr>
                <w:rFonts w:ascii="한양중고딕" w:eastAsia="한양중고딕" w:hAnsi="굴림" w:cs="굴림" w:hint="eastAsia"/>
                <w:b/>
                <w:bCs/>
                <w:color w:val="000000"/>
                <w:w w:val="95"/>
                <w:sz w:val="18"/>
                <w:szCs w:val="18"/>
                <w:lang w:eastAsia="ko-KR"/>
              </w:rPr>
              <w:t xml:space="preserve">동의하지 않음 </w:t>
            </w:r>
            <w:r w:rsidRPr="009C3E08">
              <w:rPr>
                <w:rFonts w:ascii="한양중고딕" w:eastAsia="한양중고딕" w:hAnsi="한양중고딕" w:cs="굴림" w:hint="eastAsia"/>
                <w:b/>
                <w:bCs/>
                <w:color w:val="000000"/>
                <w:w w:val="95"/>
                <w:sz w:val="18"/>
                <w:szCs w:val="18"/>
                <w:lang w:eastAsia="ko-KR"/>
              </w:rPr>
              <w:t>□</w:t>
            </w:r>
            <w:r w:rsidRPr="009C3E08">
              <w:rPr>
                <w:rFonts w:ascii="한양중고딕" w:eastAsia="한양중고딕" w:hAnsi="굴림" w:cs="굴림" w:hint="eastAsia"/>
                <w:b/>
                <w:bCs/>
                <w:color w:val="000000"/>
                <w:w w:val="95"/>
                <w:sz w:val="18"/>
                <w:szCs w:val="18"/>
                <w:lang w:eastAsia="ko-KR"/>
              </w:rPr>
              <w:t>)</w:t>
            </w:r>
          </w:p>
        </w:tc>
      </w:tr>
      <w:tr w:rsidR="009C3E08" w:rsidRPr="009C3E08" w:rsidTr="003043BB">
        <w:trPr>
          <w:trHeight w:val="217"/>
        </w:trPr>
        <w:tc>
          <w:tcPr>
            <w:tcW w:w="9618" w:type="dxa"/>
            <w:gridSpan w:val="2"/>
            <w:tcBorders>
              <w:top w:val="single" w:sz="12" w:space="0" w:color="auto"/>
              <w:left w:val="nil"/>
              <w:bottom w:val="single" w:sz="12" w:space="0" w:color="auto"/>
              <w:right w:val="nil"/>
            </w:tcBorders>
            <w:tcMar>
              <w:top w:w="28" w:type="dxa"/>
              <w:left w:w="102" w:type="dxa"/>
              <w:bottom w:w="28" w:type="dxa"/>
              <w:right w:w="102" w:type="dxa"/>
            </w:tcMar>
            <w:vAlign w:val="center"/>
            <w:hideMark/>
          </w:tcPr>
          <w:p w:rsidR="009C3E08" w:rsidRPr="009C3E08" w:rsidRDefault="009C3E08" w:rsidP="001E7699">
            <w:pPr>
              <w:widowControl w:val="0"/>
              <w:autoSpaceDE w:val="0"/>
              <w:autoSpaceDN w:val="0"/>
              <w:spacing w:line="240" w:lineRule="exact"/>
              <w:ind w:left="240" w:hanging="240"/>
              <w:jc w:val="both"/>
              <w:textAlignment w:val="baseline"/>
              <w:rPr>
                <w:rFonts w:ascii="함초롬바탕" w:eastAsia="굴림" w:hAnsi="굴림" w:cs="굴림"/>
                <w:b/>
                <w:bCs/>
                <w:color w:val="000000"/>
                <w:sz w:val="6"/>
                <w:szCs w:val="6"/>
                <w:lang w:eastAsia="ko-KR"/>
              </w:rPr>
            </w:pPr>
          </w:p>
          <w:p w:rsidR="009C3E08" w:rsidRPr="009C3E08" w:rsidRDefault="009C3E08" w:rsidP="001E7699">
            <w:pPr>
              <w:widowControl w:val="0"/>
              <w:autoSpaceDE w:val="0"/>
              <w:autoSpaceDN w:val="0"/>
              <w:spacing w:line="240" w:lineRule="exact"/>
              <w:ind w:left="240" w:hanging="240"/>
              <w:jc w:val="both"/>
              <w:textAlignment w:val="baseline"/>
              <w:rPr>
                <w:rFonts w:ascii="함초롬바탕" w:eastAsia="굴림" w:hAnsi="굴림" w:cs="굴림"/>
                <w:color w:val="000000"/>
                <w:szCs w:val="20"/>
                <w:lang w:eastAsia="ko-KR"/>
              </w:rPr>
            </w:pPr>
            <w:r w:rsidRPr="009C3E08">
              <w:rPr>
                <w:rFonts w:ascii="한양중고딕" w:eastAsia="한양중고딕" w:hAnsi="굴림" w:cs="굴림" w:hint="eastAsia"/>
                <w:b/>
                <w:bCs/>
                <w:color w:val="000000"/>
                <w:sz w:val="16"/>
                <w:szCs w:val="16"/>
                <w:lang w:eastAsia="ko-KR"/>
              </w:rPr>
              <w:t>4. 공공기관 등</w:t>
            </w:r>
            <w:r w:rsidRPr="009C3E08">
              <w:rPr>
                <w:rFonts w:ascii="함초롬바탕" w:eastAsia="한양중고딕" w:hAnsi="굴림" w:cs="굴림"/>
                <w:b/>
                <w:bCs/>
                <w:color w:val="000000"/>
                <w:sz w:val="16"/>
                <w:szCs w:val="16"/>
                <w:lang w:eastAsia="ko-KR"/>
              </w:rPr>
              <w:t xml:space="preserve"> </w:t>
            </w:r>
            <w:r w:rsidRPr="009C3E08">
              <w:rPr>
                <w:rFonts w:ascii="한양중고딕" w:eastAsia="한양중고딕" w:hAnsi="굴림" w:cs="굴림" w:hint="eastAsia"/>
                <w:b/>
                <w:bCs/>
                <w:color w:val="000000"/>
                <w:sz w:val="16"/>
                <w:szCs w:val="16"/>
                <w:lang w:eastAsia="ko-KR"/>
              </w:rPr>
              <w:t xml:space="preserve">보유 신용정보 </w:t>
            </w:r>
            <w:proofErr w:type="spellStart"/>
            <w:r w:rsidRPr="009C3E08">
              <w:rPr>
                <w:rFonts w:ascii="한양중고딕" w:eastAsia="한양중고딕" w:hAnsi="굴림" w:cs="굴림" w:hint="eastAsia"/>
                <w:b/>
                <w:bCs/>
                <w:color w:val="000000"/>
                <w:sz w:val="16"/>
                <w:szCs w:val="16"/>
                <w:lang w:eastAsia="ko-KR"/>
              </w:rPr>
              <w:t>제공</w:t>
            </w:r>
            <w:r w:rsidRPr="009C3E08">
              <w:rPr>
                <w:rFonts w:ascii="MS Gothic" w:eastAsia="MS Gothic" w:hAnsi="MS Gothic" w:cs="MS Gothic" w:hint="eastAsia"/>
                <w:b/>
                <w:bCs/>
                <w:color w:val="000000"/>
                <w:sz w:val="16"/>
                <w:szCs w:val="16"/>
                <w:lang w:eastAsia="ko-KR"/>
              </w:rPr>
              <w:t>․</w:t>
            </w:r>
            <w:r w:rsidRPr="009C3E08">
              <w:rPr>
                <w:rFonts w:ascii="한양중고딕" w:eastAsia="한양중고딕" w:hAnsi="굴림" w:cs="굴림" w:hint="eastAsia"/>
                <w:b/>
                <w:bCs/>
                <w:color w:val="000000"/>
                <w:sz w:val="16"/>
                <w:szCs w:val="16"/>
                <w:lang w:eastAsia="ko-KR"/>
              </w:rPr>
              <w:t>조회에</w:t>
            </w:r>
            <w:proofErr w:type="spellEnd"/>
            <w:r w:rsidRPr="009C3E08">
              <w:rPr>
                <w:rFonts w:ascii="한양중고딕" w:eastAsia="한양중고딕" w:hAnsi="굴림" w:cs="굴림" w:hint="eastAsia"/>
                <w:b/>
                <w:bCs/>
                <w:color w:val="000000"/>
                <w:sz w:val="16"/>
                <w:szCs w:val="16"/>
                <w:lang w:eastAsia="ko-KR"/>
              </w:rPr>
              <w:t xml:space="preserve"> 관한 사항</w:t>
            </w:r>
          </w:p>
        </w:tc>
      </w:tr>
      <w:tr w:rsidR="009C3E08" w:rsidRPr="009C3E08" w:rsidTr="003043BB">
        <w:trPr>
          <w:trHeight w:val="217"/>
        </w:trPr>
        <w:tc>
          <w:tcPr>
            <w:tcW w:w="1701" w:type="dxa"/>
            <w:tcBorders>
              <w:top w:val="single" w:sz="12" w:space="0" w:color="auto"/>
              <w:left w:val="single" w:sz="12" w:space="0" w:color="auto"/>
              <w:bottom w:val="single" w:sz="2" w:space="0" w:color="000000"/>
              <w:right w:val="single" w:sz="2" w:space="0" w:color="000000"/>
            </w:tcBorders>
            <w:tcMar>
              <w:top w:w="28" w:type="dxa"/>
              <w:left w:w="102" w:type="dxa"/>
              <w:bottom w:w="28" w:type="dxa"/>
              <w:right w:w="102" w:type="dxa"/>
            </w:tcMar>
            <w:vAlign w:val="center"/>
            <w:hideMark/>
          </w:tcPr>
          <w:p w:rsidR="009C3E08" w:rsidRPr="009C3E08" w:rsidRDefault="009C3E08" w:rsidP="001E7699">
            <w:pPr>
              <w:widowControl w:val="0"/>
              <w:autoSpaceDE w:val="0"/>
              <w:autoSpaceDN w:val="0"/>
              <w:spacing w:line="240" w:lineRule="exact"/>
              <w:ind w:left="240" w:hanging="240"/>
              <w:jc w:val="center"/>
              <w:textAlignment w:val="baseline"/>
              <w:rPr>
                <w:rFonts w:ascii="함초롬바탕" w:eastAsia="굴림" w:hAnsi="굴림" w:cs="굴림"/>
                <w:color w:val="000000"/>
                <w:szCs w:val="20"/>
                <w:lang w:eastAsia="ko-KR"/>
              </w:rPr>
            </w:pPr>
            <w:proofErr w:type="spellStart"/>
            <w:r w:rsidRPr="009C3E08">
              <w:rPr>
                <w:rFonts w:ascii="한양중고딕" w:eastAsia="한양중고딕" w:hAnsi="굴림" w:cs="굴림" w:hint="eastAsia"/>
                <w:color w:val="000000"/>
                <w:w w:val="85"/>
                <w:sz w:val="18"/>
                <w:szCs w:val="18"/>
                <w:lang w:eastAsia="ko-KR"/>
              </w:rPr>
              <w:t>제공</w:t>
            </w:r>
            <w:r w:rsidR="00674F18">
              <w:rPr>
                <w:rFonts w:ascii="MS Gothic" w:eastAsia="MS Gothic" w:hAnsi="MS Gothic" w:cs="MS Gothic" w:hint="eastAsia"/>
                <w:color w:val="000000"/>
                <w:w w:val="85"/>
                <w:sz w:val="18"/>
                <w:szCs w:val="18"/>
                <w:lang w:eastAsia="ko-KR"/>
              </w:rPr>
              <w:t>·</w:t>
            </w:r>
            <w:r w:rsidRPr="009C3E08">
              <w:rPr>
                <w:rFonts w:ascii="한양중고딕" w:eastAsia="한양중고딕" w:hAnsi="굴림" w:cs="굴림" w:hint="eastAsia"/>
                <w:color w:val="000000"/>
                <w:w w:val="85"/>
                <w:sz w:val="18"/>
                <w:szCs w:val="18"/>
                <w:lang w:eastAsia="ko-KR"/>
              </w:rPr>
              <w:t>조회</w:t>
            </w:r>
            <w:proofErr w:type="spellEnd"/>
            <w:r w:rsidRPr="009C3E08">
              <w:rPr>
                <w:rFonts w:ascii="한양중고딕" w:eastAsia="한양중고딕" w:hAnsi="굴림" w:cs="굴림" w:hint="eastAsia"/>
                <w:color w:val="000000"/>
                <w:w w:val="85"/>
                <w:sz w:val="18"/>
                <w:szCs w:val="18"/>
                <w:lang w:eastAsia="ko-KR"/>
              </w:rPr>
              <w:t xml:space="preserve"> 대상기관</w:t>
            </w:r>
          </w:p>
        </w:tc>
        <w:tc>
          <w:tcPr>
            <w:tcW w:w="7917" w:type="dxa"/>
            <w:tcBorders>
              <w:top w:val="single" w:sz="12" w:space="0" w:color="auto"/>
              <w:left w:val="single" w:sz="2" w:space="0" w:color="000000"/>
              <w:bottom w:val="single" w:sz="2" w:space="0" w:color="000000"/>
              <w:right w:val="single" w:sz="12" w:space="0" w:color="auto"/>
            </w:tcBorders>
            <w:tcMar>
              <w:top w:w="28" w:type="dxa"/>
              <w:left w:w="102" w:type="dxa"/>
              <w:bottom w:w="28" w:type="dxa"/>
              <w:right w:w="102" w:type="dxa"/>
            </w:tcMar>
            <w:vAlign w:val="center"/>
            <w:hideMark/>
          </w:tcPr>
          <w:p w:rsidR="009C3E08" w:rsidRPr="000E4730" w:rsidRDefault="009C3E08" w:rsidP="001E7699">
            <w:pPr>
              <w:widowControl w:val="0"/>
              <w:autoSpaceDE w:val="0"/>
              <w:autoSpaceDN w:val="0"/>
              <w:spacing w:after="20" w:line="240" w:lineRule="exact"/>
              <w:ind w:left="240" w:hanging="240"/>
              <w:jc w:val="both"/>
              <w:textAlignment w:val="baseline"/>
              <w:rPr>
                <w:rFonts w:ascii="한컴바탕" w:eastAsia="굴림" w:hAnsi="굴림" w:cs="굴림"/>
                <w:color w:val="000000"/>
                <w:sz w:val="17"/>
                <w:szCs w:val="17"/>
                <w:lang w:eastAsia="ko-KR"/>
              </w:rPr>
            </w:pPr>
            <w:r w:rsidRPr="000E4730">
              <w:rPr>
                <w:rFonts w:ascii="MS Gothic" w:eastAsia="MS Gothic" w:hAnsi="MS Gothic" w:cs="MS Gothic" w:hint="eastAsia"/>
                <w:color w:val="000000"/>
                <w:spacing w:val="-10"/>
                <w:w w:val="90"/>
                <w:sz w:val="17"/>
                <w:szCs w:val="17"/>
                <w:lang w:eastAsia="ko-KR"/>
              </w:rPr>
              <w:t>‣</w:t>
            </w:r>
            <w:r w:rsidRPr="000E4730">
              <w:rPr>
                <w:rFonts w:ascii="한양중고딕" w:eastAsia="한양중고딕" w:hAnsi="굴림" w:cs="굴림" w:hint="eastAsia"/>
                <w:color w:val="000000"/>
                <w:spacing w:val="-10"/>
                <w:w w:val="90"/>
                <w:sz w:val="17"/>
                <w:szCs w:val="17"/>
                <w:lang w:eastAsia="ko-KR"/>
              </w:rPr>
              <w:t>공공기관, 은행법에서 정한 은행</w:t>
            </w:r>
          </w:p>
        </w:tc>
      </w:tr>
      <w:tr w:rsidR="009C3E08" w:rsidRPr="009C3E08" w:rsidTr="003043BB">
        <w:trPr>
          <w:trHeight w:val="237"/>
        </w:trPr>
        <w:tc>
          <w:tcPr>
            <w:tcW w:w="1701" w:type="dxa"/>
            <w:tcBorders>
              <w:top w:val="single" w:sz="2" w:space="0" w:color="000000"/>
              <w:left w:val="single" w:sz="12" w:space="0" w:color="auto"/>
              <w:bottom w:val="single" w:sz="2" w:space="0" w:color="000000"/>
              <w:right w:val="single" w:sz="2" w:space="0" w:color="000000"/>
            </w:tcBorders>
            <w:tcMar>
              <w:top w:w="28" w:type="dxa"/>
              <w:left w:w="102" w:type="dxa"/>
              <w:bottom w:w="28" w:type="dxa"/>
              <w:right w:w="102" w:type="dxa"/>
            </w:tcMar>
            <w:vAlign w:val="center"/>
            <w:hideMark/>
          </w:tcPr>
          <w:p w:rsidR="009C3E08" w:rsidRPr="009C3E08" w:rsidRDefault="009C3E08" w:rsidP="001E7699">
            <w:pPr>
              <w:widowControl w:val="0"/>
              <w:autoSpaceDE w:val="0"/>
              <w:autoSpaceDN w:val="0"/>
              <w:spacing w:line="240" w:lineRule="exact"/>
              <w:ind w:left="240" w:hanging="240"/>
              <w:jc w:val="center"/>
              <w:textAlignment w:val="baseline"/>
              <w:rPr>
                <w:rFonts w:ascii="함초롬바탕" w:eastAsia="굴림" w:hAnsi="굴림" w:cs="굴림"/>
                <w:color w:val="000000"/>
                <w:szCs w:val="20"/>
                <w:lang w:eastAsia="ko-KR"/>
              </w:rPr>
            </w:pPr>
            <w:proofErr w:type="spellStart"/>
            <w:r w:rsidRPr="009C3E08">
              <w:rPr>
                <w:rFonts w:ascii="한양중고딕" w:eastAsia="한양중고딕" w:hAnsi="굴림" w:cs="굴림" w:hint="eastAsia"/>
                <w:color w:val="000000"/>
                <w:w w:val="85"/>
                <w:sz w:val="18"/>
                <w:szCs w:val="18"/>
                <w:lang w:eastAsia="ko-KR"/>
              </w:rPr>
              <w:t>제공</w:t>
            </w:r>
            <w:r w:rsidR="00674F18">
              <w:rPr>
                <w:rFonts w:ascii="MS Gothic" w:eastAsia="MS Gothic" w:hAnsi="MS Gothic" w:cs="MS Gothic" w:hint="eastAsia"/>
                <w:color w:val="000000"/>
                <w:w w:val="85"/>
                <w:sz w:val="18"/>
                <w:szCs w:val="18"/>
                <w:lang w:eastAsia="ko-KR"/>
              </w:rPr>
              <w:t>·</w:t>
            </w:r>
            <w:r w:rsidRPr="009C3E08">
              <w:rPr>
                <w:rFonts w:ascii="한양중고딕" w:eastAsia="한양중고딕" w:hAnsi="굴림" w:cs="굴림" w:hint="eastAsia"/>
                <w:color w:val="000000"/>
                <w:w w:val="85"/>
                <w:sz w:val="18"/>
                <w:szCs w:val="18"/>
                <w:lang w:eastAsia="ko-KR"/>
              </w:rPr>
              <w:t>조회</w:t>
            </w:r>
            <w:proofErr w:type="spellEnd"/>
            <w:r w:rsidRPr="009C3E08">
              <w:rPr>
                <w:rFonts w:ascii="한양중고딕" w:eastAsia="한양중고딕" w:hAnsi="굴림" w:cs="굴림" w:hint="eastAsia"/>
                <w:color w:val="000000"/>
                <w:w w:val="85"/>
                <w:sz w:val="18"/>
                <w:szCs w:val="18"/>
                <w:lang w:eastAsia="ko-KR"/>
              </w:rPr>
              <w:t xml:space="preserve"> 목적</w:t>
            </w:r>
          </w:p>
        </w:tc>
        <w:tc>
          <w:tcPr>
            <w:tcW w:w="7917" w:type="dxa"/>
            <w:tcBorders>
              <w:top w:val="single" w:sz="2" w:space="0" w:color="000000"/>
              <w:left w:val="single" w:sz="2" w:space="0" w:color="000000"/>
              <w:bottom w:val="single" w:sz="2" w:space="0" w:color="000000"/>
              <w:right w:val="single" w:sz="12" w:space="0" w:color="auto"/>
            </w:tcBorders>
            <w:tcMar>
              <w:top w:w="28" w:type="dxa"/>
              <w:left w:w="102" w:type="dxa"/>
              <w:bottom w:w="28" w:type="dxa"/>
              <w:right w:w="102" w:type="dxa"/>
            </w:tcMar>
            <w:vAlign w:val="center"/>
            <w:hideMark/>
          </w:tcPr>
          <w:p w:rsidR="009C3E08" w:rsidRPr="000E4730" w:rsidRDefault="009C3E08" w:rsidP="001E7699">
            <w:pPr>
              <w:widowControl w:val="0"/>
              <w:autoSpaceDE w:val="0"/>
              <w:autoSpaceDN w:val="0"/>
              <w:spacing w:after="20" w:line="240" w:lineRule="exact"/>
              <w:ind w:left="240" w:hanging="240"/>
              <w:jc w:val="both"/>
              <w:textAlignment w:val="baseline"/>
              <w:rPr>
                <w:rFonts w:ascii="한컴바탕" w:eastAsia="굴림" w:hAnsi="굴림" w:cs="굴림"/>
                <w:color w:val="000000"/>
                <w:sz w:val="17"/>
                <w:szCs w:val="17"/>
                <w:lang w:eastAsia="ko-KR"/>
              </w:rPr>
            </w:pPr>
            <w:r w:rsidRPr="000E4730">
              <w:rPr>
                <w:rFonts w:ascii="MS Gothic" w:eastAsia="MS Gothic" w:hAnsi="MS Gothic" w:cs="MS Gothic" w:hint="eastAsia"/>
                <w:color w:val="000000"/>
                <w:spacing w:val="-10"/>
                <w:w w:val="90"/>
                <w:sz w:val="17"/>
                <w:szCs w:val="17"/>
                <w:lang w:eastAsia="ko-KR"/>
              </w:rPr>
              <w:t>‣</w:t>
            </w:r>
            <w:proofErr w:type="spellStart"/>
            <w:r w:rsidRPr="000E4730">
              <w:rPr>
                <w:rFonts w:ascii="한양중고딕" w:eastAsia="한양중고딕" w:hAnsi="굴림" w:cs="굴림" w:hint="eastAsia"/>
                <w:color w:val="000000"/>
                <w:spacing w:val="-10"/>
                <w:w w:val="90"/>
                <w:sz w:val="17"/>
                <w:szCs w:val="17"/>
                <w:lang w:eastAsia="ko-KR"/>
              </w:rPr>
              <w:t>중진공</w:t>
            </w:r>
            <w:proofErr w:type="spellEnd"/>
            <w:r w:rsidRPr="000E4730">
              <w:rPr>
                <w:rFonts w:ascii="한양중고딕" w:eastAsia="한양중고딕" w:hAnsi="굴림" w:cs="굴림" w:hint="eastAsia"/>
                <w:color w:val="000000"/>
                <w:spacing w:val="-10"/>
                <w:w w:val="90"/>
                <w:sz w:val="17"/>
                <w:szCs w:val="17"/>
                <w:lang w:eastAsia="ko-KR"/>
              </w:rPr>
              <w:t xml:space="preserve"> 정책자금 융자사업관련 조사, 평가, 정책자료 및 사후관리에 이용</w:t>
            </w:r>
          </w:p>
        </w:tc>
      </w:tr>
      <w:tr w:rsidR="009C3E08" w:rsidRPr="009C3E08" w:rsidTr="003043BB">
        <w:trPr>
          <w:trHeight w:val="825"/>
        </w:trPr>
        <w:tc>
          <w:tcPr>
            <w:tcW w:w="1701" w:type="dxa"/>
            <w:tcBorders>
              <w:top w:val="single" w:sz="2" w:space="0" w:color="000000"/>
              <w:left w:val="single" w:sz="12" w:space="0" w:color="auto"/>
              <w:bottom w:val="single" w:sz="2" w:space="0" w:color="000000"/>
              <w:right w:val="single" w:sz="2" w:space="0" w:color="000000"/>
            </w:tcBorders>
            <w:tcMar>
              <w:top w:w="28" w:type="dxa"/>
              <w:left w:w="102" w:type="dxa"/>
              <w:bottom w:w="28" w:type="dxa"/>
              <w:right w:w="102" w:type="dxa"/>
            </w:tcMar>
            <w:vAlign w:val="center"/>
            <w:hideMark/>
          </w:tcPr>
          <w:p w:rsidR="00847E52" w:rsidRDefault="009C3E08" w:rsidP="001E7699">
            <w:pPr>
              <w:widowControl w:val="0"/>
              <w:autoSpaceDE w:val="0"/>
              <w:autoSpaceDN w:val="0"/>
              <w:spacing w:line="240" w:lineRule="exact"/>
              <w:ind w:left="240" w:hanging="240"/>
              <w:jc w:val="center"/>
              <w:textAlignment w:val="baseline"/>
              <w:rPr>
                <w:rFonts w:ascii="한양중고딕" w:eastAsia="한양중고딕" w:hAnsi="굴림" w:cs="굴림"/>
                <w:color w:val="000000"/>
                <w:w w:val="85"/>
                <w:sz w:val="18"/>
                <w:szCs w:val="18"/>
                <w:lang w:eastAsia="ko-KR"/>
              </w:rPr>
            </w:pPr>
            <w:proofErr w:type="spellStart"/>
            <w:r w:rsidRPr="009C3E08">
              <w:rPr>
                <w:rFonts w:ascii="한양중고딕" w:eastAsia="한양중고딕" w:hAnsi="굴림" w:cs="굴림" w:hint="eastAsia"/>
                <w:color w:val="000000"/>
                <w:w w:val="85"/>
                <w:sz w:val="18"/>
                <w:szCs w:val="18"/>
                <w:lang w:eastAsia="ko-KR"/>
              </w:rPr>
              <w:t>제공</w:t>
            </w:r>
            <w:r w:rsidR="00674F18">
              <w:rPr>
                <w:rFonts w:ascii="MS Gothic" w:eastAsia="MS Gothic" w:hAnsi="MS Gothic" w:cs="MS Gothic" w:hint="eastAsia"/>
                <w:color w:val="000000"/>
                <w:w w:val="85"/>
                <w:sz w:val="18"/>
                <w:szCs w:val="18"/>
                <w:lang w:eastAsia="ko-KR"/>
              </w:rPr>
              <w:t>·</w:t>
            </w:r>
            <w:r w:rsidRPr="009C3E08">
              <w:rPr>
                <w:rFonts w:ascii="한양중고딕" w:eastAsia="한양중고딕" w:hAnsi="굴림" w:cs="굴림" w:hint="eastAsia"/>
                <w:color w:val="000000"/>
                <w:w w:val="85"/>
                <w:sz w:val="18"/>
                <w:szCs w:val="18"/>
                <w:lang w:eastAsia="ko-KR"/>
              </w:rPr>
              <w:t>조회</w:t>
            </w:r>
            <w:proofErr w:type="spellEnd"/>
          </w:p>
          <w:p w:rsidR="009C3E08" w:rsidRPr="009C3E08" w:rsidRDefault="009C3E08" w:rsidP="001E7699">
            <w:pPr>
              <w:widowControl w:val="0"/>
              <w:autoSpaceDE w:val="0"/>
              <w:autoSpaceDN w:val="0"/>
              <w:spacing w:line="240" w:lineRule="exact"/>
              <w:ind w:left="240" w:hanging="240"/>
              <w:jc w:val="center"/>
              <w:textAlignment w:val="baseline"/>
              <w:rPr>
                <w:rFonts w:ascii="함초롬바탕" w:eastAsia="굴림" w:hAnsi="굴림" w:cs="굴림"/>
                <w:color w:val="000000"/>
                <w:szCs w:val="20"/>
                <w:lang w:eastAsia="ko-KR"/>
              </w:rPr>
            </w:pPr>
            <w:proofErr w:type="spellStart"/>
            <w:r w:rsidRPr="009C3E08">
              <w:rPr>
                <w:rFonts w:ascii="한양중고딕" w:eastAsia="한양중고딕" w:hAnsi="굴림" w:cs="굴림" w:hint="eastAsia"/>
                <w:color w:val="000000"/>
                <w:w w:val="85"/>
                <w:sz w:val="18"/>
                <w:szCs w:val="18"/>
                <w:lang w:eastAsia="ko-KR"/>
              </w:rPr>
              <w:t>정보의항목</w:t>
            </w:r>
            <w:proofErr w:type="spellEnd"/>
          </w:p>
        </w:tc>
        <w:tc>
          <w:tcPr>
            <w:tcW w:w="7917" w:type="dxa"/>
            <w:tcBorders>
              <w:top w:val="single" w:sz="2" w:space="0" w:color="000000"/>
              <w:left w:val="single" w:sz="2" w:space="0" w:color="000000"/>
              <w:bottom w:val="single" w:sz="2" w:space="0" w:color="000000"/>
              <w:right w:val="single" w:sz="12" w:space="0" w:color="auto"/>
            </w:tcBorders>
            <w:tcMar>
              <w:top w:w="28" w:type="dxa"/>
              <w:left w:w="102" w:type="dxa"/>
              <w:bottom w:w="28" w:type="dxa"/>
              <w:right w:w="102" w:type="dxa"/>
            </w:tcMar>
            <w:vAlign w:val="center"/>
            <w:hideMark/>
          </w:tcPr>
          <w:p w:rsidR="009C3E08" w:rsidRPr="000E4730" w:rsidRDefault="009C3E08" w:rsidP="001E7699">
            <w:pPr>
              <w:widowControl w:val="0"/>
              <w:autoSpaceDE w:val="0"/>
              <w:autoSpaceDN w:val="0"/>
              <w:spacing w:after="20" w:line="240" w:lineRule="exact"/>
              <w:ind w:left="136" w:hanging="136"/>
              <w:jc w:val="both"/>
              <w:textAlignment w:val="baseline"/>
              <w:rPr>
                <w:rFonts w:ascii="한컴바탕" w:eastAsia="굴림" w:hAnsi="굴림" w:cs="굴림"/>
                <w:color w:val="000000"/>
                <w:sz w:val="17"/>
                <w:szCs w:val="17"/>
                <w:lang w:eastAsia="ko-KR"/>
              </w:rPr>
            </w:pPr>
            <w:r w:rsidRPr="000E4730">
              <w:rPr>
                <w:rFonts w:ascii="MS Gothic" w:eastAsia="MS Gothic" w:hAnsi="MS Gothic" w:cs="MS Gothic" w:hint="eastAsia"/>
                <w:color w:val="000000"/>
                <w:spacing w:val="-16"/>
                <w:w w:val="90"/>
                <w:sz w:val="17"/>
                <w:szCs w:val="17"/>
                <w:lang w:eastAsia="ko-KR"/>
              </w:rPr>
              <w:t>‣</w:t>
            </w:r>
            <w:proofErr w:type="gramStart"/>
            <w:r w:rsidRPr="000E4730">
              <w:rPr>
                <w:rFonts w:ascii="한양중고딕" w:eastAsia="한양중고딕" w:hAnsi="굴림" w:cs="굴림" w:hint="eastAsia"/>
                <w:color w:val="000000"/>
                <w:spacing w:val="-16"/>
                <w:w w:val="90"/>
                <w:sz w:val="17"/>
                <w:szCs w:val="17"/>
                <w:lang w:eastAsia="ko-KR"/>
              </w:rPr>
              <w:t>식별정보 :</w:t>
            </w:r>
            <w:proofErr w:type="gramEnd"/>
            <w:r w:rsidR="00304A5D">
              <w:rPr>
                <w:rFonts w:ascii="한양중고딕" w:eastAsia="한양중고딕" w:hAnsi="굴림" w:cs="굴림"/>
                <w:color w:val="000000"/>
                <w:spacing w:val="-16"/>
                <w:w w:val="90"/>
                <w:sz w:val="17"/>
                <w:szCs w:val="17"/>
                <w:lang w:eastAsia="ko-KR"/>
              </w:rPr>
              <w:t xml:space="preserve"> </w:t>
            </w:r>
            <w:r w:rsidRPr="000E4730">
              <w:rPr>
                <w:rFonts w:ascii="한양중고딕" w:eastAsia="한양중고딕" w:hAnsi="굴림" w:cs="굴림" w:hint="eastAsia"/>
                <w:color w:val="000000"/>
                <w:spacing w:val="-16"/>
                <w:w w:val="90"/>
                <w:sz w:val="17"/>
                <w:szCs w:val="17"/>
                <w:lang w:eastAsia="ko-KR"/>
              </w:rPr>
              <w:t xml:space="preserve">법인의 명칭, 상호, </w:t>
            </w:r>
            <w:proofErr w:type="spellStart"/>
            <w:r w:rsidRPr="000E4730">
              <w:rPr>
                <w:rFonts w:ascii="한양중고딕" w:eastAsia="한양중고딕" w:hAnsi="굴림" w:cs="굴림" w:hint="eastAsia"/>
                <w:color w:val="000000"/>
                <w:spacing w:val="-16"/>
                <w:w w:val="90"/>
                <w:sz w:val="17"/>
                <w:szCs w:val="17"/>
                <w:lang w:eastAsia="ko-KR"/>
              </w:rPr>
              <w:t>법인번호</w:t>
            </w:r>
            <w:proofErr w:type="spellEnd"/>
            <w:r w:rsidRPr="000E4730">
              <w:rPr>
                <w:rFonts w:ascii="한양중고딕" w:eastAsia="한양중고딕" w:hAnsi="굴림" w:cs="굴림" w:hint="eastAsia"/>
                <w:color w:val="000000"/>
                <w:spacing w:val="-16"/>
                <w:w w:val="90"/>
                <w:sz w:val="17"/>
                <w:szCs w:val="17"/>
                <w:lang w:eastAsia="ko-KR"/>
              </w:rPr>
              <w:t xml:space="preserve">, </w:t>
            </w:r>
            <w:proofErr w:type="spellStart"/>
            <w:r w:rsidRPr="000E4730">
              <w:rPr>
                <w:rFonts w:ascii="한양중고딕" w:eastAsia="한양중고딕" w:hAnsi="굴림" w:cs="굴림" w:hint="eastAsia"/>
                <w:color w:val="000000"/>
                <w:spacing w:val="-16"/>
                <w:w w:val="90"/>
                <w:sz w:val="17"/>
                <w:szCs w:val="17"/>
                <w:lang w:eastAsia="ko-KR"/>
              </w:rPr>
              <w:t>사업자번호</w:t>
            </w:r>
            <w:proofErr w:type="spellEnd"/>
            <w:r w:rsidRPr="000E4730">
              <w:rPr>
                <w:rFonts w:ascii="한양중고딕" w:eastAsia="한양중고딕" w:hAnsi="굴림" w:cs="굴림" w:hint="eastAsia"/>
                <w:color w:val="000000"/>
                <w:spacing w:val="-16"/>
                <w:w w:val="90"/>
                <w:sz w:val="17"/>
                <w:szCs w:val="17"/>
                <w:lang w:eastAsia="ko-KR"/>
              </w:rPr>
              <w:t>, 주소, 전화번호 등 연락처</w:t>
            </w:r>
          </w:p>
          <w:p w:rsidR="009C3E08" w:rsidRPr="000E4730" w:rsidRDefault="009C3E08" w:rsidP="001E7699">
            <w:pPr>
              <w:widowControl w:val="0"/>
              <w:autoSpaceDE w:val="0"/>
              <w:autoSpaceDN w:val="0"/>
              <w:spacing w:after="20" w:line="240" w:lineRule="exact"/>
              <w:ind w:left="136" w:hanging="136"/>
              <w:jc w:val="both"/>
              <w:textAlignment w:val="baseline"/>
              <w:rPr>
                <w:rFonts w:ascii="한컴바탕" w:eastAsia="굴림" w:hAnsi="굴림" w:cs="굴림"/>
                <w:color w:val="000000"/>
                <w:sz w:val="17"/>
                <w:szCs w:val="17"/>
                <w:lang w:eastAsia="ko-KR"/>
              </w:rPr>
            </w:pPr>
            <w:r w:rsidRPr="000E4730">
              <w:rPr>
                <w:rFonts w:ascii="MS Gothic" w:eastAsia="MS Gothic" w:hAnsi="MS Gothic" w:cs="MS Gothic" w:hint="eastAsia"/>
                <w:color w:val="000000"/>
                <w:spacing w:val="-14"/>
                <w:w w:val="90"/>
                <w:sz w:val="17"/>
                <w:szCs w:val="17"/>
                <w:lang w:eastAsia="ko-KR"/>
              </w:rPr>
              <w:t>‣</w:t>
            </w:r>
            <w:proofErr w:type="gramStart"/>
            <w:r w:rsidRPr="000E4730">
              <w:rPr>
                <w:rFonts w:ascii="한양중고딕" w:eastAsia="한양중고딕" w:hAnsi="굴림" w:cs="굴림" w:hint="eastAsia"/>
                <w:color w:val="000000"/>
                <w:spacing w:val="-16"/>
                <w:w w:val="90"/>
                <w:sz w:val="17"/>
                <w:szCs w:val="17"/>
                <w:lang w:eastAsia="ko-KR"/>
              </w:rPr>
              <w:t>개인식별정보 :</w:t>
            </w:r>
            <w:proofErr w:type="gramEnd"/>
            <w:r w:rsidRPr="000E4730">
              <w:rPr>
                <w:rFonts w:ascii="한양중고딕" w:eastAsia="한양중고딕" w:hAnsi="굴림" w:cs="굴림" w:hint="eastAsia"/>
                <w:color w:val="000000"/>
                <w:spacing w:val="-16"/>
                <w:w w:val="90"/>
                <w:sz w:val="17"/>
                <w:szCs w:val="17"/>
                <w:lang w:eastAsia="ko-KR"/>
              </w:rPr>
              <w:t xml:space="preserve"> 성명, 고유식별정보, 주소, 전화번호 등 연락처</w:t>
            </w:r>
          </w:p>
          <w:p w:rsidR="009C3E08" w:rsidRPr="000E4730" w:rsidRDefault="009C3E08" w:rsidP="001E7699">
            <w:pPr>
              <w:widowControl w:val="0"/>
              <w:autoSpaceDE w:val="0"/>
              <w:autoSpaceDN w:val="0"/>
              <w:spacing w:after="20" w:line="240" w:lineRule="exact"/>
              <w:ind w:left="136" w:hanging="136"/>
              <w:jc w:val="both"/>
              <w:textAlignment w:val="baseline"/>
              <w:rPr>
                <w:rFonts w:ascii="한컴바탕" w:eastAsia="굴림" w:hAnsi="굴림" w:cs="굴림"/>
                <w:color w:val="000000"/>
                <w:sz w:val="17"/>
                <w:szCs w:val="17"/>
                <w:lang w:eastAsia="ko-KR"/>
              </w:rPr>
            </w:pPr>
            <w:r w:rsidRPr="000E4730">
              <w:rPr>
                <w:rFonts w:ascii="MS Gothic" w:eastAsia="MS Gothic" w:hAnsi="MS Gothic" w:cs="MS Gothic" w:hint="eastAsia"/>
                <w:color w:val="000000"/>
                <w:spacing w:val="-16"/>
                <w:w w:val="90"/>
                <w:sz w:val="17"/>
                <w:szCs w:val="17"/>
                <w:lang w:eastAsia="ko-KR"/>
              </w:rPr>
              <w:t>‣</w:t>
            </w:r>
            <w:r w:rsidRPr="000E4730">
              <w:rPr>
                <w:rFonts w:ascii="한양중고딕" w:eastAsia="한양중고딕" w:hAnsi="굴림" w:cs="굴림" w:hint="eastAsia"/>
                <w:color w:val="000000"/>
                <w:spacing w:val="-16"/>
                <w:w w:val="90"/>
                <w:sz w:val="17"/>
                <w:szCs w:val="17"/>
                <w:lang w:eastAsia="ko-KR"/>
              </w:rPr>
              <w:t>수출에 관한 거래내역</w:t>
            </w:r>
          </w:p>
          <w:p w:rsidR="009C3E08" w:rsidRPr="000E4730" w:rsidRDefault="009C3E08" w:rsidP="001E7699">
            <w:pPr>
              <w:widowControl w:val="0"/>
              <w:autoSpaceDE w:val="0"/>
              <w:autoSpaceDN w:val="0"/>
              <w:spacing w:after="20" w:line="240" w:lineRule="exact"/>
              <w:ind w:left="146" w:hanging="146"/>
              <w:jc w:val="both"/>
              <w:textAlignment w:val="baseline"/>
              <w:rPr>
                <w:rFonts w:ascii="한컴바탕" w:eastAsia="굴림" w:hAnsi="굴림" w:cs="굴림"/>
                <w:color w:val="000000"/>
                <w:sz w:val="17"/>
                <w:szCs w:val="17"/>
                <w:lang w:eastAsia="ko-KR"/>
              </w:rPr>
            </w:pPr>
            <w:r w:rsidRPr="000E4730">
              <w:rPr>
                <w:rFonts w:ascii="MS Gothic" w:eastAsia="MS Gothic" w:hAnsi="MS Gothic" w:cs="MS Gothic" w:hint="eastAsia"/>
                <w:color w:val="000000"/>
                <w:spacing w:val="-16"/>
                <w:w w:val="90"/>
                <w:sz w:val="17"/>
                <w:szCs w:val="17"/>
                <w:lang w:eastAsia="ko-KR"/>
              </w:rPr>
              <w:t>‣</w:t>
            </w:r>
            <w:r w:rsidRPr="000E4730">
              <w:rPr>
                <w:rFonts w:ascii="한양중고딕" w:eastAsia="한양중고딕" w:hAnsi="굴림" w:cs="굴림" w:hint="eastAsia"/>
                <w:color w:val="000000"/>
                <w:spacing w:val="-16"/>
                <w:w w:val="90"/>
                <w:sz w:val="17"/>
                <w:szCs w:val="17"/>
                <w:lang w:eastAsia="ko-KR"/>
              </w:rPr>
              <w:t xml:space="preserve">부동산정보(지적전산정보자료, 직장 및 </w:t>
            </w:r>
            <w:proofErr w:type="spellStart"/>
            <w:r w:rsidRPr="000E4730">
              <w:rPr>
                <w:rFonts w:ascii="한양중고딕" w:eastAsia="한양중고딕" w:hAnsi="굴림" w:cs="굴림" w:hint="eastAsia"/>
                <w:color w:val="000000"/>
                <w:spacing w:val="-16"/>
                <w:w w:val="90"/>
                <w:sz w:val="17"/>
                <w:szCs w:val="17"/>
                <w:lang w:eastAsia="ko-KR"/>
              </w:rPr>
              <w:t>고용</w:t>
            </w:r>
            <w:r w:rsidR="00FC5CD3">
              <w:rPr>
                <w:rFonts w:ascii="MS Gothic" w:eastAsia="MS Gothic" w:hAnsi="MS Gothic" w:cs="MS Gothic" w:hint="eastAsia"/>
                <w:color w:val="000000"/>
                <w:spacing w:val="-16"/>
                <w:w w:val="90"/>
                <w:sz w:val="17"/>
                <w:szCs w:val="17"/>
                <w:lang w:eastAsia="ko-KR"/>
              </w:rPr>
              <w:t>·</w:t>
            </w:r>
            <w:r w:rsidRPr="000E4730">
              <w:rPr>
                <w:rFonts w:ascii="한양중고딕" w:eastAsia="한양중고딕" w:hAnsi="굴림" w:cs="굴림" w:hint="eastAsia"/>
                <w:color w:val="000000"/>
                <w:spacing w:val="-16"/>
                <w:w w:val="90"/>
                <w:sz w:val="17"/>
                <w:szCs w:val="17"/>
                <w:lang w:eastAsia="ko-KR"/>
              </w:rPr>
              <w:t>급여정보</w:t>
            </w:r>
            <w:proofErr w:type="spellEnd"/>
            <w:r w:rsidRPr="000E4730">
              <w:rPr>
                <w:rFonts w:ascii="한양중고딕" w:eastAsia="한양중고딕" w:hAnsi="굴림" w:cs="굴림" w:hint="eastAsia"/>
                <w:color w:val="000000"/>
                <w:spacing w:val="-16"/>
                <w:w w:val="90"/>
                <w:sz w:val="17"/>
                <w:szCs w:val="17"/>
                <w:lang w:eastAsia="ko-KR"/>
              </w:rPr>
              <w:t xml:space="preserve">, 과세 및 </w:t>
            </w:r>
            <w:proofErr w:type="spellStart"/>
            <w:r w:rsidRPr="000E4730">
              <w:rPr>
                <w:rFonts w:ascii="한양중고딕" w:eastAsia="한양중고딕" w:hAnsi="굴림" w:cs="굴림" w:hint="eastAsia"/>
                <w:color w:val="000000"/>
                <w:spacing w:val="-16"/>
                <w:w w:val="90"/>
                <w:sz w:val="17"/>
                <w:szCs w:val="17"/>
                <w:lang w:eastAsia="ko-KR"/>
              </w:rPr>
              <w:t>납세정보</w:t>
            </w:r>
            <w:proofErr w:type="spellEnd"/>
            <w:r w:rsidRPr="000E4730">
              <w:rPr>
                <w:rFonts w:ascii="한양중고딕" w:eastAsia="한양중고딕" w:hAnsi="굴림" w:cs="굴림" w:hint="eastAsia"/>
                <w:color w:val="000000"/>
                <w:spacing w:val="-16"/>
                <w:w w:val="90"/>
                <w:sz w:val="17"/>
                <w:szCs w:val="17"/>
                <w:lang w:eastAsia="ko-KR"/>
              </w:rPr>
              <w:t>(사업자등록증명원, 국세(지방세)</w:t>
            </w:r>
            <w:proofErr w:type="spellStart"/>
            <w:r w:rsidRPr="000E4730">
              <w:rPr>
                <w:rFonts w:ascii="한양중고딕" w:eastAsia="한양중고딕" w:hAnsi="굴림" w:cs="굴림" w:hint="eastAsia"/>
                <w:color w:val="000000"/>
                <w:spacing w:val="-16"/>
                <w:w w:val="90"/>
                <w:sz w:val="17"/>
                <w:szCs w:val="17"/>
                <w:lang w:eastAsia="ko-KR"/>
              </w:rPr>
              <w:t>납세증명서</w:t>
            </w:r>
            <w:proofErr w:type="spellEnd"/>
            <w:r w:rsidRPr="000E4730">
              <w:rPr>
                <w:rFonts w:ascii="한양중고딕" w:eastAsia="한양중고딕" w:hAnsi="굴림" w:cs="굴림" w:hint="eastAsia"/>
                <w:color w:val="000000"/>
                <w:spacing w:val="-16"/>
                <w:w w:val="90"/>
                <w:sz w:val="17"/>
                <w:szCs w:val="17"/>
                <w:lang w:eastAsia="ko-KR"/>
              </w:rPr>
              <w:t>, 납세사실증명원, 폐업사실증명원)</w:t>
            </w:r>
            <w:proofErr w:type="gramStart"/>
            <w:r w:rsidRPr="000E4730">
              <w:rPr>
                <w:rFonts w:ascii="한양중고딕" w:eastAsia="한양중고딕" w:hAnsi="굴림" w:cs="굴림" w:hint="eastAsia"/>
                <w:color w:val="000000"/>
                <w:spacing w:val="-16"/>
                <w:w w:val="90"/>
                <w:sz w:val="17"/>
                <w:szCs w:val="17"/>
                <w:lang w:eastAsia="ko-KR"/>
              </w:rPr>
              <w:t>,,</w:t>
            </w:r>
            <w:proofErr w:type="gramEnd"/>
            <w:r w:rsidRPr="000E4730">
              <w:rPr>
                <w:rFonts w:ascii="한양중고딕" w:eastAsia="한양중고딕" w:hAnsi="굴림" w:cs="굴림" w:hint="eastAsia"/>
                <w:color w:val="000000"/>
                <w:spacing w:val="-16"/>
                <w:w w:val="90"/>
                <w:sz w:val="17"/>
                <w:szCs w:val="17"/>
                <w:lang w:eastAsia="ko-KR"/>
              </w:rPr>
              <w:t xml:space="preserve"> 정책지원내역</w:t>
            </w:r>
          </w:p>
        </w:tc>
      </w:tr>
      <w:tr w:rsidR="009C3E08" w:rsidRPr="009C3E08" w:rsidTr="003043BB">
        <w:trPr>
          <w:trHeight w:val="499"/>
        </w:trPr>
        <w:tc>
          <w:tcPr>
            <w:tcW w:w="1701" w:type="dxa"/>
            <w:tcBorders>
              <w:top w:val="single" w:sz="2" w:space="0" w:color="000000"/>
              <w:left w:val="single" w:sz="12" w:space="0" w:color="auto"/>
              <w:bottom w:val="single" w:sz="2" w:space="0" w:color="000000"/>
              <w:right w:val="single" w:sz="2" w:space="0" w:color="000000"/>
            </w:tcBorders>
            <w:tcMar>
              <w:top w:w="28" w:type="dxa"/>
              <w:left w:w="102" w:type="dxa"/>
              <w:bottom w:w="28" w:type="dxa"/>
              <w:right w:w="102" w:type="dxa"/>
            </w:tcMar>
            <w:vAlign w:val="center"/>
            <w:hideMark/>
          </w:tcPr>
          <w:p w:rsidR="009C3E08" w:rsidRPr="009C3E08" w:rsidRDefault="009C3E08" w:rsidP="001E7699">
            <w:pPr>
              <w:widowControl w:val="0"/>
              <w:autoSpaceDE w:val="0"/>
              <w:autoSpaceDN w:val="0"/>
              <w:spacing w:line="240" w:lineRule="exact"/>
              <w:ind w:left="240" w:hanging="240"/>
              <w:jc w:val="center"/>
              <w:textAlignment w:val="baseline"/>
              <w:rPr>
                <w:rFonts w:ascii="함초롬바탕" w:eastAsia="굴림" w:hAnsi="굴림" w:cs="굴림"/>
                <w:color w:val="000000"/>
                <w:szCs w:val="20"/>
                <w:lang w:eastAsia="ko-KR"/>
              </w:rPr>
            </w:pPr>
            <w:proofErr w:type="spellStart"/>
            <w:r w:rsidRPr="009C3E08">
              <w:rPr>
                <w:rFonts w:ascii="한양중고딕" w:eastAsia="한양중고딕" w:hAnsi="굴림" w:cs="굴림" w:hint="eastAsia"/>
                <w:color w:val="000000"/>
                <w:w w:val="85"/>
                <w:sz w:val="18"/>
                <w:szCs w:val="18"/>
                <w:lang w:eastAsia="ko-KR"/>
              </w:rPr>
              <w:t>제공</w:t>
            </w:r>
            <w:r w:rsidR="00674F18">
              <w:rPr>
                <w:rFonts w:ascii="MS Gothic" w:eastAsia="MS Gothic" w:hAnsi="MS Gothic" w:cs="MS Gothic" w:hint="eastAsia"/>
                <w:color w:val="000000"/>
                <w:w w:val="85"/>
                <w:sz w:val="18"/>
                <w:szCs w:val="18"/>
                <w:lang w:eastAsia="ko-KR"/>
              </w:rPr>
              <w:t>·</w:t>
            </w:r>
            <w:r w:rsidRPr="009C3E08">
              <w:rPr>
                <w:rFonts w:ascii="한양중고딕" w:eastAsia="한양중고딕" w:hAnsi="굴림" w:cs="굴림" w:hint="eastAsia"/>
                <w:color w:val="000000"/>
                <w:w w:val="85"/>
                <w:sz w:val="18"/>
                <w:szCs w:val="18"/>
                <w:lang w:eastAsia="ko-KR"/>
              </w:rPr>
              <w:t>조회</w:t>
            </w:r>
            <w:proofErr w:type="spellEnd"/>
            <w:r w:rsidRPr="009C3E08">
              <w:rPr>
                <w:rFonts w:ascii="한양중고딕" w:eastAsia="한양중고딕" w:hAnsi="굴림" w:cs="굴림" w:hint="eastAsia"/>
                <w:color w:val="000000"/>
                <w:w w:val="85"/>
                <w:sz w:val="18"/>
                <w:szCs w:val="18"/>
                <w:lang w:eastAsia="ko-KR"/>
              </w:rPr>
              <w:t xml:space="preserve"> 정보 </w:t>
            </w:r>
            <w:proofErr w:type="spellStart"/>
            <w:r w:rsidRPr="009C3E08">
              <w:rPr>
                <w:rFonts w:ascii="한양중고딕" w:eastAsia="한양중고딕" w:hAnsi="굴림" w:cs="굴림" w:hint="eastAsia"/>
                <w:color w:val="000000"/>
                <w:w w:val="85"/>
                <w:sz w:val="18"/>
                <w:szCs w:val="18"/>
                <w:lang w:eastAsia="ko-KR"/>
              </w:rPr>
              <w:t>보유·이용</w:t>
            </w:r>
            <w:proofErr w:type="spellEnd"/>
            <w:r w:rsidRPr="009C3E08">
              <w:rPr>
                <w:rFonts w:ascii="한양중고딕" w:eastAsia="한양중고딕" w:hAnsi="굴림" w:cs="굴림" w:hint="eastAsia"/>
                <w:color w:val="000000"/>
                <w:w w:val="85"/>
                <w:sz w:val="18"/>
                <w:szCs w:val="18"/>
                <w:lang w:eastAsia="ko-KR"/>
              </w:rPr>
              <w:t xml:space="preserve"> 기간</w:t>
            </w:r>
          </w:p>
        </w:tc>
        <w:tc>
          <w:tcPr>
            <w:tcW w:w="7917" w:type="dxa"/>
            <w:tcBorders>
              <w:top w:val="single" w:sz="2" w:space="0" w:color="000000"/>
              <w:left w:val="single" w:sz="2" w:space="0" w:color="000000"/>
              <w:bottom w:val="single" w:sz="2" w:space="0" w:color="000000"/>
              <w:right w:val="single" w:sz="12" w:space="0" w:color="auto"/>
            </w:tcBorders>
            <w:tcMar>
              <w:top w:w="28" w:type="dxa"/>
              <w:left w:w="102" w:type="dxa"/>
              <w:bottom w:w="28" w:type="dxa"/>
              <w:right w:w="102" w:type="dxa"/>
            </w:tcMar>
            <w:vAlign w:val="center"/>
            <w:hideMark/>
          </w:tcPr>
          <w:p w:rsidR="009C3E08" w:rsidRPr="000E4730" w:rsidRDefault="009C3E08" w:rsidP="001E7699">
            <w:pPr>
              <w:widowControl w:val="0"/>
              <w:autoSpaceDE w:val="0"/>
              <w:autoSpaceDN w:val="0"/>
              <w:spacing w:after="20" w:line="240" w:lineRule="exact"/>
              <w:jc w:val="both"/>
              <w:textAlignment w:val="baseline"/>
              <w:rPr>
                <w:rFonts w:ascii="한컴바탕" w:eastAsia="굴림" w:hAnsi="굴림" w:cs="굴림"/>
                <w:color w:val="000000"/>
                <w:sz w:val="17"/>
                <w:szCs w:val="17"/>
                <w:lang w:eastAsia="ko-KR"/>
              </w:rPr>
            </w:pPr>
            <w:r w:rsidRPr="000E4730">
              <w:rPr>
                <w:rFonts w:ascii="한양중고딕" w:eastAsia="한양중고딕" w:hAnsi="굴림" w:cs="굴림" w:hint="eastAsia"/>
                <w:color w:val="000000"/>
                <w:spacing w:val="-20"/>
                <w:w w:val="90"/>
                <w:sz w:val="17"/>
                <w:szCs w:val="17"/>
                <w:lang w:eastAsia="ko-KR"/>
              </w:rPr>
              <w:t xml:space="preserve">기업(신용)정보는 제공(조회)된 날로부터 동의 철회 시 또는 제공(조회)된 목적을 달성할 때까지 </w:t>
            </w:r>
            <w:proofErr w:type="spellStart"/>
            <w:r w:rsidRPr="000E4730">
              <w:rPr>
                <w:rFonts w:ascii="한양중고딕" w:eastAsia="한양중고딕" w:hAnsi="굴림" w:cs="굴림" w:hint="eastAsia"/>
                <w:color w:val="000000"/>
                <w:spacing w:val="-20"/>
                <w:w w:val="90"/>
                <w:sz w:val="17"/>
                <w:szCs w:val="17"/>
                <w:lang w:eastAsia="ko-KR"/>
              </w:rPr>
              <w:t>보유</w:t>
            </w:r>
            <w:r w:rsidR="00960597">
              <w:rPr>
                <w:rFonts w:ascii="MS Gothic" w:eastAsia="MS Gothic" w:hAnsi="MS Gothic" w:cs="MS Gothic" w:hint="eastAsia"/>
                <w:color w:val="000000"/>
                <w:spacing w:val="-20"/>
                <w:w w:val="90"/>
                <w:sz w:val="17"/>
                <w:szCs w:val="17"/>
                <w:lang w:eastAsia="ko-KR"/>
              </w:rPr>
              <w:t>·</w:t>
            </w:r>
            <w:r w:rsidRPr="000E4730">
              <w:rPr>
                <w:rFonts w:ascii="한양중고딕" w:eastAsia="한양중고딕" w:hAnsi="굴림" w:cs="굴림" w:hint="eastAsia"/>
                <w:color w:val="000000"/>
                <w:spacing w:val="-20"/>
                <w:w w:val="90"/>
                <w:sz w:val="17"/>
                <w:szCs w:val="17"/>
                <w:lang w:eastAsia="ko-KR"/>
              </w:rPr>
              <w:t>이용되며</w:t>
            </w:r>
            <w:proofErr w:type="spellEnd"/>
            <w:r w:rsidRPr="000E4730">
              <w:rPr>
                <w:rFonts w:ascii="한양중고딕" w:eastAsia="한양중고딕" w:hAnsi="굴림" w:cs="굴림" w:hint="eastAsia"/>
                <w:color w:val="000000"/>
                <w:spacing w:val="-20"/>
                <w:w w:val="90"/>
                <w:sz w:val="17"/>
                <w:szCs w:val="17"/>
                <w:lang w:eastAsia="ko-KR"/>
              </w:rPr>
              <w:t xml:space="preserve">, 동의 철회 또는 제공(조회)된 목적 달성 후에는 위에 기재된 제공(조회)의 목적과 관련된 금융사고 조사, 분쟁해결 민원처리, 리스크 관리업무, 법령상 의무이행을 위하여 필요한 범위 내에서만 </w:t>
            </w:r>
            <w:proofErr w:type="spellStart"/>
            <w:r w:rsidRPr="000E4730">
              <w:rPr>
                <w:rFonts w:ascii="한양중고딕" w:eastAsia="한양중고딕" w:hAnsi="굴림" w:cs="굴림" w:hint="eastAsia"/>
                <w:color w:val="000000"/>
                <w:spacing w:val="-20"/>
                <w:w w:val="90"/>
                <w:sz w:val="17"/>
                <w:szCs w:val="17"/>
                <w:lang w:eastAsia="ko-KR"/>
              </w:rPr>
              <w:t>보유</w:t>
            </w:r>
            <w:r w:rsidR="0023130C">
              <w:rPr>
                <w:rFonts w:ascii="MS Gothic" w:eastAsia="MS Gothic" w:hAnsi="MS Gothic" w:cs="MS Gothic" w:hint="eastAsia"/>
                <w:color w:val="000000"/>
                <w:spacing w:val="-20"/>
                <w:w w:val="90"/>
                <w:sz w:val="17"/>
                <w:szCs w:val="17"/>
                <w:lang w:eastAsia="ko-KR"/>
              </w:rPr>
              <w:t>·</w:t>
            </w:r>
            <w:r w:rsidRPr="000E4730">
              <w:rPr>
                <w:rFonts w:ascii="한양중고딕" w:eastAsia="한양중고딕" w:hAnsi="굴림" w:cs="굴림" w:hint="eastAsia"/>
                <w:color w:val="000000"/>
                <w:spacing w:val="-20"/>
                <w:w w:val="90"/>
                <w:sz w:val="17"/>
                <w:szCs w:val="17"/>
                <w:lang w:eastAsia="ko-KR"/>
              </w:rPr>
              <w:t>이용됩니다</w:t>
            </w:r>
            <w:proofErr w:type="spellEnd"/>
            <w:r w:rsidRPr="000E4730">
              <w:rPr>
                <w:rFonts w:ascii="한양중고딕" w:eastAsia="한양중고딕" w:hAnsi="굴림" w:cs="굴림" w:hint="eastAsia"/>
                <w:color w:val="000000"/>
                <w:spacing w:val="-20"/>
                <w:w w:val="90"/>
                <w:sz w:val="17"/>
                <w:szCs w:val="17"/>
                <w:lang w:eastAsia="ko-KR"/>
              </w:rPr>
              <w:t>.</w:t>
            </w:r>
          </w:p>
        </w:tc>
      </w:tr>
      <w:tr w:rsidR="009C3E08" w:rsidRPr="009C3E08" w:rsidTr="003043BB">
        <w:trPr>
          <w:trHeight w:val="417"/>
        </w:trPr>
        <w:tc>
          <w:tcPr>
            <w:tcW w:w="1701" w:type="dxa"/>
            <w:tcBorders>
              <w:top w:val="single" w:sz="2" w:space="0" w:color="000000"/>
              <w:left w:val="single" w:sz="12" w:space="0" w:color="auto"/>
              <w:bottom w:val="single" w:sz="2" w:space="0" w:color="000000"/>
              <w:right w:val="single" w:sz="2" w:space="0" w:color="000000"/>
            </w:tcBorders>
            <w:tcMar>
              <w:top w:w="28" w:type="dxa"/>
              <w:left w:w="102" w:type="dxa"/>
              <w:bottom w:w="28" w:type="dxa"/>
              <w:right w:w="102" w:type="dxa"/>
            </w:tcMar>
            <w:vAlign w:val="center"/>
            <w:hideMark/>
          </w:tcPr>
          <w:p w:rsidR="0086702E" w:rsidRDefault="009C3E08" w:rsidP="001E7699">
            <w:pPr>
              <w:widowControl w:val="0"/>
              <w:autoSpaceDE w:val="0"/>
              <w:autoSpaceDN w:val="0"/>
              <w:spacing w:line="240" w:lineRule="exact"/>
              <w:ind w:left="240" w:hanging="240"/>
              <w:jc w:val="center"/>
              <w:textAlignment w:val="baseline"/>
              <w:rPr>
                <w:rFonts w:ascii="한양중고딕" w:eastAsia="한양중고딕" w:hAnsi="굴림" w:cs="굴림"/>
                <w:color w:val="000000"/>
                <w:spacing w:val="-24"/>
                <w:w w:val="85"/>
                <w:sz w:val="18"/>
                <w:szCs w:val="18"/>
                <w:lang w:eastAsia="ko-KR"/>
              </w:rPr>
            </w:pPr>
            <w:r w:rsidRPr="009C3E08">
              <w:rPr>
                <w:rFonts w:ascii="한양중고딕" w:eastAsia="한양중고딕" w:hAnsi="굴림" w:cs="굴림" w:hint="eastAsia"/>
                <w:color w:val="000000"/>
                <w:spacing w:val="-24"/>
                <w:w w:val="85"/>
                <w:sz w:val="18"/>
                <w:szCs w:val="18"/>
                <w:lang w:eastAsia="ko-KR"/>
              </w:rPr>
              <w:t xml:space="preserve">동의를 거부할 권리 및 </w:t>
            </w:r>
          </w:p>
          <w:p w:rsidR="0086702E" w:rsidRDefault="009C3E08" w:rsidP="001E7699">
            <w:pPr>
              <w:widowControl w:val="0"/>
              <w:autoSpaceDE w:val="0"/>
              <w:autoSpaceDN w:val="0"/>
              <w:spacing w:line="240" w:lineRule="exact"/>
              <w:ind w:left="240" w:hanging="240"/>
              <w:jc w:val="center"/>
              <w:textAlignment w:val="baseline"/>
              <w:rPr>
                <w:rFonts w:ascii="한양중고딕" w:eastAsia="한양중고딕" w:hAnsi="굴림" w:cs="굴림"/>
                <w:color w:val="000000"/>
                <w:spacing w:val="-2"/>
                <w:w w:val="85"/>
                <w:sz w:val="18"/>
                <w:szCs w:val="18"/>
                <w:lang w:eastAsia="ko-KR"/>
              </w:rPr>
            </w:pPr>
            <w:r w:rsidRPr="009C3E08">
              <w:rPr>
                <w:rFonts w:ascii="한양중고딕" w:eastAsia="한양중고딕" w:hAnsi="굴림" w:cs="굴림" w:hint="eastAsia"/>
                <w:color w:val="000000"/>
                <w:spacing w:val="-26"/>
                <w:w w:val="85"/>
                <w:sz w:val="18"/>
                <w:szCs w:val="18"/>
                <w:lang w:eastAsia="ko-KR"/>
              </w:rPr>
              <w:t>동의를</w:t>
            </w:r>
            <w:r w:rsidRPr="009C3E08">
              <w:rPr>
                <w:rFonts w:ascii="함초롬바탕" w:eastAsia="한양중고딕" w:hAnsi="굴림" w:cs="굴림"/>
                <w:color w:val="000000"/>
                <w:spacing w:val="-2"/>
                <w:w w:val="85"/>
                <w:sz w:val="18"/>
                <w:szCs w:val="18"/>
                <w:lang w:eastAsia="ko-KR"/>
              </w:rPr>
              <w:t xml:space="preserve"> </w:t>
            </w:r>
            <w:r w:rsidRPr="009C3E08">
              <w:rPr>
                <w:rFonts w:ascii="한양중고딕" w:eastAsia="한양중고딕" w:hAnsi="굴림" w:cs="굴림" w:hint="eastAsia"/>
                <w:color w:val="000000"/>
                <w:spacing w:val="-2"/>
                <w:w w:val="85"/>
                <w:sz w:val="18"/>
                <w:szCs w:val="18"/>
                <w:lang w:eastAsia="ko-KR"/>
              </w:rPr>
              <w:t xml:space="preserve">거부할 경우 </w:t>
            </w:r>
          </w:p>
          <w:p w:rsidR="009C3E08" w:rsidRPr="009C3E08" w:rsidRDefault="009C3E08" w:rsidP="001E7699">
            <w:pPr>
              <w:widowControl w:val="0"/>
              <w:autoSpaceDE w:val="0"/>
              <w:autoSpaceDN w:val="0"/>
              <w:spacing w:line="240" w:lineRule="exact"/>
              <w:ind w:left="240" w:hanging="240"/>
              <w:jc w:val="center"/>
              <w:textAlignment w:val="baseline"/>
              <w:rPr>
                <w:rFonts w:ascii="함초롬바탕" w:eastAsia="굴림" w:hAnsi="굴림" w:cs="굴림"/>
                <w:color w:val="000000"/>
                <w:szCs w:val="20"/>
                <w:lang w:eastAsia="ko-KR"/>
              </w:rPr>
            </w:pPr>
            <w:r w:rsidRPr="009C3E08">
              <w:rPr>
                <w:rFonts w:ascii="한양중고딕" w:eastAsia="한양중고딕" w:hAnsi="굴림" w:cs="굴림" w:hint="eastAsia"/>
                <w:color w:val="000000"/>
                <w:spacing w:val="-2"/>
                <w:w w:val="85"/>
                <w:sz w:val="18"/>
                <w:szCs w:val="18"/>
                <w:lang w:eastAsia="ko-KR"/>
              </w:rPr>
              <w:t>불이익</w:t>
            </w:r>
          </w:p>
        </w:tc>
        <w:tc>
          <w:tcPr>
            <w:tcW w:w="7917" w:type="dxa"/>
            <w:tcBorders>
              <w:top w:val="single" w:sz="2" w:space="0" w:color="000000"/>
              <w:left w:val="single" w:sz="2" w:space="0" w:color="000000"/>
              <w:bottom w:val="single" w:sz="2" w:space="0" w:color="000000"/>
              <w:right w:val="single" w:sz="12" w:space="0" w:color="auto"/>
            </w:tcBorders>
            <w:tcMar>
              <w:top w:w="28" w:type="dxa"/>
              <w:left w:w="102" w:type="dxa"/>
              <w:bottom w:w="28" w:type="dxa"/>
              <w:right w:w="102" w:type="dxa"/>
            </w:tcMar>
            <w:vAlign w:val="center"/>
            <w:hideMark/>
          </w:tcPr>
          <w:p w:rsidR="009C3E08" w:rsidRPr="000E4730" w:rsidRDefault="009C3E08" w:rsidP="001E7699">
            <w:pPr>
              <w:widowControl w:val="0"/>
              <w:autoSpaceDE w:val="0"/>
              <w:autoSpaceDN w:val="0"/>
              <w:spacing w:after="20" w:line="240" w:lineRule="exact"/>
              <w:jc w:val="both"/>
              <w:textAlignment w:val="baseline"/>
              <w:rPr>
                <w:rFonts w:ascii="한컴바탕" w:eastAsia="굴림" w:hAnsi="굴림" w:cs="굴림"/>
                <w:color w:val="000000"/>
                <w:sz w:val="17"/>
                <w:szCs w:val="17"/>
                <w:lang w:eastAsia="ko-KR"/>
              </w:rPr>
            </w:pPr>
            <w:r w:rsidRPr="000E4730">
              <w:rPr>
                <w:rFonts w:ascii="한양중고딕" w:eastAsia="한양중고딕" w:hAnsi="굴림" w:cs="굴림" w:hint="eastAsia"/>
                <w:color w:val="000000"/>
                <w:spacing w:val="-10"/>
                <w:w w:val="90"/>
                <w:sz w:val="17"/>
                <w:szCs w:val="17"/>
                <w:lang w:eastAsia="ko-KR"/>
              </w:rPr>
              <w:t xml:space="preserve">동의하지 않으실 경우 중소기업 정책자금 융자, 채권관리, 기업진단, </w:t>
            </w:r>
            <w:proofErr w:type="spellStart"/>
            <w:r w:rsidRPr="000E4730">
              <w:rPr>
                <w:rFonts w:ascii="한양중고딕" w:eastAsia="한양중고딕" w:hAnsi="굴림" w:cs="굴림" w:hint="eastAsia"/>
                <w:color w:val="000000"/>
                <w:w w:val="95"/>
                <w:sz w:val="17"/>
                <w:szCs w:val="17"/>
                <w:lang w:eastAsia="ko-KR"/>
              </w:rPr>
              <w:t>연계지원</w:t>
            </w:r>
            <w:r w:rsidRPr="000E4730">
              <w:rPr>
                <w:rFonts w:ascii="한양중고딕" w:eastAsia="한양중고딕" w:hAnsi="굴림" w:cs="굴림" w:hint="eastAsia"/>
                <w:color w:val="000000"/>
                <w:spacing w:val="-10"/>
                <w:w w:val="90"/>
                <w:sz w:val="17"/>
                <w:szCs w:val="17"/>
                <w:lang w:eastAsia="ko-KR"/>
              </w:rPr>
              <w:t>과</w:t>
            </w:r>
            <w:proofErr w:type="spellEnd"/>
            <w:r w:rsidRPr="000E4730">
              <w:rPr>
                <w:rFonts w:ascii="한양중고딕" w:eastAsia="한양중고딕" w:hAnsi="굴림" w:cs="굴림" w:hint="eastAsia"/>
                <w:color w:val="000000"/>
                <w:spacing w:val="-10"/>
                <w:w w:val="90"/>
                <w:sz w:val="17"/>
                <w:szCs w:val="17"/>
                <w:lang w:eastAsia="ko-KR"/>
              </w:rPr>
              <w:t xml:space="preserve"> 관련한 상담 및 신청, 지원, 거래관계의 설정 및 유지가 불가능합니다.</w:t>
            </w:r>
          </w:p>
        </w:tc>
      </w:tr>
      <w:tr w:rsidR="009C3E08" w:rsidRPr="009C3E08" w:rsidTr="003043BB">
        <w:trPr>
          <w:trHeight w:val="415"/>
        </w:trPr>
        <w:tc>
          <w:tcPr>
            <w:tcW w:w="1701" w:type="dxa"/>
            <w:tcBorders>
              <w:top w:val="single" w:sz="2" w:space="0" w:color="000000"/>
              <w:left w:val="single" w:sz="12" w:space="0" w:color="auto"/>
              <w:bottom w:val="single" w:sz="2" w:space="0" w:color="000000"/>
              <w:right w:val="single" w:sz="2" w:space="0" w:color="000000"/>
            </w:tcBorders>
            <w:tcMar>
              <w:top w:w="28" w:type="dxa"/>
              <w:left w:w="102" w:type="dxa"/>
              <w:bottom w:w="28" w:type="dxa"/>
              <w:right w:w="102" w:type="dxa"/>
            </w:tcMar>
            <w:vAlign w:val="center"/>
            <w:hideMark/>
          </w:tcPr>
          <w:p w:rsidR="009C3E08" w:rsidRPr="009C3E08" w:rsidRDefault="009C3E08" w:rsidP="001E7699">
            <w:pPr>
              <w:widowControl w:val="0"/>
              <w:autoSpaceDE w:val="0"/>
              <w:autoSpaceDN w:val="0"/>
              <w:spacing w:line="240" w:lineRule="exact"/>
              <w:ind w:left="240" w:hanging="240"/>
              <w:jc w:val="center"/>
              <w:textAlignment w:val="baseline"/>
              <w:rPr>
                <w:rFonts w:ascii="함초롬바탕" w:eastAsia="굴림" w:hAnsi="굴림" w:cs="굴림"/>
                <w:color w:val="000000"/>
                <w:szCs w:val="20"/>
                <w:lang w:eastAsia="ko-KR"/>
              </w:rPr>
            </w:pPr>
            <w:r w:rsidRPr="009C3E08">
              <w:rPr>
                <w:rFonts w:ascii="한양중고딕" w:eastAsia="한양중고딕" w:hAnsi="굴림" w:cs="굴림" w:hint="eastAsia"/>
                <w:color w:val="000000"/>
                <w:spacing w:val="-24"/>
                <w:w w:val="85"/>
                <w:sz w:val="18"/>
                <w:szCs w:val="18"/>
                <w:lang w:eastAsia="ko-KR"/>
              </w:rPr>
              <w:t xml:space="preserve">신용정보 </w:t>
            </w:r>
            <w:proofErr w:type="spellStart"/>
            <w:r w:rsidRPr="009C3E08">
              <w:rPr>
                <w:rFonts w:ascii="한양중고딕" w:eastAsia="한양중고딕" w:hAnsi="굴림" w:cs="굴림" w:hint="eastAsia"/>
                <w:color w:val="000000"/>
                <w:spacing w:val="-24"/>
                <w:w w:val="85"/>
                <w:sz w:val="18"/>
                <w:szCs w:val="18"/>
                <w:lang w:eastAsia="ko-KR"/>
              </w:rPr>
              <w:t>제공</w:t>
            </w:r>
            <w:r w:rsidR="0093089E">
              <w:rPr>
                <w:rFonts w:ascii="MS Gothic" w:eastAsia="MS Gothic" w:hAnsi="MS Gothic" w:cs="MS Gothic" w:hint="eastAsia"/>
                <w:color w:val="000000"/>
                <w:spacing w:val="-24"/>
                <w:w w:val="85"/>
                <w:sz w:val="18"/>
                <w:szCs w:val="18"/>
                <w:lang w:eastAsia="ko-KR"/>
              </w:rPr>
              <w:t>·</w:t>
            </w:r>
            <w:r w:rsidRPr="009C3E08">
              <w:rPr>
                <w:rFonts w:ascii="한양중고딕" w:eastAsia="한양중고딕" w:hAnsi="굴림" w:cs="굴림" w:hint="eastAsia"/>
                <w:color w:val="000000"/>
                <w:spacing w:val="-24"/>
                <w:w w:val="85"/>
                <w:sz w:val="18"/>
                <w:szCs w:val="18"/>
                <w:lang w:eastAsia="ko-KR"/>
              </w:rPr>
              <w:t>조회</w:t>
            </w:r>
            <w:proofErr w:type="spellEnd"/>
            <w:r w:rsidRPr="009C3E08">
              <w:rPr>
                <w:rFonts w:ascii="한양중고딕" w:eastAsia="한양중고딕" w:hAnsi="굴림" w:cs="굴림" w:hint="eastAsia"/>
                <w:color w:val="000000"/>
                <w:spacing w:val="-24"/>
                <w:w w:val="85"/>
                <w:sz w:val="18"/>
                <w:szCs w:val="18"/>
                <w:lang w:eastAsia="ko-KR"/>
              </w:rPr>
              <w:t xml:space="preserve"> 동의여부</w:t>
            </w:r>
          </w:p>
        </w:tc>
        <w:tc>
          <w:tcPr>
            <w:tcW w:w="7917" w:type="dxa"/>
            <w:tcBorders>
              <w:top w:val="single" w:sz="2" w:space="0" w:color="000000"/>
              <w:left w:val="single" w:sz="2" w:space="0" w:color="000000"/>
              <w:bottom w:val="single" w:sz="2" w:space="0" w:color="000000"/>
              <w:right w:val="single" w:sz="12" w:space="0" w:color="auto"/>
            </w:tcBorders>
            <w:tcMar>
              <w:top w:w="28" w:type="dxa"/>
              <w:left w:w="102" w:type="dxa"/>
              <w:bottom w:w="28" w:type="dxa"/>
              <w:right w:w="102" w:type="dxa"/>
            </w:tcMar>
            <w:vAlign w:val="center"/>
            <w:hideMark/>
          </w:tcPr>
          <w:p w:rsidR="009C3E08" w:rsidRPr="00621745" w:rsidRDefault="009C3E08" w:rsidP="001E7699">
            <w:pPr>
              <w:widowControl w:val="0"/>
              <w:autoSpaceDE w:val="0"/>
              <w:autoSpaceDN w:val="0"/>
              <w:spacing w:line="240" w:lineRule="exact"/>
              <w:ind w:left="240" w:hanging="240"/>
              <w:jc w:val="both"/>
              <w:textAlignment w:val="baseline"/>
              <w:rPr>
                <w:rFonts w:ascii="함초롬바탕" w:eastAsia="굴림" w:hAnsi="굴림" w:cs="굴림"/>
                <w:color w:val="000000"/>
                <w:sz w:val="17"/>
                <w:szCs w:val="17"/>
                <w:lang w:eastAsia="ko-KR"/>
              </w:rPr>
            </w:pPr>
            <w:r w:rsidRPr="00621745">
              <w:rPr>
                <w:rFonts w:ascii="한양중고딕" w:eastAsia="한양중고딕" w:hAnsi="굴림" w:cs="굴림" w:hint="eastAsia"/>
                <w:color w:val="000000"/>
                <w:spacing w:val="-10"/>
                <w:w w:val="90"/>
                <w:sz w:val="17"/>
                <w:szCs w:val="17"/>
                <w:lang w:eastAsia="ko-KR"/>
              </w:rPr>
              <w:t xml:space="preserve">본인은 위와 같이 신용정보를 </w:t>
            </w:r>
            <w:proofErr w:type="spellStart"/>
            <w:r w:rsidRPr="00621745">
              <w:rPr>
                <w:rFonts w:ascii="한양중고딕" w:eastAsia="한양중고딕" w:hAnsi="굴림" w:cs="굴림" w:hint="eastAsia"/>
                <w:color w:val="000000"/>
                <w:spacing w:val="-10"/>
                <w:w w:val="90"/>
                <w:sz w:val="17"/>
                <w:szCs w:val="17"/>
                <w:lang w:eastAsia="ko-KR"/>
              </w:rPr>
              <w:t>중진공에</w:t>
            </w:r>
            <w:proofErr w:type="spellEnd"/>
            <w:r w:rsidRPr="00621745">
              <w:rPr>
                <w:rFonts w:ascii="한양중고딕" w:eastAsia="한양중고딕" w:hAnsi="굴림" w:cs="굴림" w:hint="eastAsia"/>
                <w:color w:val="000000"/>
                <w:spacing w:val="-10"/>
                <w:w w:val="90"/>
                <w:sz w:val="17"/>
                <w:szCs w:val="17"/>
                <w:lang w:eastAsia="ko-KR"/>
              </w:rPr>
              <w:t xml:space="preserve"> 제공하여, </w:t>
            </w:r>
            <w:proofErr w:type="spellStart"/>
            <w:r w:rsidRPr="00621745">
              <w:rPr>
                <w:rFonts w:ascii="한양중고딕" w:eastAsia="한양중고딕" w:hAnsi="굴림" w:cs="굴림" w:hint="eastAsia"/>
                <w:color w:val="000000"/>
                <w:spacing w:val="-10"/>
                <w:w w:val="90"/>
                <w:sz w:val="17"/>
                <w:szCs w:val="17"/>
                <w:lang w:eastAsia="ko-KR"/>
              </w:rPr>
              <w:t>중진공이</w:t>
            </w:r>
            <w:proofErr w:type="spellEnd"/>
            <w:r w:rsidRPr="00621745">
              <w:rPr>
                <w:rFonts w:ascii="한양중고딕" w:eastAsia="한양중고딕" w:hAnsi="굴림" w:cs="굴림" w:hint="eastAsia"/>
                <w:color w:val="000000"/>
                <w:spacing w:val="-10"/>
                <w:w w:val="90"/>
                <w:sz w:val="17"/>
                <w:szCs w:val="17"/>
                <w:lang w:eastAsia="ko-KR"/>
              </w:rPr>
              <w:t xml:space="preserve"> 조회하는 것에 동의합니다.</w:t>
            </w:r>
          </w:p>
          <w:p w:rsidR="009C3E08" w:rsidRPr="009C3E08" w:rsidRDefault="009C3E08" w:rsidP="001E7699">
            <w:pPr>
              <w:widowControl w:val="0"/>
              <w:autoSpaceDE w:val="0"/>
              <w:autoSpaceDN w:val="0"/>
              <w:spacing w:line="240" w:lineRule="exact"/>
              <w:ind w:left="240" w:hanging="240"/>
              <w:jc w:val="right"/>
              <w:textAlignment w:val="baseline"/>
              <w:rPr>
                <w:rFonts w:ascii="함초롬바탕" w:eastAsia="굴림" w:hAnsi="굴림" w:cs="굴림"/>
                <w:color w:val="000000"/>
                <w:szCs w:val="20"/>
                <w:lang w:eastAsia="ko-KR"/>
              </w:rPr>
            </w:pPr>
            <w:r w:rsidRPr="009C3E08">
              <w:rPr>
                <w:rFonts w:ascii="한양중고딕" w:eastAsia="한양중고딕" w:hAnsi="굴림" w:cs="굴림" w:hint="eastAsia"/>
                <w:b/>
                <w:bCs/>
                <w:color w:val="000000"/>
                <w:spacing w:val="-10"/>
                <w:w w:val="90"/>
                <w:sz w:val="18"/>
                <w:szCs w:val="18"/>
                <w:lang w:eastAsia="ko-KR"/>
              </w:rPr>
              <w:t xml:space="preserve">(동의함 </w:t>
            </w:r>
            <w:r w:rsidRPr="009C3E08">
              <w:rPr>
                <w:rFonts w:ascii="한양중고딕" w:eastAsia="한양중고딕" w:hAnsi="한양중고딕" w:cs="굴림" w:hint="eastAsia"/>
                <w:b/>
                <w:bCs/>
                <w:color w:val="000000"/>
                <w:spacing w:val="-10"/>
                <w:w w:val="90"/>
                <w:sz w:val="18"/>
                <w:szCs w:val="18"/>
                <w:lang w:eastAsia="ko-KR"/>
              </w:rPr>
              <w:t xml:space="preserve">□ </w:t>
            </w:r>
            <w:r w:rsidRPr="009C3E08">
              <w:rPr>
                <w:rFonts w:ascii="한양중고딕" w:eastAsia="한양중고딕" w:hAnsi="굴림" w:cs="굴림" w:hint="eastAsia"/>
                <w:b/>
                <w:bCs/>
                <w:color w:val="000000"/>
                <w:spacing w:val="-10"/>
                <w:w w:val="90"/>
                <w:sz w:val="18"/>
                <w:szCs w:val="18"/>
                <w:lang w:eastAsia="ko-KR"/>
              </w:rPr>
              <w:t xml:space="preserve">동의하지 않음 </w:t>
            </w:r>
            <w:r w:rsidRPr="009C3E08">
              <w:rPr>
                <w:rFonts w:ascii="한양중고딕" w:eastAsia="한양중고딕" w:hAnsi="한양중고딕" w:cs="굴림" w:hint="eastAsia"/>
                <w:b/>
                <w:bCs/>
                <w:color w:val="000000"/>
                <w:spacing w:val="-10"/>
                <w:w w:val="90"/>
                <w:sz w:val="18"/>
                <w:szCs w:val="18"/>
                <w:lang w:eastAsia="ko-KR"/>
              </w:rPr>
              <w:t>□</w:t>
            </w:r>
            <w:r w:rsidRPr="009C3E08">
              <w:rPr>
                <w:rFonts w:ascii="한양중고딕" w:eastAsia="한양중고딕" w:hAnsi="굴림" w:cs="굴림" w:hint="eastAsia"/>
                <w:b/>
                <w:bCs/>
                <w:color w:val="000000"/>
                <w:spacing w:val="-10"/>
                <w:w w:val="90"/>
                <w:sz w:val="18"/>
                <w:szCs w:val="18"/>
                <w:lang w:eastAsia="ko-KR"/>
              </w:rPr>
              <w:t>)</w:t>
            </w:r>
          </w:p>
        </w:tc>
      </w:tr>
      <w:tr w:rsidR="009C3E08" w:rsidRPr="009C3E08" w:rsidTr="003043BB">
        <w:trPr>
          <w:trHeight w:val="414"/>
        </w:trPr>
        <w:tc>
          <w:tcPr>
            <w:tcW w:w="1701" w:type="dxa"/>
            <w:tcBorders>
              <w:top w:val="single" w:sz="2" w:space="0" w:color="000000"/>
              <w:left w:val="single" w:sz="12" w:space="0" w:color="auto"/>
              <w:bottom w:val="single" w:sz="12" w:space="0" w:color="auto"/>
              <w:right w:val="single" w:sz="2" w:space="0" w:color="000000"/>
            </w:tcBorders>
            <w:tcMar>
              <w:top w:w="28" w:type="dxa"/>
              <w:left w:w="102" w:type="dxa"/>
              <w:bottom w:w="28" w:type="dxa"/>
              <w:right w:w="102" w:type="dxa"/>
            </w:tcMar>
            <w:vAlign w:val="center"/>
            <w:hideMark/>
          </w:tcPr>
          <w:p w:rsidR="0093089E" w:rsidRDefault="009C3E08" w:rsidP="001E7699">
            <w:pPr>
              <w:widowControl w:val="0"/>
              <w:autoSpaceDE w:val="0"/>
              <w:autoSpaceDN w:val="0"/>
              <w:spacing w:line="240" w:lineRule="exact"/>
              <w:ind w:left="240" w:hanging="240"/>
              <w:jc w:val="center"/>
              <w:textAlignment w:val="baseline"/>
              <w:rPr>
                <w:rFonts w:ascii="한양중고딕" w:eastAsia="한양중고딕" w:hAnsi="굴림" w:cs="굴림"/>
                <w:color w:val="000000"/>
                <w:w w:val="85"/>
                <w:sz w:val="18"/>
                <w:szCs w:val="18"/>
                <w:lang w:eastAsia="ko-KR"/>
              </w:rPr>
            </w:pPr>
            <w:proofErr w:type="spellStart"/>
            <w:r w:rsidRPr="009C3E08">
              <w:rPr>
                <w:rFonts w:ascii="한양중고딕" w:eastAsia="한양중고딕" w:hAnsi="굴림" w:cs="굴림" w:hint="eastAsia"/>
                <w:color w:val="000000"/>
                <w:w w:val="85"/>
                <w:sz w:val="18"/>
                <w:szCs w:val="18"/>
                <w:lang w:eastAsia="ko-KR"/>
              </w:rPr>
              <w:t>권한부여에</w:t>
            </w:r>
            <w:proofErr w:type="spellEnd"/>
            <w:r w:rsidRPr="009C3E08">
              <w:rPr>
                <w:rFonts w:ascii="한양중고딕" w:eastAsia="한양중고딕" w:hAnsi="굴림" w:cs="굴림" w:hint="eastAsia"/>
                <w:color w:val="000000"/>
                <w:w w:val="85"/>
                <w:sz w:val="18"/>
                <w:szCs w:val="18"/>
                <w:lang w:eastAsia="ko-KR"/>
              </w:rPr>
              <w:t xml:space="preserve"> 대한</w:t>
            </w:r>
          </w:p>
          <w:p w:rsidR="009C3E08" w:rsidRPr="009C3E08" w:rsidRDefault="009C3E08" w:rsidP="001E7699">
            <w:pPr>
              <w:widowControl w:val="0"/>
              <w:autoSpaceDE w:val="0"/>
              <w:autoSpaceDN w:val="0"/>
              <w:spacing w:line="240" w:lineRule="exact"/>
              <w:ind w:left="240" w:hanging="240"/>
              <w:jc w:val="center"/>
              <w:textAlignment w:val="baseline"/>
              <w:rPr>
                <w:rFonts w:ascii="함초롬바탕" w:eastAsia="굴림" w:hAnsi="굴림" w:cs="굴림"/>
                <w:color w:val="000000"/>
                <w:szCs w:val="20"/>
                <w:lang w:eastAsia="ko-KR"/>
              </w:rPr>
            </w:pPr>
            <w:r w:rsidRPr="009C3E08">
              <w:rPr>
                <w:rFonts w:ascii="한양중고딕" w:eastAsia="한양중고딕" w:hAnsi="굴림" w:cs="굴림" w:hint="eastAsia"/>
                <w:color w:val="000000"/>
                <w:w w:val="85"/>
                <w:sz w:val="18"/>
                <w:szCs w:val="18"/>
                <w:lang w:eastAsia="ko-KR"/>
              </w:rPr>
              <w:t>동의여부</w:t>
            </w:r>
          </w:p>
        </w:tc>
        <w:tc>
          <w:tcPr>
            <w:tcW w:w="7917" w:type="dxa"/>
            <w:tcBorders>
              <w:top w:val="single" w:sz="2" w:space="0" w:color="000000"/>
              <w:left w:val="single" w:sz="2" w:space="0" w:color="000000"/>
              <w:bottom w:val="single" w:sz="12" w:space="0" w:color="auto"/>
              <w:right w:val="single" w:sz="12" w:space="0" w:color="auto"/>
            </w:tcBorders>
            <w:tcMar>
              <w:top w:w="28" w:type="dxa"/>
              <w:left w:w="102" w:type="dxa"/>
              <w:bottom w:w="28" w:type="dxa"/>
              <w:right w:w="102" w:type="dxa"/>
            </w:tcMar>
            <w:vAlign w:val="center"/>
            <w:hideMark/>
          </w:tcPr>
          <w:p w:rsidR="00C429B9" w:rsidRDefault="009C3E08" w:rsidP="00C429B9">
            <w:pPr>
              <w:widowControl w:val="0"/>
              <w:autoSpaceDE w:val="0"/>
              <w:autoSpaceDN w:val="0"/>
              <w:spacing w:line="240" w:lineRule="exact"/>
              <w:ind w:left="5852" w:hangingChars="4100" w:hanging="5852"/>
              <w:jc w:val="both"/>
              <w:textAlignment w:val="baseline"/>
              <w:rPr>
                <w:rFonts w:ascii="함초롬바탕" w:eastAsia="한양중고딕" w:hAnsi="굴림" w:cs="굴림"/>
                <w:color w:val="000000"/>
                <w:spacing w:val="-10"/>
                <w:w w:val="90"/>
                <w:sz w:val="18"/>
                <w:szCs w:val="18"/>
                <w:lang w:eastAsia="ko-KR"/>
              </w:rPr>
            </w:pPr>
            <w:proofErr w:type="spellStart"/>
            <w:r w:rsidRPr="00246F1F">
              <w:rPr>
                <w:rFonts w:ascii="한양중고딕" w:eastAsia="한양중고딕" w:hAnsi="굴림" w:cs="굴림" w:hint="eastAsia"/>
                <w:color w:val="000000"/>
                <w:spacing w:val="-10"/>
                <w:w w:val="90"/>
                <w:sz w:val="17"/>
                <w:szCs w:val="17"/>
                <w:lang w:eastAsia="ko-KR"/>
              </w:rPr>
              <w:t>중진공이</w:t>
            </w:r>
            <w:proofErr w:type="spellEnd"/>
            <w:r w:rsidRPr="00246F1F">
              <w:rPr>
                <w:rFonts w:ascii="한양중고딕" w:eastAsia="한양중고딕" w:hAnsi="굴림" w:cs="굴림" w:hint="eastAsia"/>
                <w:color w:val="000000"/>
                <w:spacing w:val="-10"/>
                <w:w w:val="90"/>
                <w:sz w:val="17"/>
                <w:szCs w:val="17"/>
                <w:lang w:eastAsia="ko-KR"/>
              </w:rPr>
              <w:t xml:space="preserve"> 본인을 대리하여 </w:t>
            </w:r>
            <w:proofErr w:type="spellStart"/>
            <w:r w:rsidRPr="00246F1F">
              <w:rPr>
                <w:rFonts w:ascii="한양중고딕" w:eastAsia="한양중고딕" w:hAnsi="굴림" w:cs="굴림" w:hint="eastAsia"/>
                <w:color w:val="000000"/>
                <w:spacing w:val="-10"/>
                <w:w w:val="90"/>
                <w:sz w:val="17"/>
                <w:szCs w:val="17"/>
                <w:lang w:eastAsia="ko-KR"/>
              </w:rPr>
              <w:t>대상기관인</w:t>
            </w:r>
            <w:proofErr w:type="spellEnd"/>
            <w:r w:rsidRPr="00246F1F">
              <w:rPr>
                <w:rFonts w:ascii="한양중고딕" w:eastAsia="한양중고딕" w:hAnsi="굴림" w:cs="굴림" w:hint="eastAsia"/>
                <w:color w:val="000000"/>
                <w:spacing w:val="-10"/>
                <w:w w:val="90"/>
                <w:sz w:val="17"/>
                <w:szCs w:val="17"/>
                <w:lang w:eastAsia="ko-KR"/>
              </w:rPr>
              <w:t xml:space="preserve"> 공공기관, 은행에 위와 같이 본인의 신용 정보를 제공 요청하는 것에 동의합니다</w:t>
            </w:r>
            <w:r w:rsidRPr="009C3E08">
              <w:rPr>
                <w:rFonts w:ascii="한양중고딕" w:eastAsia="한양중고딕" w:hAnsi="굴림" w:cs="굴림" w:hint="eastAsia"/>
                <w:color w:val="000000"/>
                <w:spacing w:val="-10"/>
                <w:w w:val="90"/>
                <w:sz w:val="18"/>
                <w:szCs w:val="18"/>
                <w:lang w:eastAsia="ko-KR"/>
              </w:rPr>
              <w:t>.</w:t>
            </w:r>
          </w:p>
          <w:p w:rsidR="009C3E08" w:rsidRPr="009C3E08" w:rsidRDefault="00C429B9" w:rsidP="00C429B9">
            <w:pPr>
              <w:widowControl w:val="0"/>
              <w:autoSpaceDE w:val="0"/>
              <w:autoSpaceDN w:val="0"/>
              <w:spacing w:line="240" w:lineRule="exact"/>
              <w:ind w:left="6242" w:hangingChars="4100" w:hanging="6242"/>
              <w:jc w:val="right"/>
              <w:textAlignment w:val="baseline"/>
              <w:rPr>
                <w:rFonts w:ascii="함초롬바탕" w:eastAsia="굴림" w:hAnsi="굴림" w:cs="굴림"/>
                <w:color w:val="000000"/>
                <w:szCs w:val="20"/>
                <w:lang w:eastAsia="ko-KR"/>
              </w:rPr>
            </w:pPr>
            <w:r w:rsidRPr="009C3E08">
              <w:rPr>
                <w:rFonts w:ascii="한양중고딕" w:eastAsia="한양중고딕" w:hAnsi="굴림" w:cs="굴림" w:hint="eastAsia"/>
                <w:b/>
                <w:bCs/>
                <w:color w:val="000000"/>
                <w:spacing w:val="-10"/>
                <w:w w:val="90"/>
                <w:sz w:val="18"/>
                <w:szCs w:val="18"/>
                <w:lang w:eastAsia="ko-KR"/>
              </w:rPr>
              <w:t xml:space="preserve">(동의함 </w:t>
            </w:r>
            <w:r w:rsidRPr="009C3E08">
              <w:rPr>
                <w:rFonts w:ascii="한양중고딕" w:eastAsia="한양중고딕" w:hAnsi="한양중고딕" w:cs="굴림" w:hint="eastAsia"/>
                <w:b/>
                <w:bCs/>
                <w:color w:val="000000"/>
                <w:spacing w:val="-10"/>
                <w:w w:val="90"/>
                <w:sz w:val="18"/>
                <w:szCs w:val="18"/>
                <w:lang w:eastAsia="ko-KR"/>
              </w:rPr>
              <w:t xml:space="preserve">□ </w:t>
            </w:r>
            <w:r w:rsidRPr="009C3E08">
              <w:rPr>
                <w:rFonts w:ascii="한양중고딕" w:eastAsia="한양중고딕" w:hAnsi="굴림" w:cs="굴림" w:hint="eastAsia"/>
                <w:b/>
                <w:bCs/>
                <w:color w:val="000000"/>
                <w:spacing w:val="-10"/>
                <w:w w:val="90"/>
                <w:sz w:val="18"/>
                <w:szCs w:val="18"/>
                <w:lang w:eastAsia="ko-KR"/>
              </w:rPr>
              <w:t xml:space="preserve">동의하지 않음 </w:t>
            </w:r>
            <w:r w:rsidRPr="009C3E08">
              <w:rPr>
                <w:rFonts w:ascii="한양중고딕" w:eastAsia="한양중고딕" w:hAnsi="한양중고딕" w:cs="굴림" w:hint="eastAsia"/>
                <w:b/>
                <w:bCs/>
                <w:color w:val="000000"/>
                <w:spacing w:val="-10"/>
                <w:w w:val="90"/>
                <w:sz w:val="18"/>
                <w:szCs w:val="18"/>
                <w:lang w:eastAsia="ko-KR"/>
              </w:rPr>
              <w:t>□</w:t>
            </w:r>
            <w:r w:rsidRPr="009C3E08">
              <w:rPr>
                <w:rFonts w:ascii="한양중고딕" w:eastAsia="한양중고딕" w:hAnsi="굴림" w:cs="굴림" w:hint="eastAsia"/>
                <w:b/>
                <w:bCs/>
                <w:color w:val="000000"/>
                <w:spacing w:val="-10"/>
                <w:w w:val="90"/>
                <w:sz w:val="18"/>
                <w:szCs w:val="18"/>
                <w:lang w:eastAsia="ko-KR"/>
              </w:rPr>
              <w:t>)</w:t>
            </w:r>
          </w:p>
        </w:tc>
      </w:tr>
      <w:tr w:rsidR="009C3E08" w:rsidRPr="009C3E08" w:rsidTr="003043BB">
        <w:trPr>
          <w:trHeight w:val="216"/>
        </w:trPr>
        <w:tc>
          <w:tcPr>
            <w:tcW w:w="9618" w:type="dxa"/>
            <w:gridSpan w:val="2"/>
            <w:tcBorders>
              <w:top w:val="single" w:sz="12" w:space="0" w:color="auto"/>
              <w:left w:val="nil"/>
              <w:bottom w:val="single" w:sz="12" w:space="0" w:color="auto"/>
              <w:right w:val="nil"/>
            </w:tcBorders>
            <w:tcMar>
              <w:top w:w="28" w:type="dxa"/>
              <w:left w:w="102" w:type="dxa"/>
              <w:bottom w:w="28" w:type="dxa"/>
              <w:right w:w="102" w:type="dxa"/>
            </w:tcMar>
            <w:vAlign w:val="center"/>
            <w:hideMark/>
          </w:tcPr>
          <w:p w:rsidR="006120AA" w:rsidRDefault="006120AA" w:rsidP="001E7699">
            <w:pPr>
              <w:widowControl w:val="0"/>
              <w:autoSpaceDE w:val="0"/>
              <w:autoSpaceDN w:val="0"/>
              <w:spacing w:line="240" w:lineRule="exact"/>
              <w:jc w:val="both"/>
              <w:textAlignment w:val="baseline"/>
              <w:rPr>
                <w:rFonts w:ascii="한양중고딕" w:eastAsia="한양중고딕" w:hAnsi="굴림" w:cs="굴림"/>
                <w:b/>
                <w:bCs/>
                <w:color w:val="000000"/>
                <w:sz w:val="16"/>
                <w:szCs w:val="16"/>
                <w:lang w:eastAsia="ko-KR"/>
              </w:rPr>
            </w:pPr>
          </w:p>
          <w:p w:rsidR="009C3E08" w:rsidRPr="009C3E08" w:rsidRDefault="009C3E08" w:rsidP="001E7699">
            <w:pPr>
              <w:widowControl w:val="0"/>
              <w:autoSpaceDE w:val="0"/>
              <w:autoSpaceDN w:val="0"/>
              <w:spacing w:line="240" w:lineRule="exact"/>
              <w:jc w:val="both"/>
              <w:textAlignment w:val="baseline"/>
              <w:rPr>
                <w:rFonts w:ascii="함초롬바탕" w:eastAsia="굴림" w:hAnsi="굴림" w:cs="굴림"/>
                <w:color w:val="000000"/>
                <w:szCs w:val="20"/>
                <w:lang w:eastAsia="ko-KR"/>
              </w:rPr>
            </w:pPr>
            <w:r w:rsidRPr="009C3E08">
              <w:rPr>
                <w:rFonts w:ascii="한양중고딕" w:eastAsia="한양중고딕" w:hAnsi="굴림" w:cs="굴림" w:hint="eastAsia"/>
                <w:b/>
                <w:bCs/>
                <w:color w:val="000000"/>
                <w:sz w:val="16"/>
                <w:szCs w:val="16"/>
                <w:lang w:eastAsia="ko-KR"/>
              </w:rPr>
              <w:t>5. 유관기관 정보공유를 위한 기업정보 제3자 제공에 관한 사항</w:t>
            </w:r>
          </w:p>
        </w:tc>
      </w:tr>
      <w:tr w:rsidR="009C3E08" w:rsidRPr="009C3E08" w:rsidTr="003043BB">
        <w:trPr>
          <w:trHeight w:val="502"/>
        </w:trPr>
        <w:tc>
          <w:tcPr>
            <w:tcW w:w="1701" w:type="dxa"/>
            <w:tcBorders>
              <w:top w:val="single" w:sz="12" w:space="0" w:color="auto"/>
              <w:left w:val="single" w:sz="12" w:space="0" w:color="auto"/>
              <w:bottom w:val="single" w:sz="2" w:space="0" w:color="000000"/>
              <w:right w:val="single" w:sz="2" w:space="0" w:color="000000"/>
            </w:tcBorders>
            <w:tcMar>
              <w:top w:w="28" w:type="dxa"/>
              <w:left w:w="102" w:type="dxa"/>
              <w:bottom w:w="28" w:type="dxa"/>
              <w:right w:w="102" w:type="dxa"/>
            </w:tcMar>
            <w:vAlign w:val="center"/>
            <w:hideMark/>
          </w:tcPr>
          <w:p w:rsidR="009C3E08" w:rsidRPr="008F3E5B" w:rsidRDefault="009C3E08" w:rsidP="001E7699">
            <w:pPr>
              <w:widowControl w:val="0"/>
              <w:autoSpaceDE w:val="0"/>
              <w:autoSpaceDN w:val="0"/>
              <w:spacing w:line="240" w:lineRule="exact"/>
              <w:jc w:val="center"/>
              <w:textAlignment w:val="baseline"/>
              <w:rPr>
                <w:rFonts w:ascii="함초롬바탕" w:eastAsia="굴림" w:hAnsi="굴림" w:cs="굴림"/>
                <w:color w:val="000000"/>
                <w:sz w:val="18"/>
                <w:szCs w:val="18"/>
                <w:lang w:eastAsia="ko-KR"/>
              </w:rPr>
            </w:pPr>
            <w:r w:rsidRPr="008F3E5B">
              <w:rPr>
                <w:rFonts w:ascii="한양중고딕" w:eastAsia="한양중고딕" w:hAnsi="굴림" w:cs="굴림" w:hint="eastAsia"/>
                <w:color w:val="000000"/>
                <w:w w:val="85"/>
                <w:sz w:val="18"/>
                <w:szCs w:val="18"/>
                <w:lang w:eastAsia="ko-KR"/>
              </w:rPr>
              <w:t>제공 대상기관</w:t>
            </w:r>
          </w:p>
        </w:tc>
        <w:tc>
          <w:tcPr>
            <w:tcW w:w="7917" w:type="dxa"/>
            <w:tcBorders>
              <w:top w:val="single" w:sz="12" w:space="0" w:color="auto"/>
              <w:left w:val="single" w:sz="2" w:space="0" w:color="000000"/>
              <w:bottom w:val="single" w:sz="2" w:space="0" w:color="000000"/>
              <w:right w:val="single" w:sz="12" w:space="0" w:color="auto"/>
            </w:tcBorders>
            <w:tcMar>
              <w:top w:w="28" w:type="dxa"/>
              <w:left w:w="102" w:type="dxa"/>
              <w:bottom w:w="28" w:type="dxa"/>
              <w:right w:w="102" w:type="dxa"/>
            </w:tcMar>
            <w:vAlign w:val="center"/>
            <w:hideMark/>
          </w:tcPr>
          <w:p w:rsidR="009C3E08" w:rsidRPr="009C3E08" w:rsidRDefault="009C3E08" w:rsidP="001E7699">
            <w:pPr>
              <w:widowControl w:val="0"/>
              <w:autoSpaceDE w:val="0"/>
              <w:autoSpaceDN w:val="0"/>
              <w:spacing w:after="20" w:line="240" w:lineRule="exact"/>
              <w:jc w:val="both"/>
              <w:textAlignment w:val="baseline"/>
              <w:rPr>
                <w:rFonts w:ascii="한컴바탕" w:eastAsia="굴림" w:hAnsi="굴림" w:cs="굴림"/>
                <w:color w:val="000000"/>
                <w:sz w:val="24"/>
                <w:szCs w:val="24"/>
                <w:lang w:eastAsia="ko-KR"/>
              </w:rPr>
            </w:pPr>
            <w:r w:rsidRPr="009C3E08">
              <w:rPr>
                <w:rFonts w:ascii="MS Gothic" w:eastAsia="MS Gothic" w:hAnsi="MS Gothic" w:cs="MS Gothic" w:hint="eastAsia"/>
                <w:color w:val="000000"/>
                <w:spacing w:val="-10"/>
                <w:w w:val="90"/>
                <w:sz w:val="18"/>
                <w:szCs w:val="18"/>
                <w:lang w:eastAsia="ko-KR"/>
              </w:rPr>
              <w:t>‣</w:t>
            </w:r>
            <w:r w:rsidRPr="009C3E08">
              <w:rPr>
                <w:rFonts w:ascii="한양중고딕" w:eastAsia="한양중고딕" w:hAnsi="굴림" w:cs="굴림" w:hint="eastAsia"/>
                <w:color w:val="000000"/>
                <w:spacing w:val="-20"/>
                <w:w w:val="90"/>
                <w:sz w:val="18"/>
                <w:szCs w:val="18"/>
                <w:lang w:eastAsia="ko-KR"/>
              </w:rPr>
              <w:t xml:space="preserve">중소벤처기업부, 기술보증기금, 소상공인시장진흥공단, </w:t>
            </w:r>
            <w:proofErr w:type="spellStart"/>
            <w:r w:rsidRPr="009C3E08">
              <w:rPr>
                <w:rFonts w:ascii="한양중고딕" w:eastAsia="한양중고딕" w:hAnsi="굴림" w:cs="굴림" w:hint="eastAsia"/>
                <w:color w:val="000000"/>
                <w:spacing w:val="-20"/>
                <w:w w:val="90"/>
                <w:sz w:val="18"/>
                <w:szCs w:val="18"/>
                <w:lang w:eastAsia="ko-KR"/>
              </w:rPr>
              <w:t>창업진흥원</w:t>
            </w:r>
            <w:proofErr w:type="spellEnd"/>
            <w:r w:rsidRPr="009C3E08">
              <w:rPr>
                <w:rFonts w:ascii="한양중고딕" w:eastAsia="한양중고딕" w:hAnsi="굴림" w:cs="굴림" w:hint="eastAsia"/>
                <w:color w:val="000000"/>
                <w:spacing w:val="-20"/>
                <w:w w:val="90"/>
                <w:sz w:val="18"/>
                <w:szCs w:val="18"/>
                <w:lang w:eastAsia="ko-KR"/>
              </w:rPr>
              <w:t>, 중소기업유통센터, 신용보증재단중앙회,</w:t>
            </w:r>
            <w:r w:rsidRPr="009C3E08">
              <w:rPr>
                <w:rFonts w:ascii="한컴바탕" w:eastAsia="한양중고딕" w:hAnsi="굴림" w:cs="굴림"/>
                <w:color w:val="000000"/>
                <w:spacing w:val="-10"/>
                <w:w w:val="90"/>
                <w:sz w:val="18"/>
                <w:szCs w:val="18"/>
                <w:lang w:eastAsia="ko-KR"/>
              </w:rPr>
              <w:t xml:space="preserve"> </w:t>
            </w:r>
            <w:r w:rsidRPr="009C3E08">
              <w:rPr>
                <w:rFonts w:ascii="한양중고딕" w:eastAsia="한양중고딕" w:hAnsi="굴림" w:cs="굴림" w:hint="eastAsia"/>
                <w:color w:val="000000"/>
                <w:spacing w:val="-10"/>
                <w:w w:val="90"/>
                <w:sz w:val="18"/>
                <w:szCs w:val="18"/>
                <w:lang w:eastAsia="ko-KR"/>
              </w:rPr>
              <w:t>한국벤처투자, 장애인기업종합지원센터, 중소기업기술정보진흥원, 산업통상자원부, 한국무역보험공사, 서울보증보험</w:t>
            </w:r>
          </w:p>
        </w:tc>
      </w:tr>
      <w:tr w:rsidR="009C3E08" w:rsidRPr="009C3E08" w:rsidTr="003043BB">
        <w:trPr>
          <w:trHeight w:val="432"/>
        </w:trPr>
        <w:tc>
          <w:tcPr>
            <w:tcW w:w="1701" w:type="dxa"/>
            <w:tcBorders>
              <w:top w:val="single" w:sz="2" w:space="0" w:color="000000"/>
              <w:left w:val="single" w:sz="12" w:space="0" w:color="auto"/>
              <w:bottom w:val="single" w:sz="2" w:space="0" w:color="000000"/>
              <w:right w:val="single" w:sz="2" w:space="0" w:color="000000"/>
            </w:tcBorders>
            <w:tcMar>
              <w:top w:w="28" w:type="dxa"/>
              <w:left w:w="102" w:type="dxa"/>
              <w:bottom w:w="28" w:type="dxa"/>
              <w:right w:w="102" w:type="dxa"/>
            </w:tcMar>
            <w:vAlign w:val="center"/>
            <w:hideMark/>
          </w:tcPr>
          <w:p w:rsidR="009C3E08" w:rsidRPr="008F3E5B" w:rsidRDefault="009C3E08" w:rsidP="001E7699">
            <w:pPr>
              <w:widowControl w:val="0"/>
              <w:autoSpaceDE w:val="0"/>
              <w:autoSpaceDN w:val="0"/>
              <w:spacing w:line="240" w:lineRule="exact"/>
              <w:jc w:val="center"/>
              <w:textAlignment w:val="baseline"/>
              <w:rPr>
                <w:rFonts w:ascii="함초롬바탕" w:eastAsia="굴림" w:hAnsi="굴림" w:cs="굴림"/>
                <w:color w:val="000000"/>
                <w:sz w:val="18"/>
                <w:szCs w:val="18"/>
                <w:lang w:eastAsia="ko-KR"/>
              </w:rPr>
            </w:pPr>
            <w:r w:rsidRPr="008F3E5B">
              <w:rPr>
                <w:rFonts w:ascii="한양중고딕" w:eastAsia="한양중고딕" w:hAnsi="굴림" w:cs="굴림" w:hint="eastAsia"/>
                <w:color w:val="000000"/>
                <w:w w:val="85"/>
                <w:sz w:val="18"/>
                <w:szCs w:val="18"/>
                <w:lang w:eastAsia="ko-KR"/>
              </w:rPr>
              <w:t>제공 목적</w:t>
            </w:r>
          </w:p>
        </w:tc>
        <w:tc>
          <w:tcPr>
            <w:tcW w:w="7917" w:type="dxa"/>
            <w:tcBorders>
              <w:top w:val="single" w:sz="2" w:space="0" w:color="000000"/>
              <w:left w:val="single" w:sz="2" w:space="0" w:color="000000"/>
              <w:bottom w:val="single" w:sz="2" w:space="0" w:color="000000"/>
              <w:right w:val="single" w:sz="12" w:space="0" w:color="auto"/>
            </w:tcBorders>
            <w:tcMar>
              <w:top w:w="28" w:type="dxa"/>
              <w:left w:w="102" w:type="dxa"/>
              <w:bottom w:w="28" w:type="dxa"/>
              <w:right w:w="102" w:type="dxa"/>
            </w:tcMar>
            <w:vAlign w:val="center"/>
            <w:hideMark/>
          </w:tcPr>
          <w:p w:rsidR="009C3E08" w:rsidRPr="009C3E08" w:rsidRDefault="009C3E08" w:rsidP="001E7699">
            <w:pPr>
              <w:widowControl w:val="0"/>
              <w:autoSpaceDE w:val="0"/>
              <w:autoSpaceDN w:val="0"/>
              <w:spacing w:after="20" w:line="240" w:lineRule="exact"/>
              <w:jc w:val="both"/>
              <w:textAlignment w:val="baseline"/>
              <w:rPr>
                <w:rFonts w:ascii="한컴바탕" w:eastAsia="굴림" w:hAnsi="굴림" w:cs="굴림"/>
                <w:color w:val="000000"/>
                <w:sz w:val="24"/>
                <w:szCs w:val="24"/>
                <w:lang w:eastAsia="ko-KR"/>
              </w:rPr>
            </w:pPr>
            <w:r w:rsidRPr="009C3E08">
              <w:rPr>
                <w:rFonts w:ascii="MS Gothic" w:eastAsia="MS Gothic" w:hAnsi="MS Gothic" w:cs="MS Gothic" w:hint="eastAsia"/>
                <w:color w:val="000000"/>
                <w:spacing w:val="-10"/>
                <w:w w:val="90"/>
                <w:sz w:val="18"/>
                <w:szCs w:val="18"/>
                <w:lang w:eastAsia="ko-KR"/>
              </w:rPr>
              <w:t>‣</w:t>
            </w:r>
            <w:r w:rsidRPr="009C3E08">
              <w:rPr>
                <w:rFonts w:ascii="한양중고딕" w:eastAsia="한양중고딕" w:hAnsi="굴림" w:cs="굴림" w:hint="eastAsia"/>
                <w:color w:val="000000"/>
                <w:spacing w:val="-10"/>
                <w:w w:val="90"/>
                <w:sz w:val="18"/>
                <w:szCs w:val="18"/>
                <w:lang w:eastAsia="ko-KR"/>
              </w:rPr>
              <w:t xml:space="preserve">중소벤처기업부 및 유관기관의 지원 사업간 </w:t>
            </w:r>
            <w:proofErr w:type="spellStart"/>
            <w:r w:rsidRPr="009C3E08">
              <w:rPr>
                <w:rFonts w:ascii="한양중고딕" w:eastAsia="한양중고딕" w:hAnsi="굴림" w:cs="굴림" w:hint="eastAsia"/>
                <w:color w:val="000000"/>
                <w:spacing w:val="-10"/>
                <w:w w:val="90"/>
                <w:sz w:val="18"/>
                <w:szCs w:val="18"/>
                <w:lang w:eastAsia="ko-KR"/>
              </w:rPr>
              <w:t>연계지원</w:t>
            </w:r>
            <w:proofErr w:type="spellEnd"/>
            <w:r w:rsidRPr="009C3E08">
              <w:rPr>
                <w:rFonts w:ascii="한양중고딕" w:eastAsia="한양중고딕" w:hAnsi="굴림" w:cs="굴림" w:hint="eastAsia"/>
                <w:color w:val="000000"/>
                <w:spacing w:val="-10"/>
                <w:w w:val="90"/>
                <w:sz w:val="18"/>
                <w:szCs w:val="18"/>
                <w:lang w:eastAsia="ko-KR"/>
              </w:rPr>
              <w:t xml:space="preserve"> 및 </w:t>
            </w:r>
            <w:proofErr w:type="spellStart"/>
            <w:r w:rsidRPr="009C3E08">
              <w:rPr>
                <w:rFonts w:ascii="한양중고딕" w:eastAsia="한양중고딕" w:hAnsi="굴림" w:cs="굴림" w:hint="eastAsia"/>
                <w:color w:val="000000"/>
                <w:spacing w:val="-10"/>
                <w:w w:val="90"/>
                <w:sz w:val="18"/>
                <w:szCs w:val="18"/>
                <w:lang w:eastAsia="ko-KR"/>
              </w:rPr>
              <w:t>후속지원</w:t>
            </w:r>
            <w:proofErr w:type="spellEnd"/>
            <w:r w:rsidRPr="009C3E08">
              <w:rPr>
                <w:rFonts w:ascii="한양중고딕" w:eastAsia="한양중고딕" w:hAnsi="굴림" w:cs="굴림" w:hint="eastAsia"/>
                <w:color w:val="000000"/>
                <w:spacing w:val="-10"/>
                <w:w w:val="90"/>
                <w:sz w:val="18"/>
                <w:szCs w:val="18"/>
                <w:lang w:eastAsia="ko-KR"/>
              </w:rPr>
              <w:t xml:space="preserve"> 활용</w:t>
            </w:r>
          </w:p>
          <w:p w:rsidR="009C3E08" w:rsidRPr="009C3E08" w:rsidRDefault="009C3E08" w:rsidP="001E7699">
            <w:pPr>
              <w:widowControl w:val="0"/>
              <w:autoSpaceDE w:val="0"/>
              <w:autoSpaceDN w:val="0"/>
              <w:spacing w:after="20" w:line="240" w:lineRule="exact"/>
              <w:jc w:val="both"/>
              <w:textAlignment w:val="baseline"/>
              <w:rPr>
                <w:rFonts w:ascii="한컴바탕" w:eastAsia="굴림" w:hAnsi="굴림" w:cs="굴림"/>
                <w:color w:val="000000"/>
                <w:sz w:val="24"/>
                <w:szCs w:val="24"/>
                <w:lang w:eastAsia="ko-KR"/>
              </w:rPr>
            </w:pPr>
            <w:r w:rsidRPr="009C3E08">
              <w:rPr>
                <w:rFonts w:ascii="MS Gothic" w:eastAsia="MS Gothic" w:hAnsi="MS Gothic" w:cs="MS Gothic" w:hint="eastAsia"/>
                <w:color w:val="000000"/>
                <w:spacing w:val="-10"/>
                <w:w w:val="90"/>
                <w:sz w:val="18"/>
                <w:szCs w:val="18"/>
                <w:lang w:eastAsia="ko-KR"/>
              </w:rPr>
              <w:t>‣</w:t>
            </w:r>
            <w:r w:rsidRPr="009C3E08">
              <w:rPr>
                <w:rFonts w:ascii="한양중고딕" w:eastAsia="한양중고딕" w:hAnsi="굴림" w:cs="굴림" w:hint="eastAsia"/>
                <w:color w:val="000000"/>
                <w:spacing w:val="-10"/>
                <w:w w:val="90"/>
                <w:sz w:val="18"/>
                <w:szCs w:val="18"/>
                <w:lang w:eastAsia="ko-KR"/>
              </w:rPr>
              <w:t>중소벤처기업부 등 중앙부처 및 지자체 중소기업지원사업 안내 등</w:t>
            </w:r>
          </w:p>
        </w:tc>
      </w:tr>
      <w:tr w:rsidR="009C3E08" w:rsidRPr="009C3E08" w:rsidTr="003043BB">
        <w:trPr>
          <w:trHeight w:val="412"/>
        </w:trPr>
        <w:tc>
          <w:tcPr>
            <w:tcW w:w="1701" w:type="dxa"/>
            <w:tcBorders>
              <w:top w:val="single" w:sz="2" w:space="0" w:color="000000"/>
              <w:left w:val="single" w:sz="12" w:space="0" w:color="auto"/>
              <w:bottom w:val="single" w:sz="2" w:space="0" w:color="000000"/>
              <w:right w:val="single" w:sz="2" w:space="0" w:color="000000"/>
            </w:tcBorders>
            <w:tcMar>
              <w:top w:w="28" w:type="dxa"/>
              <w:left w:w="102" w:type="dxa"/>
              <w:bottom w:w="28" w:type="dxa"/>
              <w:right w:w="102" w:type="dxa"/>
            </w:tcMar>
            <w:vAlign w:val="center"/>
            <w:hideMark/>
          </w:tcPr>
          <w:p w:rsidR="009C3E08" w:rsidRPr="008F3E5B" w:rsidRDefault="009C3E08" w:rsidP="001E7699">
            <w:pPr>
              <w:widowControl w:val="0"/>
              <w:autoSpaceDE w:val="0"/>
              <w:autoSpaceDN w:val="0"/>
              <w:spacing w:line="240" w:lineRule="exact"/>
              <w:jc w:val="center"/>
              <w:textAlignment w:val="baseline"/>
              <w:rPr>
                <w:rFonts w:ascii="함초롬바탕" w:eastAsia="굴림" w:hAnsi="굴림" w:cs="굴림"/>
                <w:color w:val="000000"/>
                <w:sz w:val="18"/>
                <w:szCs w:val="18"/>
                <w:lang w:eastAsia="ko-KR"/>
              </w:rPr>
            </w:pPr>
            <w:r w:rsidRPr="008F3E5B">
              <w:rPr>
                <w:rFonts w:ascii="한양중고딕" w:eastAsia="한양중고딕" w:hAnsi="굴림" w:cs="굴림" w:hint="eastAsia"/>
                <w:color w:val="000000"/>
                <w:w w:val="85"/>
                <w:sz w:val="18"/>
                <w:szCs w:val="18"/>
                <w:lang w:eastAsia="ko-KR"/>
              </w:rPr>
              <w:t>제공 정보의 항목</w:t>
            </w:r>
          </w:p>
        </w:tc>
        <w:tc>
          <w:tcPr>
            <w:tcW w:w="7917" w:type="dxa"/>
            <w:tcBorders>
              <w:top w:val="single" w:sz="2" w:space="0" w:color="000000"/>
              <w:left w:val="single" w:sz="2" w:space="0" w:color="000000"/>
              <w:bottom w:val="single" w:sz="2" w:space="0" w:color="000000"/>
              <w:right w:val="single" w:sz="12" w:space="0" w:color="auto"/>
            </w:tcBorders>
            <w:tcMar>
              <w:top w:w="28" w:type="dxa"/>
              <w:left w:w="102" w:type="dxa"/>
              <w:bottom w:w="28" w:type="dxa"/>
              <w:right w:w="102" w:type="dxa"/>
            </w:tcMar>
            <w:vAlign w:val="center"/>
            <w:hideMark/>
          </w:tcPr>
          <w:p w:rsidR="009C3E08" w:rsidRPr="009C3E08" w:rsidRDefault="009C3E08" w:rsidP="001E7699">
            <w:pPr>
              <w:widowControl w:val="0"/>
              <w:autoSpaceDE w:val="0"/>
              <w:autoSpaceDN w:val="0"/>
              <w:spacing w:after="20" w:line="240" w:lineRule="exact"/>
              <w:jc w:val="both"/>
              <w:textAlignment w:val="baseline"/>
              <w:rPr>
                <w:rFonts w:ascii="한컴바탕" w:eastAsia="굴림" w:hAnsi="굴림" w:cs="굴림"/>
                <w:color w:val="000000"/>
                <w:sz w:val="24"/>
                <w:szCs w:val="24"/>
                <w:lang w:eastAsia="ko-KR"/>
              </w:rPr>
            </w:pPr>
            <w:r w:rsidRPr="009C3E08">
              <w:rPr>
                <w:rFonts w:ascii="MS Gothic" w:eastAsia="MS Gothic" w:hAnsi="MS Gothic" w:cs="MS Gothic" w:hint="eastAsia"/>
                <w:color w:val="000000"/>
                <w:spacing w:val="-14"/>
                <w:w w:val="90"/>
                <w:sz w:val="18"/>
                <w:szCs w:val="18"/>
                <w:lang w:eastAsia="ko-KR"/>
              </w:rPr>
              <w:t>‣</w:t>
            </w:r>
            <w:proofErr w:type="spellStart"/>
            <w:r w:rsidRPr="009C3E08">
              <w:rPr>
                <w:rFonts w:ascii="한양중고딕" w:eastAsia="한양중고딕" w:hAnsi="굴림" w:cs="굴림" w:hint="eastAsia"/>
                <w:color w:val="000000"/>
                <w:spacing w:val="-14"/>
                <w:w w:val="90"/>
                <w:sz w:val="18"/>
                <w:szCs w:val="18"/>
                <w:lang w:eastAsia="ko-KR"/>
              </w:rPr>
              <w:t>사업자번호</w:t>
            </w:r>
            <w:proofErr w:type="spellEnd"/>
            <w:r w:rsidRPr="009C3E08">
              <w:rPr>
                <w:rFonts w:ascii="한양중고딕" w:eastAsia="한양중고딕" w:hAnsi="굴림" w:cs="굴림" w:hint="eastAsia"/>
                <w:color w:val="000000"/>
                <w:spacing w:val="-14"/>
                <w:w w:val="90"/>
                <w:sz w:val="18"/>
                <w:szCs w:val="18"/>
                <w:lang w:eastAsia="ko-KR"/>
              </w:rPr>
              <w:t xml:space="preserve">, </w:t>
            </w:r>
            <w:proofErr w:type="spellStart"/>
            <w:r w:rsidRPr="009C3E08">
              <w:rPr>
                <w:rFonts w:ascii="한양중고딕" w:eastAsia="한양중고딕" w:hAnsi="굴림" w:cs="굴림" w:hint="eastAsia"/>
                <w:color w:val="000000"/>
                <w:spacing w:val="-14"/>
                <w:w w:val="90"/>
                <w:sz w:val="18"/>
                <w:szCs w:val="18"/>
                <w:lang w:eastAsia="ko-KR"/>
              </w:rPr>
              <w:t>법인번호</w:t>
            </w:r>
            <w:proofErr w:type="spellEnd"/>
            <w:r w:rsidRPr="009C3E08">
              <w:rPr>
                <w:rFonts w:ascii="한양중고딕" w:eastAsia="한양중고딕" w:hAnsi="굴림" w:cs="굴림" w:hint="eastAsia"/>
                <w:color w:val="000000"/>
                <w:spacing w:val="-14"/>
                <w:w w:val="90"/>
                <w:sz w:val="18"/>
                <w:szCs w:val="18"/>
                <w:lang w:eastAsia="ko-KR"/>
              </w:rPr>
              <w:t xml:space="preserve">, 기업명, </w:t>
            </w:r>
            <w:proofErr w:type="spellStart"/>
            <w:r w:rsidRPr="009C3E08">
              <w:rPr>
                <w:rFonts w:ascii="한양중고딕" w:eastAsia="한양중고딕" w:hAnsi="굴림" w:cs="굴림" w:hint="eastAsia"/>
                <w:color w:val="000000"/>
                <w:spacing w:val="-14"/>
                <w:w w:val="90"/>
                <w:sz w:val="18"/>
                <w:szCs w:val="18"/>
                <w:lang w:eastAsia="ko-KR"/>
              </w:rPr>
              <w:t>지원사업명</w:t>
            </w:r>
            <w:proofErr w:type="spellEnd"/>
            <w:r w:rsidRPr="009C3E08">
              <w:rPr>
                <w:rFonts w:ascii="한양중고딕" w:eastAsia="한양중고딕" w:hAnsi="굴림" w:cs="굴림" w:hint="eastAsia"/>
                <w:color w:val="000000"/>
                <w:spacing w:val="-14"/>
                <w:w w:val="90"/>
                <w:sz w:val="18"/>
                <w:szCs w:val="18"/>
                <w:lang w:eastAsia="ko-KR"/>
              </w:rPr>
              <w:t xml:space="preserve">, 대표자명, </w:t>
            </w:r>
            <w:proofErr w:type="spellStart"/>
            <w:r w:rsidRPr="009C3E08">
              <w:rPr>
                <w:rFonts w:ascii="한양중고딕" w:eastAsia="한양중고딕" w:hAnsi="굴림" w:cs="굴림" w:hint="eastAsia"/>
                <w:color w:val="000000"/>
                <w:spacing w:val="-14"/>
                <w:w w:val="90"/>
                <w:sz w:val="18"/>
                <w:szCs w:val="18"/>
                <w:lang w:eastAsia="ko-KR"/>
              </w:rPr>
              <w:t>신청일자</w:t>
            </w:r>
            <w:proofErr w:type="spellEnd"/>
            <w:r w:rsidRPr="009C3E08">
              <w:rPr>
                <w:rFonts w:ascii="한양중고딕" w:eastAsia="한양중고딕" w:hAnsi="굴림" w:cs="굴림" w:hint="eastAsia"/>
                <w:color w:val="000000"/>
                <w:spacing w:val="-14"/>
                <w:w w:val="90"/>
                <w:sz w:val="18"/>
                <w:szCs w:val="18"/>
                <w:lang w:eastAsia="ko-KR"/>
              </w:rPr>
              <w:t xml:space="preserve">, </w:t>
            </w:r>
            <w:proofErr w:type="spellStart"/>
            <w:r w:rsidRPr="009C3E08">
              <w:rPr>
                <w:rFonts w:ascii="한양중고딕" w:eastAsia="한양중고딕" w:hAnsi="굴림" w:cs="굴림" w:hint="eastAsia"/>
                <w:color w:val="000000"/>
                <w:spacing w:val="-14"/>
                <w:w w:val="90"/>
                <w:sz w:val="18"/>
                <w:szCs w:val="18"/>
                <w:lang w:eastAsia="ko-KR"/>
              </w:rPr>
              <w:t>승인일자</w:t>
            </w:r>
            <w:proofErr w:type="spellEnd"/>
            <w:r w:rsidRPr="009C3E08">
              <w:rPr>
                <w:rFonts w:ascii="한양중고딕" w:eastAsia="한양중고딕" w:hAnsi="굴림" w:cs="굴림" w:hint="eastAsia"/>
                <w:color w:val="000000"/>
                <w:spacing w:val="-14"/>
                <w:w w:val="90"/>
                <w:sz w:val="18"/>
                <w:szCs w:val="18"/>
                <w:lang w:eastAsia="ko-KR"/>
              </w:rPr>
              <w:t xml:space="preserve">, 신청금액, </w:t>
            </w:r>
            <w:proofErr w:type="spellStart"/>
            <w:r w:rsidRPr="009C3E08">
              <w:rPr>
                <w:rFonts w:ascii="한양중고딕" w:eastAsia="한양중고딕" w:hAnsi="굴림" w:cs="굴림" w:hint="eastAsia"/>
                <w:color w:val="000000"/>
                <w:spacing w:val="-14"/>
                <w:w w:val="90"/>
                <w:sz w:val="18"/>
                <w:szCs w:val="18"/>
                <w:lang w:eastAsia="ko-KR"/>
              </w:rPr>
              <w:t>승인금액</w:t>
            </w:r>
            <w:proofErr w:type="spellEnd"/>
            <w:r w:rsidRPr="009C3E08">
              <w:rPr>
                <w:rFonts w:ascii="한양중고딕" w:eastAsia="한양중고딕" w:hAnsi="굴림" w:cs="굴림" w:hint="eastAsia"/>
                <w:color w:val="000000"/>
                <w:spacing w:val="-14"/>
                <w:w w:val="90"/>
                <w:sz w:val="18"/>
                <w:szCs w:val="18"/>
                <w:lang w:eastAsia="ko-KR"/>
              </w:rPr>
              <w:t xml:space="preserve">, </w:t>
            </w:r>
            <w:proofErr w:type="spellStart"/>
            <w:r w:rsidRPr="009C3E08">
              <w:rPr>
                <w:rFonts w:ascii="한양중고딕" w:eastAsia="한양중고딕" w:hAnsi="굴림" w:cs="굴림" w:hint="eastAsia"/>
                <w:color w:val="000000"/>
                <w:spacing w:val="-14"/>
                <w:w w:val="90"/>
                <w:sz w:val="18"/>
                <w:szCs w:val="18"/>
                <w:lang w:eastAsia="ko-KR"/>
              </w:rPr>
              <w:t>지원일자</w:t>
            </w:r>
            <w:proofErr w:type="spellEnd"/>
            <w:r w:rsidRPr="009C3E08">
              <w:rPr>
                <w:rFonts w:ascii="한양중고딕" w:eastAsia="한양중고딕" w:hAnsi="굴림" w:cs="굴림" w:hint="eastAsia"/>
                <w:color w:val="000000"/>
                <w:spacing w:val="-14"/>
                <w:w w:val="90"/>
                <w:sz w:val="18"/>
                <w:szCs w:val="18"/>
                <w:lang w:eastAsia="ko-KR"/>
              </w:rPr>
              <w:t xml:space="preserve">, 지원금액, </w:t>
            </w:r>
            <w:proofErr w:type="spellStart"/>
            <w:r w:rsidRPr="009C3E08">
              <w:rPr>
                <w:rFonts w:ascii="한양중고딕" w:eastAsia="한양중고딕" w:hAnsi="굴림" w:cs="굴림" w:hint="eastAsia"/>
                <w:color w:val="000000"/>
                <w:spacing w:val="-14"/>
                <w:w w:val="90"/>
                <w:sz w:val="18"/>
                <w:szCs w:val="18"/>
                <w:lang w:eastAsia="ko-KR"/>
              </w:rPr>
              <w:t>기업주소</w:t>
            </w:r>
            <w:proofErr w:type="spellEnd"/>
            <w:r w:rsidRPr="009C3E08">
              <w:rPr>
                <w:rFonts w:ascii="한양중고딕" w:eastAsia="한양중고딕" w:hAnsi="굴림" w:cs="굴림" w:hint="eastAsia"/>
                <w:color w:val="000000"/>
                <w:spacing w:val="-14"/>
                <w:w w:val="90"/>
                <w:sz w:val="18"/>
                <w:szCs w:val="18"/>
                <w:lang w:eastAsia="ko-KR"/>
              </w:rPr>
              <w:t xml:space="preserve">, 기업대표전화번호, 기업대표이메일, </w:t>
            </w:r>
            <w:proofErr w:type="spellStart"/>
            <w:r w:rsidRPr="009C3E08">
              <w:rPr>
                <w:rFonts w:ascii="한양중고딕" w:eastAsia="한양중고딕" w:hAnsi="굴림" w:cs="굴림" w:hint="eastAsia"/>
                <w:color w:val="000000"/>
                <w:spacing w:val="-14"/>
                <w:w w:val="90"/>
                <w:sz w:val="18"/>
                <w:szCs w:val="18"/>
                <w:lang w:eastAsia="ko-KR"/>
              </w:rPr>
              <w:t>주생산품</w:t>
            </w:r>
            <w:proofErr w:type="spellEnd"/>
            <w:r w:rsidRPr="009C3E08">
              <w:rPr>
                <w:rFonts w:ascii="한양중고딕" w:eastAsia="한양중고딕" w:hAnsi="굴림" w:cs="굴림" w:hint="eastAsia"/>
                <w:color w:val="000000"/>
                <w:spacing w:val="-14"/>
                <w:w w:val="90"/>
                <w:sz w:val="18"/>
                <w:szCs w:val="18"/>
                <w:lang w:eastAsia="ko-KR"/>
              </w:rPr>
              <w:t xml:space="preserve"> 등</w:t>
            </w:r>
          </w:p>
        </w:tc>
      </w:tr>
      <w:tr w:rsidR="009C3E08" w:rsidRPr="009C3E08" w:rsidTr="003043BB">
        <w:trPr>
          <w:trHeight w:val="104"/>
        </w:trPr>
        <w:tc>
          <w:tcPr>
            <w:tcW w:w="1701" w:type="dxa"/>
            <w:tcBorders>
              <w:top w:val="single" w:sz="2" w:space="0" w:color="000000"/>
              <w:left w:val="single" w:sz="12" w:space="0" w:color="auto"/>
              <w:bottom w:val="single" w:sz="2" w:space="0" w:color="000000"/>
              <w:right w:val="single" w:sz="2" w:space="0" w:color="000000"/>
            </w:tcBorders>
            <w:tcMar>
              <w:top w:w="28" w:type="dxa"/>
              <w:left w:w="102" w:type="dxa"/>
              <w:bottom w:w="28" w:type="dxa"/>
              <w:right w:w="102" w:type="dxa"/>
            </w:tcMar>
            <w:vAlign w:val="center"/>
            <w:hideMark/>
          </w:tcPr>
          <w:p w:rsidR="009C3E08" w:rsidRPr="008F3E5B" w:rsidRDefault="009C3E08" w:rsidP="001E7699">
            <w:pPr>
              <w:widowControl w:val="0"/>
              <w:autoSpaceDE w:val="0"/>
              <w:autoSpaceDN w:val="0"/>
              <w:spacing w:line="240" w:lineRule="exact"/>
              <w:jc w:val="center"/>
              <w:textAlignment w:val="baseline"/>
              <w:rPr>
                <w:rFonts w:ascii="함초롬바탕" w:eastAsia="굴림" w:hAnsi="굴림" w:cs="굴림"/>
                <w:color w:val="000000"/>
                <w:sz w:val="18"/>
                <w:szCs w:val="18"/>
                <w:lang w:eastAsia="ko-KR"/>
              </w:rPr>
            </w:pPr>
            <w:r w:rsidRPr="008F3E5B">
              <w:rPr>
                <w:rFonts w:ascii="한양중고딕" w:eastAsia="한양중고딕" w:hAnsi="굴림" w:cs="굴림" w:hint="eastAsia"/>
                <w:color w:val="000000"/>
                <w:w w:val="85"/>
                <w:sz w:val="18"/>
                <w:szCs w:val="18"/>
                <w:lang w:eastAsia="ko-KR"/>
              </w:rPr>
              <w:t xml:space="preserve">제공 정보 </w:t>
            </w:r>
            <w:proofErr w:type="spellStart"/>
            <w:r w:rsidRPr="008F3E5B">
              <w:rPr>
                <w:rFonts w:ascii="한양중고딕" w:eastAsia="한양중고딕" w:hAnsi="굴림" w:cs="굴림" w:hint="eastAsia"/>
                <w:color w:val="000000"/>
                <w:w w:val="85"/>
                <w:sz w:val="18"/>
                <w:szCs w:val="18"/>
                <w:lang w:eastAsia="ko-KR"/>
              </w:rPr>
              <w:t>보유·이용</w:t>
            </w:r>
            <w:proofErr w:type="spellEnd"/>
            <w:r w:rsidRPr="008F3E5B">
              <w:rPr>
                <w:rFonts w:ascii="한양중고딕" w:eastAsia="한양중고딕" w:hAnsi="굴림" w:cs="굴림" w:hint="eastAsia"/>
                <w:color w:val="000000"/>
                <w:w w:val="85"/>
                <w:sz w:val="18"/>
                <w:szCs w:val="18"/>
                <w:lang w:eastAsia="ko-KR"/>
              </w:rPr>
              <w:t xml:space="preserve"> 기간</w:t>
            </w:r>
          </w:p>
        </w:tc>
        <w:tc>
          <w:tcPr>
            <w:tcW w:w="7917" w:type="dxa"/>
            <w:tcBorders>
              <w:top w:val="single" w:sz="2" w:space="0" w:color="000000"/>
              <w:left w:val="single" w:sz="2" w:space="0" w:color="000000"/>
              <w:bottom w:val="single" w:sz="2" w:space="0" w:color="000000"/>
              <w:right w:val="single" w:sz="12" w:space="0" w:color="auto"/>
            </w:tcBorders>
            <w:tcMar>
              <w:top w:w="28" w:type="dxa"/>
              <w:left w:w="102" w:type="dxa"/>
              <w:bottom w:w="28" w:type="dxa"/>
              <w:right w:w="102" w:type="dxa"/>
            </w:tcMar>
            <w:vAlign w:val="center"/>
            <w:hideMark/>
          </w:tcPr>
          <w:p w:rsidR="009C3E08" w:rsidRPr="00D53E27" w:rsidRDefault="009C3E08" w:rsidP="001E7699">
            <w:pPr>
              <w:widowControl w:val="0"/>
              <w:autoSpaceDE w:val="0"/>
              <w:autoSpaceDN w:val="0"/>
              <w:spacing w:after="20" w:line="240" w:lineRule="exact"/>
              <w:jc w:val="both"/>
              <w:textAlignment w:val="baseline"/>
              <w:rPr>
                <w:rFonts w:ascii="한컴바탕" w:eastAsia="굴림" w:hAnsi="굴림" w:cs="굴림"/>
                <w:color w:val="000000"/>
                <w:sz w:val="17"/>
                <w:szCs w:val="17"/>
                <w:lang w:eastAsia="ko-KR"/>
              </w:rPr>
            </w:pPr>
            <w:r w:rsidRPr="00D53E27">
              <w:rPr>
                <w:rFonts w:ascii="MS Gothic" w:eastAsia="MS Gothic" w:hAnsi="MS Gothic" w:cs="MS Gothic" w:hint="eastAsia"/>
                <w:color w:val="000000"/>
                <w:spacing w:val="-16"/>
                <w:w w:val="90"/>
                <w:sz w:val="17"/>
                <w:szCs w:val="17"/>
                <w:lang w:eastAsia="ko-KR"/>
              </w:rPr>
              <w:t>‣</w:t>
            </w:r>
            <w:r w:rsidRPr="00D53E27">
              <w:rPr>
                <w:rFonts w:ascii="한양중고딕" w:eastAsia="한양중고딕" w:hAnsi="굴림" w:cs="굴림" w:hint="eastAsia"/>
                <w:color w:val="000000"/>
                <w:spacing w:val="-22"/>
                <w:w w:val="90"/>
                <w:sz w:val="17"/>
                <w:szCs w:val="17"/>
                <w:lang w:eastAsia="ko-KR"/>
              </w:rPr>
              <w:t xml:space="preserve">기업(신용)정보는 제공된 날로부터 동의 철회 시 또는 해당 지원 사업 참여 종료 후 5년간 </w:t>
            </w:r>
            <w:proofErr w:type="spellStart"/>
            <w:r w:rsidRPr="00D53E27">
              <w:rPr>
                <w:rFonts w:ascii="한양중고딕" w:eastAsia="한양중고딕" w:hAnsi="굴림" w:cs="굴림" w:hint="eastAsia"/>
                <w:color w:val="000000"/>
                <w:spacing w:val="-22"/>
                <w:w w:val="90"/>
                <w:sz w:val="17"/>
                <w:szCs w:val="17"/>
                <w:lang w:eastAsia="ko-KR"/>
              </w:rPr>
              <w:t>보유</w:t>
            </w:r>
            <w:r w:rsidR="00D51EE9">
              <w:rPr>
                <w:rFonts w:ascii="MS Gothic" w:eastAsia="MS Gothic" w:hAnsi="MS Gothic" w:cs="MS Gothic" w:hint="eastAsia"/>
                <w:color w:val="000000"/>
                <w:spacing w:val="-22"/>
                <w:w w:val="90"/>
                <w:sz w:val="17"/>
                <w:szCs w:val="17"/>
                <w:lang w:eastAsia="ko-KR"/>
              </w:rPr>
              <w:t>·</w:t>
            </w:r>
            <w:r w:rsidRPr="00D53E27">
              <w:rPr>
                <w:rFonts w:ascii="한양중고딕" w:eastAsia="한양중고딕" w:hAnsi="굴림" w:cs="굴림" w:hint="eastAsia"/>
                <w:color w:val="000000"/>
                <w:spacing w:val="-22"/>
                <w:w w:val="90"/>
                <w:sz w:val="17"/>
                <w:szCs w:val="17"/>
                <w:lang w:eastAsia="ko-KR"/>
              </w:rPr>
              <w:t>이용되며</w:t>
            </w:r>
            <w:proofErr w:type="spellEnd"/>
            <w:r w:rsidRPr="00D53E27">
              <w:rPr>
                <w:rFonts w:ascii="한양중고딕" w:eastAsia="한양중고딕" w:hAnsi="굴림" w:cs="굴림" w:hint="eastAsia"/>
                <w:color w:val="000000"/>
                <w:spacing w:val="-22"/>
                <w:w w:val="90"/>
                <w:sz w:val="17"/>
                <w:szCs w:val="17"/>
                <w:lang w:eastAsia="ko-KR"/>
              </w:rPr>
              <w:t xml:space="preserve">, </w:t>
            </w:r>
            <w:r w:rsidRPr="00D53E27">
              <w:rPr>
                <w:rFonts w:ascii="한양중고딕" w:eastAsia="한양중고딕" w:hAnsi="굴림" w:cs="굴림" w:hint="eastAsia"/>
                <w:color w:val="000000"/>
                <w:spacing w:val="-26"/>
                <w:w w:val="90"/>
                <w:sz w:val="17"/>
                <w:szCs w:val="17"/>
                <w:lang w:eastAsia="ko-KR"/>
              </w:rPr>
              <w:t>동의 철회 또는 해당 지원 사업 참여 종료 후 5년 후에는 위에 기재된 제공(조회)의 목적과 관련된 금융사고</w:t>
            </w:r>
            <w:r w:rsidRPr="00D53E27">
              <w:rPr>
                <w:rFonts w:ascii="한컴바탕" w:eastAsia="한양중고딕" w:hAnsi="굴림" w:cs="굴림"/>
                <w:color w:val="000000"/>
                <w:spacing w:val="-22"/>
                <w:w w:val="90"/>
                <w:sz w:val="17"/>
                <w:szCs w:val="17"/>
                <w:lang w:eastAsia="ko-KR"/>
              </w:rPr>
              <w:t xml:space="preserve"> </w:t>
            </w:r>
            <w:r w:rsidRPr="00D53E27">
              <w:rPr>
                <w:rFonts w:ascii="한양중고딕" w:eastAsia="한양중고딕" w:hAnsi="굴림" w:cs="굴림" w:hint="eastAsia"/>
                <w:color w:val="000000"/>
                <w:spacing w:val="-22"/>
                <w:w w:val="90"/>
                <w:sz w:val="17"/>
                <w:szCs w:val="17"/>
                <w:lang w:eastAsia="ko-KR"/>
              </w:rPr>
              <w:t xml:space="preserve">조사, 분쟁해결 민원처리, 리스크 관리업무, 법령상 의무이행을 위하여 필요한 범위 내에서만 </w:t>
            </w:r>
            <w:proofErr w:type="spellStart"/>
            <w:r w:rsidRPr="00D53E27">
              <w:rPr>
                <w:rFonts w:ascii="한양중고딕" w:eastAsia="한양중고딕" w:hAnsi="굴림" w:cs="굴림" w:hint="eastAsia"/>
                <w:color w:val="000000"/>
                <w:spacing w:val="-22"/>
                <w:w w:val="90"/>
                <w:sz w:val="17"/>
                <w:szCs w:val="17"/>
                <w:lang w:eastAsia="ko-KR"/>
              </w:rPr>
              <w:t>보유</w:t>
            </w:r>
            <w:r w:rsidR="0077680F">
              <w:rPr>
                <w:rFonts w:ascii="MS Gothic" w:eastAsia="MS Gothic" w:hAnsi="MS Gothic" w:cs="MS Gothic" w:hint="eastAsia"/>
                <w:color w:val="000000"/>
                <w:spacing w:val="-22"/>
                <w:w w:val="90"/>
                <w:sz w:val="17"/>
                <w:szCs w:val="17"/>
                <w:lang w:eastAsia="ko-KR"/>
              </w:rPr>
              <w:t>·</w:t>
            </w:r>
            <w:r w:rsidRPr="00D53E27">
              <w:rPr>
                <w:rFonts w:ascii="한양중고딕" w:eastAsia="한양중고딕" w:hAnsi="굴림" w:cs="굴림" w:hint="eastAsia"/>
                <w:color w:val="000000"/>
                <w:spacing w:val="-22"/>
                <w:w w:val="90"/>
                <w:sz w:val="17"/>
                <w:szCs w:val="17"/>
                <w:lang w:eastAsia="ko-KR"/>
              </w:rPr>
              <w:t>이용됩니다</w:t>
            </w:r>
            <w:proofErr w:type="spellEnd"/>
            <w:r w:rsidRPr="00D53E27">
              <w:rPr>
                <w:rFonts w:ascii="한양중고딕" w:eastAsia="한양중고딕" w:hAnsi="굴림" w:cs="굴림" w:hint="eastAsia"/>
                <w:color w:val="000000"/>
                <w:spacing w:val="-22"/>
                <w:w w:val="90"/>
                <w:sz w:val="17"/>
                <w:szCs w:val="17"/>
                <w:lang w:eastAsia="ko-KR"/>
              </w:rPr>
              <w:t>.</w:t>
            </w:r>
          </w:p>
        </w:tc>
      </w:tr>
      <w:tr w:rsidR="009C3E08" w:rsidRPr="009C3E08" w:rsidTr="003043BB">
        <w:trPr>
          <w:trHeight w:val="678"/>
        </w:trPr>
        <w:tc>
          <w:tcPr>
            <w:tcW w:w="1701" w:type="dxa"/>
            <w:tcBorders>
              <w:top w:val="single" w:sz="2" w:space="0" w:color="000000"/>
              <w:left w:val="single" w:sz="12" w:space="0" w:color="auto"/>
              <w:bottom w:val="single" w:sz="2" w:space="0" w:color="000000"/>
              <w:right w:val="single" w:sz="2" w:space="0" w:color="000000"/>
            </w:tcBorders>
            <w:tcMar>
              <w:top w:w="28" w:type="dxa"/>
              <w:left w:w="102" w:type="dxa"/>
              <w:bottom w:w="28" w:type="dxa"/>
              <w:right w:w="102" w:type="dxa"/>
            </w:tcMar>
            <w:vAlign w:val="center"/>
            <w:hideMark/>
          </w:tcPr>
          <w:p w:rsidR="009C3E08" w:rsidRPr="008F3E5B" w:rsidRDefault="009C3E08" w:rsidP="001E7699">
            <w:pPr>
              <w:widowControl w:val="0"/>
              <w:autoSpaceDE w:val="0"/>
              <w:autoSpaceDN w:val="0"/>
              <w:spacing w:line="240" w:lineRule="exact"/>
              <w:jc w:val="center"/>
              <w:textAlignment w:val="baseline"/>
              <w:rPr>
                <w:rFonts w:ascii="함초롬바탕" w:eastAsia="굴림" w:hAnsi="굴림" w:cs="굴림"/>
                <w:color w:val="000000"/>
                <w:sz w:val="18"/>
                <w:szCs w:val="18"/>
                <w:lang w:eastAsia="ko-KR"/>
              </w:rPr>
            </w:pPr>
            <w:r w:rsidRPr="008F3E5B">
              <w:rPr>
                <w:rFonts w:ascii="한양중고딕" w:eastAsia="한양중고딕" w:hAnsi="굴림" w:cs="굴림" w:hint="eastAsia"/>
                <w:color w:val="000000"/>
                <w:w w:val="85"/>
                <w:sz w:val="18"/>
                <w:szCs w:val="18"/>
                <w:lang w:eastAsia="ko-KR"/>
              </w:rPr>
              <w:lastRenderedPageBreak/>
              <w:t xml:space="preserve">동의를 거부할 권리 및 </w:t>
            </w:r>
            <w:r w:rsidRPr="008F3E5B">
              <w:rPr>
                <w:rFonts w:ascii="한양중고딕" w:eastAsia="한양중고딕" w:hAnsi="굴림" w:cs="굴림" w:hint="eastAsia"/>
                <w:color w:val="000000"/>
                <w:spacing w:val="-2"/>
                <w:w w:val="85"/>
                <w:sz w:val="18"/>
                <w:szCs w:val="18"/>
                <w:lang w:eastAsia="ko-KR"/>
              </w:rPr>
              <w:t>동의를 거부할 경우 불이익</w:t>
            </w:r>
          </w:p>
        </w:tc>
        <w:tc>
          <w:tcPr>
            <w:tcW w:w="7917" w:type="dxa"/>
            <w:tcBorders>
              <w:top w:val="single" w:sz="2" w:space="0" w:color="000000"/>
              <w:left w:val="single" w:sz="2" w:space="0" w:color="000000"/>
              <w:bottom w:val="single" w:sz="2" w:space="0" w:color="000000"/>
              <w:right w:val="single" w:sz="12" w:space="0" w:color="auto"/>
            </w:tcBorders>
            <w:tcMar>
              <w:top w:w="28" w:type="dxa"/>
              <w:left w:w="102" w:type="dxa"/>
              <w:bottom w:w="28" w:type="dxa"/>
              <w:right w:w="102" w:type="dxa"/>
            </w:tcMar>
            <w:vAlign w:val="center"/>
            <w:hideMark/>
          </w:tcPr>
          <w:p w:rsidR="009C3E08" w:rsidRPr="00D53E27" w:rsidRDefault="009C3E08" w:rsidP="001E7699">
            <w:pPr>
              <w:widowControl w:val="0"/>
              <w:autoSpaceDE w:val="0"/>
              <w:autoSpaceDN w:val="0"/>
              <w:spacing w:after="20" w:line="240" w:lineRule="exact"/>
              <w:jc w:val="both"/>
              <w:textAlignment w:val="baseline"/>
              <w:rPr>
                <w:rFonts w:ascii="한컴바탕" w:eastAsia="굴림" w:hAnsi="굴림" w:cs="굴림"/>
                <w:color w:val="000000"/>
                <w:sz w:val="17"/>
                <w:szCs w:val="17"/>
                <w:lang w:eastAsia="ko-KR"/>
              </w:rPr>
            </w:pPr>
            <w:r w:rsidRPr="00D53E27">
              <w:rPr>
                <w:rFonts w:ascii="한양중고딕" w:eastAsia="한양중고딕" w:hAnsi="굴림" w:cs="굴림" w:hint="eastAsia"/>
                <w:color w:val="000000"/>
                <w:spacing w:val="-10"/>
                <w:w w:val="90"/>
                <w:sz w:val="17"/>
                <w:szCs w:val="17"/>
                <w:lang w:eastAsia="ko-KR"/>
              </w:rPr>
              <w:t xml:space="preserve">중소기업은 동의를 거부할 권리가 있으며, 동의를 거부한 경우에는 중소벤처기업부 및 유관기관의 </w:t>
            </w:r>
            <w:proofErr w:type="spellStart"/>
            <w:r w:rsidRPr="00D53E27">
              <w:rPr>
                <w:rFonts w:ascii="한양중고딕" w:eastAsia="한양중고딕" w:hAnsi="굴림" w:cs="굴림" w:hint="eastAsia"/>
                <w:color w:val="000000"/>
                <w:spacing w:val="-10"/>
                <w:w w:val="90"/>
                <w:sz w:val="17"/>
                <w:szCs w:val="17"/>
                <w:lang w:eastAsia="ko-KR"/>
              </w:rPr>
              <w:t>연계지원</w:t>
            </w:r>
            <w:proofErr w:type="spellEnd"/>
            <w:r w:rsidRPr="00D53E27">
              <w:rPr>
                <w:rFonts w:ascii="한양중고딕" w:eastAsia="한양중고딕" w:hAnsi="굴림" w:cs="굴림" w:hint="eastAsia"/>
                <w:color w:val="000000"/>
                <w:spacing w:val="-10"/>
                <w:w w:val="90"/>
                <w:sz w:val="17"/>
                <w:szCs w:val="17"/>
                <w:lang w:eastAsia="ko-KR"/>
              </w:rPr>
              <w:t xml:space="preserve"> 정보 </w:t>
            </w:r>
            <w:proofErr w:type="spellStart"/>
            <w:r w:rsidRPr="00D53E27">
              <w:rPr>
                <w:rFonts w:ascii="한양중고딕" w:eastAsia="한양중고딕" w:hAnsi="굴림" w:cs="굴림" w:hint="eastAsia"/>
                <w:color w:val="000000"/>
                <w:spacing w:val="-10"/>
                <w:w w:val="90"/>
                <w:sz w:val="17"/>
                <w:szCs w:val="17"/>
                <w:lang w:eastAsia="ko-KR"/>
              </w:rPr>
              <w:t>미제공</w:t>
            </w:r>
            <w:proofErr w:type="spellEnd"/>
            <w:r w:rsidRPr="00D53E27">
              <w:rPr>
                <w:rFonts w:ascii="한양중고딕" w:eastAsia="한양중고딕" w:hAnsi="굴림" w:cs="굴림" w:hint="eastAsia"/>
                <w:color w:val="000000"/>
                <w:spacing w:val="-10"/>
                <w:w w:val="90"/>
                <w:sz w:val="17"/>
                <w:szCs w:val="17"/>
                <w:lang w:eastAsia="ko-KR"/>
              </w:rPr>
              <w:t xml:space="preserve"> 등의 불이익이 발생할 수 있음</w:t>
            </w:r>
          </w:p>
        </w:tc>
      </w:tr>
      <w:tr w:rsidR="009C3E08" w:rsidRPr="009C3E08" w:rsidTr="003043BB">
        <w:trPr>
          <w:trHeight w:val="592"/>
        </w:trPr>
        <w:tc>
          <w:tcPr>
            <w:tcW w:w="1701" w:type="dxa"/>
            <w:tcBorders>
              <w:top w:val="single" w:sz="2" w:space="0" w:color="000000"/>
              <w:left w:val="single" w:sz="12" w:space="0" w:color="auto"/>
              <w:bottom w:val="single" w:sz="12" w:space="0" w:color="auto"/>
              <w:right w:val="single" w:sz="2" w:space="0" w:color="000000"/>
            </w:tcBorders>
            <w:tcMar>
              <w:top w:w="28" w:type="dxa"/>
              <w:left w:w="102" w:type="dxa"/>
              <w:bottom w:w="28" w:type="dxa"/>
              <w:right w:w="102" w:type="dxa"/>
            </w:tcMar>
            <w:vAlign w:val="center"/>
            <w:hideMark/>
          </w:tcPr>
          <w:p w:rsidR="009C3E08" w:rsidRPr="008F3E5B" w:rsidRDefault="009C3E08" w:rsidP="001E7699">
            <w:pPr>
              <w:widowControl w:val="0"/>
              <w:autoSpaceDE w:val="0"/>
              <w:autoSpaceDN w:val="0"/>
              <w:spacing w:line="240" w:lineRule="exact"/>
              <w:jc w:val="center"/>
              <w:textAlignment w:val="baseline"/>
              <w:rPr>
                <w:rFonts w:ascii="함초롬바탕" w:eastAsia="굴림" w:hAnsi="굴림" w:cs="굴림"/>
                <w:color w:val="000000"/>
                <w:sz w:val="18"/>
                <w:szCs w:val="18"/>
                <w:lang w:eastAsia="ko-KR"/>
              </w:rPr>
            </w:pPr>
            <w:r w:rsidRPr="008F3E5B">
              <w:rPr>
                <w:rFonts w:ascii="한양중고딕" w:eastAsia="한양중고딕" w:hAnsi="굴림" w:cs="굴림" w:hint="eastAsia"/>
                <w:color w:val="000000"/>
                <w:spacing w:val="-24"/>
                <w:w w:val="85"/>
                <w:sz w:val="18"/>
                <w:szCs w:val="18"/>
                <w:lang w:eastAsia="ko-KR"/>
              </w:rPr>
              <w:t>제공 동의여부</w:t>
            </w:r>
          </w:p>
        </w:tc>
        <w:tc>
          <w:tcPr>
            <w:tcW w:w="7917" w:type="dxa"/>
            <w:tcBorders>
              <w:top w:val="single" w:sz="2" w:space="0" w:color="000000"/>
              <w:left w:val="single" w:sz="2" w:space="0" w:color="000000"/>
              <w:bottom w:val="single" w:sz="12" w:space="0" w:color="auto"/>
              <w:right w:val="single" w:sz="12" w:space="0" w:color="auto"/>
            </w:tcBorders>
            <w:tcMar>
              <w:top w:w="28" w:type="dxa"/>
              <w:left w:w="102" w:type="dxa"/>
              <w:bottom w:w="28" w:type="dxa"/>
              <w:right w:w="102" w:type="dxa"/>
            </w:tcMar>
            <w:vAlign w:val="center"/>
            <w:hideMark/>
          </w:tcPr>
          <w:p w:rsidR="009C3E08" w:rsidRPr="00CC118A" w:rsidRDefault="009C3E08" w:rsidP="001E7699">
            <w:pPr>
              <w:widowControl w:val="0"/>
              <w:autoSpaceDE w:val="0"/>
              <w:autoSpaceDN w:val="0"/>
              <w:spacing w:line="240" w:lineRule="exact"/>
              <w:jc w:val="both"/>
              <w:textAlignment w:val="baseline"/>
              <w:rPr>
                <w:rFonts w:ascii="함초롬바탕" w:eastAsia="굴림" w:hAnsi="굴림" w:cs="굴림"/>
                <w:color w:val="000000"/>
                <w:sz w:val="17"/>
                <w:szCs w:val="17"/>
                <w:lang w:eastAsia="ko-KR"/>
              </w:rPr>
            </w:pPr>
            <w:proofErr w:type="spellStart"/>
            <w:r w:rsidRPr="009C3E08">
              <w:rPr>
                <w:rFonts w:ascii="한양중고딕" w:eastAsia="한양중고딕" w:hAnsi="굴림" w:cs="굴림" w:hint="eastAsia"/>
                <w:color w:val="000000"/>
                <w:spacing w:val="-10"/>
                <w:w w:val="90"/>
                <w:sz w:val="18"/>
                <w:szCs w:val="18"/>
                <w:lang w:eastAsia="ko-KR"/>
              </w:rPr>
              <w:t>중</w:t>
            </w:r>
            <w:r w:rsidRPr="00CC118A">
              <w:rPr>
                <w:rFonts w:ascii="한양중고딕" w:eastAsia="한양중고딕" w:hAnsi="굴림" w:cs="굴림" w:hint="eastAsia"/>
                <w:color w:val="000000"/>
                <w:spacing w:val="-10"/>
                <w:w w:val="90"/>
                <w:sz w:val="17"/>
                <w:szCs w:val="17"/>
                <w:lang w:eastAsia="ko-KR"/>
              </w:rPr>
              <w:t>진공이</w:t>
            </w:r>
            <w:proofErr w:type="spellEnd"/>
            <w:r w:rsidRPr="00CC118A">
              <w:rPr>
                <w:rFonts w:ascii="한양중고딕" w:eastAsia="한양중고딕" w:hAnsi="굴림" w:cs="굴림" w:hint="eastAsia"/>
                <w:color w:val="000000"/>
                <w:spacing w:val="-10"/>
                <w:w w:val="90"/>
                <w:sz w:val="17"/>
                <w:szCs w:val="17"/>
                <w:lang w:eastAsia="ko-KR"/>
              </w:rPr>
              <w:t xml:space="preserve"> 본인을 대리하여 중소벤처기업부 및 유관기관에 제공하는 것에 동의하고, 제공된 정보를 중소벤처기업부가 제공 대상기관에 제공하는 것도 동의합니다. </w:t>
            </w:r>
          </w:p>
          <w:p w:rsidR="009C3E08" w:rsidRPr="009C3E08" w:rsidRDefault="009C3E08" w:rsidP="001E7699">
            <w:pPr>
              <w:widowControl w:val="0"/>
              <w:autoSpaceDE w:val="0"/>
              <w:autoSpaceDN w:val="0"/>
              <w:spacing w:line="240" w:lineRule="exact"/>
              <w:jc w:val="right"/>
              <w:textAlignment w:val="baseline"/>
              <w:rPr>
                <w:rFonts w:ascii="함초롬바탕" w:eastAsia="굴림" w:hAnsi="굴림" w:cs="굴림"/>
                <w:color w:val="000000"/>
                <w:szCs w:val="20"/>
                <w:lang w:eastAsia="ko-KR"/>
              </w:rPr>
            </w:pPr>
            <w:r w:rsidRPr="009C3E08">
              <w:rPr>
                <w:rFonts w:ascii="한양중고딕" w:eastAsia="한양중고딕" w:hAnsi="굴림" w:cs="굴림" w:hint="eastAsia"/>
                <w:b/>
                <w:bCs/>
                <w:color w:val="000000"/>
                <w:spacing w:val="-10"/>
                <w:w w:val="90"/>
                <w:sz w:val="18"/>
                <w:szCs w:val="18"/>
                <w:lang w:eastAsia="ko-KR"/>
              </w:rPr>
              <w:t xml:space="preserve">(동의함 </w:t>
            </w:r>
            <w:r w:rsidRPr="009C3E08">
              <w:rPr>
                <w:rFonts w:ascii="한양중고딕" w:eastAsia="한양중고딕" w:hAnsi="한양중고딕" w:cs="굴림" w:hint="eastAsia"/>
                <w:b/>
                <w:bCs/>
                <w:color w:val="000000"/>
                <w:spacing w:val="-10"/>
                <w:w w:val="90"/>
                <w:sz w:val="18"/>
                <w:szCs w:val="18"/>
                <w:lang w:eastAsia="ko-KR"/>
              </w:rPr>
              <w:t xml:space="preserve">□ </w:t>
            </w:r>
            <w:r w:rsidRPr="009C3E08">
              <w:rPr>
                <w:rFonts w:ascii="한양중고딕" w:eastAsia="한양중고딕" w:hAnsi="굴림" w:cs="굴림" w:hint="eastAsia"/>
                <w:b/>
                <w:bCs/>
                <w:color w:val="000000"/>
                <w:spacing w:val="-10"/>
                <w:w w:val="90"/>
                <w:sz w:val="18"/>
                <w:szCs w:val="18"/>
                <w:lang w:eastAsia="ko-KR"/>
              </w:rPr>
              <w:t xml:space="preserve">동의하지 않음 </w:t>
            </w:r>
            <w:r w:rsidRPr="009C3E08">
              <w:rPr>
                <w:rFonts w:ascii="한양중고딕" w:eastAsia="한양중고딕" w:hAnsi="한양중고딕" w:cs="굴림" w:hint="eastAsia"/>
                <w:b/>
                <w:bCs/>
                <w:color w:val="000000"/>
                <w:spacing w:val="-10"/>
                <w:w w:val="90"/>
                <w:sz w:val="18"/>
                <w:szCs w:val="18"/>
                <w:lang w:eastAsia="ko-KR"/>
              </w:rPr>
              <w:t>□</w:t>
            </w:r>
            <w:r w:rsidRPr="009C3E08">
              <w:rPr>
                <w:rFonts w:ascii="한양중고딕" w:eastAsia="한양중고딕" w:hAnsi="굴림" w:cs="굴림" w:hint="eastAsia"/>
                <w:b/>
                <w:bCs/>
                <w:color w:val="000000"/>
                <w:spacing w:val="-10"/>
                <w:w w:val="90"/>
                <w:sz w:val="18"/>
                <w:szCs w:val="18"/>
                <w:lang w:eastAsia="ko-KR"/>
              </w:rPr>
              <w:t>)</w:t>
            </w:r>
          </w:p>
        </w:tc>
      </w:tr>
    </w:tbl>
    <w:p w:rsidR="00A600F9" w:rsidRDefault="00A600F9">
      <w:pPr>
        <w:spacing w:after="200" w:line="276" w:lineRule="auto"/>
        <w:rPr>
          <w:rFonts w:ascii="함초롬돋움" w:eastAsia="함초롬바탕" w:hAnsi="함초롬돋움" w:hint="eastAsia"/>
          <w:sz w:val="10"/>
          <w:szCs w:val="10"/>
          <w:lang w:eastAsia="ko-KR"/>
        </w:rPr>
      </w:pPr>
    </w:p>
    <w:tbl>
      <w:tblPr>
        <w:tblOverlap w:val="never"/>
        <w:tblW w:w="0" w:type="auto"/>
        <w:tblInd w:w="102" w:type="dxa"/>
        <w:tblCellMar>
          <w:top w:w="15" w:type="dxa"/>
          <w:left w:w="15" w:type="dxa"/>
          <w:bottom w:w="15" w:type="dxa"/>
          <w:right w:w="15" w:type="dxa"/>
        </w:tblCellMar>
        <w:tblLook w:val="04A0" w:firstRow="1" w:lastRow="0" w:firstColumn="1" w:lastColumn="0" w:noHBand="0" w:noVBand="1"/>
      </w:tblPr>
      <w:tblGrid>
        <w:gridCol w:w="9622"/>
      </w:tblGrid>
      <w:tr w:rsidR="009C3E08" w:rsidRPr="009C3E08" w:rsidTr="00153480">
        <w:trPr>
          <w:trHeight w:val="292"/>
        </w:trPr>
        <w:tc>
          <w:tcPr>
            <w:tcW w:w="9593" w:type="dxa"/>
            <w:tcBorders>
              <w:top w:val="single" w:sz="12" w:space="0" w:color="000000"/>
              <w:left w:val="single" w:sz="12" w:space="0" w:color="000000"/>
              <w:bottom w:val="single" w:sz="12" w:space="0" w:color="000000"/>
              <w:right w:val="single" w:sz="12" w:space="0" w:color="000000"/>
            </w:tcBorders>
            <w:tcMar>
              <w:top w:w="28" w:type="dxa"/>
              <w:left w:w="102" w:type="dxa"/>
              <w:bottom w:w="28" w:type="dxa"/>
              <w:right w:w="102" w:type="dxa"/>
            </w:tcMar>
            <w:hideMark/>
          </w:tcPr>
          <w:p w:rsidR="009C3E08" w:rsidRPr="009C3E08" w:rsidRDefault="009C3E08" w:rsidP="007945EF">
            <w:pPr>
              <w:widowControl w:val="0"/>
              <w:autoSpaceDE w:val="0"/>
              <w:autoSpaceDN w:val="0"/>
              <w:spacing w:line="240" w:lineRule="exact"/>
              <w:jc w:val="center"/>
              <w:textAlignment w:val="baseline"/>
              <w:rPr>
                <w:rFonts w:ascii="함초롬바탕" w:eastAsia="굴림" w:hAnsi="굴림" w:cs="굴림"/>
                <w:color w:val="000000"/>
                <w:szCs w:val="20"/>
                <w:lang w:eastAsia="ko-KR"/>
              </w:rPr>
            </w:pPr>
            <w:r w:rsidRPr="009C3E08">
              <w:rPr>
                <w:rFonts w:ascii="HY헤드라인M" w:eastAsia="HY헤드라인M" w:hAnsi="HY헤드라인M" w:cs="굴림" w:hint="eastAsia"/>
                <w:color w:val="000000"/>
                <w:spacing w:val="40"/>
                <w:sz w:val="22"/>
                <w:lang w:eastAsia="ko-KR"/>
              </w:rPr>
              <w:t>【</w:t>
            </w:r>
            <w:r w:rsidRPr="009C3E08">
              <w:rPr>
                <w:rFonts w:ascii="HY헤드라인M" w:eastAsia="HY헤드라인M" w:hAnsi="굴림" w:cs="굴림" w:hint="eastAsia"/>
                <w:color w:val="000000"/>
                <w:spacing w:val="40"/>
                <w:sz w:val="22"/>
                <w:lang w:eastAsia="ko-KR"/>
              </w:rPr>
              <w:t>고객정보 활용 동의서</w:t>
            </w:r>
            <w:r w:rsidRPr="009C3E08">
              <w:rPr>
                <w:rFonts w:ascii="HY헤드라인M" w:eastAsia="HY헤드라인M" w:hAnsi="HY헤드라인M" w:cs="굴림" w:hint="eastAsia"/>
                <w:color w:val="000000"/>
                <w:spacing w:val="40"/>
                <w:sz w:val="22"/>
                <w:lang w:eastAsia="ko-KR"/>
              </w:rPr>
              <w:t>】</w:t>
            </w:r>
          </w:p>
        </w:tc>
      </w:tr>
      <w:tr w:rsidR="009C3E08" w:rsidRPr="009C3E08" w:rsidTr="00153480">
        <w:trPr>
          <w:trHeight w:val="56"/>
        </w:trPr>
        <w:tc>
          <w:tcPr>
            <w:tcW w:w="9593" w:type="dxa"/>
            <w:tcBorders>
              <w:top w:val="single" w:sz="12" w:space="0" w:color="000000"/>
              <w:left w:val="single" w:sz="12" w:space="0" w:color="000000"/>
              <w:bottom w:val="single" w:sz="12" w:space="0" w:color="000000"/>
              <w:right w:val="single" w:sz="12" w:space="0" w:color="000000"/>
            </w:tcBorders>
            <w:tcMar>
              <w:top w:w="28" w:type="dxa"/>
              <w:left w:w="102" w:type="dxa"/>
              <w:bottom w:w="28" w:type="dxa"/>
              <w:right w:w="102" w:type="dxa"/>
            </w:tcMar>
            <w:hideMark/>
          </w:tcPr>
          <w:p w:rsidR="009C3E08" w:rsidRPr="00A729EB" w:rsidRDefault="009C3E08" w:rsidP="007945EF">
            <w:pPr>
              <w:widowControl w:val="0"/>
              <w:autoSpaceDE w:val="0"/>
              <w:autoSpaceDN w:val="0"/>
              <w:spacing w:line="240" w:lineRule="exact"/>
              <w:ind w:firstLine="200"/>
              <w:jc w:val="both"/>
              <w:textAlignment w:val="baseline"/>
              <w:rPr>
                <w:rFonts w:ascii="함초롬바탕" w:eastAsia="굴림" w:hAnsi="굴림" w:cs="굴림"/>
                <w:color w:val="000000"/>
                <w:szCs w:val="20"/>
                <w:lang w:eastAsia="ko-KR"/>
              </w:rPr>
            </w:pPr>
            <w:r w:rsidRPr="00A729EB">
              <w:rPr>
                <w:rFonts w:ascii="휴먼명조" w:eastAsia="휴먼명조" w:hAnsi="굴림" w:cs="굴림" w:hint="eastAsia"/>
                <w:b/>
                <w:bCs/>
                <w:color w:val="000000"/>
                <w:spacing w:val="-8"/>
                <w:w w:val="97"/>
                <w:szCs w:val="20"/>
                <w:lang w:eastAsia="ko-KR"/>
              </w:rPr>
              <w:t xml:space="preserve">□ </w:t>
            </w:r>
            <w:r w:rsidRPr="00A729EB">
              <w:rPr>
                <w:rFonts w:ascii="휴먼명조" w:eastAsia="휴먼명조" w:hAnsi="굴림" w:cs="굴림" w:hint="eastAsia"/>
                <w:b/>
                <w:bCs/>
                <w:color w:val="000000"/>
                <w:szCs w:val="20"/>
                <w:lang w:eastAsia="ko-KR"/>
              </w:rPr>
              <w:t>행정정보공동이용에 관한 사항</w:t>
            </w:r>
            <w:r w:rsidRPr="00A729EB">
              <w:rPr>
                <w:rFonts w:ascii="HCI Poppy" w:eastAsia="휴먼명조" w:hAnsi="HCI Poppy" w:cs="굴림"/>
                <w:color w:val="000000"/>
                <w:szCs w:val="20"/>
                <w:lang w:eastAsia="ko-KR"/>
              </w:rPr>
              <w:t>(</w:t>
            </w:r>
            <w:r w:rsidRPr="00A729EB">
              <w:rPr>
                <w:rFonts w:ascii="휴먼명조" w:eastAsia="휴먼명조" w:hAnsi="굴림" w:cs="굴림" w:hint="eastAsia"/>
                <w:color w:val="000000"/>
                <w:szCs w:val="20"/>
                <w:lang w:eastAsia="ko-KR"/>
              </w:rPr>
              <w:t>선택사항</w:t>
            </w:r>
            <w:r w:rsidRPr="00A729EB">
              <w:rPr>
                <w:rFonts w:ascii="HCI Poppy" w:eastAsia="휴먼명조" w:hAnsi="HCI Poppy" w:cs="굴림"/>
                <w:color w:val="000000"/>
                <w:szCs w:val="20"/>
                <w:lang w:eastAsia="ko-KR"/>
              </w:rPr>
              <w:t>)</w:t>
            </w:r>
          </w:p>
          <w:p w:rsidR="009C3E08" w:rsidRPr="009C3E08" w:rsidRDefault="009C3E08" w:rsidP="007945EF">
            <w:pPr>
              <w:widowControl w:val="0"/>
              <w:autoSpaceDE w:val="0"/>
              <w:autoSpaceDN w:val="0"/>
              <w:spacing w:line="240" w:lineRule="exact"/>
              <w:ind w:firstLine="200"/>
              <w:jc w:val="both"/>
              <w:textAlignment w:val="baseline"/>
              <w:rPr>
                <w:rFonts w:ascii="함초롬바탕" w:eastAsia="굴림" w:hAnsi="굴림" w:cs="굴림"/>
                <w:b/>
                <w:bCs/>
                <w:color w:val="000000"/>
                <w:spacing w:val="-8"/>
                <w:w w:val="97"/>
                <w:sz w:val="8"/>
                <w:szCs w:val="8"/>
                <w:lang w:eastAsia="ko-KR"/>
              </w:rPr>
            </w:pPr>
          </w:p>
          <w:p w:rsidR="009C3E08" w:rsidRPr="00A729EB" w:rsidRDefault="009C3E08" w:rsidP="007945EF">
            <w:pPr>
              <w:widowControl w:val="0"/>
              <w:autoSpaceDE w:val="0"/>
              <w:autoSpaceDN w:val="0"/>
              <w:spacing w:line="240" w:lineRule="exact"/>
              <w:ind w:leftChars="100" w:left="200"/>
              <w:jc w:val="both"/>
              <w:textAlignment w:val="baseline"/>
              <w:rPr>
                <w:rFonts w:ascii="함초롬바탕" w:eastAsia="굴림" w:hAnsi="굴림" w:cs="굴림"/>
                <w:color w:val="000000"/>
                <w:sz w:val="17"/>
                <w:szCs w:val="17"/>
                <w:lang w:eastAsia="ko-KR"/>
              </w:rPr>
            </w:pPr>
            <w:r w:rsidRPr="00A729EB">
              <w:rPr>
                <w:rFonts w:ascii="한양중고딕" w:eastAsia="한양중고딕" w:hAnsi="한양중고딕" w:cs="굴림" w:hint="eastAsia"/>
                <w:color w:val="000000"/>
                <w:sz w:val="17"/>
                <w:szCs w:val="17"/>
                <w:lang w:eastAsia="ko-KR"/>
              </w:rPr>
              <w:t xml:space="preserve">○ </w:t>
            </w:r>
            <w:r w:rsidRPr="00A729EB">
              <w:rPr>
                <w:rFonts w:ascii="한양중고딕" w:eastAsia="한양중고딕" w:hAnsi="굴림" w:cs="굴림" w:hint="eastAsia"/>
                <w:color w:val="000000"/>
                <w:spacing w:val="-8"/>
                <w:sz w:val="17"/>
                <w:szCs w:val="17"/>
                <w:lang w:eastAsia="ko-KR"/>
              </w:rPr>
              <w:t>본인은 아래의</w:t>
            </w:r>
            <w:r w:rsidRPr="00A729EB">
              <w:rPr>
                <w:rFonts w:ascii="함초롬바탕" w:eastAsia="한양중고딕" w:hAnsi="굴림" w:cs="굴림"/>
                <w:color w:val="000000"/>
                <w:spacing w:val="-14"/>
                <w:sz w:val="17"/>
                <w:szCs w:val="17"/>
                <w:lang w:eastAsia="ko-KR"/>
              </w:rPr>
              <w:t xml:space="preserve"> </w:t>
            </w:r>
            <w:r w:rsidRPr="00A729EB">
              <w:rPr>
                <w:rFonts w:ascii="한양중고딕" w:eastAsia="한양중고딕" w:hAnsi="굴림" w:cs="굴림" w:hint="eastAsia"/>
                <w:color w:val="000000"/>
                <w:spacing w:val="-14"/>
                <w:sz w:val="17"/>
                <w:szCs w:val="17"/>
                <w:lang w:eastAsia="ko-KR"/>
              </w:rPr>
              <w:t xml:space="preserve">사무 처리를 위하여 </w:t>
            </w:r>
            <w:r w:rsidRPr="00A729EB">
              <w:rPr>
                <w:rFonts w:ascii="한양중고딕" w:eastAsia="한양중고딕" w:hAnsi="한양중고딕" w:cs="굴림" w:hint="eastAsia"/>
                <w:color w:val="000000"/>
                <w:spacing w:val="-14"/>
                <w:sz w:val="17"/>
                <w:szCs w:val="17"/>
                <w:lang w:eastAsia="ko-KR"/>
              </w:rPr>
              <w:t>「</w:t>
            </w:r>
            <w:proofErr w:type="spellStart"/>
            <w:r w:rsidRPr="00A729EB">
              <w:rPr>
                <w:rFonts w:ascii="한양중고딕" w:eastAsia="한양중고딕" w:hAnsi="굴림" w:cs="굴림" w:hint="eastAsia"/>
                <w:color w:val="000000"/>
                <w:spacing w:val="-14"/>
                <w:sz w:val="17"/>
                <w:szCs w:val="17"/>
                <w:lang w:eastAsia="ko-KR"/>
              </w:rPr>
              <w:t>전자정부법</w:t>
            </w:r>
            <w:r w:rsidRPr="00A729EB">
              <w:rPr>
                <w:rFonts w:ascii="한양중고딕" w:eastAsia="한양중고딕" w:hAnsi="한양중고딕" w:cs="굴림" w:hint="eastAsia"/>
                <w:color w:val="000000"/>
                <w:spacing w:val="-14"/>
                <w:sz w:val="17"/>
                <w:szCs w:val="17"/>
                <w:lang w:eastAsia="ko-KR"/>
              </w:rPr>
              <w:t>」</w:t>
            </w:r>
            <w:r w:rsidRPr="00A729EB">
              <w:rPr>
                <w:rFonts w:ascii="한양중고딕" w:eastAsia="한양중고딕" w:hAnsi="굴림" w:cs="굴림" w:hint="eastAsia"/>
                <w:color w:val="000000"/>
                <w:spacing w:val="-14"/>
                <w:sz w:val="17"/>
                <w:szCs w:val="17"/>
                <w:lang w:eastAsia="ko-KR"/>
              </w:rPr>
              <w:t>제</w:t>
            </w:r>
            <w:proofErr w:type="spellEnd"/>
            <w:r w:rsidRPr="00A729EB">
              <w:rPr>
                <w:rFonts w:ascii="한양중고딕" w:eastAsia="한양중고딕" w:hAnsi="굴림" w:cs="굴림" w:hint="eastAsia"/>
                <w:color w:val="000000"/>
                <w:spacing w:val="-14"/>
                <w:sz w:val="17"/>
                <w:szCs w:val="17"/>
                <w:lang w:eastAsia="ko-KR"/>
              </w:rPr>
              <w:t>36조에 따른 행정</w:t>
            </w:r>
            <w:r w:rsidRPr="00A729EB">
              <w:rPr>
                <w:rFonts w:ascii="한양중고딕" w:eastAsia="한양중고딕" w:hAnsi="굴림" w:cs="굴림" w:hint="eastAsia"/>
                <w:color w:val="000000"/>
                <w:spacing w:val="-8"/>
                <w:sz w:val="17"/>
                <w:szCs w:val="17"/>
                <w:lang w:eastAsia="ko-KR"/>
              </w:rPr>
              <w:t>정보의 공동</w:t>
            </w:r>
            <w:r w:rsidRPr="00A729EB">
              <w:rPr>
                <w:rFonts w:ascii="한양중고딕" w:eastAsia="한양중고딕" w:hAnsi="굴림" w:cs="굴림" w:hint="eastAsia"/>
                <w:color w:val="000000"/>
                <w:spacing w:val="-6"/>
                <w:sz w:val="17"/>
                <w:szCs w:val="17"/>
                <w:lang w:eastAsia="ko-KR"/>
              </w:rPr>
              <w:t xml:space="preserve">이용을 </w:t>
            </w:r>
            <w:r w:rsidRPr="00A729EB">
              <w:rPr>
                <w:rFonts w:ascii="한양중고딕" w:eastAsia="한양중고딕" w:hAnsi="굴림" w:cs="굴림" w:hint="eastAsia"/>
                <w:color w:val="000000"/>
                <w:spacing w:val="-8"/>
                <w:sz w:val="17"/>
                <w:szCs w:val="17"/>
                <w:lang w:eastAsia="ko-KR"/>
              </w:rPr>
              <w:t>통해</w:t>
            </w:r>
            <w:r w:rsidRPr="00A729EB">
              <w:rPr>
                <w:rFonts w:ascii="함초롬바탕" w:eastAsia="한양중고딕" w:hAnsi="굴림" w:cs="굴림"/>
                <w:color w:val="000000"/>
                <w:spacing w:val="-6"/>
                <w:sz w:val="17"/>
                <w:szCs w:val="17"/>
                <w:lang w:eastAsia="ko-KR"/>
              </w:rPr>
              <w:t xml:space="preserve"> </w:t>
            </w:r>
            <w:r w:rsidRPr="00A729EB">
              <w:rPr>
                <w:rFonts w:ascii="한양중고딕" w:eastAsia="한양중고딕" w:hAnsi="굴림" w:cs="굴림" w:hint="eastAsia"/>
                <w:color w:val="000000"/>
                <w:spacing w:val="-6"/>
                <w:sz w:val="17"/>
                <w:szCs w:val="17"/>
                <w:lang w:eastAsia="ko-KR"/>
              </w:rPr>
              <w:t xml:space="preserve">중진공의 </w:t>
            </w:r>
            <w:r w:rsidRPr="00A729EB">
              <w:rPr>
                <w:rFonts w:ascii="한양중고딕" w:eastAsia="한양중고딕" w:hAnsi="굴림" w:cs="굴림" w:hint="eastAsia"/>
                <w:color w:val="000000"/>
                <w:spacing w:val="-18"/>
                <w:sz w:val="17"/>
                <w:szCs w:val="17"/>
                <w:lang w:eastAsia="ko-KR"/>
              </w:rPr>
              <w:t>업무담당자가</w:t>
            </w:r>
            <w:r w:rsidRPr="00A729EB">
              <w:rPr>
                <w:rFonts w:ascii="함초롬바탕" w:eastAsia="한양중고딕" w:hAnsi="굴림" w:cs="굴림"/>
                <w:color w:val="000000"/>
                <w:spacing w:val="-14"/>
                <w:sz w:val="17"/>
                <w:szCs w:val="17"/>
                <w:lang w:eastAsia="ko-KR"/>
              </w:rPr>
              <w:t xml:space="preserve"> </w:t>
            </w:r>
            <w:r w:rsidRPr="00A729EB">
              <w:rPr>
                <w:rFonts w:ascii="한양중고딕" w:eastAsia="한양중고딕" w:hAnsi="굴림" w:cs="굴림" w:hint="eastAsia"/>
                <w:color w:val="000000"/>
                <w:spacing w:val="-14"/>
                <w:sz w:val="17"/>
                <w:szCs w:val="17"/>
                <w:lang w:eastAsia="ko-KR"/>
              </w:rPr>
              <w:t xml:space="preserve">행정정보를 </w:t>
            </w:r>
            <w:proofErr w:type="spellStart"/>
            <w:r w:rsidRPr="00A729EB">
              <w:rPr>
                <w:rFonts w:ascii="한양중고딕" w:eastAsia="한양중고딕" w:hAnsi="굴림" w:cs="굴림" w:hint="eastAsia"/>
                <w:color w:val="000000"/>
                <w:spacing w:val="-14"/>
                <w:sz w:val="17"/>
                <w:szCs w:val="17"/>
                <w:lang w:eastAsia="ko-KR"/>
              </w:rPr>
              <w:t>열람</w:t>
            </w:r>
            <w:r w:rsidRPr="00A729EB">
              <w:rPr>
                <w:rFonts w:ascii="MS Gothic" w:eastAsia="MS Gothic" w:hAnsi="MS Gothic" w:cs="MS Gothic" w:hint="eastAsia"/>
                <w:color w:val="000000"/>
                <w:spacing w:val="-14"/>
                <w:sz w:val="17"/>
                <w:szCs w:val="17"/>
                <w:lang w:eastAsia="ko-KR"/>
              </w:rPr>
              <w:t>․</w:t>
            </w:r>
            <w:r w:rsidRPr="00A729EB">
              <w:rPr>
                <w:rFonts w:ascii="한양중고딕" w:eastAsia="한양중고딕" w:hAnsi="굴림" w:cs="굴림" w:hint="eastAsia"/>
                <w:color w:val="000000"/>
                <w:spacing w:val="-14"/>
                <w:sz w:val="17"/>
                <w:szCs w:val="17"/>
                <w:lang w:eastAsia="ko-KR"/>
              </w:rPr>
              <w:t>이용하는</w:t>
            </w:r>
            <w:proofErr w:type="spellEnd"/>
            <w:r w:rsidRPr="00A729EB">
              <w:rPr>
                <w:rFonts w:ascii="한양중고딕" w:eastAsia="한양중고딕" w:hAnsi="굴림" w:cs="굴림" w:hint="eastAsia"/>
                <w:color w:val="000000"/>
                <w:spacing w:val="-14"/>
                <w:sz w:val="17"/>
                <w:szCs w:val="17"/>
                <w:lang w:eastAsia="ko-KR"/>
              </w:rPr>
              <w:t xml:space="preserve"> 것에</w:t>
            </w:r>
            <w:r w:rsidRPr="00A729EB">
              <w:rPr>
                <w:rFonts w:ascii="함초롬바탕" w:eastAsia="한양중고딕" w:hAnsi="굴림" w:cs="굴림"/>
                <w:color w:val="000000"/>
                <w:spacing w:val="-12"/>
                <w:sz w:val="17"/>
                <w:szCs w:val="17"/>
                <w:lang w:eastAsia="ko-KR"/>
              </w:rPr>
              <w:t xml:space="preserve"> </w:t>
            </w:r>
            <w:r w:rsidRPr="00A729EB">
              <w:rPr>
                <w:rFonts w:ascii="한양중고딕" w:eastAsia="한양중고딕" w:hAnsi="굴림" w:cs="굴림" w:hint="eastAsia"/>
                <w:color w:val="000000"/>
                <w:spacing w:val="-20"/>
                <w:sz w:val="17"/>
                <w:szCs w:val="17"/>
                <w:lang w:eastAsia="ko-KR"/>
              </w:rPr>
              <w:t xml:space="preserve">동의합니다. (기재된 </w:t>
            </w:r>
            <w:proofErr w:type="spellStart"/>
            <w:r w:rsidRPr="00A729EB">
              <w:rPr>
                <w:rFonts w:ascii="한양중고딕" w:eastAsia="한양중고딕" w:hAnsi="굴림" w:cs="굴림" w:hint="eastAsia"/>
                <w:color w:val="000000"/>
                <w:spacing w:val="-20"/>
                <w:sz w:val="17"/>
                <w:szCs w:val="17"/>
                <w:lang w:eastAsia="ko-KR"/>
              </w:rPr>
              <w:t>행정정보는</w:t>
            </w:r>
            <w:proofErr w:type="spellEnd"/>
            <w:r w:rsidRPr="00A729EB">
              <w:rPr>
                <w:rFonts w:ascii="한양중고딕" w:eastAsia="한양중고딕" w:hAnsi="굴림" w:cs="굴림" w:hint="eastAsia"/>
                <w:color w:val="000000"/>
                <w:spacing w:val="-20"/>
                <w:sz w:val="17"/>
                <w:szCs w:val="17"/>
                <w:lang w:eastAsia="ko-KR"/>
              </w:rPr>
              <w:t xml:space="preserve"> 해당 사무 이외의 용도로 사용될 수 없음)</w:t>
            </w:r>
            <w:r w:rsidRPr="00A729EB">
              <w:rPr>
                <w:rFonts w:ascii="함초롬바탕" w:eastAsia="한양중고딕" w:hAnsi="굴림" w:cs="굴림"/>
                <w:color w:val="000000"/>
                <w:sz w:val="17"/>
                <w:szCs w:val="17"/>
                <w:lang w:eastAsia="ko-KR"/>
              </w:rPr>
              <w:t xml:space="preserve"> </w:t>
            </w:r>
          </w:p>
          <w:tbl>
            <w:tblPr>
              <w:tblOverlap w:val="never"/>
              <w:tblW w:w="0" w:type="auto"/>
              <w:jc w:val="right"/>
              <w:tblCellMar>
                <w:top w:w="15" w:type="dxa"/>
                <w:left w:w="15" w:type="dxa"/>
                <w:bottom w:w="15" w:type="dxa"/>
                <w:right w:w="15" w:type="dxa"/>
              </w:tblCellMar>
              <w:tblLook w:val="04A0" w:firstRow="1" w:lastRow="0" w:firstColumn="1" w:lastColumn="0" w:noHBand="0" w:noVBand="1"/>
            </w:tblPr>
            <w:tblGrid>
              <w:gridCol w:w="1615"/>
              <w:gridCol w:w="5979"/>
              <w:gridCol w:w="1553"/>
            </w:tblGrid>
            <w:tr w:rsidR="009C3E08" w:rsidRPr="009C3E08" w:rsidTr="00925F6F">
              <w:trPr>
                <w:trHeight w:val="520"/>
                <w:jc w:val="right"/>
              </w:trPr>
              <w:tc>
                <w:tcPr>
                  <w:tcW w:w="1615" w:type="dxa"/>
                  <w:tcBorders>
                    <w:top w:val="single" w:sz="12" w:space="0" w:color="000000"/>
                    <w:left w:val="single" w:sz="12" w:space="0" w:color="000000"/>
                    <w:bottom w:val="single" w:sz="2" w:space="0" w:color="000000"/>
                    <w:right w:val="single" w:sz="2" w:space="0" w:color="000000"/>
                  </w:tcBorders>
                  <w:tcMar>
                    <w:top w:w="28" w:type="dxa"/>
                    <w:left w:w="28" w:type="dxa"/>
                    <w:bottom w:w="28" w:type="dxa"/>
                    <w:right w:w="28" w:type="dxa"/>
                  </w:tcMar>
                  <w:vAlign w:val="center"/>
                  <w:hideMark/>
                </w:tcPr>
                <w:p w:rsidR="009C3E08" w:rsidRPr="00A729EB" w:rsidRDefault="009C3E08" w:rsidP="007945EF">
                  <w:pPr>
                    <w:widowControl w:val="0"/>
                    <w:autoSpaceDE w:val="0"/>
                    <w:autoSpaceDN w:val="0"/>
                    <w:spacing w:line="240" w:lineRule="exact"/>
                    <w:ind w:left="240" w:hanging="240"/>
                    <w:jc w:val="center"/>
                    <w:textAlignment w:val="baseline"/>
                    <w:rPr>
                      <w:rFonts w:ascii="함초롬바탕" w:eastAsia="굴림" w:hAnsi="굴림" w:cs="굴림"/>
                      <w:color w:val="000000"/>
                      <w:szCs w:val="20"/>
                      <w:lang w:eastAsia="ko-KR"/>
                    </w:rPr>
                  </w:pPr>
                  <w:r w:rsidRPr="00A729EB">
                    <w:rPr>
                      <w:rFonts w:ascii="한양중고딕" w:eastAsia="한양중고딕" w:hAnsi="굴림" w:cs="굴림" w:hint="eastAsia"/>
                      <w:color w:val="000000"/>
                      <w:spacing w:val="-8"/>
                      <w:w w:val="97"/>
                      <w:szCs w:val="20"/>
                      <w:lang w:eastAsia="ko-KR"/>
                    </w:rPr>
                    <w:t>이용 사무</w:t>
                  </w:r>
                </w:p>
                <w:p w:rsidR="009C3E08" w:rsidRPr="00A729EB" w:rsidRDefault="009C3E08" w:rsidP="007945EF">
                  <w:pPr>
                    <w:widowControl w:val="0"/>
                    <w:autoSpaceDE w:val="0"/>
                    <w:autoSpaceDN w:val="0"/>
                    <w:spacing w:line="240" w:lineRule="exact"/>
                    <w:ind w:left="240" w:hanging="240"/>
                    <w:jc w:val="center"/>
                    <w:textAlignment w:val="baseline"/>
                    <w:rPr>
                      <w:rFonts w:ascii="함초롬바탕" w:eastAsia="굴림" w:hAnsi="굴림" w:cs="굴림"/>
                      <w:color w:val="000000"/>
                      <w:szCs w:val="20"/>
                      <w:lang w:eastAsia="ko-KR"/>
                    </w:rPr>
                  </w:pPr>
                  <w:r w:rsidRPr="00A729EB">
                    <w:rPr>
                      <w:rFonts w:ascii="한양중고딕" w:eastAsia="한양중고딕" w:hAnsi="굴림" w:cs="굴림" w:hint="eastAsia"/>
                      <w:color w:val="000000"/>
                      <w:spacing w:val="-8"/>
                      <w:w w:val="97"/>
                      <w:szCs w:val="20"/>
                      <w:lang w:eastAsia="ko-KR"/>
                    </w:rPr>
                    <w:t>(이용목적)</w:t>
                  </w:r>
                </w:p>
              </w:tc>
              <w:tc>
                <w:tcPr>
                  <w:tcW w:w="5979" w:type="dxa"/>
                  <w:tcBorders>
                    <w:top w:val="single" w:sz="1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rsidR="009C3E08" w:rsidRPr="00A729EB" w:rsidRDefault="009C3E08" w:rsidP="007945EF">
                  <w:pPr>
                    <w:widowControl w:val="0"/>
                    <w:autoSpaceDE w:val="0"/>
                    <w:autoSpaceDN w:val="0"/>
                    <w:spacing w:line="240" w:lineRule="exact"/>
                    <w:ind w:left="240" w:hanging="240"/>
                    <w:jc w:val="center"/>
                    <w:textAlignment w:val="baseline"/>
                    <w:rPr>
                      <w:rFonts w:ascii="함초롬바탕" w:eastAsia="굴림" w:hAnsi="굴림" w:cs="굴림"/>
                      <w:color w:val="000000"/>
                      <w:szCs w:val="20"/>
                      <w:lang w:eastAsia="ko-KR"/>
                    </w:rPr>
                  </w:pPr>
                  <w:r w:rsidRPr="00A729EB">
                    <w:rPr>
                      <w:rFonts w:ascii="한양중고딕" w:eastAsia="한양중고딕" w:hAnsi="굴림" w:cs="굴림" w:hint="eastAsia"/>
                      <w:color w:val="000000"/>
                      <w:spacing w:val="-24"/>
                      <w:szCs w:val="20"/>
                      <w:lang w:eastAsia="ko-KR"/>
                    </w:rPr>
                    <w:t>담당자 확인 정보</w:t>
                  </w:r>
                </w:p>
              </w:tc>
              <w:tc>
                <w:tcPr>
                  <w:tcW w:w="1553" w:type="dxa"/>
                  <w:tcBorders>
                    <w:top w:val="single" w:sz="12" w:space="0" w:color="000000"/>
                    <w:left w:val="single" w:sz="2" w:space="0" w:color="000000"/>
                    <w:bottom w:val="single" w:sz="2" w:space="0" w:color="000000"/>
                    <w:right w:val="single" w:sz="12" w:space="0" w:color="000000"/>
                  </w:tcBorders>
                  <w:tcMar>
                    <w:top w:w="28" w:type="dxa"/>
                    <w:left w:w="28" w:type="dxa"/>
                    <w:bottom w:w="28" w:type="dxa"/>
                    <w:right w:w="28" w:type="dxa"/>
                  </w:tcMar>
                  <w:vAlign w:val="center"/>
                  <w:hideMark/>
                </w:tcPr>
                <w:p w:rsidR="009C3E08" w:rsidRPr="00A729EB" w:rsidRDefault="009C3E08" w:rsidP="007945EF">
                  <w:pPr>
                    <w:widowControl w:val="0"/>
                    <w:autoSpaceDE w:val="0"/>
                    <w:autoSpaceDN w:val="0"/>
                    <w:spacing w:line="240" w:lineRule="exact"/>
                    <w:ind w:left="240" w:hanging="240"/>
                    <w:jc w:val="center"/>
                    <w:textAlignment w:val="baseline"/>
                    <w:rPr>
                      <w:rFonts w:ascii="함초롬바탕" w:eastAsia="굴림" w:hAnsi="굴림" w:cs="굴림"/>
                      <w:color w:val="000000"/>
                      <w:szCs w:val="20"/>
                      <w:lang w:eastAsia="ko-KR"/>
                    </w:rPr>
                  </w:pPr>
                  <w:r w:rsidRPr="00A729EB">
                    <w:rPr>
                      <w:rFonts w:ascii="한양중고딕" w:eastAsia="한양중고딕" w:hAnsi="굴림" w:cs="굴림" w:hint="eastAsia"/>
                      <w:color w:val="000000"/>
                      <w:szCs w:val="20"/>
                      <w:lang w:eastAsia="ko-KR"/>
                    </w:rPr>
                    <w:t>동의여부</w:t>
                  </w:r>
                </w:p>
                <w:p w:rsidR="009C3E08" w:rsidRPr="00A729EB" w:rsidRDefault="009C3E08" w:rsidP="007945EF">
                  <w:pPr>
                    <w:widowControl w:val="0"/>
                    <w:autoSpaceDE w:val="0"/>
                    <w:autoSpaceDN w:val="0"/>
                    <w:spacing w:line="240" w:lineRule="exact"/>
                    <w:ind w:left="240" w:hanging="240"/>
                    <w:jc w:val="center"/>
                    <w:textAlignment w:val="baseline"/>
                    <w:rPr>
                      <w:rFonts w:ascii="함초롬바탕" w:eastAsia="굴림" w:hAnsi="굴림" w:cs="굴림"/>
                      <w:color w:val="000000"/>
                      <w:szCs w:val="20"/>
                      <w:lang w:eastAsia="ko-KR"/>
                    </w:rPr>
                  </w:pPr>
                  <w:r w:rsidRPr="00A729EB">
                    <w:rPr>
                      <w:rFonts w:ascii="한양중고딕" w:eastAsia="한양중고딕" w:hAnsi="굴림" w:cs="굴림" w:hint="eastAsia"/>
                      <w:color w:val="000000"/>
                      <w:spacing w:val="-8"/>
                      <w:szCs w:val="20"/>
                      <w:lang w:eastAsia="ko-KR"/>
                    </w:rPr>
                    <w:t>(</w:t>
                  </w:r>
                  <w:proofErr w:type="spellStart"/>
                  <w:r w:rsidRPr="00A729EB">
                    <w:rPr>
                      <w:rFonts w:ascii="한양중고딕" w:eastAsia="한양중고딕" w:hAnsi="굴림" w:cs="굴림" w:hint="eastAsia"/>
                      <w:color w:val="000000"/>
                      <w:spacing w:val="-8"/>
                      <w:szCs w:val="20"/>
                      <w:lang w:eastAsia="ko-KR"/>
                    </w:rPr>
                    <w:t>해당란에</w:t>
                  </w:r>
                  <w:proofErr w:type="spellEnd"/>
                  <w:r w:rsidRPr="00A729EB">
                    <w:rPr>
                      <w:rFonts w:ascii="한양중고딕" w:eastAsia="한양중고딕" w:hAnsi="굴림" w:cs="굴림" w:hint="eastAsia"/>
                      <w:color w:val="000000"/>
                      <w:spacing w:val="-8"/>
                      <w:szCs w:val="20"/>
                      <w:lang w:eastAsia="ko-KR"/>
                    </w:rPr>
                    <w:t xml:space="preserve"> </w:t>
                  </w:r>
                  <w:r w:rsidRPr="00A729EB">
                    <w:rPr>
                      <w:rFonts w:ascii="한양중고딕" w:eastAsia="한양중고딕" w:hAnsi="한양중고딕" w:cs="굴림" w:hint="eastAsia"/>
                      <w:color w:val="000000"/>
                      <w:spacing w:val="-8"/>
                      <w:szCs w:val="20"/>
                      <w:lang w:eastAsia="ko-KR"/>
                    </w:rPr>
                    <w:t>√</w:t>
                  </w:r>
                  <w:r w:rsidRPr="00A729EB">
                    <w:rPr>
                      <w:rFonts w:ascii="한양중고딕" w:eastAsia="한양중고딕" w:hAnsi="굴림" w:cs="굴림" w:hint="eastAsia"/>
                      <w:color w:val="000000"/>
                      <w:spacing w:val="-8"/>
                      <w:szCs w:val="20"/>
                      <w:lang w:eastAsia="ko-KR"/>
                    </w:rPr>
                    <w:t>표시)</w:t>
                  </w:r>
                </w:p>
              </w:tc>
            </w:tr>
            <w:tr w:rsidR="009C3E08" w:rsidRPr="009C3E08" w:rsidTr="00925F6F">
              <w:trPr>
                <w:trHeight w:val="1496"/>
                <w:jc w:val="right"/>
              </w:trPr>
              <w:tc>
                <w:tcPr>
                  <w:tcW w:w="1615" w:type="dxa"/>
                  <w:tcBorders>
                    <w:top w:val="single" w:sz="2" w:space="0" w:color="000000"/>
                    <w:left w:val="single" w:sz="12" w:space="0" w:color="000000"/>
                    <w:bottom w:val="single" w:sz="12" w:space="0" w:color="000000"/>
                    <w:right w:val="single" w:sz="2" w:space="0" w:color="000000"/>
                  </w:tcBorders>
                  <w:tcMar>
                    <w:top w:w="28" w:type="dxa"/>
                    <w:left w:w="28" w:type="dxa"/>
                    <w:bottom w:w="28" w:type="dxa"/>
                    <w:right w:w="28" w:type="dxa"/>
                  </w:tcMar>
                  <w:vAlign w:val="center"/>
                  <w:hideMark/>
                </w:tcPr>
                <w:p w:rsidR="009C3E08" w:rsidRPr="00AD698E" w:rsidRDefault="009C3E08" w:rsidP="007945EF">
                  <w:pPr>
                    <w:widowControl w:val="0"/>
                    <w:autoSpaceDE w:val="0"/>
                    <w:autoSpaceDN w:val="0"/>
                    <w:spacing w:line="240" w:lineRule="exact"/>
                    <w:ind w:left="40" w:right="40"/>
                    <w:jc w:val="center"/>
                    <w:textAlignment w:val="baseline"/>
                    <w:rPr>
                      <w:rFonts w:ascii="함초롬바탕" w:eastAsia="굴림" w:hAnsi="굴림" w:cs="굴림"/>
                      <w:color w:val="000000"/>
                      <w:sz w:val="18"/>
                      <w:szCs w:val="18"/>
                      <w:lang w:eastAsia="ko-KR"/>
                    </w:rPr>
                  </w:pPr>
                  <w:r w:rsidRPr="00AD698E">
                    <w:rPr>
                      <w:rFonts w:ascii="한양중고딕" w:eastAsia="한양중고딕" w:hAnsi="굴림" w:cs="굴림" w:hint="eastAsia"/>
                      <w:color w:val="000000"/>
                      <w:sz w:val="18"/>
                      <w:szCs w:val="18"/>
                      <w:lang w:eastAsia="ko-KR"/>
                    </w:rPr>
                    <w:t>해외지사화사업</w:t>
                  </w:r>
                </w:p>
              </w:tc>
              <w:tc>
                <w:tcPr>
                  <w:tcW w:w="5979" w:type="dxa"/>
                  <w:tcBorders>
                    <w:top w:val="single" w:sz="2" w:space="0" w:color="000000"/>
                    <w:left w:val="single" w:sz="2" w:space="0" w:color="000000"/>
                    <w:bottom w:val="single" w:sz="12" w:space="0" w:color="000000"/>
                    <w:right w:val="single" w:sz="2" w:space="0" w:color="000000"/>
                  </w:tcBorders>
                  <w:shd w:val="clear" w:color="auto" w:fill="FFFFFF"/>
                  <w:tcMar>
                    <w:top w:w="22" w:type="dxa"/>
                    <w:left w:w="24" w:type="dxa"/>
                    <w:bottom w:w="0" w:type="dxa"/>
                    <w:right w:w="21" w:type="dxa"/>
                  </w:tcMar>
                  <w:vAlign w:val="center"/>
                  <w:hideMark/>
                </w:tcPr>
                <w:p w:rsidR="009C3E08" w:rsidRPr="00D5575E" w:rsidRDefault="009C3E08" w:rsidP="00D5575E">
                  <w:pPr>
                    <w:widowControl w:val="0"/>
                    <w:autoSpaceDE w:val="0"/>
                    <w:autoSpaceDN w:val="0"/>
                    <w:spacing w:line="240" w:lineRule="exact"/>
                    <w:ind w:left="40" w:right="40"/>
                    <w:jc w:val="both"/>
                    <w:textAlignment w:val="baseline"/>
                    <w:rPr>
                      <w:rFonts w:ascii="한양중고딕" w:eastAsia="한양중고딕" w:hAnsi="굴림" w:cs="굴림"/>
                      <w:color w:val="000000"/>
                      <w:sz w:val="17"/>
                      <w:szCs w:val="17"/>
                      <w:lang w:eastAsia="ko-KR"/>
                    </w:rPr>
                  </w:pPr>
                  <w:r w:rsidRPr="006D26A8">
                    <w:rPr>
                      <w:rFonts w:ascii="한양중고딕" w:eastAsia="한양중고딕" w:hAnsi="굴림" w:cs="굴림" w:hint="eastAsia"/>
                      <w:color w:val="000000"/>
                      <w:sz w:val="17"/>
                      <w:szCs w:val="17"/>
                      <w:lang w:eastAsia="ko-KR"/>
                    </w:rPr>
                    <w:t>사업자등록증명,</w:t>
                  </w:r>
                  <w:r w:rsidRPr="00D5575E">
                    <w:rPr>
                      <w:rFonts w:ascii="한양중고딕" w:eastAsia="한양중고딕" w:hAnsi="굴림" w:cs="굴림" w:hint="eastAsia"/>
                      <w:color w:val="000000"/>
                      <w:sz w:val="14"/>
                      <w:szCs w:val="17"/>
                      <w:lang w:eastAsia="ko-KR"/>
                    </w:rPr>
                    <w:t xml:space="preserve"> </w:t>
                  </w:r>
                  <w:r w:rsidRPr="006D26A8">
                    <w:rPr>
                      <w:rFonts w:ascii="한양중고딕" w:eastAsia="한양중고딕" w:hAnsi="굴림" w:cs="굴림" w:hint="eastAsia"/>
                      <w:color w:val="000000"/>
                      <w:sz w:val="17"/>
                      <w:szCs w:val="17"/>
                      <w:lang w:eastAsia="ko-KR"/>
                    </w:rPr>
                    <w:t>국세납세증명서,</w:t>
                  </w:r>
                  <w:r w:rsidRPr="00D5575E">
                    <w:rPr>
                      <w:rFonts w:ascii="한양중고딕" w:eastAsia="한양중고딕" w:hAnsi="굴림" w:cs="굴림" w:hint="eastAsia"/>
                      <w:color w:val="000000"/>
                      <w:sz w:val="14"/>
                      <w:szCs w:val="17"/>
                      <w:lang w:eastAsia="ko-KR"/>
                    </w:rPr>
                    <w:t xml:space="preserve"> </w:t>
                  </w:r>
                  <w:r w:rsidRPr="006D26A8">
                    <w:rPr>
                      <w:rFonts w:ascii="한양중고딕" w:eastAsia="한양중고딕" w:hAnsi="굴림" w:cs="굴림" w:hint="eastAsia"/>
                      <w:color w:val="000000"/>
                      <w:sz w:val="17"/>
                      <w:szCs w:val="17"/>
                      <w:lang w:eastAsia="ko-KR"/>
                    </w:rPr>
                    <w:t>지방세납세증명서,</w:t>
                  </w:r>
                  <w:r w:rsidR="00D5575E">
                    <w:rPr>
                      <w:rFonts w:ascii="한양중고딕" w:eastAsia="한양중고딕" w:hAnsi="굴림" w:cs="굴림" w:hint="eastAsia"/>
                      <w:color w:val="000000"/>
                      <w:sz w:val="17"/>
                      <w:szCs w:val="17"/>
                      <w:lang w:eastAsia="ko-KR"/>
                    </w:rPr>
                    <w:t xml:space="preserve"> </w:t>
                  </w:r>
                  <w:r w:rsidRPr="006D26A8">
                    <w:rPr>
                      <w:rFonts w:ascii="한양중고딕" w:eastAsia="한양중고딕" w:hAnsi="굴림" w:cs="굴림" w:hint="eastAsia"/>
                      <w:color w:val="000000"/>
                      <w:sz w:val="17"/>
                      <w:szCs w:val="17"/>
                      <w:lang w:eastAsia="ko-KR"/>
                    </w:rPr>
                    <w:t xml:space="preserve">표준재무제표증명(개인, 법인), 휴업사실증명, 폐업사실증명, </w:t>
                  </w:r>
                  <w:proofErr w:type="spellStart"/>
                  <w:r w:rsidRPr="006D26A8">
                    <w:rPr>
                      <w:rFonts w:ascii="한양중고딕" w:eastAsia="한양중고딕" w:hAnsi="굴림" w:cs="굴림" w:hint="eastAsia"/>
                      <w:color w:val="000000"/>
                      <w:sz w:val="17"/>
                      <w:szCs w:val="17"/>
                      <w:lang w:eastAsia="ko-KR"/>
                    </w:rPr>
                    <w:t>주민등록표</w:t>
                  </w:r>
                  <w:proofErr w:type="spellEnd"/>
                  <w:r w:rsidRPr="006D26A8">
                    <w:rPr>
                      <w:rFonts w:ascii="한양중고딕" w:eastAsia="한양중고딕" w:hAnsi="굴림" w:cs="굴림" w:hint="eastAsia"/>
                      <w:color w:val="000000"/>
                      <w:sz w:val="17"/>
                      <w:szCs w:val="17"/>
                      <w:lang w:eastAsia="ko-KR"/>
                    </w:rPr>
                    <w:t xml:space="preserve"> </w:t>
                  </w:r>
                  <w:proofErr w:type="spellStart"/>
                  <w:r w:rsidRPr="006D26A8">
                    <w:rPr>
                      <w:rFonts w:ascii="한양중고딕" w:eastAsia="한양중고딕" w:hAnsi="굴림" w:cs="굴림" w:hint="eastAsia"/>
                      <w:color w:val="000000"/>
                      <w:sz w:val="17"/>
                      <w:szCs w:val="17"/>
                      <w:lang w:eastAsia="ko-KR"/>
                    </w:rPr>
                    <w:t>등·초본</w:t>
                  </w:r>
                  <w:proofErr w:type="spellEnd"/>
                  <w:r w:rsidRPr="006D26A8">
                    <w:rPr>
                      <w:rFonts w:ascii="한양중고딕" w:eastAsia="한양중고딕" w:hAnsi="굴림" w:cs="굴림" w:hint="eastAsia"/>
                      <w:color w:val="000000"/>
                      <w:sz w:val="17"/>
                      <w:szCs w:val="17"/>
                      <w:lang w:eastAsia="ko-KR"/>
                    </w:rPr>
                    <w:t xml:space="preserve">, 벤처기업확인증, 메인비즈확인서, </w:t>
                  </w:r>
                  <w:proofErr w:type="spellStart"/>
                  <w:r w:rsidRPr="006D26A8">
                    <w:rPr>
                      <w:rFonts w:ascii="한양중고딕" w:eastAsia="한양중고딕" w:hAnsi="굴림" w:cs="굴림" w:hint="eastAsia"/>
                      <w:color w:val="000000"/>
                      <w:sz w:val="17"/>
                      <w:szCs w:val="17"/>
                      <w:lang w:eastAsia="ko-KR"/>
                    </w:rPr>
                    <w:t>이노비즈확인서</w:t>
                  </w:r>
                  <w:proofErr w:type="spellEnd"/>
                  <w:r w:rsidRPr="006D26A8">
                    <w:rPr>
                      <w:rFonts w:ascii="한양중고딕" w:eastAsia="한양중고딕" w:hAnsi="굴림" w:cs="굴림" w:hint="eastAsia"/>
                      <w:color w:val="000000"/>
                      <w:sz w:val="17"/>
                      <w:szCs w:val="17"/>
                      <w:lang w:eastAsia="ko-KR"/>
                    </w:rPr>
                    <w:t xml:space="preserve">, 특허등록원부, 상표등록원부, </w:t>
                  </w:r>
                </w:p>
                <w:p w:rsidR="009C3E08" w:rsidRPr="006D26A8" w:rsidRDefault="009C3E08" w:rsidP="007945EF">
                  <w:pPr>
                    <w:widowControl w:val="0"/>
                    <w:autoSpaceDE w:val="0"/>
                    <w:autoSpaceDN w:val="0"/>
                    <w:spacing w:line="240" w:lineRule="exact"/>
                    <w:ind w:left="40" w:right="40"/>
                    <w:jc w:val="both"/>
                    <w:textAlignment w:val="baseline"/>
                    <w:rPr>
                      <w:rFonts w:ascii="함초롬바탕" w:eastAsia="굴림" w:hAnsi="굴림" w:cs="굴림"/>
                      <w:color w:val="000000"/>
                      <w:sz w:val="17"/>
                      <w:szCs w:val="17"/>
                      <w:lang w:eastAsia="ko-KR"/>
                    </w:rPr>
                  </w:pPr>
                  <w:r w:rsidRPr="006D26A8">
                    <w:rPr>
                      <w:rFonts w:ascii="한양중고딕" w:eastAsia="한양중고딕" w:hAnsi="굴림" w:cs="굴림" w:hint="eastAsia"/>
                      <w:color w:val="000000"/>
                      <w:sz w:val="17"/>
                      <w:szCs w:val="17"/>
                      <w:lang w:eastAsia="ko-KR"/>
                    </w:rPr>
                    <w:t xml:space="preserve">디자인등록원부, 실용신안등록원부, 공장등록증명서, </w:t>
                  </w:r>
                  <w:proofErr w:type="spellStart"/>
                  <w:r w:rsidRPr="006D26A8">
                    <w:rPr>
                      <w:rFonts w:ascii="한양중고딕" w:eastAsia="한양중고딕" w:hAnsi="굴림" w:cs="굴림" w:hint="eastAsia"/>
                      <w:color w:val="000000"/>
                      <w:sz w:val="17"/>
                      <w:szCs w:val="17"/>
                      <w:lang w:eastAsia="ko-KR"/>
                    </w:rPr>
                    <w:t>건축허가서</w:t>
                  </w:r>
                  <w:proofErr w:type="spellEnd"/>
                  <w:r w:rsidRPr="006D26A8">
                    <w:rPr>
                      <w:rFonts w:ascii="한양중고딕" w:eastAsia="한양중고딕" w:hAnsi="굴림" w:cs="굴림" w:hint="eastAsia"/>
                      <w:color w:val="000000"/>
                      <w:sz w:val="17"/>
                      <w:szCs w:val="17"/>
                      <w:lang w:eastAsia="ko-KR"/>
                    </w:rPr>
                    <w:t xml:space="preserve">, </w:t>
                  </w:r>
                </w:p>
                <w:p w:rsidR="009C3E08" w:rsidRPr="006D26A8" w:rsidRDefault="009C3E08" w:rsidP="007945EF">
                  <w:pPr>
                    <w:widowControl w:val="0"/>
                    <w:autoSpaceDE w:val="0"/>
                    <w:autoSpaceDN w:val="0"/>
                    <w:spacing w:line="240" w:lineRule="exact"/>
                    <w:ind w:left="40" w:right="40"/>
                    <w:jc w:val="both"/>
                    <w:textAlignment w:val="baseline"/>
                    <w:rPr>
                      <w:rFonts w:ascii="함초롬바탕" w:eastAsia="굴림" w:hAnsi="굴림" w:cs="굴림"/>
                      <w:color w:val="000000"/>
                      <w:sz w:val="17"/>
                      <w:szCs w:val="17"/>
                      <w:lang w:eastAsia="ko-KR"/>
                    </w:rPr>
                  </w:pPr>
                  <w:r w:rsidRPr="006D26A8">
                    <w:rPr>
                      <w:rFonts w:ascii="한양중고딕" w:eastAsia="한양중고딕" w:hAnsi="굴림" w:cs="굴림" w:hint="eastAsia"/>
                      <w:color w:val="000000"/>
                      <w:sz w:val="17"/>
                      <w:szCs w:val="17"/>
                      <w:lang w:eastAsia="ko-KR"/>
                    </w:rPr>
                    <w:t xml:space="preserve">건설업등록증, </w:t>
                  </w:r>
                  <w:proofErr w:type="spellStart"/>
                  <w:r w:rsidRPr="006D26A8">
                    <w:rPr>
                      <w:rFonts w:ascii="한양중고딕" w:eastAsia="한양중고딕" w:hAnsi="굴림" w:cs="굴림" w:hint="eastAsia"/>
                      <w:color w:val="000000"/>
                      <w:sz w:val="17"/>
                      <w:szCs w:val="17"/>
                      <w:lang w:eastAsia="ko-KR"/>
                    </w:rPr>
                    <w:t>건축사업무신고필증</w:t>
                  </w:r>
                  <w:proofErr w:type="spellEnd"/>
                  <w:r w:rsidRPr="006D26A8">
                    <w:rPr>
                      <w:rFonts w:ascii="한양중고딕" w:eastAsia="한양중고딕" w:hAnsi="굴림" w:cs="굴림" w:hint="eastAsia"/>
                      <w:color w:val="000000"/>
                      <w:sz w:val="17"/>
                      <w:szCs w:val="17"/>
                      <w:lang w:eastAsia="ko-KR"/>
                    </w:rPr>
                    <w:t xml:space="preserve">, </w:t>
                  </w:r>
                  <w:proofErr w:type="spellStart"/>
                  <w:r w:rsidRPr="006D26A8">
                    <w:rPr>
                      <w:rFonts w:ascii="한양중고딕" w:eastAsia="한양중고딕" w:hAnsi="굴림" w:cs="굴림" w:hint="eastAsia"/>
                      <w:color w:val="000000"/>
                      <w:sz w:val="17"/>
                      <w:szCs w:val="17"/>
                      <w:lang w:eastAsia="ko-KR"/>
                    </w:rPr>
                    <w:t>부동산등기용등록번호증명서</w:t>
                  </w:r>
                  <w:proofErr w:type="spellEnd"/>
                  <w:r w:rsidRPr="006D26A8">
                    <w:rPr>
                      <w:rFonts w:ascii="한양중고딕" w:eastAsia="한양중고딕" w:hAnsi="굴림" w:cs="굴림" w:hint="eastAsia"/>
                      <w:color w:val="000000"/>
                      <w:sz w:val="17"/>
                      <w:szCs w:val="17"/>
                      <w:lang w:eastAsia="ko-KR"/>
                    </w:rPr>
                    <w:t xml:space="preserve">, </w:t>
                  </w:r>
                </w:p>
                <w:p w:rsidR="009C3E08" w:rsidRPr="006D26A8" w:rsidRDefault="009C3E08" w:rsidP="007945EF">
                  <w:pPr>
                    <w:widowControl w:val="0"/>
                    <w:autoSpaceDE w:val="0"/>
                    <w:autoSpaceDN w:val="0"/>
                    <w:spacing w:line="240" w:lineRule="exact"/>
                    <w:ind w:left="40" w:right="40"/>
                    <w:jc w:val="both"/>
                    <w:textAlignment w:val="baseline"/>
                    <w:rPr>
                      <w:rFonts w:ascii="함초롬바탕" w:eastAsia="굴림" w:hAnsi="굴림" w:cs="굴림"/>
                      <w:color w:val="000000"/>
                      <w:sz w:val="17"/>
                      <w:szCs w:val="17"/>
                      <w:lang w:eastAsia="ko-KR"/>
                    </w:rPr>
                  </w:pPr>
                  <w:r w:rsidRPr="006D26A8">
                    <w:rPr>
                      <w:rFonts w:ascii="한양중고딕" w:eastAsia="한양중고딕" w:hAnsi="굴림" w:cs="굴림" w:hint="eastAsia"/>
                      <w:color w:val="000000"/>
                      <w:sz w:val="17"/>
                      <w:szCs w:val="17"/>
                      <w:lang w:eastAsia="ko-KR"/>
                    </w:rPr>
                    <w:t xml:space="preserve">개별공시지가확인서, 선박원부, </w:t>
                  </w:r>
                  <w:proofErr w:type="spellStart"/>
                  <w:r w:rsidRPr="006D26A8">
                    <w:rPr>
                      <w:rFonts w:ascii="한양중고딕" w:eastAsia="한양중고딕" w:hAnsi="굴림" w:cs="굴림" w:hint="eastAsia"/>
                      <w:color w:val="000000"/>
                      <w:sz w:val="17"/>
                      <w:szCs w:val="17"/>
                      <w:lang w:eastAsia="ko-KR"/>
                    </w:rPr>
                    <w:t>선적증서</w:t>
                  </w:r>
                  <w:proofErr w:type="spellEnd"/>
                  <w:r w:rsidRPr="006D26A8">
                    <w:rPr>
                      <w:rFonts w:ascii="한양중고딕" w:eastAsia="한양중고딕" w:hAnsi="굴림" w:cs="굴림" w:hint="eastAsia"/>
                      <w:color w:val="000000"/>
                      <w:sz w:val="17"/>
                      <w:szCs w:val="17"/>
                      <w:lang w:eastAsia="ko-KR"/>
                    </w:rPr>
                    <w:t xml:space="preserve">, 수입신고필증, 수출신고필증, </w:t>
                  </w:r>
                </w:p>
                <w:p w:rsidR="009C3E08" w:rsidRPr="00925F6F" w:rsidRDefault="009C3E08" w:rsidP="007945EF">
                  <w:pPr>
                    <w:widowControl w:val="0"/>
                    <w:autoSpaceDE w:val="0"/>
                    <w:autoSpaceDN w:val="0"/>
                    <w:spacing w:line="240" w:lineRule="exact"/>
                    <w:ind w:left="40" w:right="40"/>
                    <w:jc w:val="both"/>
                    <w:textAlignment w:val="baseline"/>
                    <w:rPr>
                      <w:rFonts w:ascii="한양중고딕" w:eastAsia="한양중고딕" w:hAnsi="굴림" w:cs="굴림"/>
                      <w:color w:val="000000"/>
                      <w:sz w:val="17"/>
                      <w:szCs w:val="17"/>
                      <w:lang w:eastAsia="ko-KR"/>
                    </w:rPr>
                  </w:pPr>
                  <w:proofErr w:type="spellStart"/>
                  <w:r w:rsidRPr="006D26A8">
                    <w:rPr>
                      <w:rFonts w:ascii="한양중고딕" w:eastAsia="한양중고딕" w:hAnsi="굴림" w:cs="굴림" w:hint="eastAsia"/>
                      <w:color w:val="000000"/>
                      <w:sz w:val="17"/>
                      <w:szCs w:val="17"/>
                      <w:lang w:eastAsia="ko-KR"/>
                    </w:rPr>
                    <w:t>산재보험료완납증명원</w:t>
                  </w:r>
                  <w:proofErr w:type="spellEnd"/>
                  <w:proofErr w:type="gramStart"/>
                  <w:r w:rsidR="00925F6F">
                    <w:rPr>
                      <w:rFonts w:ascii="한양중고딕" w:eastAsia="한양중고딕" w:hAnsi="굴림" w:cs="굴림" w:hint="eastAsia"/>
                      <w:color w:val="000000"/>
                      <w:sz w:val="17"/>
                      <w:szCs w:val="17"/>
                      <w:lang w:eastAsia="ko-KR"/>
                    </w:rPr>
                    <w:t>,</w:t>
                  </w:r>
                  <w:proofErr w:type="spellStart"/>
                  <w:r w:rsidRPr="006D26A8">
                    <w:rPr>
                      <w:rFonts w:ascii="한양중고딕" w:eastAsia="한양중고딕" w:hAnsi="굴림" w:cs="굴림" w:hint="eastAsia"/>
                      <w:color w:val="000000"/>
                      <w:sz w:val="17"/>
                      <w:szCs w:val="17"/>
                      <w:lang w:eastAsia="ko-KR"/>
                    </w:rPr>
                    <w:t>고용보험료완납증명원</w:t>
                  </w:r>
                  <w:proofErr w:type="spellEnd"/>
                  <w:r w:rsidR="00925F6F">
                    <w:rPr>
                      <w:rFonts w:ascii="한양중고딕" w:eastAsia="한양중고딕" w:hAnsi="굴림" w:cs="굴림" w:hint="eastAsia"/>
                      <w:color w:val="000000"/>
                      <w:sz w:val="17"/>
                      <w:szCs w:val="17"/>
                      <w:lang w:eastAsia="ko-KR"/>
                    </w:rPr>
                    <w:t>,</w:t>
                  </w:r>
                  <w:r w:rsidRPr="006D26A8">
                    <w:rPr>
                      <w:rFonts w:ascii="한양중고딕" w:eastAsia="한양중고딕" w:hAnsi="굴림" w:cs="굴림" w:hint="eastAsia"/>
                      <w:color w:val="000000"/>
                      <w:sz w:val="17"/>
                      <w:szCs w:val="17"/>
                      <w:lang w:eastAsia="ko-KR"/>
                    </w:rPr>
                    <w:t>장애인증명서</w:t>
                  </w:r>
                  <w:r w:rsidR="00925F6F">
                    <w:rPr>
                      <w:rFonts w:ascii="한양중고딕" w:eastAsia="한양중고딕" w:hAnsi="굴림" w:cs="굴림" w:hint="eastAsia"/>
                      <w:color w:val="000000"/>
                      <w:sz w:val="17"/>
                      <w:szCs w:val="17"/>
                      <w:lang w:eastAsia="ko-KR"/>
                    </w:rPr>
                    <w:t>,중소기업확인</w:t>
                  </w:r>
                  <w:r w:rsidRPr="006D26A8">
                    <w:rPr>
                      <w:rFonts w:ascii="한양중고딕" w:eastAsia="한양중고딕" w:hAnsi="굴림" w:cs="굴림" w:hint="eastAsia"/>
                      <w:color w:val="000000"/>
                      <w:sz w:val="17"/>
                      <w:szCs w:val="17"/>
                      <w:lang w:eastAsia="ko-KR"/>
                    </w:rPr>
                    <w:t>서</w:t>
                  </w:r>
                  <w:proofErr w:type="gramEnd"/>
                  <w:r w:rsidR="00925F6F">
                    <w:rPr>
                      <w:rFonts w:ascii="한양중고딕" w:eastAsia="한양중고딕" w:hAnsi="굴림" w:cs="굴림" w:hint="eastAsia"/>
                      <w:color w:val="000000"/>
                      <w:sz w:val="17"/>
                      <w:szCs w:val="17"/>
                      <w:lang w:eastAsia="ko-KR"/>
                    </w:rPr>
                    <w:t xml:space="preserve">, </w:t>
                  </w:r>
                  <w:proofErr w:type="spellStart"/>
                  <w:r w:rsidRPr="006D26A8">
                    <w:rPr>
                      <w:rFonts w:ascii="한양중고딕" w:eastAsia="한양중고딕" w:hAnsi="굴림" w:cs="굴림" w:hint="eastAsia"/>
                      <w:color w:val="000000"/>
                      <w:sz w:val="17"/>
                      <w:szCs w:val="17"/>
                      <w:lang w:eastAsia="ko-KR"/>
                    </w:rPr>
                    <w:t>사업장국민연금보험료월별납부증명</w:t>
                  </w:r>
                  <w:proofErr w:type="spellEnd"/>
                  <w:r w:rsidRPr="006D26A8">
                    <w:rPr>
                      <w:rFonts w:ascii="한양중고딕" w:eastAsia="한양중고딕" w:hAnsi="굴림" w:cs="굴림" w:hint="eastAsia"/>
                      <w:color w:val="000000"/>
                      <w:sz w:val="17"/>
                      <w:szCs w:val="17"/>
                      <w:lang w:eastAsia="ko-KR"/>
                    </w:rPr>
                    <w:t>, 부가가치세과세표준증명원</w:t>
                  </w:r>
                </w:p>
              </w:tc>
              <w:tc>
                <w:tcPr>
                  <w:tcW w:w="1553" w:type="dxa"/>
                  <w:tcBorders>
                    <w:top w:val="single" w:sz="2" w:space="0" w:color="000000"/>
                    <w:left w:val="single" w:sz="2" w:space="0" w:color="000000"/>
                    <w:bottom w:val="single" w:sz="12" w:space="0" w:color="000000"/>
                    <w:right w:val="single" w:sz="12" w:space="0" w:color="000000"/>
                  </w:tcBorders>
                  <w:tcMar>
                    <w:top w:w="28" w:type="dxa"/>
                    <w:left w:w="28" w:type="dxa"/>
                    <w:bottom w:w="28" w:type="dxa"/>
                    <w:right w:w="28" w:type="dxa"/>
                  </w:tcMar>
                  <w:vAlign w:val="center"/>
                  <w:hideMark/>
                </w:tcPr>
                <w:p w:rsidR="009C3E08" w:rsidRPr="00161065" w:rsidRDefault="009C3E08" w:rsidP="007945EF">
                  <w:pPr>
                    <w:widowControl w:val="0"/>
                    <w:autoSpaceDE w:val="0"/>
                    <w:autoSpaceDN w:val="0"/>
                    <w:spacing w:line="240" w:lineRule="exact"/>
                    <w:jc w:val="center"/>
                    <w:textAlignment w:val="baseline"/>
                    <w:rPr>
                      <w:rFonts w:ascii="함초롬바탕" w:eastAsia="굴림" w:hAnsi="굴림" w:cs="굴림"/>
                      <w:color w:val="000000"/>
                      <w:sz w:val="18"/>
                      <w:szCs w:val="18"/>
                      <w:lang w:eastAsia="ko-KR"/>
                    </w:rPr>
                  </w:pPr>
                  <w:r w:rsidRPr="00161065">
                    <w:rPr>
                      <w:rFonts w:ascii="한양중고딕" w:eastAsia="한양중고딕" w:hAnsi="굴림" w:cs="굴림" w:hint="eastAsia"/>
                      <w:b/>
                      <w:bCs/>
                      <w:color w:val="000000"/>
                      <w:sz w:val="18"/>
                      <w:szCs w:val="18"/>
                      <w:lang w:eastAsia="ko-KR"/>
                    </w:rPr>
                    <w:t>동의함</w:t>
                  </w:r>
                  <w:r w:rsidRPr="00161065">
                    <w:rPr>
                      <w:rFonts w:ascii="한양중고딕" w:eastAsia="한양중고딕" w:hAnsi="한양중고딕" w:cs="굴림" w:hint="eastAsia"/>
                      <w:b/>
                      <w:bCs/>
                      <w:color w:val="000000"/>
                      <w:sz w:val="18"/>
                      <w:szCs w:val="18"/>
                      <w:lang w:eastAsia="ko-KR"/>
                    </w:rPr>
                    <w:t xml:space="preserve">□ </w:t>
                  </w:r>
                </w:p>
                <w:p w:rsidR="009C3E08" w:rsidRPr="009C3E08" w:rsidRDefault="009C3E08" w:rsidP="007945EF">
                  <w:pPr>
                    <w:widowControl w:val="0"/>
                    <w:autoSpaceDE w:val="0"/>
                    <w:autoSpaceDN w:val="0"/>
                    <w:spacing w:line="240" w:lineRule="exact"/>
                    <w:jc w:val="center"/>
                    <w:textAlignment w:val="baseline"/>
                    <w:rPr>
                      <w:rFonts w:ascii="함초롬바탕" w:eastAsia="굴림" w:hAnsi="굴림" w:cs="굴림"/>
                      <w:color w:val="000000"/>
                      <w:szCs w:val="20"/>
                      <w:lang w:eastAsia="ko-KR"/>
                    </w:rPr>
                  </w:pPr>
                  <w:r w:rsidRPr="00161065">
                    <w:rPr>
                      <w:rFonts w:ascii="한양중고딕" w:eastAsia="한양중고딕" w:hAnsi="굴림" w:cs="굴림" w:hint="eastAsia"/>
                      <w:b/>
                      <w:bCs/>
                      <w:color w:val="000000"/>
                      <w:sz w:val="18"/>
                      <w:szCs w:val="18"/>
                      <w:lang w:eastAsia="ko-KR"/>
                    </w:rPr>
                    <w:t>동의하지 않음</w:t>
                  </w:r>
                  <w:r w:rsidRPr="00161065">
                    <w:rPr>
                      <w:rFonts w:ascii="한양중고딕" w:eastAsia="한양중고딕" w:hAnsi="한양중고딕" w:cs="굴림" w:hint="eastAsia"/>
                      <w:b/>
                      <w:bCs/>
                      <w:color w:val="000000"/>
                      <w:sz w:val="18"/>
                      <w:szCs w:val="18"/>
                      <w:lang w:eastAsia="ko-KR"/>
                    </w:rPr>
                    <w:t>□</w:t>
                  </w:r>
                </w:p>
              </w:tc>
            </w:tr>
          </w:tbl>
          <w:p w:rsidR="009C3E08" w:rsidRPr="00142C38" w:rsidRDefault="009C3E08" w:rsidP="007945EF">
            <w:pPr>
              <w:widowControl w:val="0"/>
              <w:autoSpaceDE w:val="0"/>
              <w:autoSpaceDN w:val="0"/>
              <w:spacing w:line="240" w:lineRule="exact"/>
              <w:ind w:left="560" w:hanging="560"/>
              <w:jc w:val="center"/>
              <w:textAlignment w:val="baseline"/>
              <w:rPr>
                <w:rFonts w:ascii="함초롬바탕" w:eastAsia="굴림" w:hAnsi="굴림" w:cs="굴림"/>
                <w:color w:val="000000"/>
                <w:sz w:val="10"/>
                <w:szCs w:val="10"/>
                <w:lang w:eastAsia="ko-KR"/>
              </w:rPr>
            </w:pPr>
          </w:p>
          <w:p w:rsidR="009C3E08" w:rsidRPr="00142C38" w:rsidRDefault="009C3E08" w:rsidP="007945EF">
            <w:pPr>
              <w:widowControl w:val="0"/>
              <w:autoSpaceDE w:val="0"/>
              <w:autoSpaceDN w:val="0"/>
              <w:spacing w:line="240" w:lineRule="exact"/>
              <w:ind w:firstLine="200"/>
              <w:jc w:val="both"/>
              <w:textAlignment w:val="baseline"/>
              <w:rPr>
                <w:rFonts w:ascii="함초롬바탕" w:eastAsia="굴림" w:hAnsi="굴림" w:cs="굴림"/>
                <w:color w:val="000000"/>
                <w:szCs w:val="20"/>
                <w:lang w:eastAsia="ko-KR"/>
              </w:rPr>
            </w:pPr>
            <w:r w:rsidRPr="00142C38">
              <w:rPr>
                <w:rFonts w:ascii="휴먼명조" w:eastAsia="휴먼명조" w:hAnsi="굴림" w:cs="굴림" w:hint="eastAsia"/>
                <w:b/>
                <w:bCs/>
                <w:color w:val="000000"/>
                <w:spacing w:val="-8"/>
                <w:w w:val="97"/>
                <w:szCs w:val="20"/>
                <w:lang w:eastAsia="ko-KR"/>
              </w:rPr>
              <w:t xml:space="preserve">□ </w:t>
            </w:r>
            <w:r w:rsidRPr="00142C38">
              <w:rPr>
                <w:rFonts w:ascii="휴먼명조" w:eastAsia="휴먼명조" w:hAnsi="굴림" w:cs="굴림" w:hint="eastAsia"/>
                <w:b/>
                <w:bCs/>
                <w:color w:val="000000"/>
                <w:szCs w:val="20"/>
                <w:lang w:eastAsia="ko-KR"/>
              </w:rPr>
              <w:t>세무회계자료 온라인 제출에 관한 사항</w:t>
            </w:r>
            <w:r w:rsidRPr="00142C38">
              <w:rPr>
                <w:rFonts w:ascii="HCI Poppy" w:eastAsia="휴먼명조" w:hAnsi="HCI Poppy" w:cs="굴림"/>
                <w:color w:val="000000"/>
                <w:szCs w:val="20"/>
                <w:lang w:eastAsia="ko-KR"/>
              </w:rPr>
              <w:t>(</w:t>
            </w:r>
            <w:r w:rsidRPr="00142C38">
              <w:rPr>
                <w:rFonts w:ascii="휴먼명조" w:eastAsia="휴먼명조" w:hAnsi="굴림" w:cs="굴림" w:hint="eastAsia"/>
                <w:color w:val="000000"/>
                <w:szCs w:val="20"/>
                <w:lang w:eastAsia="ko-KR"/>
              </w:rPr>
              <w:t>선택사항</w:t>
            </w:r>
            <w:r w:rsidRPr="00142C38">
              <w:rPr>
                <w:rFonts w:ascii="HCI Poppy" w:eastAsia="휴먼명조" w:hAnsi="HCI Poppy" w:cs="굴림"/>
                <w:color w:val="000000"/>
                <w:szCs w:val="20"/>
                <w:lang w:eastAsia="ko-KR"/>
              </w:rPr>
              <w:t>)</w:t>
            </w:r>
          </w:p>
          <w:p w:rsidR="009C3E08" w:rsidRPr="00142C38" w:rsidRDefault="009C3E08" w:rsidP="007945EF">
            <w:pPr>
              <w:widowControl w:val="0"/>
              <w:autoSpaceDE w:val="0"/>
              <w:autoSpaceDN w:val="0"/>
              <w:spacing w:line="240" w:lineRule="exact"/>
              <w:ind w:leftChars="100" w:left="200"/>
              <w:jc w:val="both"/>
              <w:textAlignment w:val="baseline"/>
              <w:rPr>
                <w:rFonts w:ascii="함초롬바탕" w:eastAsia="굴림" w:hAnsi="굴림" w:cs="굴림"/>
                <w:color w:val="000000"/>
                <w:sz w:val="17"/>
                <w:szCs w:val="17"/>
                <w:lang w:eastAsia="ko-KR"/>
              </w:rPr>
            </w:pPr>
            <w:r w:rsidRPr="00142C38">
              <w:rPr>
                <w:rFonts w:ascii="한양중고딕" w:eastAsia="한양중고딕" w:hAnsi="한양중고딕" w:cs="굴림" w:hint="eastAsia"/>
                <w:color w:val="000000"/>
                <w:sz w:val="17"/>
                <w:szCs w:val="17"/>
                <w:lang w:eastAsia="ko-KR"/>
              </w:rPr>
              <w:t xml:space="preserve">○ </w:t>
            </w:r>
            <w:r w:rsidRPr="00142C38">
              <w:rPr>
                <w:rFonts w:ascii="한양중고딕" w:eastAsia="한양중고딕" w:hAnsi="굴림" w:cs="굴림" w:hint="eastAsia"/>
                <w:color w:val="000000"/>
                <w:spacing w:val="-6"/>
                <w:sz w:val="17"/>
                <w:szCs w:val="17"/>
                <w:lang w:eastAsia="ko-KR"/>
              </w:rPr>
              <w:t xml:space="preserve">본인은 중진공의 해외지사화사업 등 </w:t>
            </w:r>
            <w:proofErr w:type="spellStart"/>
            <w:r w:rsidRPr="00142C38">
              <w:rPr>
                <w:rFonts w:ascii="한양중고딕" w:eastAsia="한양중고딕" w:hAnsi="굴림" w:cs="굴림" w:hint="eastAsia"/>
                <w:color w:val="000000"/>
                <w:w w:val="95"/>
                <w:sz w:val="17"/>
                <w:szCs w:val="17"/>
                <w:lang w:eastAsia="ko-KR"/>
              </w:rPr>
              <w:t>연계지원</w:t>
            </w:r>
            <w:r w:rsidRPr="00142C38">
              <w:rPr>
                <w:rFonts w:ascii="한양중고딕" w:eastAsia="한양중고딕" w:hAnsi="굴림" w:cs="굴림" w:hint="eastAsia"/>
                <w:color w:val="000000"/>
                <w:spacing w:val="-6"/>
                <w:sz w:val="17"/>
                <w:szCs w:val="17"/>
                <w:lang w:eastAsia="ko-KR"/>
              </w:rPr>
              <w:t>과</w:t>
            </w:r>
            <w:proofErr w:type="spellEnd"/>
            <w:r w:rsidRPr="00142C38">
              <w:rPr>
                <w:rFonts w:ascii="한양중고딕" w:eastAsia="한양중고딕" w:hAnsi="굴림" w:cs="굴림" w:hint="eastAsia"/>
                <w:color w:val="000000"/>
                <w:spacing w:val="-6"/>
                <w:sz w:val="17"/>
                <w:szCs w:val="17"/>
                <w:lang w:eastAsia="ko-KR"/>
              </w:rPr>
              <w:t xml:space="preserve"> 관련하여 본인 또는 </w:t>
            </w:r>
            <w:proofErr w:type="spellStart"/>
            <w:r w:rsidRPr="00142C38">
              <w:rPr>
                <w:rFonts w:ascii="한양중고딕" w:eastAsia="한양중고딕" w:hAnsi="굴림" w:cs="굴림" w:hint="eastAsia"/>
                <w:color w:val="000000"/>
                <w:spacing w:val="-6"/>
                <w:sz w:val="17"/>
                <w:szCs w:val="17"/>
                <w:lang w:eastAsia="ko-KR"/>
              </w:rPr>
              <w:t>기장대행</w:t>
            </w:r>
            <w:proofErr w:type="spellEnd"/>
            <w:r w:rsidRPr="00142C38">
              <w:rPr>
                <w:rFonts w:ascii="한양중고딕" w:eastAsia="한양중고딕" w:hAnsi="굴림" w:cs="굴림" w:hint="eastAsia"/>
                <w:color w:val="000000"/>
                <w:spacing w:val="-6"/>
                <w:sz w:val="17"/>
                <w:szCs w:val="17"/>
                <w:lang w:eastAsia="ko-KR"/>
              </w:rPr>
              <w:t xml:space="preserve"> 세무사</w:t>
            </w:r>
            <w:r w:rsidRPr="00142C38">
              <w:rPr>
                <w:rFonts w:ascii="한양중고딕" w:eastAsia="한양중고딕" w:hAnsi="굴림" w:cs="굴림" w:hint="eastAsia"/>
                <w:color w:val="000000"/>
                <w:spacing w:val="-14"/>
                <w:sz w:val="17"/>
                <w:szCs w:val="17"/>
                <w:lang w:eastAsia="ko-KR"/>
              </w:rPr>
              <w:t>(회계사)가</w:t>
            </w:r>
            <w:r w:rsidRPr="00142C38">
              <w:rPr>
                <w:rFonts w:ascii="함초롬바탕" w:eastAsia="한양중고딕" w:hAnsi="굴림" w:cs="굴림"/>
                <w:color w:val="000000"/>
                <w:spacing w:val="-12"/>
                <w:sz w:val="17"/>
                <w:szCs w:val="17"/>
                <w:lang w:eastAsia="ko-KR"/>
              </w:rPr>
              <w:t xml:space="preserve"> </w:t>
            </w:r>
            <w:r w:rsidRPr="00142C38">
              <w:rPr>
                <w:rFonts w:ascii="한양중고딕" w:eastAsia="한양중고딕" w:hAnsi="굴림" w:cs="굴림" w:hint="eastAsia"/>
                <w:color w:val="000000"/>
                <w:spacing w:val="-12"/>
                <w:sz w:val="17"/>
                <w:szCs w:val="17"/>
                <w:lang w:eastAsia="ko-KR"/>
              </w:rPr>
              <w:t xml:space="preserve">세무회계자료를 </w:t>
            </w:r>
            <w:proofErr w:type="spellStart"/>
            <w:r w:rsidRPr="00142C38">
              <w:rPr>
                <w:rFonts w:ascii="한양중고딕" w:eastAsia="한양중고딕" w:hAnsi="굴림" w:cs="굴림" w:hint="eastAsia"/>
                <w:color w:val="000000"/>
                <w:spacing w:val="-12"/>
                <w:sz w:val="17"/>
                <w:szCs w:val="17"/>
                <w:lang w:eastAsia="ko-KR"/>
              </w:rPr>
              <w:t>중진공</w:t>
            </w:r>
            <w:r w:rsidRPr="00142C38">
              <w:rPr>
                <w:rFonts w:ascii="한양중고딕" w:eastAsia="한양중고딕" w:hAnsi="굴림" w:cs="굴림" w:hint="eastAsia"/>
                <w:color w:val="000000"/>
                <w:spacing w:val="-8"/>
                <w:sz w:val="17"/>
                <w:szCs w:val="17"/>
                <w:lang w:eastAsia="ko-KR"/>
              </w:rPr>
              <w:t>에</w:t>
            </w:r>
            <w:proofErr w:type="spellEnd"/>
            <w:r w:rsidRPr="00142C38">
              <w:rPr>
                <w:rFonts w:ascii="한양중고딕" w:eastAsia="한양중고딕" w:hAnsi="굴림" w:cs="굴림" w:hint="eastAsia"/>
                <w:color w:val="000000"/>
                <w:spacing w:val="-8"/>
                <w:sz w:val="17"/>
                <w:szCs w:val="17"/>
                <w:lang w:eastAsia="ko-KR"/>
              </w:rPr>
              <w:t xml:space="preserve"> 온라인으로 제출하는데 동의합니다.</w:t>
            </w:r>
          </w:p>
          <w:p w:rsidR="009C3E08" w:rsidRPr="00142C38" w:rsidRDefault="009C3E08" w:rsidP="007945EF">
            <w:pPr>
              <w:widowControl w:val="0"/>
              <w:autoSpaceDE w:val="0"/>
              <w:autoSpaceDN w:val="0"/>
              <w:spacing w:line="240" w:lineRule="exact"/>
              <w:ind w:leftChars="100" w:left="200"/>
              <w:jc w:val="both"/>
              <w:textAlignment w:val="baseline"/>
              <w:rPr>
                <w:rFonts w:ascii="함초롬바탕" w:eastAsia="굴림" w:hAnsi="굴림" w:cs="굴림"/>
                <w:color w:val="000000"/>
                <w:sz w:val="17"/>
                <w:szCs w:val="17"/>
                <w:lang w:eastAsia="ko-KR"/>
              </w:rPr>
            </w:pPr>
            <w:r w:rsidRPr="00142C38">
              <w:rPr>
                <w:rFonts w:ascii="한양중고딕" w:eastAsia="한양중고딕" w:hAnsi="굴림" w:cs="굴림" w:hint="eastAsia"/>
                <w:color w:val="000000"/>
                <w:spacing w:val="-8"/>
                <w:sz w:val="17"/>
                <w:szCs w:val="17"/>
                <w:lang w:eastAsia="ko-KR"/>
              </w:rPr>
              <w:t xml:space="preserve">1. </w:t>
            </w:r>
            <w:proofErr w:type="gramStart"/>
            <w:r w:rsidRPr="00142C38">
              <w:rPr>
                <w:rFonts w:ascii="한양중고딕" w:eastAsia="한양중고딕" w:hAnsi="굴림" w:cs="굴림" w:hint="eastAsia"/>
                <w:color w:val="000000"/>
                <w:spacing w:val="-14"/>
                <w:sz w:val="17"/>
                <w:szCs w:val="17"/>
                <w:lang w:eastAsia="ko-KR"/>
              </w:rPr>
              <w:t>전송세무회계자료 :</w:t>
            </w:r>
            <w:proofErr w:type="gramEnd"/>
            <w:r w:rsidRPr="00142C38">
              <w:rPr>
                <w:rFonts w:ascii="한양중고딕" w:eastAsia="한양중고딕" w:hAnsi="굴림" w:cs="굴림" w:hint="eastAsia"/>
                <w:color w:val="000000"/>
                <w:spacing w:val="-14"/>
                <w:sz w:val="17"/>
                <w:szCs w:val="17"/>
                <w:lang w:eastAsia="ko-KR"/>
              </w:rPr>
              <w:t xml:space="preserve"> 사업자등록증명, </w:t>
            </w:r>
            <w:proofErr w:type="spellStart"/>
            <w:r w:rsidRPr="00142C38">
              <w:rPr>
                <w:rFonts w:ascii="한양중고딕" w:eastAsia="한양중고딕" w:hAnsi="굴림" w:cs="굴림" w:hint="eastAsia"/>
                <w:color w:val="000000"/>
                <w:spacing w:val="-14"/>
                <w:sz w:val="17"/>
                <w:szCs w:val="17"/>
                <w:lang w:eastAsia="ko-KR"/>
              </w:rPr>
              <w:t>납세증명서</w:t>
            </w:r>
            <w:proofErr w:type="spellEnd"/>
            <w:r w:rsidRPr="00142C38">
              <w:rPr>
                <w:rFonts w:ascii="한양중고딕" w:eastAsia="한양중고딕" w:hAnsi="굴림" w:cs="굴림" w:hint="eastAsia"/>
                <w:color w:val="000000"/>
                <w:spacing w:val="-14"/>
                <w:sz w:val="17"/>
                <w:szCs w:val="17"/>
                <w:lang w:eastAsia="ko-KR"/>
              </w:rPr>
              <w:t xml:space="preserve">, 납세사실증명, 부가가치세과세표준증명, </w:t>
            </w:r>
            <w:proofErr w:type="spellStart"/>
            <w:r w:rsidRPr="00142C38">
              <w:rPr>
                <w:rFonts w:ascii="한양중고딕" w:eastAsia="한양중고딕" w:hAnsi="굴림" w:cs="굴림" w:hint="eastAsia"/>
                <w:color w:val="000000"/>
                <w:spacing w:val="-14"/>
                <w:sz w:val="17"/>
                <w:szCs w:val="17"/>
                <w:lang w:eastAsia="ko-KR"/>
              </w:rPr>
              <w:t>부가가치세면세</w:t>
            </w:r>
            <w:r w:rsidRPr="00142C38">
              <w:rPr>
                <w:rFonts w:ascii="한양중고딕" w:eastAsia="한양중고딕" w:hAnsi="굴림" w:cs="굴림" w:hint="eastAsia"/>
                <w:color w:val="000000"/>
                <w:spacing w:val="-10"/>
                <w:sz w:val="17"/>
                <w:szCs w:val="17"/>
                <w:lang w:eastAsia="ko-KR"/>
              </w:rPr>
              <w:t>사업자수입급액</w:t>
            </w:r>
            <w:r w:rsidRPr="00142C38">
              <w:rPr>
                <w:rFonts w:ascii="한양중고딕" w:eastAsia="한양중고딕" w:hAnsi="굴림" w:cs="굴림" w:hint="eastAsia"/>
                <w:color w:val="000000"/>
                <w:spacing w:val="-8"/>
                <w:sz w:val="17"/>
                <w:szCs w:val="17"/>
                <w:lang w:eastAsia="ko-KR"/>
              </w:rPr>
              <w:t>증명</w:t>
            </w:r>
            <w:proofErr w:type="spellEnd"/>
            <w:r w:rsidRPr="00142C38">
              <w:rPr>
                <w:rFonts w:ascii="한양중고딕" w:eastAsia="한양중고딕" w:hAnsi="굴림" w:cs="굴림" w:hint="eastAsia"/>
                <w:color w:val="000000"/>
                <w:spacing w:val="-8"/>
                <w:sz w:val="17"/>
                <w:szCs w:val="17"/>
                <w:lang w:eastAsia="ko-KR"/>
              </w:rPr>
              <w:t>, 표준재무제표증명, 소득금액증명</w:t>
            </w:r>
          </w:p>
          <w:p w:rsidR="009C3E08" w:rsidRPr="00142C38" w:rsidRDefault="009C3E08" w:rsidP="007945EF">
            <w:pPr>
              <w:widowControl w:val="0"/>
              <w:autoSpaceDE w:val="0"/>
              <w:autoSpaceDN w:val="0"/>
              <w:spacing w:line="240" w:lineRule="exact"/>
              <w:ind w:leftChars="100" w:left="200"/>
              <w:jc w:val="both"/>
              <w:textAlignment w:val="baseline"/>
              <w:rPr>
                <w:rFonts w:ascii="함초롬바탕" w:eastAsia="굴림" w:hAnsi="굴림" w:cs="굴림"/>
                <w:color w:val="000000"/>
                <w:sz w:val="17"/>
                <w:szCs w:val="17"/>
                <w:lang w:eastAsia="ko-KR"/>
              </w:rPr>
            </w:pPr>
            <w:r w:rsidRPr="00142C38">
              <w:rPr>
                <w:rFonts w:ascii="한양중고딕" w:eastAsia="한양중고딕" w:hAnsi="굴림" w:cs="굴림" w:hint="eastAsia"/>
                <w:color w:val="000000"/>
                <w:spacing w:val="-8"/>
                <w:sz w:val="17"/>
                <w:szCs w:val="17"/>
                <w:lang w:eastAsia="ko-KR"/>
              </w:rPr>
              <w:t xml:space="preserve">2. </w:t>
            </w:r>
            <w:r w:rsidRPr="00142C38">
              <w:rPr>
                <w:rFonts w:ascii="한양중고딕" w:eastAsia="한양중고딕" w:hAnsi="굴림" w:cs="굴림" w:hint="eastAsia"/>
                <w:color w:val="000000"/>
                <w:spacing w:val="-22"/>
                <w:sz w:val="17"/>
                <w:szCs w:val="17"/>
                <w:lang w:eastAsia="ko-KR"/>
              </w:rPr>
              <w:t xml:space="preserve">정책자금 상환 등 사업 참여 </w:t>
            </w:r>
            <w:proofErr w:type="spellStart"/>
            <w:r w:rsidRPr="00142C38">
              <w:rPr>
                <w:rFonts w:ascii="한양중고딕" w:eastAsia="한양중고딕" w:hAnsi="굴림" w:cs="굴림" w:hint="eastAsia"/>
                <w:color w:val="000000"/>
                <w:spacing w:val="-22"/>
                <w:sz w:val="17"/>
                <w:szCs w:val="17"/>
                <w:lang w:eastAsia="ko-KR"/>
              </w:rPr>
              <w:t>완료시까지</w:t>
            </w:r>
            <w:proofErr w:type="spellEnd"/>
            <w:r w:rsidRPr="00142C38">
              <w:rPr>
                <w:rFonts w:ascii="한양중고딕" w:eastAsia="한양중고딕" w:hAnsi="굴림" w:cs="굴림" w:hint="eastAsia"/>
                <w:color w:val="000000"/>
                <w:spacing w:val="-22"/>
                <w:sz w:val="17"/>
                <w:szCs w:val="17"/>
                <w:lang w:eastAsia="ko-KR"/>
              </w:rPr>
              <w:t xml:space="preserve"> </w:t>
            </w:r>
            <w:proofErr w:type="spellStart"/>
            <w:r w:rsidRPr="00142C38">
              <w:rPr>
                <w:rFonts w:ascii="한양중고딕" w:eastAsia="한양중고딕" w:hAnsi="굴림" w:cs="굴림" w:hint="eastAsia"/>
                <w:color w:val="000000"/>
                <w:spacing w:val="-22"/>
                <w:sz w:val="17"/>
                <w:szCs w:val="17"/>
                <w:lang w:eastAsia="ko-KR"/>
              </w:rPr>
              <w:t>중진공에서</w:t>
            </w:r>
            <w:proofErr w:type="spellEnd"/>
            <w:r w:rsidRPr="00142C38">
              <w:rPr>
                <w:rFonts w:ascii="한양중고딕" w:eastAsia="한양중고딕" w:hAnsi="굴림" w:cs="굴림" w:hint="eastAsia"/>
                <w:color w:val="000000"/>
                <w:spacing w:val="-22"/>
                <w:sz w:val="17"/>
                <w:szCs w:val="17"/>
                <w:lang w:eastAsia="ko-KR"/>
              </w:rPr>
              <w:t xml:space="preserve"> </w:t>
            </w:r>
            <w:proofErr w:type="spellStart"/>
            <w:r w:rsidRPr="00142C38">
              <w:rPr>
                <w:rFonts w:ascii="한양중고딕" w:eastAsia="한양중고딕" w:hAnsi="굴림" w:cs="굴림" w:hint="eastAsia"/>
                <w:color w:val="000000"/>
                <w:spacing w:val="-22"/>
                <w:sz w:val="17"/>
                <w:szCs w:val="17"/>
                <w:lang w:eastAsia="ko-KR"/>
              </w:rPr>
              <w:t>기장대행</w:t>
            </w:r>
            <w:proofErr w:type="spellEnd"/>
            <w:r w:rsidRPr="00142C38">
              <w:rPr>
                <w:rFonts w:ascii="한양중고딕" w:eastAsia="한양중고딕" w:hAnsi="굴림" w:cs="굴림" w:hint="eastAsia"/>
                <w:color w:val="000000"/>
                <w:spacing w:val="-22"/>
                <w:sz w:val="17"/>
                <w:szCs w:val="17"/>
                <w:lang w:eastAsia="ko-KR"/>
              </w:rPr>
              <w:t xml:space="preserve"> 세무사(회계사) 또는 </w:t>
            </w:r>
            <w:proofErr w:type="spellStart"/>
            <w:r w:rsidRPr="00142C38">
              <w:rPr>
                <w:rFonts w:ascii="한양중고딕" w:eastAsia="한양중고딕" w:hAnsi="굴림" w:cs="굴림" w:hint="eastAsia"/>
                <w:color w:val="000000"/>
                <w:spacing w:val="-22"/>
                <w:sz w:val="17"/>
                <w:szCs w:val="17"/>
                <w:lang w:eastAsia="ko-KR"/>
              </w:rPr>
              <w:t>자체기장의</w:t>
            </w:r>
            <w:proofErr w:type="spellEnd"/>
            <w:r w:rsidRPr="00142C38">
              <w:rPr>
                <w:rFonts w:ascii="함초롬바탕" w:eastAsia="한양중고딕" w:hAnsi="굴림" w:cs="굴림"/>
                <w:color w:val="000000"/>
                <w:spacing w:val="-14"/>
                <w:sz w:val="17"/>
                <w:szCs w:val="17"/>
                <w:lang w:eastAsia="ko-KR"/>
              </w:rPr>
              <w:t xml:space="preserve"> </w:t>
            </w:r>
            <w:r w:rsidRPr="00142C38">
              <w:rPr>
                <w:rFonts w:ascii="한양중고딕" w:eastAsia="한양중고딕" w:hAnsi="굴림" w:cs="굴림" w:hint="eastAsia"/>
                <w:color w:val="000000"/>
                <w:spacing w:val="-24"/>
                <w:sz w:val="17"/>
                <w:szCs w:val="17"/>
                <w:lang w:eastAsia="ko-KR"/>
              </w:rPr>
              <w:t>본인에게 요청한 때에는,</w:t>
            </w:r>
            <w:r w:rsidRPr="00142C38">
              <w:rPr>
                <w:rFonts w:ascii="함초롬바탕" w:eastAsia="한양중고딕" w:hAnsi="굴림" w:cs="굴림"/>
                <w:color w:val="000000"/>
                <w:spacing w:val="-18"/>
                <w:sz w:val="17"/>
                <w:szCs w:val="17"/>
                <w:lang w:eastAsia="ko-KR"/>
              </w:rPr>
              <w:t xml:space="preserve"> </w:t>
            </w:r>
            <w:r w:rsidRPr="00142C38">
              <w:rPr>
                <w:rFonts w:ascii="한양중고딕" w:eastAsia="한양중고딕" w:hAnsi="굴림" w:cs="굴림" w:hint="eastAsia"/>
                <w:color w:val="000000"/>
                <w:spacing w:val="-18"/>
                <w:sz w:val="17"/>
                <w:szCs w:val="17"/>
                <w:lang w:eastAsia="ko-KR"/>
              </w:rPr>
              <w:t>본인의 별도 동의 없이 세무회계자료를 전송하는데 동의합니다</w:t>
            </w:r>
            <w:r w:rsidRPr="00142C38">
              <w:rPr>
                <w:rFonts w:ascii="한양중고딕" w:eastAsia="한양중고딕" w:hAnsi="굴림" w:cs="굴림" w:hint="eastAsia"/>
                <w:color w:val="000000"/>
                <w:spacing w:val="-8"/>
                <w:sz w:val="17"/>
                <w:szCs w:val="17"/>
                <w:lang w:eastAsia="ko-KR"/>
              </w:rPr>
              <w:t xml:space="preserve">. </w:t>
            </w:r>
          </w:p>
          <w:p w:rsidR="009C3E08" w:rsidRPr="009C3E08" w:rsidRDefault="009C3E08" w:rsidP="007945EF">
            <w:pPr>
              <w:widowControl w:val="0"/>
              <w:autoSpaceDE w:val="0"/>
              <w:autoSpaceDN w:val="0"/>
              <w:spacing w:line="240" w:lineRule="exact"/>
              <w:ind w:left="528" w:hanging="528"/>
              <w:jc w:val="both"/>
              <w:textAlignment w:val="baseline"/>
              <w:rPr>
                <w:rFonts w:ascii="함초롬바탕" w:eastAsia="굴림" w:hAnsi="굴림" w:cs="굴림"/>
                <w:color w:val="000000"/>
                <w:spacing w:val="-8"/>
                <w:sz w:val="4"/>
                <w:szCs w:val="4"/>
                <w:lang w:eastAsia="ko-KR"/>
              </w:rPr>
            </w:pPr>
          </w:p>
          <w:tbl>
            <w:tblPr>
              <w:tblOverlap w:val="never"/>
              <w:tblW w:w="0" w:type="auto"/>
              <w:jc w:val="right"/>
              <w:tblCellMar>
                <w:top w:w="15" w:type="dxa"/>
                <w:left w:w="15" w:type="dxa"/>
                <w:bottom w:w="15" w:type="dxa"/>
                <w:right w:w="15" w:type="dxa"/>
              </w:tblCellMar>
              <w:tblLook w:val="04A0" w:firstRow="1" w:lastRow="0" w:firstColumn="1" w:lastColumn="0" w:noHBand="0" w:noVBand="1"/>
            </w:tblPr>
            <w:tblGrid>
              <w:gridCol w:w="5555"/>
              <w:gridCol w:w="3574"/>
            </w:tblGrid>
            <w:tr w:rsidR="009C3E08" w:rsidRPr="009C3E08">
              <w:trPr>
                <w:trHeight w:val="296"/>
                <w:jc w:val="right"/>
              </w:trPr>
              <w:tc>
                <w:tcPr>
                  <w:tcW w:w="5555" w:type="dxa"/>
                  <w:tcBorders>
                    <w:top w:val="single" w:sz="12" w:space="0" w:color="000000"/>
                    <w:left w:val="single" w:sz="12" w:space="0" w:color="000000"/>
                    <w:bottom w:val="single" w:sz="12" w:space="0" w:color="000000"/>
                    <w:right w:val="single" w:sz="2" w:space="0" w:color="000000"/>
                  </w:tcBorders>
                  <w:tcMar>
                    <w:top w:w="28" w:type="dxa"/>
                    <w:left w:w="102" w:type="dxa"/>
                    <w:bottom w:w="28" w:type="dxa"/>
                    <w:right w:w="102" w:type="dxa"/>
                  </w:tcMar>
                  <w:vAlign w:val="center"/>
                  <w:hideMark/>
                </w:tcPr>
                <w:p w:rsidR="009C3E08" w:rsidRPr="00AB1FC3" w:rsidRDefault="009C3E08" w:rsidP="007945EF">
                  <w:pPr>
                    <w:widowControl w:val="0"/>
                    <w:autoSpaceDE w:val="0"/>
                    <w:autoSpaceDN w:val="0"/>
                    <w:spacing w:line="240" w:lineRule="exact"/>
                    <w:ind w:left="40" w:right="40"/>
                    <w:textAlignment w:val="baseline"/>
                    <w:rPr>
                      <w:rFonts w:ascii="HY신명조" w:eastAsia="HY신명조" w:hAnsi="굴림" w:cs="굴림" w:hint="eastAsia"/>
                      <w:color w:val="000000"/>
                      <w:szCs w:val="20"/>
                      <w:lang w:eastAsia="ko-KR"/>
                    </w:rPr>
                  </w:pPr>
                  <w:r w:rsidRPr="00AB1FC3">
                    <w:rPr>
                      <w:rFonts w:ascii="HY신명조" w:eastAsia="HY신명조" w:hAnsi="함초롬바탕" w:cs="함초롬바탕" w:hint="eastAsia"/>
                      <w:b/>
                      <w:bCs/>
                      <w:color w:val="000000"/>
                      <w:szCs w:val="20"/>
                      <w:lang w:eastAsia="ko-KR"/>
                    </w:rPr>
                    <w:t>세무회계자료 온라인 제출</w:t>
                  </w:r>
                </w:p>
              </w:tc>
              <w:tc>
                <w:tcPr>
                  <w:tcW w:w="3574" w:type="dxa"/>
                  <w:tcBorders>
                    <w:top w:val="single" w:sz="12" w:space="0" w:color="000000"/>
                    <w:left w:val="single" w:sz="2" w:space="0" w:color="000000"/>
                    <w:bottom w:val="single" w:sz="12" w:space="0" w:color="000000"/>
                    <w:right w:val="single" w:sz="12" w:space="0" w:color="000000"/>
                  </w:tcBorders>
                  <w:tcMar>
                    <w:top w:w="28" w:type="dxa"/>
                    <w:left w:w="102" w:type="dxa"/>
                    <w:bottom w:w="28" w:type="dxa"/>
                    <w:right w:w="102" w:type="dxa"/>
                  </w:tcMar>
                  <w:vAlign w:val="center"/>
                  <w:hideMark/>
                </w:tcPr>
                <w:p w:rsidR="009C3E08" w:rsidRPr="00AB1FC3" w:rsidRDefault="009C3E08" w:rsidP="007945EF">
                  <w:pPr>
                    <w:widowControl w:val="0"/>
                    <w:autoSpaceDE w:val="0"/>
                    <w:autoSpaceDN w:val="0"/>
                    <w:spacing w:line="240" w:lineRule="exact"/>
                    <w:jc w:val="center"/>
                    <w:textAlignment w:val="baseline"/>
                    <w:rPr>
                      <w:rFonts w:ascii="HY신명조" w:eastAsia="HY신명조" w:hAnsi="굴림" w:cs="굴림" w:hint="eastAsia"/>
                      <w:color w:val="000000"/>
                      <w:szCs w:val="20"/>
                      <w:lang w:eastAsia="ko-KR"/>
                    </w:rPr>
                  </w:pPr>
                  <w:r w:rsidRPr="00AB1FC3">
                    <w:rPr>
                      <w:rFonts w:ascii="HY신명조" w:eastAsia="HY신명조" w:cs="굴림" w:hint="eastAsia"/>
                      <w:b/>
                      <w:bCs/>
                      <w:color w:val="000000"/>
                      <w:szCs w:val="20"/>
                      <w:lang w:eastAsia="ko-KR"/>
                    </w:rPr>
                    <w:t>동의함 □, 동의하지 않음 □</w:t>
                  </w:r>
                </w:p>
              </w:tc>
            </w:tr>
          </w:tbl>
          <w:p w:rsidR="009C3E08" w:rsidRPr="004F498A" w:rsidRDefault="009C3E08" w:rsidP="007945EF">
            <w:pPr>
              <w:widowControl w:val="0"/>
              <w:autoSpaceDE w:val="0"/>
              <w:autoSpaceDN w:val="0"/>
              <w:spacing w:line="240" w:lineRule="exact"/>
              <w:ind w:firstLine="200"/>
              <w:jc w:val="both"/>
              <w:textAlignment w:val="baseline"/>
              <w:rPr>
                <w:rFonts w:ascii="함초롬바탕" w:eastAsia="굴림" w:hAnsi="굴림" w:cs="굴림"/>
                <w:b/>
                <w:bCs/>
                <w:color w:val="000000"/>
                <w:spacing w:val="-8"/>
                <w:w w:val="97"/>
                <w:sz w:val="10"/>
                <w:szCs w:val="10"/>
                <w:lang w:eastAsia="ko-KR"/>
              </w:rPr>
            </w:pPr>
          </w:p>
          <w:p w:rsidR="009C3E08" w:rsidRPr="004F498A" w:rsidRDefault="009C3E08" w:rsidP="007945EF">
            <w:pPr>
              <w:widowControl w:val="0"/>
              <w:autoSpaceDE w:val="0"/>
              <w:autoSpaceDN w:val="0"/>
              <w:spacing w:line="240" w:lineRule="exact"/>
              <w:ind w:firstLine="200"/>
              <w:jc w:val="both"/>
              <w:textAlignment w:val="baseline"/>
              <w:rPr>
                <w:rFonts w:ascii="함초롬바탕" w:eastAsia="굴림" w:hAnsi="굴림" w:cs="굴림"/>
                <w:color w:val="000000"/>
                <w:szCs w:val="20"/>
                <w:lang w:eastAsia="ko-KR"/>
              </w:rPr>
            </w:pPr>
            <w:r w:rsidRPr="004F498A">
              <w:rPr>
                <w:rFonts w:ascii="휴먼명조" w:eastAsia="휴먼명조" w:hAnsi="굴림" w:cs="굴림" w:hint="eastAsia"/>
                <w:b/>
                <w:bCs/>
                <w:color w:val="000000"/>
                <w:spacing w:val="-8"/>
                <w:w w:val="97"/>
                <w:szCs w:val="20"/>
                <w:lang w:eastAsia="ko-KR"/>
              </w:rPr>
              <w:t>□ 금융회사가 보유한 신용정보의 제공</w:t>
            </w:r>
            <w:r w:rsidRPr="004F498A">
              <w:rPr>
                <w:rFonts w:ascii="HCI Poppy" w:eastAsia="휴먼명조" w:hAnsi="HCI Poppy" w:cs="굴림"/>
                <w:b/>
                <w:bCs/>
                <w:color w:val="000000"/>
                <w:spacing w:val="-8"/>
                <w:w w:val="97"/>
                <w:szCs w:val="20"/>
                <w:lang w:eastAsia="ko-KR"/>
              </w:rPr>
              <w:t>(</w:t>
            </w:r>
            <w:r w:rsidRPr="004F498A">
              <w:rPr>
                <w:rFonts w:ascii="휴먼명조" w:eastAsia="휴먼명조" w:hAnsi="굴림" w:cs="굴림" w:hint="eastAsia"/>
                <w:b/>
                <w:bCs/>
                <w:color w:val="000000"/>
                <w:spacing w:val="-8"/>
                <w:w w:val="97"/>
                <w:szCs w:val="20"/>
                <w:lang w:eastAsia="ko-KR"/>
              </w:rPr>
              <w:t>조회</w:t>
            </w:r>
            <w:r w:rsidRPr="004F498A">
              <w:rPr>
                <w:rFonts w:ascii="HCI Poppy" w:eastAsia="휴먼명조" w:hAnsi="HCI Poppy" w:cs="굴림"/>
                <w:b/>
                <w:bCs/>
                <w:color w:val="000000"/>
                <w:spacing w:val="-8"/>
                <w:w w:val="97"/>
                <w:szCs w:val="20"/>
                <w:lang w:eastAsia="ko-KR"/>
              </w:rPr>
              <w:t>)</w:t>
            </w:r>
            <w:r w:rsidRPr="004F498A">
              <w:rPr>
                <w:rFonts w:ascii="휴먼명조" w:eastAsia="휴먼명조" w:hAnsi="굴림" w:cs="굴림" w:hint="eastAsia"/>
                <w:b/>
                <w:bCs/>
                <w:color w:val="000000"/>
                <w:spacing w:val="-8"/>
                <w:w w:val="97"/>
                <w:szCs w:val="20"/>
                <w:lang w:eastAsia="ko-KR"/>
              </w:rPr>
              <w:t>에 관한 사항</w:t>
            </w:r>
            <w:r w:rsidRPr="004F498A">
              <w:rPr>
                <w:rFonts w:ascii="HCI Poppy" w:eastAsia="휴먼명조" w:hAnsi="HCI Poppy" w:cs="굴림"/>
                <w:color w:val="000000"/>
                <w:szCs w:val="20"/>
                <w:lang w:eastAsia="ko-KR"/>
              </w:rPr>
              <w:t>(</w:t>
            </w:r>
            <w:r w:rsidRPr="004F498A">
              <w:rPr>
                <w:rFonts w:ascii="휴먼명조" w:eastAsia="휴먼명조" w:hAnsi="굴림" w:cs="굴림" w:hint="eastAsia"/>
                <w:color w:val="000000"/>
                <w:szCs w:val="20"/>
                <w:lang w:eastAsia="ko-KR"/>
              </w:rPr>
              <w:t>선택사항</w:t>
            </w:r>
            <w:r w:rsidRPr="004F498A">
              <w:rPr>
                <w:rFonts w:ascii="HCI Poppy" w:eastAsia="휴먼명조" w:hAnsi="HCI Poppy" w:cs="굴림"/>
                <w:color w:val="000000"/>
                <w:szCs w:val="20"/>
                <w:lang w:eastAsia="ko-KR"/>
              </w:rPr>
              <w:t>)</w:t>
            </w:r>
          </w:p>
          <w:p w:rsidR="00853FBE" w:rsidRDefault="009C3E08" w:rsidP="00853FBE">
            <w:pPr>
              <w:widowControl w:val="0"/>
              <w:autoSpaceDE w:val="0"/>
              <w:autoSpaceDN w:val="0"/>
              <w:spacing w:line="240" w:lineRule="exact"/>
              <w:ind w:leftChars="100" w:left="200"/>
              <w:jc w:val="both"/>
              <w:textAlignment w:val="baseline"/>
              <w:rPr>
                <w:rFonts w:ascii="한양중고딕" w:eastAsia="한양중고딕" w:hAnsi="굴림" w:cs="굴림"/>
                <w:color w:val="000000"/>
                <w:spacing w:val="-8"/>
                <w:sz w:val="18"/>
                <w:szCs w:val="18"/>
                <w:lang w:eastAsia="ko-KR"/>
              </w:rPr>
            </w:pPr>
            <w:r w:rsidRPr="009C3E08">
              <w:rPr>
                <w:rFonts w:ascii="한양중고딕" w:eastAsia="한양중고딕" w:hAnsi="굴림" w:cs="굴림" w:hint="eastAsia"/>
                <w:color w:val="000000"/>
                <w:spacing w:val="-8"/>
                <w:sz w:val="18"/>
                <w:szCs w:val="18"/>
                <w:lang w:eastAsia="ko-KR"/>
              </w:rPr>
              <w:t xml:space="preserve">금융회사가 보유한 귀사(귀하)에 대한 신용정보를 </w:t>
            </w:r>
            <w:proofErr w:type="spellStart"/>
            <w:r w:rsidRPr="009C3E08">
              <w:rPr>
                <w:rFonts w:ascii="한양중고딕" w:eastAsia="한양중고딕" w:hAnsi="굴림" w:cs="굴림" w:hint="eastAsia"/>
                <w:color w:val="000000"/>
                <w:spacing w:val="-8"/>
                <w:sz w:val="18"/>
                <w:szCs w:val="18"/>
                <w:lang w:eastAsia="ko-KR"/>
              </w:rPr>
              <w:t>중진공이</w:t>
            </w:r>
            <w:proofErr w:type="spellEnd"/>
            <w:r w:rsidRPr="009C3E08">
              <w:rPr>
                <w:rFonts w:ascii="한양중고딕" w:eastAsia="한양중고딕" w:hAnsi="굴림" w:cs="굴림" w:hint="eastAsia"/>
                <w:color w:val="000000"/>
                <w:spacing w:val="-8"/>
                <w:sz w:val="18"/>
                <w:szCs w:val="18"/>
                <w:lang w:eastAsia="ko-KR"/>
              </w:rPr>
              <w:t xml:space="preserve"> 제공받고자 하는 경우에는 개인정보 보호법 제17조 제1항, 제24조 제1항 및 신용정보의 이용 및 보호에 관한 법률 제32조 제1항, 제34조에 따라 본인의 동의가 필요합니다. 이에 본인은 아래의 내용과 같이 금융회사가 본인의 신용정보를 </w:t>
            </w:r>
            <w:proofErr w:type="spellStart"/>
            <w:r w:rsidRPr="009C3E08">
              <w:rPr>
                <w:rFonts w:ascii="한양중고딕" w:eastAsia="한양중고딕" w:hAnsi="굴림" w:cs="굴림" w:hint="eastAsia"/>
                <w:color w:val="000000"/>
                <w:spacing w:val="-8"/>
                <w:sz w:val="18"/>
                <w:szCs w:val="18"/>
                <w:lang w:eastAsia="ko-KR"/>
              </w:rPr>
              <w:t>중진공에</w:t>
            </w:r>
            <w:proofErr w:type="spellEnd"/>
            <w:r w:rsidRPr="009C3E08">
              <w:rPr>
                <w:rFonts w:ascii="한양중고딕" w:eastAsia="한양중고딕" w:hAnsi="굴림" w:cs="굴림" w:hint="eastAsia"/>
                <w:color w:val="000000"/>
                <w:spacing w:val="-8"/>
                <w:sz w:val="18"/>
                <w:szCs w:val="18"/>
                <w:lang w:eastAsia="ko-KR"/>
              </w:rPr>
              <w:t xml:space="preserve"> 제공하는 것에 동의합니다.</w:t>
            </w:r>
          </w:p>
          <w:p w:rsidR="00853FBE" w:rsidRPr="00853FBE" w:rsidRDefault="00853FBE" w:rsidP="00853FBE">
            <w:pPr>
              <w:widowControl w:val="0"/>
              <w:autoSpaceDE w:val="0"/>
              <w:autoSpaceDN w:val="0"/>
              <w:spacing w:line="240" w:lineRule="exact"/>
              <w:ind w:leftChars="100" w:left="200"/>
              <w:jc w:val="both"/>
              <w:textAlignment w:val="baseline"/>
              <w:rPr>
                <w:rFonts w:ascii="함초롬바탕" w:eastAsia="굴림" w:hAnsi="굴림" w:cs="굴림" w:hint="eastAsia"/>
                <w:color w:val="000000"/>
                <w:szCs w:val="20"/>
                <w:lang w:eastAsia="ko-KR"/>
              </w:rPr>
            </w:pPr>
          </w:p>
          <w:tbl>
            <w:tblPr>
              <w:tblOverlap w:val="never"/>
              <w:tblW w:w="9072" w:type="dxa"/>
              <w:tblInd w:w="316" w:type="dxa"/>
              <w:tblCellMar>
                <w:top w:w="15" w:type="dxa"/>
                <w:left w:w="15" w:type="dxa"/>
                <w:bottom w:w="15" w:type="dxa"/>
                <w:right w:w="15" w:type="dxa"/>
              </w:tblCellMar>
              <w:tblLook w:val="04A0" w:firstRow="1" w:lastRow="0" w:firstColumn="1" w:lastColumn="0" w:noHBand="0" w:noVBand="1"/>
            </w:tblPr>
            <w:tblGrid>
              <w:gridCol w:w="1652"/>
              <w:gridCol w:w="7420"/>
            </w:tblGrid>
            <w:tr w:rsidR="009C3E08" w:rsidRPr="009C3E08" w:rsidTr="00853FBE">
              <w:trPr>
                <w:trHeight w:val="731"/>
              </w:trPr>
              <w:tc>
                <w:tcPr>
                  <w:tcW w:w="1652" w:type="dxa"/>
                  <w:tcBorders>
                    <w:top w:val="single" w:sz="12" w:space="0" w:color="000000"/>
                    <w:left w:val="single" w:sz="12" w:space="0" w:color="000000"/>
                    <w:bottom w:val="single" w:sz="4" w:space="0" w:color="000000"/>
                    <w:right w:val="single" w:sz="2" w:space="0" w:color="000000"/>
                  </w:tcBorders>
                  <w:tcMar>
                    <w:top w:w="28" w:type="dxa"/>
                    <w:left w:w="28" w:type="dxa"/>
                    <w:bottom w:w="28" w:type="dxa"/>
                    <w:right w:w="28" w:type="dxa"/>
                  </w:tcMar>
                  <w:vAlign w:val="center"/>
                  <w:hideMark/>
                </w:tcPr>
                <w:p w:rsidR="009C3E08" w:rsidRPr="009C3E08" w:rsidRDefault="009C3E08" w:rsidP="007945EF">
                  <w:pPr>
                    <w:widowControl w:val="0"/>
                    <w:autoSpaceDE w:val="0"/>
                    <w:autoSpaceDN w:val="0"/>
                    <w:spacing w:line="240" w:lineRule="exact"/>
                    <w:ind w:left="40" w:right="40"/>
                    <w:jc w:val="center"/>
                    <w:textAlignment w:val="baseline"/>
                    <w:rPr>
                      <w:rFonts w:ascii="함초롬바탕" w:eastAsia="굴림" w:hAnsi="굴림" w:cs="굴림"/>
                      <w:color w:val="000000"/>
                      <w:szCs w:val="20"/>
                      <w:lang w:eastAsia="ko-KR"/>
                    </w:rPr>
                  </w:pPr>
                  <w:r w:rsidRPr="009C3E08">
                    <w:rPr>
                      <w:rFonts w:ascii="한양중고딕" w:eastAsia="한양중고딕" w:hAnsi="굴림" w:cs="굴림" w:hint="eastAsia"/>
                      <w:color w:val="000000"/>
                      <w:spacing w:val="-20"/>
                      <w:w w:val="85"/>
                      <w:sz w:val="18"/>
                      <w:szCs w:val="18"/>
                      <w:lang w:eastAsia="ko-KR"/>
                    </w:rPr>
                    <w:t>제공(조회) 대상 기관</w:t>
                  </w:r>
                </w:p>
              </w:tc>
              <w:tc>
                <w:tcPr>
                  <w:tcW w:w="7420" w:type="dxa"/>
                  <w:tcBorders>
                    <w:top w:val="single" w:sz="12" w:space="0" w:color="000000"/>
                    <w:left w:val="single" w:sz="2" w:space="0" w:color="000000"/>
                    <w:bottom w:val="single" w:sz="6" w:space="0" w:color="000000"/>
                    <w:right w:val="single" w:sz="12" w:space="0" w:color="000000"/>
                  </w:tcBorders>
                  <w:shd w:val="clear" w:color="auto" w:fill="FFFFFF"/>
                  <w:tcMar>
                    <w:top w:w="22" w:type="dxa"/>
                    <w:left w:w="24" w:type="dxa"/>
                    <w:bottom w:w="0" w:type="dxa"/>
                    <w:right w:w="21" w:type="dxa"/>
                  </w:tcMar>
                  <w:vAlign w:val="center"/>
                  <w:hideMark/>
                </w:tcPr>
                <w:p w:rsidR="009C3E08" w:rsidRDefault="009C3E08" w:rsidP="007945EF">
                  <w:pPr>
                    <w:widowControl w:val="0"/>
                    <w:autoSpaceDE w:val="0"/>
                    <w:autoSpaceDN w:val="0"/>
                    <w:spacing w:line="240" w:lineRule="exact"/>
                    <w:ind w:right="40"/>
                    <w:jc w:val="both"/>
                    <w:textAlignment w:val="baseline"/>
                    <w:rPr>
                      <w:rFonts w:ascii="한양중고딕" w:eastAsia="한양중고딕" w:hAnsi="굴림" w:cs="굴림"/>
                      <w:color w:val="000000"/>
                      <w:spacing w:val="-20"/>
                      <w:w w:val="85"/>
                      <w:position w:val="8"/>
                      <w:sz w:val="17"/>
                      <w:szCs w:val="17"/>
                      <w:vertAlign w:val="superscript"/>
                      <w:lang w:eastAsia="ko-KR"/>
                    </w:rPr>
                  </w:pPr>
                  <w:r w:rsidRPr="00DC6BA2">
                    <w:rPr>
                      <w:rFonts w:ascii="한양중고딕" w:eastAsia="한양중고딕" w:hAnsi="굴림" w:cs="굴림" w:hint="eastAsia"/>
                      <w:color w:val="000000"/>
                      <w:spacing w:val="-20"/>
                      <w:w w:val="85"/>
                      <w:sz w:val="17"/>
                      <w:szCs w:val="17"/>
                      <w:lang w:eastAsia="ko-KR"/>
                    </w:rPr>
                    <w:t>- 대출보유기관 및 금융회사</w:t>
                  </w:r>
                  <w:r w:rsidR="00F63C68">
                    <w:rPr>
                      <w:rFonts w:ascii="한양중고딕" w:eastAsia="한양중고딕" w:hAnsi="굴림" w:cs="굴림" w:hint="eastAsia"/>
                      <w:color w:val="000000"/>
                      <w:spacing w:val="-20"/>
                      <w:w w:val="85"/>
                      <w:sz w:val="17"/>
                      <w:szCs w:val="17"/>
                      <w:lang w:eastAsia="ko-KR"/>
                    </w:rPr>
                    <w:t xml:space="preserve"> </w:t>
                  </w:r>
                </w:p>
                <w:p w:rsidR="00F63C68" w:rsidRDefault="00F63C68" w:rsidP="007945EF">
                  <w:pPr>
                    <w:widowControl w:val="0"/>
                    <w:autoSpaceDE w:val="0"/>
                    <w:autoSpaceDN w:val="0"/>
                    <w:spacing w:line="240" w:lineRule="exact"/>
                    <w:ind w:right="40"/>
                    <w:jc w:val="both"/>
                    <w:textAlignment w:val="baseline"/>
                    <w:rPr>
                      <w:rFonts w:ascii="한양중고딕" w:eastAsia="한양중고딕" w:hAnsi="굴림" w:cs="굴림"/>
                      <w:color w:val="000000"/>
                      <w:spacing w:val="-20"/>
                      <w:w w:val="85"/>
                      <w:position w:val="8"/>
                      <w:sz w:val="17"/>
                      <w:szCs w:val="17"/>
                      <w:vertAlign w:val="superscript"/>
                      <w:lang w:eastAsia="ko-KR"/>
                    </w:rPr>
                  </w:pPr>
                </w:p>
                <w:p w:rsidR="00F63C68" w:rsidRPr="00DC6BA2" w:rsidRDefault="00F63C68" w:rsidP="007945EF">
                  <w:pPr>
                    <w:widowControl w:val="0"/>
                    <w:autoSpaceDE w:val="0"/>
                    <w:autoSpaceDN w:val="0"/>
                    <w:spacing w:line="240" w:lineRule="exact"/>
                    <w:ind w:left="40" w:right="40"/>
                    <w:jc w:val="both"/>
                    <w:textAlignment w:val="baseline"/>
                    <w:rPr>
                      <w:rFonts w:ascii="함초롬바탕" w:eastAsia="굴림" w:hAnsi="굴림" w:cs="굴림"/>
                      <w:color w:val="000000"/>
                      <w:sz w:val="17"/>
                      <w:szCs w:val="17"/>
                      <w:lang w:eastAsia="ko-KR"/>
                    </w:rPr>
                  </w:pPr>
                  <w:r>
                    <w:rPr>
                      <w:rFonts w:ascii="한양중고딕" w:eastAsia="한양중고딕" w:hAnsi="굴림" w:cs="굴림" w:hint="eastAsia"/>
                      <w:color w:val="000000"/>
                      <w:spacing w:val="-20"/>
                      <w:w w:val="85"/>
                      <w:position w:val="8"/>
                      <w:sz w:val="17"/>
                      <w:szCs w:val="17"/>
                      <w:vertAlign w:val="superscript"/>
                      <w:lang w:eastAsia="ko-KR"/>
                    </w:rPr>
                    <w:t>_________________________________________________________________________________________________________________________________________________</w:t>
                  </w:r>
                </w:p>
              </w:tc>
            </w:tr>
            <w:tr w:rsidR="009C3E08" w:rsidRPr="009C3E08" w:rsidTr="00853FBE">
              <w:trPr>
                <w:trHeight w:val="515"/>
              </w:trPr>
              <w:tc>
                <w:tcPr>
                  <w:tcW w:w="1652" w:type="dxa"/>
                  <w:tcBorders>
                    <w:top w:val="single" w:sz="4" w:space="0" w:color="000000"/>
                    <w:left w:val="single" w:sz="12" w:space="0" w:color="000000"/>
                    <w:bottom w:val="single" w:sz="4" w:space="0" w:color="000000"/>
                    <w:right w:val="single" w:sz="2" w:space="0" w:color="000000"/>
                  </w:tcBorders>
                  <w:tcMar>
                    <w:top w:w="28" w:type="dxa"/>
                    <w:left w:w="28" w:type="dxa"/>
                    <w:bottom w:w="28" w:type="dxa"/>
                    <w:right w:w="28" w:type="dxa"/>
                  </w:tcMar>
                  <w:vAlign w:val="center"/>
                  <w:hideMark/>
                </w:tcPr>
                <w:p w:rsidR="009C3E08" w:rsidRPr="009C3E08" w:rsidRDefault="009C3E08" w:rsidP="007945EF">
                  <w:pPr>
                    <w:widowControl w:val="0"/>
                    <w:autoSpaceDE w:val="0"/>
                    <w:autoSpaceDN w:val="0"/>
                    <w:spacing w:line="240" w:lineRule="exact"/>
                    <w:ind w:left="40" w:right="40"/>
                    <w:jc w:val="center"/>
                    <w:textAlignment w:val="baseline"/>
                    <w:rPr>
                      <w:rFonts w:ascii="함초롬바탕" w:eastAsia="굴림" w:hAnsi="굴림" w:cs="굴림"/>
                      <w:color w:val="000000"/>
                      <w:szCs w:val="20"/>
                      <w:lang w:eastAsia="ko-KR"/>
                    </w:rPr>
                  </w:pPr>
                  <w:r w:rsidRPr="009C3E08">
                    <w:rPr>
                      <w:rFonts w:ascii="한양중고딕" w:eastAsia="한양중고딕" w:hAnsi="굴림" w:cs="굴림" w:hint="eastAsia"/>
                      <w:color w:val="000000"/>
                      <w:spacing w:val="-20"/>
                      <w:w w:val="85"/>
                      <w:sz w:val="18"/>
                      <w:szCs w:val="18"/>
                      <w:lang w:eastAsia="ko-KR"/>
                    </w:rPr>
                    <w:t>제공(조회)의 목적</w:t>
                  </w:r>
                </w:p>
              </w:tc>
              <w:tc>
                <w:tcPr>
                  <w:tcW w:w="7420" w:type="dxa"/>
                  <w:tcBorders>
                    <w:top w:val="single" w:sz="6" w:space="0" w:color="000000"/>
                    <w:left w:val="single" w:sz="2" w:space="0" w:color="000000"/>
                    <w:bottom w:val="single" w:sz="6" w:space="0" w:color="000000"/>
                    <w:right w:val="single" w:sz="12" w:space="0" w:color="000000"/>
                  </w:tcBorders>
                  <w:shd w:val="clear" w:color="auto" w:fill="FFFFFF"/>
                  <w:tcMar>
                    <w:top w:w="0" w:type="dxa"/>
                    <w:left w:w="0" w:type="dxa"/>
                    <w:bottom w:w="0" w:type="dxa"/>
                    <w:right w:w="22" w:type="dxa"/>
                  </w:tcMar>
                  <w:vAlign w:val="center"/>
                  <w:hideMark/>
                </w:tcPr>
                <w:p w:rsidR="009C3E08" w:rsidRPr="00DC6BA2" w:rsidRDefault="009C3E08" w:rsidP="007945EF">
                  <w:pPr>
                    <w:widowControl w:val="0"/>
                    <w:autoSpaceDE w:val="0"/>
                    <w:autoSpaceDN w:val="0"/>
                    <w:spacing w:line="240" w:lineRule="exact"/>
                    <w:ind w:right="40"/>
                    <w:jc w:val="both"/>
                    <w:textAlignment w:val="baseline"/>
                    <w:rPr>
                      <w:rFonts w:ascii="함초롬바탕" w:eastAsia="굴림" w:hAnsi="굴림" w:cs="굴림"/>
                      <w:color w:val="000000"/>
                      <w:sz w:val="17"/>
                      <w:szCs w:val="17"/>
                      <w:lang w:eastAsia="ko-KR"/>
                    </w:rPr>
                  </w:pPr>
                  <w:r w:rsidRPr="00DC6BA2">
                    <w:rPr>
                      <w:rFonts w:ascii="한양중고딕" w:eastAsia="한양중고딕" w:hAnsi="굴림" w:cs="굴림" w:hint="eastAsia"/>
                      <w:color w:val="000000"/>
                      <w:spacing w:val="-20"/>
                      <w:w w:val="85"/>
                      <w:sz w:val="17"/>
                      <w:szCs w:val="17"/>
                      <w:lang w:eastAsia="ko-KR"/>
                    </w:rPr>
                    <w:t xml:space="preserve">- </w:t>
                  </w:r>
                  <w:r w:rsidRPr="00DC6BA2">
                    <w:rPr>
                      <w:rFonts w:ascii="한양중고딕" w:eastAsia="한양중고딕" w:hAnsi="굴림" w:cs="굴림" w:hint="eastAsia"/>
                      <w:color w:val="000000"/>
                      <w:spacing w:val="-6"/>
                      <w:w w:val="85"/>
                      <w:sz w:val="17"/>
                      <w:szCs w:val="17"/>
                      <w:lang w:eastAsia="ko-KR"/>
                    </w:rPr>
                    <w:t xml:space="preserve">신용을 판단하기 위한 자료로 활용, (금융)거래의 </w:t>
                  </w:r>
                  <w:proofErr w:type="spellStart"/>
                  <w:r w:rsidRPr="00DC6BA2">
                    <w:rPr>
                      <w:rFonts w:ascii="한양중고딕" w:eastAsia="한양중고딕" w:hAnsi="굴림" w:cs="굴림" w:hint="eastAsia"/>
                      <w:color w:val="000000"/>
                      <w:spacing w:val="-6"/>
                      <w:w w:val="85"/>
                      <w:sz w:val="17"/>
                      <w:szCs w:val="17"/>
                      <w:lang w:eastAsia="ko-KR"/>
                    </w:rPr>
                    <w:t>설정·유지·이행·관리에</w:t>
                  </w:r>
                  <w:proofErr w:type="spellEnd"/>
                  <w:r w:rsidRPr="00DC6BA2">
                    <w:rPr>
                      <w:rFonts w:ascii="한양중고딕" w:eastAsia="한양중고딕" w:hAnsi="굴림" w:cs="굴림" w:hint="eastAsia"/>
                      <w:color w:val="000000"/>
                      <w:spacing w:val="-6"/>
                      <w:w w:val="85"/>
                      <w:sz w:val="17"/>
                      <w:szCs w:val="17"/>
                      <w:lang w:eastAsia="ko-KR"/>
                    </w:rPr>
                    <w:t xml:space="preserve"> 필요한 업무의 수행, 중소기업 </w:t>
                  </w:r>
                  <w:proofErr w:type="spellStart"/>
                  <w:r w:rsidRPr="00DC6BA2">
                    <w:rPr>
                      <w:rFonts w:ascii="한양중고딕" w:eastAsia="한양중고딕" w:hAnsi="굴림" w:cs="굴림" w:hint="eastAsia"/>
                      <w:color w:val="000000"/>
                      <w:spacing w:val="-6"/>
                      <w:w w:val="85"/>
                      <w:sz w:val="17"/>
                      <w:szCs w:val="17"/>
                      <w:lang w:eastAsia="ko-KR"/>
                    </w:rPr>
                    <w:t>정책자금·기업진단·연계지원</w:t>
                  </w:r>
                  <w:proofErr w:type="spellEnd"/>
                  <w:r w:rsidRPr="00DC6BA2">
                    <w:rPr>
                      <w:rFonts w:ascii="한양중고딕" w:eastAsia="한양중고딕" w:hAnsi="굴림" w:cs="굴림" w:hint="eastAsia"/>
                      <w:color w:val="000000"/>
                      <w:spacing w:val="-6"/>
                      <w:w w:val="85"/>
                      <w:sz w:val="17"/>
                      <w:szCs w:val="17"/>
                      <w:lang w:eastAsia="ko-KR"/>
                    </w:rPr>
                    <w:t xml:space="preserve"> 관련하여 필요한 업무의 수행</w:t>
                  </w:r>
                </w:p>
              </w:tc>
            </w:tr>
            <w:tr w:rsidR="009C3E08" w:rsidRPr="009C3E08" w:rsidTr="00853FBE">
              <w:trPr>
                <w:trHeight w:val="510"/>
              </w:trPr>
              <w:tc>
                <w:tcPr>
                  <w:tcW w:w="1652" w:type="dxa"/>
                  <w:tcBorders>
                    <w:top w:val="single" w:sz="4" w:space="0" w:color="000000"/>
                    <w:left w:val="single" w:sz="12" w:space="0" w:color="000000"/>
                    <w:bottom w:val="single" w:sz="4" w:space="0" w:color="000000"/>
                    <w:right w:val="single" w:sz="2" w:space="0" w:color="000000"/>
                  </w:tcBorders>
                  <w:tcMar>
                    <w:top w:w="28" w:type="dxa"/>
                    <w:left w:w="28" w:type="dxa"/>
                    <w:bottom w:w="28" w:type="dxa"/>
                    <w:right w:w="28" w:type="dxa"/>
                  </w:tcMar>
                  <w:vAlign w:val="center"/>
                  <w:hideMark/>
                </w:tcPr>
                <w:p w:rsidR="009C3E08" w:rsidRPr="009C3E08" w:rsidRDefault="009C3E08" w:rsidP="007945EF">
                  <w:pPr>
                    <w:widowControl w:val="0"/>
                    <w:autoSpaceDE w:val="0"/>
                    <w:autoSpaceDN w:val="0"/>
                    <w:spacing w:line="240" w:lineRule="exact"/>
                    <w:ind w:left="40" w:right="40"/>
                    <w:jc w:val="center"/>
                    <w:textAlignment w:val="baseline"/>
                    <w:rPr>
                      <w:rFonts w:ascii="함초롬바탕" w:eastAsia="굴림" w:hAnsi="굴림" w:cs="굴림"/>
                      <w:color w:val="000000"/>
                      <w:szCs w:val="20"/>
                      <w:lang w:eastAsia="ko-KR"/>
                    </w:rPr>
                  </w:pPr>
                  <w:r w:rsidRPr="009C3E08">
                    <w:rPr>
                      <w:rFonts w:ascii="한양중고딕" w:eastAsia="한양중고딕" w:hAnsi="굴림" w:cs="굴림" w:hint="eastAsia"/>
                      <w:color w:val="000000"/>
                      <w:spacing w:val="-20"/>
                      <w:w w:val="85"/>
                      <w:sz w:val="18"/>
                      <w:szCs w:val="18"/>
                      <w:lang w:eastAsia="ko-KR"/>
                    </w:rPr>
                    <w:t>제공(조회)할 정보의 항목</w:t>
                  </w:r>
                </w:p>
              </w:tc>
              <w:tc>
                <w:tcPr>
                  <w:tcW w:w="7420" w:type="dxa"/>
                  <w:tcBorders>
                    <w:top w:val="single" w:sz="6" w:space="0" w:color="000000"/>
                    <w:left w:val="single" w:sz="2" w:space="0" w:color="000000"/>
                    <w:bottom w:val="single" w:sz="6" w:space="0" w:color="000000"/>
                    <w:right w:val="single" w:sz="12" w:space="0" w:color="000000"/>
                  </w:tcBorders>
                  <w:tcMar>
                    <w:top w:w="0" w:type="dxa"/>
                    <w:left w:w="0" w:type="dxa"/>
                    <w:bottom w:w="0" w:type="dxa"/>
                    <w:right w:w="22" w:type="dxa"/>
                  </w:tcMar>
                  <w:vAlign w:val="center"/>
                  <w:hideMark/>
                </w:tcPr>
                <w:p w:rsidR="009C3E08" w:rsidRPr="00DC6BA2" w:rsidRDefault="009C3E08" w:rsidP="007945EF">
                  <w:pPr>
                    <w:widowControl w:val="0"/>
                    <w:autoSpaceDE w:val="0"/>
                    <w:autoSpaceDN w:val="0"/>
                    <w:spacing w:after="20" w:line="240" w:lineRule="exact"/>
                    <w:ind w:left="136" w:hanging="136"/>
                    <w:jc w:val="both"/>
                    <w:textAlignment w:val="baseline"/>
                    <w:rPr>
                      <w:rFonts w:ascii="함초롬바탕" w:eastAsia="굴림" w:hAnsi="굴림" w:cs="굴림"/>
                      <w:color w:val="000000"/>
                      <w:sz w:val="17"/>
                      <w:szCs w:val="17"/>
                      <w:lang w:eastAsia="ko-KR"/>
                    </w:rPr>
                  </w:pPr>
                  <w:r w:rsidRPr="00DC6BA2">
                    <w:rPr>
                      <w:rFonts w:ascii="한양중고딕" w:eastAsia="한양중고딕" w:hAnsi="굴림" w:cs="굴림" w:hint="eastAsia"/>
                      <w:color w:val="000000"/>
                      <w:spacing w:val="-20"/>
                      <w:w w:val="85"/>
                      <w:sz w:val="17"/>
                      <w:szCs w:val="17"/>
                      <w:lang w:eastAsia="ko-KR"/>
                    </w:rPr>
                    <w:t>- 성</w:t>
                  </w:r>
                  <w:r w:rsidRPr="00DC6BA2">
                    <w:rPr>
                      <w:rFonts w:ascii="한양중고딕" w:eastAsia="한양중고딕" w:hAnsi="굴림" w:cs="굴림" w:hint="eastAsia"/>
                      <w:color w:val="000000"/>
                      <w:spacing w:val="-16"/>
                      <w:w w:val="90"/>
                      <w:sz w:val="17"/>
                      <w:szCs w:val="17"/>
                      <w:lang w:eastAsia="ko-KR"/>
                    </w:rPr>
                    <w:t>명, 고유식별정보, 주소, 전자우</w:t>
                  </w:r>
                  <w:r w:rsidRPr="00DC6BA2">
                    <w:rPr>
                      <w:rFonts w:ascii="한양중고딕" w:eastAsia="한양중고딕" w:hAnsi="굴림" w:cs="굴림" w:hint="eastAsia"/>
                      <w:color w:val="000000"/>
                      <w:spacing w:val="-20"/>
                      <w:w w:val="85"/>
                      <w:sz w:val="17"/>
                      <w:szCs w:val="17"/>
                      <w:lang w:eastAsia="ko-KR"/>
                    </w:rPr>
                    <w:t>편주소, 연락처</w:t>
                  </w:r>
                </w:p>
                <w:p w:rsidR="009C3E08" w:rsidRPr="00DC6BA2" w:rsidRDefault="009C3E08" w:rsidP="007945EF">
                  <w:pPr>
                    <w:widowControl w:val="0"/>
                    <w:autoSpaceDE w:val="0"/>
                    <w:autoSpaceDN w:val="0"/>
                    <w:spacing w:line="240" w:lineRule="exact"/>
                    <w:ind w:right="40"/>
                    <w:jc w:val="both"/>
                    <w:textAlignment w:val="baseline"/>
                    <w:rPr>
                      <w:rFonts w:ascii="함초롬바탕" w:eastAsia="굴림" w:hAnsi="굴림" w:cs="굴림"/>
                      <w:color w:val="000000"/>
                      <w:sz w:val="17"/>
                      <w:szCs w:val="17"/>
                      <w:lang w:eastAsia="ko-KR"/>
                    </w:rPr>
                  </w:pPr>
                  <w:r w:rsidRPr="00DC6BA2">
                    <w:rPr>
                      <w:rFonts w:ascii="한양중고딕" w:eastAsia="한양중고딕" w:hAnsi="굴림" w:cs="굴림" w:hint="eastAsia"/>
                      <w:color w:val="000000"/>
                      <w:spacing w:val="-20"/>
                      <w:w w:val="85"/>
                      <w:sz w:val="17"/>
                      <w:szCs w:val="17"/>
                      <w:lang w:eastAsia="ko-KR"/>
                    </w:rPr>
                    <w:t xml:space="preserve">- </w:t>
                  </w:r>
                  <w:r w:rsidRPr="00D836F6">
                    <w:rPr>
                      <w:rFonts w:ascii="한양중고딕" w:eastAsia="한양중고딕" w:hAnsi="굴림" w:cs="굴림" w:hint="eastAsia"/>
                      <w:color w:val="000000"/>
                      <w:spacing w:val="-46"/>
                      <w:sz w:val="17"/>
                      <w:szCs w:val="17"/>
                      <w:lang w:eastAsia="ko-KR"/>
                    </w:rPr>
                    <w:t xml:space="preserve">거래의 설정, 유지, 이행, 관리 등에 필요한 정보(대출, 보증, 담보, 연체 </w:t>
                  </w:r>
                  <w:r w:rsidRPr="00D836F6">
                    <w:rPr>
                      <w:rFonts w:ascii="한양중고딕" w:eastAsia="한양중고딕" w:hAnsi="굴림" w:cs="굴림" w:hint="eastAsia"/>
                      <w:strike/>
                      <w:color w:val="000000"/>
                      <w:spacing w:val="-46"/>
                      <w:sz w:val="17"/>
                      <w:szCs w:val="17"/>
                      <w:lang w:eastAsia="ko-KR"/>
                    </w:rPr>
                    <w:t>등</w:t>
                  </w:r>
                  <w:r w:rsidRPr="00D836F6">
                    <w:rPr>
                      <w:rFonts w:ascii="한양중고딕" w:eastAsia="한양중고딕" w:hAnsi="굴림" w:cs="굴림" w:hint="eastAsia"/>
                      <w:color w:val="000000"/>
                      <w:spacing w:val="-46"/>
                      <w:sz w:val="17"/>
                      <w:szCs w:val="17"/>
                      <w:lang w:eastAsia="ko-KR"/>
                    </w:rPr>
                    <w:t xml:space="preserve">에 대한 각종 일자, 금액, 종류, 용도, </w:t>
                  </w:r>
                  <w:proofErr w:type="spellStart"/>
                  <w:r w:rsidRPr="00D836F6">
                    <w:rPr>
                      <w:rFonts w:ascii="한양중고딕" w:eastAsia="한양중고딕" w:hAnsi="굴림" w:cs="굴림" w:hint="eastAsia"/>
                      <w:color w:val="000000"/>
                      <w:spacing w:val="-46"/>
                      <w:sz w:val="17"/>
                      <w:szCs w:val="17"/>
                      <w:lang w:eastAsia="ko-KR"/>
                    </w:rPr>
                    <w:t>물건명</w:t>
                  </w:r>
                  <w:proofErr w:type="spellEnd"/>
                  <w:r w:rsidRPr="00D836F6">
                    <w:rPr>
                      <w:rFonts w:ascii="한양중고딕" w:eastAsia="한양중고딕" w:hAnsi="굴림" w:cs="굴림" w:hint="eastAsia"/>
                      <w:color w:val="000000"/>
                      <w:spacing w:val="-46"/>
                      <w:sz w:val="17"/>
                      <w:szCs w:val="17"/>
                      <w:lang w:eastAsia="ko-KR"/>
                    </w:rPr>
                    <w:t xml:space="preserve">, 수량, 소유자, 순위, 설정자, </w:t>
                  </w:r>
                  <w:proofErr w:type="spellStart"/>
                  <w:r w:rsidRPr="00D836F6">
                    <w:rPr>
                      <w:rFonts w:ascii="한양중고딕" w:eastAsia="한양중고딕" w:hAnsi="굴림" w:cs="굴림" w:hint="eastAsia"/>
                      <w:color w:val="000000"/>
                      <w:spacing w:val="-46"/>
                      <w:sz w:val="17"/>
                      <w:szCs w:val="17"/>
                      <w:lang w:eastAsia="ko-KR"/>
                    </w:rPr>
                    <w:t>연체여부</w:t>
                  </w:r>
                  <w:proofErr w:type="spellEnd"/>
                  <w:r w:rsidRPr="00D836F6">
                    <w:rPr>
                      <w:rFonts w:ascii="한양중고딕" w:eastAsia="한양중고딕" w:hAnsi="굴림" w:cs="굴림" w:hint="eastAsia"/>
                      <w:color w:val="000000"/>
                      <w:spacing w:val="-46"/>
                      <w:sz w:val="17"/>
                      <w:szCs w:val="17"/>
                      <w:lang w:eastAsia="ko-KR"/>
                    </w:rPr>
                    <w:t xml:space="preserve">, </w:t>
                  </w:r>
                  <w:proofErr w:type="spellStart"/>
                  <w:r w:rsidRPr="00D836F6">
                    <w:rPr>
                      <w:rFonts w:ascii="한양중고딕" w:eastAsia="한양중고딕" w:hAnsi="굴림" w:cs="굴림" w:hint="eastAsia"/>
                      <w:color w:val="000000"/>
                      <w:spacing w:val="-46"/>
                      <w:sz w:val="17"/>
                      <w:szCs w:val="17"/>
                      <w:lang w:eastAsia="ko-KR"/>
                    </w:rPr>
                    <w:t>부도여부</w:t>
                  </w:r>
                  <w:proofErr w:type="spellEnd"/>
                  <w:r w:rsidRPr="00D836F6">
                    <w:rPr>
                      <w:rFonts w:ascii="한양중고딕" w:eastAsia="한양중고딕" w:hAnsi="굴림" w:cs="굴림" w:hint="eastAsia"/>
                      <w:color w:val="000000"/>
                      <w:spacing w:val="-46"/>
                      <w:sz w:val="17"/>
                      <w:szCs w:val="17"/>
                      <w:lang w:eastAsia="ko-KR"/>
                    </w:rPr>
                    <w:t>)</w:t>
                  </w:r>
                </w:p>
              </w:tc>
            </w:tr>
            <w:tr w:rsidR="009C3E08" w:rsidRPr="009C3E08" w:rsidTr="00853FBE">
              <w:trPr>
                <w:trHeight w:val="503"/>
              </w:trPr>
              <w:tc>
                <w:tcPr>
                  <w:tcW w:w="1652" w:type="dxa"/>
                  <w:tcBorders>
                    <w:top w:val="single" w:sz="4" w:space="0" w:color="000000"/>
                    <w:left w:val="single" w:sz="12" w:space="0" w:color="000000"/>
                    <w:bottom w:val="single" w:sz="4" w:space="0" w:color="000000"/>
                    <w:right w:val="single" w:sz="2" w:space="0" w:color="000000"/>
                  </w:tcBorders>
                  <w:tcMar>
                    <w:top w:w="28" w:type="dxa"/>
                    <w:left w:w="28" w:type="dxa"/>
                    <w:bottom w:w="28" w:type="dxa"/>
                    <w:right w:w="28" w:type="dxa"/>
                  </w:tcMar>
                  <w:vAlign w:val="center"/>
                  <w:hideMark/>
                </w:tcPr>
                <w:p w:rsidR="009C3E08" w:rsidRPr="009C3E08" w:rsidRDefault="009C3E08" w:rsidP="007945EF">
                  <w:pPr>
                    <w:widowControl w:val="0"/>
                    <w:autoSpaceDE w:val="0"/>
                    <w:autoSpaceDN w:val="0"/>
                    <w:spacing w:line="240" w:lineRule="exact"/>
                    <w:ind w:left="40" w:right="40"/>
                    <w:jc w:val="center"/>
                    <w:textAlignment w:val="baseline"/>
                    <w:rPr>
                      <w:rFonts w:ascii="함초롬바탕" w:eastAsia="굴림" w:hAnsi="굴림" w:cs="굴림"/>
                      <w:color w:val="000000"/>
                      <w:szCs w:val="20"/>
                      <w:lang w:eastAsia="ko-KR"/>
                    </w:rPr>
                  </w:pPr>
                  <w:r w:rsidRPr="009C3E08">
                    <w:rPr>
                      <w:rFonts w:ascii="한양중고딕" w:eastAsia="한양중고딕" w:hAnsi="굴림" w:cs="굴림" w:hint="eastAsia"/>
                      <w:color w:val="000000"/>
                      <w:spacing w:val="-20"/>
                      <w:w w:val="85"/>
                      <w:sz w:val="18"/>
                      <w:szCs w:val="18"/>
                      <w:lang w:eastAsia="ko-KR"/>
                    </w:rPr>
                    <w:t xml:space="preserve">제공(조회)할 정보의 </w:t>
                  </w:r>
                </w:p>
                <w:p w:rsidR="009C3E08" w:rsidRPr="009C3E08" w:rsidRDefault="009C3E08" w:rsidP="007945EF">
                  <w:pPr>
                    <w:widowControl w:val="0"/>
                    <w:autoSpaceDE w:val="0"/>
                    <w:autoSpaceDN w:val="0"/>
                    <w:spacing w:line="240" w:lineRule="exact"/>
                    <w:ind w:left="40" w:right="40"/>
                    <w:jc w:val="center"/>
                    <w:textAlignment w:val="baseline"/>
                    <w:rPr>
                      <w:rFonts w:ascii="함초롬바탕" w:eastAsia="굴림" w:hAnsi="굴림" w:cs="굴림"/>
                      <w:color w:val="000000"/>
                      <w:szCs w:val="20"/>
                      <w:lang w:eastAsia="ko-KR"/>
                    </w:rPr>
                  </w:pPr>
                  <w:proofErr w:type="spellStart"/>
                  <w:r w:rsidRPr="009C3E08">
                    <w:rPr>
                      <w:rFonts w:ascii="한양중고딕" w:eastAsia="한양중고딕" w:hAnsi="굴림" w:cs="굴림" w:hint="eastAsia"/>
                      <w:color w:val="000000"/>
                      <w:spacing w:val="-20"/>
                      <w:w w:val="85"/>
                      <w:sz w:val="18"/>
                      <w:szCs w:val="18"/>
                      <w:lang w:eastAsia="ko-KR"/>
                    </w:rPr>
                    <w:t>보유·이용</w:t>
                  </w:r>
                  <w:proofErr w:type="spellEnd"/>
                  <w:r w:rsidRPr="009C3E08">
                    <w:rPr>
                      <w:rFonts w:ascii="한양중고딕" w:eastAsia="한양중고딕" w:hAnsi="굴림" w:cs="굴림" w:hint="eastAsia"/>
                      <w:color w:val="000000"/>
                      <w:spacing w:val="-20"/>
                      <w:w w:val="85"/>
                      <w:sz w:val="18"/>
                      <w:szCs w:val="18"/>
                      <w:lang w:eastAsia="ko-KR"/>
                    </w:rPr>
                    <w:t xml:space="preserve"> 기간</w:t>
                  </w:r>
                </w:p>
              </w:tc>
              <w:tc>
                <w:tcPr>
                  <w:tcW w:w="7420" w:type="dxa"/>
                  <w:tcBorders>
                    <w:top w:val="single" w:sz="6" w:space="0" w:color="000000"/>
                    <w:left w:val="single" w:sz="2" w:space="0" w:color="000000"/>
                    <w:bottom w:val="single" w:sz="6" w:space="0" w:color="000000"/>
                    <w:right w:val="single" w:sz="12" w:space="0" w:color="000000"/>
                  </w:tcBorders>
                  <w:shd w:val="clear" w:color="auto" w:fill="FFFFFF"/>
                  <w:tcMar>
                    <w:top w:w="0" w:type="dxa"/>
                    <w:left w:w="0" w:type="dxa"/>
                    <w:bottom w:w="0" w:type="dxa"/>
                    <w:right w:w="22" w:type="dxa"/>
                  </w:tcMar>
                  <w:vAlign w:val="center"/>
                  <w:hideMark/>
                </w:tcPr>
                <w:p w:rsidR="009C3E08" w:rsidRPr="00720151" w:rsidRDefault="009C3E08" w:rsidP="007945EF">
                  <w:pPr>
                    <w:widowControl w:val="0"/>
                    <w:autoSpaceDE w:val="0"/>
                    <w:autoSpaceDN w:val="0"/>
                    <w:spacing w:line="240" w:lineRule="exact"/>
                    <w:ind w:right="40"/>
                    <w:jc w:val="both"/>
                    <w:textAlignment w:val="baseline"/>
                    <w:rPr>
                      <w:rFonts w:ascii="함초롬바탕" w:eastAsia="굴림" w:hAnsi="굴림" w:cs="굴림"/>
                      <w:color w:val="000000"/>
                      <w:sz w:val="17"/>
                      <w:szCs w:val="17"/>
                      <w:lang w:eastAsia="ko-KR"/>
                    </w:rPr>
                  </w:pPr>
                  <w:r w:rsidRPr="00720151">
                    <w:rPr>
                      <w:rFonts w:ascii="한양중고딕" w:eastAsia="한양중고딕" w:hAnsi="굴림" w:cs="굴림" w:hint="eastAsia"/>
                      <w:color w:val="000000"/>
                      <w:spacing w:val="-20"/>
                      <w:w w:val="85"/>
                      <w:sz w:val="17"/>
                      <w:szCs w:val="17"/>
                      <w:lang w:eastAsia="ko-KR"/>
                    </w:rPr>
                    <w:t xml:space="preserve">- </w:t>
                  </w:r>
                  <w:r w:rsidRPr="00720151">
                    <w:rPr>
                      <w:rFonts w:ascii="한양중고딕" w:eastAsia="한양중고딕" w:hAnsi="굴림" w:cs="굴림" w:hint="eastAsia"/>
                      <w:color w:val="000000"/>
                      <w:spacing w:val="-36"/>
                      <w:w w:val="85"/>
                      <w:sz w:val="17"/>
                      <w:szCs w:val="17"/>
                      <w:lang w:eastAsia="ko-KR"/>
                    </w:rPr>
                    <w:t xml:space="preserve">정보 제공(조회)된 날로부터 동의 </w:t>
                  </w:r>
                  <w:proofErr w:type="spellStart"/>
                  <w:r w:rsidRPr="00720151">
                    <w:rPr>
                      <w:rFonts w:ascii="한양중고딕" w:eastAsia="한양중고딕" w:hAnsi="굴림" w:cs="굴림" w:hint="eastAsia"/>
                      <w:color w:val="000000"/>
                      <w:spacing w:val="-36"/>
                      <w:w w:val="85"/>
                      <w:sz w:val="17"/>
                      <w:szCs w:val="17"/>
                      <w:lang w:eastAsia="ko-KR"/>
                    </w:rPr>
                    <w:t>철회시</w:t>
                  </w:r>
                  <w:proofErr w:type="spellEnd"/>
                  <w:r w:rsidRPr="00720151">
                    <w:rPr>
                      <w:rFonts w:ascii="한양중고딕" w:eastAsia="한양중고딕" w:hAnsi="굴림" w:cs="굴림" w:hint="eastAsia"/>
                      <w:color w:val="000000"/>
                      <w:spacing w:val="-36"/>
                      <w:w w:val="85"/>
                      <w:sz w:val="17"/>
                      <w:szCs w:val="17"/>
                      <w:lang w:eastAsia="ko-KR"/>
                    </w:rPr>
                    <w:t xml:space="preserve"> 또는 제공(조회)된 목적을 달성할 때까지 </w:t>
                  </w:r>
                  <w:proofErr w:type="spellStart"/>
                  <w:r w:rsidRPr="00720151">
                    <w:rPr>
                      <w:rFonts w:ascii="한양중고딕" w:eastAsia="한양중고딕" w:hAnsi="굴림" w:cs="굴림" w:hint="eastAsia"/>
                      <w:color w:val="000000"/>
                      <w:spacing w:val="-36"/>
                      <w:w w:val="85"/>
                      <w:sz w:val="17"/>
                      <w:szCs w:val="17"/>
                      <w:lang w:eastAsia="ko-KR"/>
                    </w:rPr>
                    <w:t>보유·이용되며</w:t>
                  </w:r>
                  <w:proofErr w:type="spellEnd"/>
                  <w:r w:rsidRPr="00720151">
                    <w:rPr>
                      <w:rFonts w:ascii="한양중고딕" w:eastAsia="한양중고딕" w:hAnsi="굴림" w:cs="굴림" w:hint="eastAsia"/>
                      <w:color w:val="000000"/>
                      <w:spacing w:val="-36"/>
                      <w:w w:val="85"/>
                      <w:sz w:val="17"/>
                      <w:szCs w:val="17"/>
                      <w:lang w:eastAsia="ko-KR"/>
                    </w:rPr>
                    <w:t xml:space="preserve">, 동의 철회 또는 제공(조회)된 목적 달성 후에는 위에 기재된 제공(조회)의 목적과 관련된 금융사고 조사, 분쟁 해결, 민원처리, 법령상 의무이행을 위하여 필요한 범위 내에서만 </w:t>
                  </w:r>
                  <w:proofErr w:type="spellStart"/>
                  <w:r w:rsidRPr="00720151">
                    <w:rPr>
                      <w:rFonts w:ascii="한양중고딕" w:eastAsia="한양중고딕" w:hAnsi="굴림" w:cs="굴림" w:hint="eastAsia"/>
                      <w:color w:val="000000"/>
                      <w:spacing w:val="-36"/>
                      <w:w w:val="85"/>
                      <w:sz w:val="17"/>
                      <w:szCs w:val="17"/>
                      <w:lang w:eastAsia="ko-KR"/>
                    </w:rPr>
                    <w:t>보유·이용됩니다</w:t>
                  </w:r>
                  <w:proofErr w:type="spellEnd"/>
                  <w:r w:rsidRPr="00720151">
                    <w:rPr>
                      <w:rFonts w:ascii="한양중고딕" w:eastAsia="한양중고딕" w:hAnsi="굴림" w:cs="굴림" w:hint="eastAsia"/>
                      <w:color w:val="000000"/>
                      <w:spacing w:val="-36"/>
                      <w:w w:val="85"/>
                      <w:sz w:val="17"/>
                      <w:szCs w:val="17"/>
                      <w:lang w:eastAsia="ko-KR"/>
                    </w:rPr>
                    <w:t>.</w:t>
                  </w:r>
                </w:p>
              </w:tc>
            </w:tr>
            <w:tr w:rsidR="009C3E08" w:rsidRPr="009C3E08" w:rsidTr="00853FBE">
              <w:trPr>
                <w:trHeight w:val="308"/>
              </w:trPr>
              <w:tc>
                <w:tcPr>
                  <w:tcW w:w="1652" w:type="dxa"/>
                  <w:tcBorders>
                    <w:top w:val="single" w:sz="4" w:space="0" w:color="000000"/>
                    <w:left w:val="single" w:sz="12" w:space="0" w:color="000000"/>
                    <w:bottom w:val="single" w:sz="2" w:space="0" w:color="000000"/>
                    <w:right w:val="single" w:sz="2" w:space="0" w:color="000000"/>
                  </w:tcBorders>
                  <w:tcMar>
                    <w:top w:w="28" w:type="dxa"/>
                    <w:left w:w="28" w:type="dxa"/>
                    <w:bottom w:w="28" w:type="dxa"/>
                    <w:right w:w="28" w:type="dxa"/>
                  </w:tcMar>
                  <w:vAlign w:val="center"/>
                  <w:hideMark/>
                </w:tcPr>
                <w:p w:rsidR="009C3E08" w:rsidRPr="009C3E08" w:rsidRDefault="009C3E08" w:rsidP="007945EF">
                  <w:pPr>
                    <w:widowControl w:val="0"/>
                    <w:autoSpaceDE w:val="0"/>
                    <w:autoSpaceDN w:val="0"/>
                    <w:spacing w:line="240" w:lineRule="exact"/>
                    <w:ind w:left="40" w:right="40"/>
                    <w:jc w:val="center"/>
                    <w:textAlignment w:val="baseline"/>
                    <w:rPr>
                      <w:rFonts w:ascii="함초롬바탕" w:eastAsia="굴림" w:hAnsi="굴림" w:cs="굴림"/>
                      <w:color w:val="000000"/>
                      <w:szCs w:val="20"/>
                      <w:lang w:eastAsia="ko-KR"/>
                    </w:rPr>
                  </w:pPr>
                  <w:r w:rsidRPr="009C3E08">
                    <w:rPr>
                      <w:rFonts w:ascii="한양중고딕" w:eastAsia="한양중고딕" w:hAnsi="굴림" w:cs="굴림" w:hint="eastAsia"/>
                      <w:color w:val="000000"/>
                      <w:spacing w:val="-26"/>
                      <w:w w:val="85"/>
                      <w:sz w:val="18"/>
                      <w:szCs w:val="18"/>
                      <w:lang w:eastAsia="ko-KR"/>
                    </w:rPr>
                    <w:t>동의를 거부할 권리 및 동의를 거부할 경우의 불이익</w:t>
                  </w:r>
                </w:p>
              </w:tc>
              <w:tc>
                <w:tcPr>
                  <w:tcW w:w="7420" w:type="dxa"/>
                  <w:tcBorders>
                    <w:top w:val="single" w:sz="6" w:space="0" w:color="000000"/>
                    <w:left w:val="single" w:sz="2" w:space="0" w:color="000000"/>
                    <w:bottom w:val="single" w:sz="2" w:space="0" w:color="000000"/>
                    <w:right w:val="single" w:sz="12" w:space="0" w:color="000000"/>
                  </w:tcBorders>
                  <w:shd w:val="clear" w:color="auto" w:fill="FFFFFF"/>
                  <w:tcMar>
                    <w:top w:w="0" w:type="dxa"/>
                    <w:left w:w="0" w:type="dxa"/>
                    <w:bottom w:w="0" w:type="dxa"/>
                    <w:right w:w="22" w:type="dxa"/>
                  </w:tcMar>
                  <w:vAlign w:val="center"/>
                  <w:hideMark/>
                </w:tcPr>
                <w:p w:rsidR="009C3E08" w:rsidRPr="00720151" w:rsidRDefault="009C3E08" w:rsidP="007945EF">
                  <w:pPr>
                    <w:widowControl w:val="0"/>
                    <w:autoSpaceDE w:val="0"/>
                    <w:autoSpaceDN w:val="0"/>
                    <w:spacing w:line="240" w:lineRule="exact"/>
                    <w:ind w:left="146" w:hanging="146"/>
                    <w:jc w:val="both"/>
                    <w:textAlignment w:val="baseline"/>
                    <w:rPr>
                      <w:rFonts w:ascii="함초롬바탕" w:eastAsia="굴림" w:hAnsi="굴림" w:cs="굴림"/>
                      <w:color w:val="000000"/>
                      <w:sz w:val="17"/>
                      <w:szCs w:val="17"/>
                      <w:lang w:eastAsia="ko-KR"/>
                    </w:rPr>
                  </w:pPr>
                  <w:r w:rsidRPr="00720151">
                    <w:rPr>
                      <w:rFonts w:ascii="한양중고딕" w:eastAsia="한양중고딕" w:hAnsi="굴림" w:cs="굴림" w:hint="eastAsia"/>
                      <w:color w:val="000000"/>
                      <w:spacing w:val="-20"/>
                      <w:w w:val="85"/>
                      <w:sz w:val="17"/>
                      <w:szCs w:val="17"/>
                      <w:lang w:eastAsia="ko-KR"/>
                    </w:rPr>
                    <w:t xml:space="preserve">- </w:t>
                  </w:r>
                  <w:r w:rsidRPr="0049237E">
                    <w:rPr>
                      <w:rFonts w:ascii="한양중고딕" w:eastAsia="한양중고딕" w:hAnsi="굴림" w:cs="굴림" w:hint="eastAsia"/>
                      <w:color w:val="000000"/>
                      <w:spacing w:val="-22"/>
                      <w:w w:val="90"/>
                      <w:sz w:val="17"/>
                      <w:szCs w:val="17"/>
                      <w:lang w:eastAsia="ko-KR"/>
                    </w:rPr>
                    <w:t>동의를 하지 아니할 경우에도 불이익은 없습니다. 다만, 동의하지 아니한 경우에는 그 해당 부분에 대해서 직접</w:t>
                  </w:r>
                  <w:r w:rsidRPr="0049237E">
                    <w:rPr>
                      <w:rFonts w:ascii="함초롬바탕" w:eastAsia="한양중고딕" w:hAnsi="굴림" w:cs="굴림"/>
                      <w:color w:val="000000"/>
                      <w:spacing w:val="-20"/>
                      <w:w w:val="90"/>
                      <w:sz w:val="17"/>
                      <w:szCs w:val="17"/>
                      <w:lang w:eastAsia="ko-KR"/>
                    </w:rPr>
                    <w:t xml:space="preserve"> </w:t>
                  </w:r>
                  <w:r w:rsidRPr="0049237E">
                    <w:rPr>
                      <w:rFonts w:ascii="한양중고딕" w:eastAsia="한양중고딕" w:hAnsi="굴림" w:cs="굴림" w:hint="eastAsia"/>
                      <w:color w:val="000000"/>
                      <w:spacing w:val="-20"/>
                      <w:w w:val="90"/>
                      <w:sz w:val="17"/>
                      <w:szCs w:val="17"/>
                      <w:lang w:eastAsia="ko-KR"/>
                    </w:rPr>
                    <w:t>서류를 제출하여야 합니다.</w:t>
                  </w:r>
                </w:p>
              </w:tc>
            </w:tr>
            <w:tr w:rsidR="009C3E08" w:rsidRPr="009C3E08" w:rsidTr="00853FBE">
              <w:trPr>
                <w:trHeight w:val="691"/>
              </w:trPr>
              <w:tc>
                <w:tcPr>
                  <w:tcW w:w="1652" w:type="dxa"/>
                  <w:tcBorders>
                    <w:top w:val="single" w:sz="2" w:space="0" w:color="000000"/>
                    <w:left w:val="single" w:sz="12" w:space="0" w:color="000000"/>
                    <w:bottom w:val="single" w:sz="2" w:space="0" w:color="000000"/>
                    <w:right w:val="single" w:sz="2" w:space="0" w:color="000000"/>
                  </w:tcBorders>
                  <w:tcMar>
                    <w:top w:w="28" w:type="dxa"/>
                    <w:left w:w="28" w:type="dxa"/>
                    <w:bottom w:w="28" w:type="dxa"/>
                    <w:right w:w="28" w:type="dxa"/>
                  </w:tcMar>
                  <w:vAlign w:val="center"/>
                  <w:hideMark/>
                </w:tcPr>
                <w:p w:rsidR="009C3E08" w:rsidRPr="009C3E08" w:rsidRDefault="009C3E08" w:rsidP="007945EF">
                  <w:pPr>
                    <w:widowControl w:val="0"/>
                    <w:autoSpaceDE w:val="0"/>
                    <w:autoSpaceDN w:val="0"/>
                    <w:spacing w:line="240" w:lineRule="exact"/>
                    <w:ind w:left="40" w:right="40"/>
                    <w:jc w:val="center"/>
                    <w:textAlignment w:val="baseline"/>
                    <w:rPr>
                      <w:rFonts w:ascii="함초롬바탕" w:eastAsia="굴림" w:hAnsi="굴림" w:cs="굴림"/>
                      <w:color w:val="000000"/>
                      <w:szCs w:val="20"/>
                      <w:lang w:eastAsia="ko-KR"/>
                    </w:rPr>
                  </w:pPr>
                  <w:r w:rsidRPr="009C3E08">
                    <w:rPr>
                      <w:rFonts w:ascii="한양중고딕" w:eastAsia="한양중고딕" w:hAnsi="굴림" w:cs="굴림" w:hint="eastAsia"/>
                      <w:color w:val="000000"/>
                      <w:spacing w:val="-20"/>
                      <w:w w:val="85"/>
                      <w:sz w:val="18"/>
                      <w:szCs w:val="18"/>
                      <w:lang w:eastAsia="ko-KR"/>
                    </w:rPr>
                    <w:lastRenderedPageBreak/>
                    <w:t xml:space="preserve">금융회사 보유 신용정보 제공(조회) </w:t>
                  </w:r>
                </w:p>
                <w:p w:rsidR="009C3E08" w:rsidRPr="009C3E08" w:rsidRDefault="009C3E08" w:rsidP="007945EF">
                  <w:pPr>
                    <w:widowControl w:val="0"/>
                    <w:autoSpaceDE w:val="0"/>
                    <w:autoSpaceDN w:val="0"/>
                    <w:spacing w:line="240" w:lineRule="exact"/>
                    <w:ind w:left="40" w:right="40"/>
                    <w:jc w:val="center"/>
                    <w:textAlignment w:val="baseline"/>
                    <w:rPr>
                      <w:rFonts w:ascii="함초롬바탕" w:eastAsia="굴림" w:hAnsi="굴림" w:cs="굴림"/>
                      <w:color w:val="000000"/>
                      <w:szCs w:val="20"/>
                      <w:lang w:eastAsia="ko-KR"/>
                    </w:rPr>
                  </w:pPr>
                  <w:r w:rsidRPr="009C3E08">
                    <w:rPr>
                      <w:rFonts w:ascii="한양중고딕" w:eastAsia="한양중고딕" w:hAnsi="굴림" w:cs="굴림" w:hint="eastAsia"/>
                      <w:color w:val="000000"/>
                      <w:spacing w:val="-20"/>
                      <w:w w:val="85"/>
                      <w:sz w:val="18"/>
                      <w:szCs w:val="18"/>
                      <w:lang w:eastAsia="ko-KR"/>
                    </w:rPr>
                    <w:t>동의여부</w:t>
                  </w:r>
                </w:p>
              </w:tc>
              <w:tc>
                <w:tcPr>
                  <w:tcW w:w="7420" w:type="dxa"/>
                  <w:tcBorders>
                    <w:top w:val="single" w:sz="2" w:space="0" w:color="000000"/>
                    <w:left w:val="single" w:sz="2" w:space="0" w:color="000000"/>
                    <w:bottom w:val="single" w:sz="2" w:space="0" w:color="000000"/>
                    <w:right w:val="single" w:sz="12" w:space="0" w:color="000000"/>
                  </w:tcBorders>
                  <w:shd w:val="clear" w:color="auto" w:fill="FFFFFF"/>
                  <w:tcMar>
                    <w:top w:w="0" w:type="dxa"/>
                    <w:left w:w="0" w:type="dxa"/>
                    <w:bottom w:w="0" w:type="dxa"/>
                    <w:right w:w="22" w:type="dxa"/>
                  </w:tcMar>
                  <w:vAlign w:val="center"/>
                  <w:hideMark/>
                </w:tcPr>
                <w:p w:rsidR="009C3E08" w:rsidRPr="00601D42" w:rsidRDefault="009C3E08" w:rsidP="007945EF">
                  <w:pPr>
                    <w:widowControl w:val="0"/>
                    <w:autoSpaceDE w:val="0"/>
                    <w:autoSpaceDN w:val="0"/>
                    <w:spacing w:line="240" w:lineRule="exact"/>
                    <w:jc w:val="both"/>
                    <w:textAlignment w:val="baseline"/>
                    <w:rPr>
                      <w:rFonts w:ascii="함초롬바탕" w:eastAsia="굴림" w:hAnsi="굴림" w:cs="굴림"/>
                      <w:color w:val="000000"/>
                      <w:sz w:val="17"/>
                      <w:szCs w:val="17"/>
                      <w:lang w:eastAsia="ko-KR"/>
                    </w:rPr>
                  </w:pPr>
                  <w:r w:rsidRPr="00601D42">
                    <w:rPr>
                      <w:rFonts w:ascii="한양중고딕" w:eastAsia="한양중고딕" w:hAnsi="굴림" w:cs="굴림" w:hint="eastAsia"/>
                      <w:color w:val="000000"/>
                      <w:spacing w:val="-20"/>
                      <w:w w:val="85"/>
                      <w:sz w:val="17"/>
                      <w:szCs w:val="17"/>
                      <w:lang w:eastAsia="ko-KR"/>
                    </w:rPr>
                    <w:t xml:space="preserve">위와 같이 본인의 신용정보를 </w:t>
                  </w:r>
                  <w:proofErr w:type="spellStart"/>
                  <w:r w:rsidRPr="00601D42">
                    <w:rPr>
                      <w:rFonts w:ascii="한양중고딕" w:eastAsia="한양중고딕" w:hAnsi="굴림" w:cs="굴림" w:hint="eastAsia"/>
                      <w:color w:val="000000"/>
                      <w:spacing w:val="-20"/>
                      <w:w w:val="85"/>
                      <w:sz w:val="17"/>
                      <w:szCs w:val="17"/>
                      <w:lang w:eastAsia="ko-KR"/>
                    </w:rPr>
                    <w:t>중진공에</w:t>
                  </w:r>
                  <w:proofErr w:type="spellEnd"/>
                  <w:r w:rsidRPr="00601D42">
                    <w:rPr>
                      <w:rFonts w:ascii="한양중고딕" w:eastAsia="한양중고딕" w:hAnsi="굴림" w:cs="굴림" w:hint="eastAsia"/>
                      <w:color w:val="000000"/>
                      <w:spacing w:val="-20"/>
                      <w:w w:val="85"/>
                      <w:sz w:val="17"/>
                      <w:szCs w:val="17"/>
                      <w:lang w:eastAsia="ko-KR"/>
                    </w:rPr>
                    <w:t xml:space="preserve"> 제공하여, </w:t>
                  </w:r>
                  <w:proofErr w:type="spellStart"/>
                  <w:r w:rsidRPr="00601D42">
                    <w:rPr>
                      <w:rFonts w:ascii="한양중고딕" w:eastAsia="한양중고딕" w:hAnsi="굴림" w:cs="굴림" w:hint="eastAsia"/>
                      <w:color w:val="000000"/>
                      <w:spacing w:val="-20"/>
                      <w:w w:val="85"/>
                      <w:sz w:val="17"/>
                      <w:szCs w:val="17"/>
                      <w:lang w:eastAsia="ko-KR"/>
                    </w:rPr>
                    <w:t>중진공이</w:t>
                  </w:r>
                  <w:proofErr w:type="spellEnd"/>
                  <w:r w:rsidRPr="00601D42">
                    <w:rPr>
                      <w:rFonts w:ascii="한양중고딕" w:eastAsia="한양중고딕" w:hAnsi="굴림" w:cs="굴림" w:hint="eastAsia"/>
                      <w:color w:val="000000"/>
                      <w:spacing w:val="-20"/>
                      <w:w w:val="85"/>
                      <w:sz w:val="17"/>
                      <w:szCs w:val="17"/>
                      <w:lang w:eastAsia="ko-KR"/>
                    </w:rPr>
                    <w:t xml:space="preserve"> 조회하는 것에 동의합니다.</w:t>
                  </w:r>
                </w:p>
                <w:p w:rsidR="009C3E08" w:rsidRPr="009C3E08" w:rsidRDefault="009C3E08" w:rsidP="007945EF">
                  <w:pPr>
                    <w:widowControl w:val="0"/>
                    <w:autoSpaceDE w:val="0"/>
                    <w:autoSpaceDN w:val="0"/>
                    <w:spacing w:line="240" w:lineRule="exact"/>
                    <w:jc w:val="right"/>
                    <w:textAlignment w:val="baseline"/>
                    <w:rPr>
                      <w:rFonts w:ascii="함초롬바탕" w:eastAsia="굴림" w:hAnsi="굴림" w:cs="굴림"/>
                      <w:color w:val="000000"/>
                      <w:szCs w:val="20"/>
                      <w:lang w:eastAsia="ko-KR"/>
                    </w:rPr>
                  </w:pPr>
                  <w:r w:rsidRPr="009C3E08">
                    <w:rPr>
                      <w:rFonts w:ascii="한양중고딕" w:eastAsia="한양중고딕" w:hAnsi="굴림" w:cs="굴림" w:hint="eastAsia"/>
                      <w:b/>
                      <w:bCs/>
                      <w:color w:val="000000"/>
                      <w:spacing w:val="-20"/>
                      <w:w w:val="85"/>
                      <w:sz w:val="18"/>
                      <w:szCs w:val="18"/>
                      <w:lang w:eastAsia="ko-KR"/>
                    </w:rPr>
                    <w:t xml:space="preserve">(동의함 </w:t>
                  </w:r>
                  <w:r w:rsidRPr="009C3E08">
                    <w:rPr>
                      <w:rFonts w:ascii="한양중고딕" w:eastAsia="한양중고딕" w:hAnsi="한양중고딕" w:cs="굴림" w:hint="eastAsia"/>
                      <w:b/>
                      <w:bCs/>
                      <w:color w:val="000000"/>
                      <w:spacing w:val="-20"/>
                      <w:w w:val="85"/>
                      <w:sz w:val="18"/>
                      <w:szCs w:val="18"/>
                      <w:lang w:eastAsia="ko-KR"/>
                    </w:rPr>
                    <w:t xml:space="preserve">□ </w:t>
                  </w:r>
                  <w:r w:rsidRPr="009C3E08">
                    <w:rPr>
                      <w:rFonts w:ascii="한양중고딕" w:eastAsia="한양중고딕" w:hAnsi="굴림" w:cs="굴림" w:hint="eastAsia"/>
                      <w:b/>
                      <w:bCs/>
                      <w:color w:val="000000"/>
                      <w:spacing w:val="-20"/>
                      <w:w w:val="85"/>
                      <w:sz w:val="18"/>
                      <w:szCs w:val="18"/>
                      <w:lang w:eastAsia="ko-KR"/>
                    </w:rPr>
                    <w:t xml:space="preserve">동의하지 않음 </w:t>
                  </w:r>
                  <w:r w:rsidRPr="009C3E08">
                    <w:rPr>
                      <w:rFonts w:ascii="한양중고딕" w:eastAsia="한양중고딕" w:hAnsi="한양중고딕" w:cs="굴림" w:hint="eastAsia"/>
                      <w:b/>
                      <w:bCs/>
                      <w:color w:val="000000"/>
                      <w:spacing w:val="-20"/>
                      <w:w w:val="85"/>
                      <w:sz w:val="18"/>
                      <w:szCs w:val="18"/>
                      <w:lang w:eastAsia="ko-KR"/>
                    </w:rPr>
                    <w:t>□</w:t>
                  </w:r>
                  <w:r w:rsidRPr="009C3E08">
                    <w:rPr>
                      <w:rFonts w:ascii="한양중고딕" w:eastAsia="한양중고딕" w:hAnsi="굴림" w:cs="굴림" w:hint="eastAsia"/>
                      <w:b/>
                      <w:bCs/>
                      <w:color w:val="000000"/>
                      <w:spacing w:val="-20"/>
                      <w:w w:val="85"/>
                      <w:sz w:val="18"/>
                      <w:szCs w:val="18"/>
                      <w:lang w:eastAsia="ko-KR"/>
                    </w:rPr>
                    <w:t>)</w:t>
                  </w:r>
                </w:p>
              </w:tc>
            </w:tr>
            <w:tr w:rsidR="009C3E08" w:rsidRPr="009C3E08" w:rsidTr="00853FBE">
              <w:trPr>
                <w:trHeight w:val="452"/>
              </w:trPr>
              <w:tc>
                <w:tcPr>
                  <w:tcW w:w="1652" w:type="dxa"/>
                  <w:tcBorders>
                    <w:top w:val="single" w:sz="2" w:space="0" w:color="000000"/>
                    <w:left w:val="single" w:sz="12" w:space="0" w:color="000000"/>
                    <w:bottom w:val="single" w:sz="2" w:space="0" w:color="000000"/>
                    <w:right w:val="single" w:sz="2" w:space="0" w:color="000000"/>
                  </w:tcBorders>
                  <w:tcMar>
                    <w:top w:w="28" w:type="dxa"/>
                    <w:left w:w="28" w:type="dxa"/>
                    <w:bottom w:w="28" w:type="dxa"/>
                    <w:right w:w="28" w:type="dxa"/>
                  </w:tcMar>
                  <w:vAlign w:val="center"/>
                  <w:hideMark/>
                </w:tcPr>
                <w:p w:rsidR="009C3E08" w:rsidRPr="009C3E08" w:rsidRDefault="009C3E08" w:rsidP="007945EF">
                  <w:pPr>
                    <w:widowControl w:val="0"/>
                    <w:autoSpaceDE w:val="0"/>
                    <w:autoSpaceDN w:val="0"/>
                    <w:spacing w:line="240" w:lineRule="exact"/>
                    <w:ind w:left="40" w:right="40"/>
                    <w:jc w:val="center"/>
                    <w:textAlignment w:val="baseline"/>
                    <w:rPr>
                      <w:rFonts w:ascii="함초롬바탕" w:eastAsia="굴림" w:hAnsi="굴림" w:cs="굴림"/>
                      <w:color w:val="000000"/>
                      <w:szCs w:val="20"/>
                      <w:lang w:eastAsia="ko-KR"/>
                    </w:rPr>
                  </w:pPr>
                  <w:r w:rsidRPr="009C3E08">
                    <w:rPr>
                      <w:rFonts w:ascii="한양중고딕" w:eastAsia="한양중고딕" w:hAnsi="굴림" w:cs="굴림" w:hint="eastAsia"/>
                      <w:color w:val="000000"/>
                      <w:spacing w:val="-20"/>
                      <w:w w:val="85"/>
                      <w:sz w:val="18"/>
                      <w:szCs w:val="18"/>
                      <w:lang w:eastAsia="ko-KR"/>
                    </w:rPr>
                    <w:t xml:space="preserve">고유식별정보 제공(조회) </w:t>
                  </w:r>
                </w:p>
                <w:p w:rsidR="009C3E08" w:rsidRPr="009C3E08" w:rsidRDefault="009C3E08" w:rsidP="007945EF">
                  <w:pPr>
                    <w:widowControl w:val="0"/>
                    <w:autoSpaceDE w:val="0"/>
                    <w:autoSpaceDN w:val="0"/>
                    <w:spacing w:line="240" w:lineRule="exact"/>
                    <w:ind w:left="40" w:right="40"/>
                    <w:jc w:val="center"/>
                    <w:textAlignment w:val="baseline"/>
                    <w:rPr>
                      <w:rFonts w:ascii="함초롬바탕" w:eastAsia="굴림" w:hAnsi="굴림" w:cs="굴림"/>
                      <w:color w:val="000000"/>
                      <w:szCs w:val="20"/>
                      <w:lang w:eastAsia="ko-KR"/>
                    </w:rPr>
                  </w:pPr>
                  <w:r w:rsidRPr="009C3E08">
                    <w:rPr>
                      <w:rFonts w:ascii="한양중고딕" w:eastAsia="한양중고딕" w:hAnsi="굴림" w:cs="굴림" w:hint="eastAsia"/>
                      <w:color w:val="000000"/>
                      <w:spacing w:val="-20"/>
                      <w:w w:val="85"/>
                      <w:sz w:val="18"/>
                      <w:szCs w:val="18"/>
                      <w:lang w:eastAsia="ko-KR"/>
                    </w:rPr>
                    <w:t>동의여부</w:t>
                  </w:r>
                </w:p>
              </w:tc>
              <w:tc>
                <w:tcPr>
                  <w:tcW w:w="7420" w:type="dxa"/>
                  <w:tcBorders>
                    <w:top w:val="single" w:sz="2" w:space="0" w:color="000000"/>
                    <w:left w:val="single" w:sz="2" w:space="0" w:color="000000"/>
                    <w:bottom w:val="single" w:sz="2" w:space="0" w:color="000000"/>
                    <w:right w:val="single" w:sz="12" w:space="0" w:color="000000"/>
                  </w:tcBorders>
                  <w:shd w:val="clear" w:color="auto" w:fill="FFFFFF"/>
                  <w:tcMar>
                    <w:top w:w="0" w:type="dxa"/>
                    <w:left w:w="0" w:type="dxa"/>
                    <w:bottom w:w="0" w:type="dxa"/>
                    <w:right w:w="22" w:type="dxa"/>
                  </w:tcMar>
                  <w:vAlign w:val="center"/>
                  <w:hideMark/>
                </w:tcPr>
                <w:p w:rsidR="009C3E08" w:rsidRPr="00E13BAF" w:rsidRDefault="009C3E08" w:rsidP="007945EF">
                  <w:pPr>
                    <w:widowControl w:val="0"/>
                    <w:autoSpaceDE w:val="0"/>
                    <w:autoSpaceDN w:val="0"/>
                    <w:spacing w:line="240" w:lineRule="exact"/>
                    <w:jc w:val="both"/>
                    <w:textAlignment w:val="baseline"/>
                    <w:rPr>
                      <w:rFonts w:ascii="함초롬바탕" w:eastAsia="굴림" w:hAnsi="굴림" w:cs="굴림"/>
                      <w:color w:val="000000"/>
                      <w:sz w:val="17"/>
                      <w:szCs w:val="17"/>
                      <w:lang w:eastAsia="ko-KR"/>
                    </w:rPr>
                  </w:pPr>
                  <w:r w:rsidRPr="00E13BAF">
                    <w:rPr>
                      <w:rFonts w:ascii="한양중고딕" w:eastAsia="한양중고딕" w:hAnsi="굴림" w:cs="굴림" w:hint="eastAsia"/>
                      <w:color w:val="000000"/>
                      <w:spacing w:val="-20"/>
                      <w:w w:val="85"/>
                      <w:sz w:val="17"/>
                      <w:szCs w:val="17"/>
                      <w:lang w:eastAsia="ko-KR"/>
                    </w:rPr>
                    <w:t xml:space="preserve">위와 같이 본인의 고유식별정보를 </w:t>
                  </w:r>
                  <w:proofErr w:type="spellStart"/>
                  <w:r w:rsidRPr="00E13BAF">
                    <w:rPr>
                      <w:rFonts w:ascii="한양중고딕" w:eastAsia="한양중고딕" w:hAnsi="굴림" w:cs="굴림" w:hint="eastAsia"/>
                      <w:color w:val="000000"/>
                      <w:spacing w:val="-20"/>
                      <w:w w:val="85"/>
                      <w:sz w:val="17"/>
                      <w:szCs w:val="17"/>
                      <w:lang w:eastAsia="ko-KR"/>
                    </w:rPr>
                    <w:t>중진공에</w:t>
                  </w:r>
                  <w:proofErr w:type="spellEnd"/>
                  <w:r w:rsidRPr="00E13BAF">
                    <w:rPr>
                      <w:rFonts w:ascii="한양중고딕" w:eastAsia="한양중고딕" w:hAnsi="굴림" w:cs="굴림" w:hint="eastAsia"/>
                      <w:color w:val="000000"/>
                      <w:spacing w:val="-20"/>
                      <w:w w:val="85"/>
                      <w:sz w:val="17"/>
                      <w:szCs w:val="17"/>
                      <w:lang w:eastAsia="ko-KR"/>
                    </w:rPr>
                    <w:t xml:space="preserve"> 제공하여, </w:t>
                  </w:r>
                  <w:proofErr w:type="spellStart"/>
                  <w:r w:rsidRPr="00E13BAF">
                    <w:rPr>
                      <w:rFonts w:ascii="한양중고딕" w:eastAsia="한양중고딕" w:hAnsi="굴림" w:cs="굴림" w:hint="eastAsia"/>
                      <w:color w:val="000000"/>
                      <w:spacing w:val="-20"/>
                      <w:w w:val="85"/>
                      <w:sz w:val="17"/>
                      <w:szCs w:val="17"/>
                      <w:lang w:eastAsia="ko-KR"/>
                    </w:rPr>
                    <w:t>중진공이</w:t>
                  </w:r>
                  <w:proofErr w:type="spellEnd"/>
                  <w:r w:rsidRPr="00E13BAF">
                    <w:rPr>
                      <w:rFonts w:ascii="한양중고딕" w:eastAsia="한양중고딕" w:hAnsi="굴림" w:cs="굴림" w:hint="eastAsia"/>
                      <w:color w:val="000000"/>
                      <w:spacing w:val="-20"/>
                      <w:w w:val="85"/>
                      <w:sz w:val="17"/>
                      <w:szCs w:val="17"/>
                      <w:lang w:eastAsia="ko-KR"/>
                    </w:rPr>
                    <w:t xml:space="preserve"> 조회하는 것에 동의합니다.</w:t>
                  </w:r>
                </w:p>
                <w:p w:rsidR="009C3E08" w:rsidRPr="009C3E08" w:rsidRDefault="009C3E08" w:rsidP="007945EF">
                  <w:pPr>
                    <w:widowControl w:val="0"/>
                    <w:autoSpaceDE w:val="0"/>
                    <w:autoSpaceDN w:val="0"/>
                    <w:spacing w:line="240" w:lineRule="exact"/>
                    <w:jc w:val="right"/>
                    <w:textAlignment w:val="baseline"/>
                    <w:rPr>
                      <w:rFonts w:ascii="함초롬바탕" w:eastAsia="굴림" w:hAnsi="굴림" w:cs="굴림"/>
                      <w:color w:val="000000"/>
                      <w:szCs w:val="20"/>
                      <w:lang w:eastAsia="ko-KR"/>
                    </w:rPr>
                  </w:pPr>
                  <w:r w:rsidRPr="009C3E08">
                    <w:rPr>
                      <w:rFonts w:ascii="한양중고딕" w:eastAsia="한양중고딕" w:hAnsi="굴림" w:cs="굴림" w:hint="eastAsia"/>
                      <w:b/>
                      <w:bCs/>
                      <w:color w:val="000000"/>
                      <w:spacing w:val="-20"/>
                      <w:w w:val="85"/>
                      <w:sz w:val="18"/>
                      <w:szCs w:val="18"/>
                      <w:lang w:eastAsia="ko-KR"/>
                    </w:rPr>
                    <w:t xml:space="preserve">(동의함 </w:t>
                  </w:r>
                  <w:r w:rsidRPr="009C3E08">
                    <w:rPr>
                      <w:rFonts w:ascii="한양중고딕" w:eastAsia="한양중고딕" w:hAnsi="한양중고딕" w:cs="굴림" w:hint="eastAsia"/>
                      <w:b/>
                      <w:bCs/>
                      <w:color w:val="000000"/>
                      <w:spacing w:val="-20"/>
                      <w:w w:val="85"/>
                      <w:sz w:val="18"/>
                      <w:szCs w:val="18"/>
                      <w:lang w:eastAsia="ko-KR"/>
                    </w:rPr>
                    <w:t xml:space="preserve">□ </w:t>
                  </w:r>
                  <w:r w:rsidRPr="009C3E08">
                    <w:rPr>
                      <w:rFonts w:ascii="한양중고딕" w:eastAsia="한양중고딕" w:hAnsi="굴림" w:cs="굴림" w:hint="eastAsia"/>
                      <w:b/>
                      <w:bCs/>
                      <w:color w:val="000000"/>
                      <w:spacing w:val="-20"/>
                      <w:w w:val="85"/>
                      <w:sz w:val="18"/>
                      <w:szCs w:val="18"/>
                      <w:lang w:eastAsia="ko-KR"/>
                    </w:rPr>
                    <w:t xml:space="preserve">동의하지 않음 </w:t>
                  </w:r>
                  <w:r w:rsidRPr="009C3E08">
                    <w:rPr>
                      <w:rFonts w:ascii="한양중고딕" w:eastAsia="한양중고딕" w:hAnsi="한양중고딕" w:cs="굴림" w:hint="eastAsia"/>
                      <w:b/>
                      <w:bCs/>
                      <w:color w:val="000000"/>
                      <w:spacing w:val="-20"/>
                      <w:w w:val="85"/>
                      <w:sz w:val="18"/>
                      <w:szCs w:val="18"/>
                      <w:lang w:eastAsia="ko-KR"/>
                    </w:rPr>
                    <w:t>□</w:t>
                  </w:r>
                  <w:r w:rsidRPr="009C3E08">
                    <w:rPr>
                      <w:rFonts w:ascii="한양중고딕" w:eastAsia="한양중고딕" w:hAnsi="굴림" w:cs="굴림" w:hint="eastAsia"/>
                      <w:b/>
                      <w:bCs/>
                      <w:color w:val="000000"/>
                      <w:spacing w:val="-20"/>
                      <w:w w:val="85"/>
                      <w:sz w:val="18"/>
                      <w:szCs w:val="18"/>
                      <w:lang w:eastAsia="ko-KR"/>
                    </w:rPr>
                    <w:t>)</w:t>
                  </w:r>
                </w:p>
              </w:tc>
            </w:tr>
            <w:tr w:rsidR="009C3E08" w:rsidRPr="009C3E08" w:rsidTr="00853FBE">
              <w:trPr>
                <w:trHeight w:val="450"/>
              </w:trPr>
              <w:tc>
                <w:tcPr>
                  <w:tcW w:w="1652" w:type="dxa"/>
                  <w:tcBorders>
                    <w:top w:val="single" w:sz="2" w:space="0" w:color="000000"/>
                    <w:left w:val="single" w:sz="12" w:space="0" w:color="000000"/>
                    <w:bottom w:val="single" w:sz="2" w:space="0" w:color="000000"/>
                    <w:right w:val="single" w:sz="2" w:space="0" w:color="000000"/>
                  </w:tcBorders>
                  <w:tcMar>
                    <w:top w:w="28" w:type="dxa"/>
                    <w:left w:w="28" w:type="dxa"/>
                    <w:bottom w:w="28" w:type="dxa"/>
                    <w:right w:w="28" w:type="dxa"/>
                  </w:tcMar>
                  <w:vAlign w:val="center"/>
                  <w:hideMark/>
                </w:tcPr>
                <w:p w:rsidR="009C3E08" w:rsidRPr="009C3E08" w:rsidRDefault="009C3E08" w:rsidP="007945EF">
                  <w:pPr>
                    <w:widowControl w:val="0"/>
                    <w:autoSpaceDE w:val="0"/>
                    <w:autoSpaceDN w:val="0"/>
                    <w:spacing w:line="240" w:lineRule="exact"/>
                    <w:ind w:left="40" w:right="40"/>
                    <w:jc w:val="center"/>
                    <w:textAlignment w:val="baseline"/>
                    <w:rPr>
                      <w:rFonts w:ascii="함초롬바탕" w:eastAsia="굴림" w:hAnsi="굴림" w:cs="굴림"/>
                      <w:color w:val="000000"/>
                      <w:szCs w:val="20"/>
                      <w:lang w:eastAsia="ko-KR"/>
                    </w:rPr>
                  </w:pPr>
                  <w:r w:rsidRPr="009C3E08">
                    <w:rPr>
                      <w:rFonts w:ascii="한양중고딕" w:eastAsia="한양중고딕" w:hAnsi="굴림" w:cs="굴림" w:hint="eastAsia"/>
                      <w:color w:val="000000"/>
                      <w:spacing w:val="-26"/>
                      <w:w w:val="85"/>
                      <w:sz w:val="18"/>
                      <w:szCs w:val="18"/>
                      <w:lang w:eastAsia="ko-KR"/>
                    </w:rPr>
                    <w:t>권한 부여에 대한 동의여부</w:t>
                  </w:r>
                </w:p>
              </w:tc>
              <w:tc>
                <w:tcPr>
                  <w:tcW w:w="7420" w:type="dxa"/>
                  <w:tcBorders>
                    <w:top w:val="single" w:sz="2" w:space="0" w:color="000000"/>
                    <w:left w:val="single" w:sz="2" w:space="0" w:color="000000"/>
                    <w:bottom w:val="single" w:sz="2" w:space="0" w:color="000000"/>
                    <w:right w:val="single" w:sz="12" w:space="0" w:color="000000"/>
                  </w:tcBorders>
                  <w:shd w:val="clear" w:color="auto" w:fill="FFFFFF"/>
                  <w:tcMar>
                    <w:top w:w="0" w:type="dxa"/>
                    <w:left w:w="0" w:type="dxa"/>
                    <w:bottom w:w="0" w:type="dxa"/>
                    <w:right w:w="22" w:type="dxa"/>
                  </w:tcMar>
                  <w:vAlign w:val="center"/>
                  <w:hideMark/>
                </w:tcPr>
                <w:p w:rsidR="005C5117" w:rsidRPr="0014659C" w:rsidRDefault="009C3E08" w:rsidP="007945EF">
                  <w:pPr>
                    <w:widowControl w:val="0"/>
                    <w:autoSpaceDE w:val="0"/>
                    <w:autoSpaceDN w:val="0"/>
                    <w:spacing w:line="240" w:lineRule="exact"/>
                    <w:textAlignment w:val="baseline"/>
                    <w:rPr>
                      <w:rFonts w:ascii="한양중고딕" w:eastAsia="한양중고딕" w:hAnsi="굴림" w:cs="굴림"/>
                      <w:color w:val="000000"/>
                      <w:spacing w:val="-20"/>
                      <w:w w:val="85"/>
                      <w:sz w:val="17"/>
                      <w:szCs w:val="17"/>
                      <w:lang w:eastAsia="ko-KR"/>
                    </w:rPr>
                  </w:pPr>
                  <w:proofErr w:type="spellStart"/>
                  <w:r w:rsidRPr="0014659C">
                    <w:rPr>
                      <w:rFonts w:ascii="한양중고딕" w:eastAsia="한양중고딕" w:hAnsi="굴림" w:cs="굴림" w:hint="eastAsia"/>
                      <w:color w:val="000000"/>
                      <w:spacing w:val="-20"/>
                      <w:w w:val="85"/>
                      <w:sz w:val="17"/>
                      <w:szCs w:val="17"/>
                      <w:lang w:eastAsia="ko-KR"/>
                    </w:rPr>
                    <w:t>중진공이</w:t>
                  </w:r>
                  <w:proofErr w:type="spellEnd"/>
                  <w:r w:rsidRPr="0014659C">
                    <w:rPr>
                      <w:rFonts w:ascii="한양중고딕" w:eastAsia="한양중고딕" w:hAnsi="굴림" w:cs="굴림" w:hint="eastAsia"/>
                      <w:color w:val="000000"/>
                      <w:spacing w:val="-20"/>
                      <w:w w:val="85"/>
                      <w:sz w:val="17"/>
                      <w:szCs w:val="17"/>
                      <w:lang w:eastAsia="ko-KR"/>
                    </w:rPr>
                    <w:t xml:space="preserve"> 본인을 대리하여 </w:t>
                  </w:r>
                  <w:proofErr w:type="spellStart"/>
                  <w:r w:rsidRPr="0014659C">
                    <w:rPr>
                      <w:rFonts w:ascii="한양중고딕" w:eastAsia="한양중고딕" w:hAnsi="굴림" w:cs="굴림" w:hint="eastAsia"/>
                      <w:color w:val="000000"/>
                      <w:spacing w:val="-20"/>
                      <w:w w:val="85"/>
                      <w:sz w:val="17"/>
                      <w:szCs w:val="17"/>
                      <w:lang w:eastAsia="ko-KR"/>
                    </w:rPr>
                    <w:t>대상기관인</w:t>
                  </w:r>
                  <w:proofErr w:type="spellEnd"/>
                  <w:r w:rsidRPr="0014659C">
                    <w:rPr>
                      <w:rFonts w:ascii="한양중고딕" w:eastAsia="한양중고딕" w:hAnsi="굴림" w:cs="굴림" w:hint="eastAsia"/>
                      <w:color w:val="000000"/>
                      <w:spacing w:val="-20"/>
                      <w:w w:val="85"/>
                      <w:sz w:val="17"/>
                      <w:szCs w:val="17"/>
                      <w:lang w:eastAsia="ko-KR"/>
                    </w:rPr>
                    <w:t xml:space="preserve"> 금융회사에 위와 같이 본인의 정보를 제공 요청하는 것에 동의합니다. </w:t>
                  </w:r>
                </w:p>
                <w:p w:rsidR="009C3E08" w:rsidRPr="009C3E08" w:rsidRDefault="009C3E08" w:rsidP="007945EF">
                  <w:pPr>
                    <w:widowControl w:val="0"/>
                    <w:autoSpaceDE w:val="0"/>
                    <w:autoSpaceDN w:val="0"/>
                    <w:spacing w:line="240" w:lineRule="exact"/>
                    <w:jc w:val="right"/>
                    <w:textAlignment w:val="baseline"/>
                    <w:rPr>
                      <w:rFonts w:ascii="함초롬바탕" w:eastAsia="굴림" w:hAnsi="굴림" w:cs="굴림"/>
                      <w:color w:val="000000"/>
                      <w:szCs w:val="20"/>
                      <w:lang w:eastAsia="ko-KR"/>
                    </w:rPr>
                  </w:pPr>
                  <w:r w:rsidRPr="009C3E08">
                    <w:rPr>
                      <w:rFonts w:ascii="한양중고딕" w:eastAsia="한양중고딕" w:hAnsi="굴림" w:cs="굴림" w:hint="eastAsia"/>
                      <w:b/>
                      <w:bCs/>
                      <w:color w:val="000000"/>
                      <w:spacing w:val="-20"/>
                      <w:w w:val="85"/>
                      <w:sz w:val="18"/>
                      <w:szCs w:val="18"/>
                      <w:lang w:eastAsia="ko-KR"/>
                    </w:rPr>
                    <w:t xml:space="preserve">(동의함 </w:t>
                  </w:r>
                  <w:r w:rsidRPr="009C3E08">
                    <w:rPr>
                      <w:rFonts w:ascii="한양중고딕" w:eastAsia="한양중고딕" w:hAnsi="한양중고딕" w:cs="굴림" w:hint="eastAsia"/>
                      <w:b/>
                      <w:bCs/>
                      <w:color w:val="000000"/>
                      <w:spacing w:val="-20"/>
                      <w:w w:val="85"/>
                      <w:sz w:val="18"/>
                      <w:szCs w:val="18"/>
                      <w:lang w:eastAsia="ko-KR"/>
                    </w:rPr>
                    <w:t xml:space="preserve">□ </w:t>
                  </w:r>
                  <w:r w:rsidRPr="009C3E08">
                    <w:rPr>
                      <w:rFonts w:ascii="한양중고딕" w:eastAsia="한양중고딕" w:hAnsi="굴림" w:cs="굴림" w:hint="eastAsia"/>
                      <w:b/>
                      <w:bCs/>
                      <w:color w:val="000000"/>
                      <w:spacing w:val="-20"/>
                      <w:w w:val="85"/>
                      <w:sz w:val="18"/>
                      <w:szCs w:val="18"/>
                      <w:lang w:eastAsia="ko-KR"/>
                    </w:rPr>
                    <w:t xml:space="preserve">동의하지 않음 </w:t>
                  </w:r>
                  <w:r w:rsidRPr="009C3E08">
                    <w:rPr>
                      <w:rFonts w:ascii="한양중고딕" w:eastAsia="한양중고딕" w:hAnsi="한양중고딕" w:cs="굴림" w:hint="eastAsia"/>
                      <w:b/>
                      <w:bCs/>
                      <w:color w:val="000000"/>
                      <w:spacing w:val="-20"/>
                      <w:w w:val="85"/>
                      <w:sz w:val="18"/>
                      <w:szCs w:val="18"/>
                      <w:lang w:eastAsia="ko-KR"/>
                    </w:rPr>
                    <w:t>□</w:t>
                  </w:r>
                  <w:r w:rsidRPr="009C3E08">
                    <w:rPr>
                      <w:rFonts w:ascii="한양중고딕" w:eastAsia="한양중고딕" w:hAnsi="굴림" w:cs="굴림" w:hint="eastAsia"/>
                      <w:b/>
                      <w:bCs/>
                      <w:color w:val="000000"/>
                      <w:spacing w:val="-20"/>
                      <w:w w:val="85"/>
                      <w:sz w:val="18"/>
                      <w:szCs w:val="18"/>
                      <w:lang w:eastAsia="ko-KR"/>
                    </w:rPr>
                    <w:t>)</w:t>
                  </w:r>
                </w:p>
              </w:tc>
            </w:tr>
          </w:tbl>
          <w:p w:rsidR="009C3E08" w:rsidRPr="00343843" w:rsidRDefault="009C3E08" w:rsidP="007945EF">
            <w:pPr>
              <w:widowControl w:val="0"/>
              <w:autoSpaceDE w:val="0"/>
              <w:autoSpaceDN w:val="0"/>
              <w:spacing w:line="240" w:lineRule="exact"/>
              <w:ind w:firstLine="200"/>
              <w:jc w:val="both"/>
              <w:textAlignment w:val="baseline"/>
              <w:rPr>
                <w:rFonts w:ascii="함초롬바탕" w:eastAsia="굴림" w:hAnsi="굴림" w:cs="굴림"/>
                <w:b/>
                <w:bCs/>
                <w:color w:val="000000"/>
                <w:spacing w:val="-8"/>
                <w:w w:val="97"/>
                <w:sz w:val="8"/>
                <w:szCs w:val="8"/>
                <w:lang w:eastAsia="ko-KR"/>
              </w:rPr>
            </w:pPr>
          </w:p>
          <w:p w:rsidR="009C3E08" w:rsidRPr="00343843" w:rsidRDefault="009C3E08" w:rsidP="007945EF">
            <w:pPr>
              <w:widowControl w:val="0"/>
              <w:autoSpaceDE w:val="0"/>
              <w:autoSpaceDN w:val="0"/>
              <w:spacing w:line="240" w:lineRule="exact"/>
              <w:ind w:firstLine="200"/>
              <w:jc w:val="both"/>
              <w:textAlignment w:val="baseline"/>
              <w:rPr>
                <w:rFonts w:ascii="함초롬바탕" w:eastAsia="굴림" w:hAnsi="굴림" w:cs="굴림"/>
                <w:color w:val="000000"/>
                <w:szCs w:val="20"/>
                <w:lang w:eastAsia="ko-KR"/>
              </w:rPr>
            </w:pPr>
            <w:r w:rsidRPr="00343843">
              <w:rPr>
                <w:rFonts w:ascii="휴먼명조" w:eastAsia="휴먼명조" w:hAnsi="굴림" w:cs="굴림" w:hint="eastAsia"/>
                <w:b/>
                <w:bCs/>
                <w:color w:val="000000"/>
                <w:spacing w:val="-8"/>
                <w:w w:val="97"/>
                <w:szCs w:val="20"/>
                <w:lang w:eastAsia="ko-KR"/>
              </w:rPr>
              <w:t xml:space="preserve">□ 상거래 </w:t>
            </w:r>
            <w:proofErr w:type="spellStart"/>
            <w:proofErr w:type="gramStart"/>
            <w:r w:rsidRPr="00343843">
              <w:rPr>
                <w:rFonts w:ascii="휴먼명조" w:eastAsia="휴먼명조" w:hAnsi="굴림" w:cs="굴림" w:hint="eastAsia"/>
                <w:b/>
                <w:bCs/>
                <w:color w:val="000000"/>
                <w:spacing w:val="-8"/>
                <w:w w:val="97"/>
                <w:szCs w:val="20"/>
                <w:lang w:eastAsia="ko-KR"/>
              </w:rPr>
              <w:t>종료기업</w:t>
            </w:r>
            <w:proofErr w:type="spellEnd"/>
            <w:r w:rsidRPr="00343843">
              <w:rPr>
                <w:rFonts w:ascii="휴먼명조" w:eastAsia="휴먼명조" w:hAnsi="굴림" w:cs="굴림" w:hint="eastAsia"/>
                <w:b/>
                <w:bCs/>
                <w:color w:val="000000"/>
                <w:spacing w:val="-8"/>
                <w:w w:val="97"/>
                <w:szCs w:val="20"/>
                <w:lang w:eastAsia="ko-KR"/>
              </w:rPr>
              <w:t xml:space="preserve"> </w:t>
            </w:r>
            <w:r w:rsidRPr="00343843">
              <w:rPr>
                <w:rFonts w:ascii="HCI Poppy" w:eastAsia="휴먼명조" w:hAnsi="HCI Poppy" w:cs="굴림"/>
                <w:b/>
                <w:bCs/>
                <w:color w:val="000000"/>
                <w:spacing w:val="-8"/>
                <w:w w:val="97"/>
                <w:szCs w:val="20"/>
                <w:lang w:eastAsia="ko-KR"/>
              </w:rPr>
              <w:t>:</w:t>
            </w:r>
            <w:proofErr w:type="gramEnd"/>
            <w:r w:rsidRPr="00343843">
              <w:rPr>
                <w:rFonts w:ascii="HCI Poppy" w:eastAsia="휴먼명조" w:hAnsi="HCI Poppy" w:cs="굴림"/>
                <w:b/>
                <w:bCs/>
                <w:color w:val="000000"/>
                <w:spacing w:val="-8"/>
                <w:w w:val="97"/>
                <w:szCs w:val="20"/>
                <w:lang w:eastAsia="ko-KR"/>
              </w:rPr>
              <w:t xml:space="preserve"> </w:t>
            </w:r>
            <w:r w:rsidRPr="00343843">
              <w:rPr>
                <w:rFonts w:ascii="휴먼명조" w:eastAsia="휴먼명조" w:hAnsi="굴림" w:cs="굴림" w:hint="eastAsia"/>
                <w:b/>
                <w:bCs/>
                <w:color w:val="000000"/>
                <w:spacing w:val="-8"/>
                <w:w w:val="97"/>
                <w:szCs w:val="20"/>
                <w:lang w:eastAsia="ko-KR"/>
              </w:rPr>
              <w:t>개인신용정보 보안조치 해제 신청에 관한 사항</w:t>
            </w:r>
            <w:r w:rsidRPr="00343843">
              <w:rPr>
                <w:rFonts w:ascii="HCI Poppy" w:eastAsia="휴먼명조" w:hAnsi="HCI Poppy" w:cs="굴림"/>
                <w:color w:val="000000"/>
                <w:spacing w:val="-8"/>
                <w:w w:val="97"/>
                <w:szCs w:val="20"/>
                <w:lang w:eastAsia="ko-KR"/>
              </w:rPr>
              <w:t>(</w:t>
            </w:r>
            <w:r w:rsidRPr="00343843">
              <w:rPr>
                <w:rFonts w:ascii="휴먼명조" w:eastAsia="휴먼명조" w:hAnsi="굴림" w:cs="굴림" w:hint="eastAsia"/>
                <w:color w:val="000000"/>
                <w:spacing w:val="-8"/>
                <w:w w:val="97"/>
                <w:szCs w:val="20"/>
                <w:lang w:eastAsia="ko-KR"/>
              </w:rPr>
              <w:t>선택사항</w:t>
            </w:r>
            <w:r w:rsidRPr="00343843">
              <w:rPr>
                <w:rFonts w:ascii="HCI Poppy" w:eastAsia="휴먼명조" w:hAnsi="HCI Poppy" w:cs="굴림"/>
                <w:color w:val="000000"/>
                <w:spacing w:val="-8"/>
                <w:w w:val="97"/>
                <w:szCs w:val="20"/>
                <w:lang w:eastAsia="ko-KR"/>
              </w:rPr>
              <w:t>)</w:t>
            </w:r>
            <w:r w:rsidRPr="00343843">
              <w:rPr>
                <w:rFonts w:ascii="함초롬바탕" w:eastAsia="휴먼명조" w:hAnsi="굴림" w:cs="굴림"/>
                <w:color w:val="000000"/>
                <w:szCs w:val="20"/>
                <w:lang w:eastAsia="ko-KR"/>
              </w:rPr>
              <w:t xml:space="preserve"> </w:t>
            </w:r>
          </w:p>
          <w:p w:rsidR="009C3E08" w:rsidRPr="009C3E08" w:rsidRDefault="009C3E08" w:rsidP="007945EF">
            <w:pPr>
              <w:widowControl w:val="0"/>
              <w:autoSpaceDE w:val="0"/>
              <w:autoSpaceDN w:val="0"/>
              <w:spacing w:line="240" w:lineRule="exact"/>
              <w:ind w:firstLineChars="100" w:firstLine="170"/>
              <w:jc w:val="both"/>
              <w:textAlignment w:val="baseline"/>
              <w:rPr>
                <w:rFonts w:ascii="함초롬바탕" w:eastAsia="굴림" w:hAnsi="굴림" w:cs="굴림"/>
                <w:color w:val="000000"/>
                <w:szCs w:val="20"/>
                <w:lang w:eastAsia="ko-KR"/>
              </w:rPr>
            </w:pPr>
            <w:r w:rsidRPr="00343843">
              <w:rPr>
                <w:rFonts w:ascii="한양중고딕" w:eastAsia="한양중고딕" w:hAnsi="한양중고딕" w:cs="굴림" w:hint="eastAsia"/>
                <w:color w:val="000000"/>
                <w:sz w:val="17"/>
                <w:szCs w:val="17"/>
                <w:lang w:eastAsia="ko-KR"/>
              </w:rPr>
              <w:t xml:space="preserve">○ </w:t>
            </w:r>
            <w:r w:rsidRPr="00343843">
              <w:rPr>
                <w:rFonts w:ascii="한양중고딕" w:eastAsia="한양중고딕" w:hAnsi="굴림" w:cs="굴림" w:hint="eastAsia"/>
                <w:color w:val="000000"/>
                <w:sz w:val="17"/>
                <w:szCs w:val="17"/>
                <w:lang w:eastAsia="ko-KR"/>
              </w:rPr>
              <w:t xml:space="preserve">본인은 아래와 같은 사유로 </w:t>
            </w:r>
            <w:proofErr w:type="spellStart"/>
            <w:r w:rsidRPr="00343843">
              <w:rPr>
                <w:rFonts w:ascii="한양중고딕" w:eastAsia="한양중고딕" w:hAnsi="굴림" w:cs="굴림" w:hint="eastAsia"/>
                <w:color w:val="000000"/>
                <w:sz w:val="17"/>
                <w:szCs w:val="17"/>
                <w:lang w:eastAsia="ko-KR"/>
              </w:rPr>
              <w:t>중진공에</w:t>
            </w:r>
            <w:proofErr w:type="spellEnd"/>
            <w:r w:rsidRPr="00343843">
              <w:rPr>
                <w:rFonts w:ascii="한양중고딕" w:eastAsia="한양중고딕" w:hAnsi="굴림" w:cs="굴림" w:hint="eastAsia"/>
                <w:color w:val="000000"/>
                <w:sz w:val="17"/>
                <w:szCs w:val="17"/>
                <w:lang w:eastAsia="ko-KR"/>
              </w:rPr>
              <w:t xml:space="preserve"> </w:t>
            </w:r>
            <w:proofErr w:type="spellStart"/>
            <w:r w:rsidRPr="00343843">
              <w:rPr>
                <w:rFonts w:ascii="한양중고딕" w:eastAsia="한양중고딕" w:hAnsi="굴림" w:cs="굴림" w:hint="eastAsia"/>
                <w:color w:val="000000"/>
                <w:sz w:val="17"/>
                <w:szCs w:val="17"/>
                <w:lang w:eastAsia="ko-KR"/>
              </w:rPr>
              <w:t>보안조치된</w:t>
            </w:r>
            <w:proofErr w:type="spellEnd"/>
            <w:r w:rsidRPr="00343843">
              <w:rPr>
                <w:rFonts w:ascii="한양중고딕" w:eastAsia="한양중고딕" w:hAnsi="굴림" w:cs="굴림" w:hint="eastAsia"/>
                <w:color w:val="000000"/>
                <w:sz w:val="17"/>
                <w:szCs w:val="17"/>
                <w:lang w:eastAsia="ko-KR"/>
              </w:rPr>
              <w:t xml:space="preserve"> 본인의 개인신용정보의 복구 신청에 동의합니다</w:t>
            </w:r>
            <w:r w:rsidRPr="009C3E08">
              <w:rPr>
                <w:rFonts w:ascii="한양중고딕" w:eastAsia="한양중고딕" w:hAnsi="굴림" w:cs="굴림" w:hint="eastAsia"/>
                <w:color w:val="000000"/>
                <w:sz w:val="18"/>
                <w:szCs w:val="18"/>
                <w:lang w:eastAsia="ko-KR"/>
              </w:rPr>
              <w:t>.</w:t>
            </w:r>
          </w:p>
          <w:p w:rsidR="009C3E08" w:rsidRPr="009C3E08" w:rsidRDefault="009C3E08" w:rsidP="007945EF">
            <w:pPr>
              <w:widowControl w:val="0"/>
              <w:autoSpaceDE w:val="0"/>
              <w:autoSpaceDN w:val="0"/>
              <w:spacing w:line="240" w:lineRule="exact"/>
              <w:ind w:left="924" w:hanging="458"/>
              <w:jc w:val="both"/>
              <w:textAlignment w:val="baseline"/>
              <w:rPr>
                <w:rFonts w:ascii="함초롬바탕" w:eastAsia="굴림" w:hAnsi="굴림" w:cs="굴림"/>
                <w:color w:val="000000"/>
                <w:sz w:val="12"/>
                <w:szCs w:val="12"/>
                <w:lang w:eastAsia="ko-KR"/>
              </w:rPr>
            </w:pPr>
          </w:p>
          <w:tbl>
            <w:tblPr>
              <w:tblOverlap w:val="never"/>
              <w:tblW w:w="0" w:type="auto"/>
              <w:tblInd w:w="316" w:type="dxa"/>
              <w:tblCellMar>
                <w:top w:w="15" w:type="dxa"/>
                <w:left w:w="15" w:type="dxa"/>
                <w:bottom w:w="15" w:type="dxa"/>
                <w:right w:w="15" w:type="dxa"/>
              </w:tblCellMar>
              <w:tblLook w:val="04A0" w:firstRow="1" w:lastRow="0" w:firstColumn="1" w:lastColumn="0" w:noHBand="0" w:noVBand="1"/>
            </w:tblPr>
            <w:tblGrid>
              <w:gridCol w:w="1299"/>
              <w:gridCol w:w="7773"/>
            </w:tblGrid>
            <w:tr w:rsidR="009C3E08" w:rsidRPr="009C3E08" w:rsidTr="00A82777">
              <w:trPr>
                <w:trHeight w:val="733"/>
              </w:trPr>
              <w:tc>
                <w:tcPr>
                  <w:tcW w:w="1299" w:type="dxa"/>
                  <w:tcBorders>
                    <w:top w:val="single" w:sz="12" w:space="0" w:color="000000"/>
                    <w:left w:val="single" w:sz="12" w:space="0" w:color="000000"/>
                    <w:bottom w:val="single" w:sz="12" w:space="0" w:color="000000"/>
                    <w:right w:val="single" w:sz="2" w:space="0" w:color="000000"/>
                  </w:tcBorders>
                  <w:tcMar>
                    <w:top w:w="28" w:type="dxa"/>
                    <w:left w:w="28" w:type="dxa"/>
                    <w:bottom w:w="28" w:type="dxa"/>
                    <w:right w:w="28" w:type="dxa"/>
                  </w:tcMar>
                  <w:vAlign w:val="center"/>
                  <w:hideMark/>
                </w:tcPr>
                <w:p w:rsidR="009C3E08" w:rsidRPr="009C3E08" w:rsidRDefault="009C3E08" w:rsidP="007945EF">
                  <w:pPr>
                    <w:widowControl w:val="0"/>
                    <w:autoSpaceDE w:val="0"/>
                    <w:autoSpaceDN w:val="0"/>
                    <w:spacing w:line="240" w:lineRule="exact"/>
                    <w:ind w:left="240" w:hanging="240"/>
                    <w:jc w:val="center"/>
                    <w:textAlignment w:val="baseline"/>
                    <w:rPr>
                      <w:rFonts w:ascii="함초롬바탕" w:eastAsia="굴림" w:hAnsi="굴림" w:cs="굴림"/>
                      <w:color w:val="000000"/>
                      <w:szCs w:val="20"/>
                      <w:lang w:eastAsia="ko-KR"/>
                    </w:rPr>
                  </w:pPr>
                  <w:r w:rsidRPr="009C3E08">
                    <w:rPr>
                      <w:rFonts w:ascii="한양중고딕" w:eastAsia="한양중고딕" w:hAnsi="굴림" w:cs="굴림" w:hint="eastAsia"/>
                      <w:color w:val="000000"/>
                      <w:spacing w:val="-8"/>
                      <w:w w:val="97"/>
                      <w:szCs w:val="20"/>
                      <w:lang w:eastAsia="ko-KR"/>
                    </w:rPr>
                    <w:t>요청사유</w:t>
                  </w:r>
                </w:p>
              </w:tc>
              <w:tc>
                <w:tcPr>
                  <w:tcW w:w="7773" w:type="dxa"/>
                  <w:tcBorders>
                    <w:top w:val="single" w:sz="12" w:space="0" w:color="000000"/>
                    <w:left w:val="single" w:sz="2" w:space="0" w:color="000000"/>
                    <w:bottom w:val="single" w:sz="12" w:space="0" w:color="000000"/>
                    <w:right w:val="single" w:sz="12" w:space="0" w:color="000000"/>
                  </w:tcBorders>
                  <w:tcMar>
                    <w:top w:w="28" w:type="dxa"/>
                    <w:left w:w="28" w:type="dxa"/>
                    <w:bottom w:w="28" w:type="dxa"/>
                    <w:right w:w="28" w:type="dxa"/>
                  </w:tcMar>
                  <w:vAlign w:val="center"/>
                  <w:hideMark/>
                </w:tcPr>
                <w:p w:rsidR="009C3E08" w:rsidRPr="009C3E08" w:rsidRDefault="009C3E08" w:rsidP="007945EF">
                  <w:pPr>
                    <w:widowControl w:val="0"/>
                    <w:autoSpaceDE w:val="0"/>
                    <w:autoSpaceDN w:val="0"/>
                    <w:spacing w:after="20" w:line="240" w:lineRule="exact"/>
                    <w:ind w:left="304" w:hanging="150"/>
                    <w:jc w:val="both"/>
                    <w:textAlignment w:val="baseline"/>
                    <w:rPr>
                      <w:rFonts w:ascii="함초롬바탕" w:eastAsia="굴림" w:hAnsi="굴림" w:cs="굴림"/>
                      <w:color w:val="000000"/>
                      <w:szCs w:val="20"/>
                      <w:lang w:eastAsia="ko-KR"/>
                    </w:rPr>
                  </w:pPr>
                  <w:r w:rsidRPr="009C3E08">
                    <w:rPr>
                      <w:rFonts w:ascii="한양중고딕" w:eastAsia="한양중고딕" w:hAnsi="굴림" w:cs="굴림" w:hint="eastAsia"/>
                      <w:color w:val="000000"/>
                      <w:spacing w:val="-22"/>
                      <w:w w:val="90"/>
                      <w:szCs w:val="20"/>
                      <w:lang w:eastAsia="ko-KR"/>
                    </w:rPr>
                    <w:t>- 신규 대출 신청, 세무서 과세자료 제출, 개인 분쟁해결</w:t>
                  </w:r>
                </w:p>
                <w:p w:rsidR="009C3E08" w:rsidRPr="009C3E08" w:rsidRDefault="009C3E08" w:rsidP="007945EF">
                  <w:pPr>
                    <w:widowControl w:val="0"/>
                    <w:autoSpaceDE w:val="0"/>
                    <w:autoSpaceDN w:val="0"/>
                    <w:spacing w:after="20" w:line="240" w:lineRule="exact"/>
                    <w:ind w:left="304" w:hanging="150"/>
                    <w:jc w:val="both"/>
                    <w:textAlignment w:val="baseline"/>
                    <w:rPr>
                      <w:rFonts w:ascii="함초롬바탕" w:eastAsia="굴림" w:hAnsi="굴림" w:cs="굴림"/>
                      <w:color w:val="000000"/>
                      <w:szCs w:val="20"/>
                      <w:lang w:eastAsia="ko-KR"/>
                    </w:rPr>
                  </w:pPr>
                  <w:r w:rsidRPr="009C3E08">
                    <w:rPr>
                      <w:rFonts w:ascii="한양중고딕" w:eastAsia="한양중고딕" w:hAnsi="굴림" w:cs="굴림" w:hint="eastAsia"/>
                      <w:color w:val="000000"/>
                      <w:spacing w:val="-22"/>
                      <w:w w:val="90"/>
                      <w:szCs w:val="20"/>
                      <w:u w:val="single" w:color="000000"/>
                      <w:lang w:eastAsia="ko-KR"/>
                    </w:rPr>
                    <w:t>기타</w:t>
                  </w:r>
                  <w:proofErr w:type="gramStart"/>
                  <w:r w:rsidRPr="009C3E08">
                    <w:rPr>
                      <w:rFonts w:ascii="한양중고딕" w:eastAsia="한양중고딕" w:hAnsi="굴림" w:cs="굴림" w:hint="eastAsia"/>
                      <w:color w:val="000000"/>
                      <w:spacing w:val="-22"/>
                      <w:w w:val="90"/>
                      <w:szCs w:val="20"/>
                      <w:u w:val="single" w:color="000000"/>
                      <w:lang w:eastAsia="ko-KR"/>
                    </w:rPr>
                    <w:t>(</w:t>
                  </w:r>
                  <w:r w:rsidR="00D20258">
                    <w:rPr>
                      <w:rFonts w:ascii="한양중고딕" w:eastAsia="한양중고딕" w:hAnsi="굴림" w:cs="굴림"/>
                      <w:color w:val="000000"/>
                      <w:spacing w:val="-22"/>
                      <w:w w:val="90"/>
                      <w:szCs w:val="20"/>
                      <w:u w:val="single" w:color="000000"/>
                      <w:lang w:eastAsia="ko-KR"/>
                    </w:rPr>
                    <w:t xml:space="preserve">                                                                                   </w:t>
                  </w:r>
                  <w:r w:rsidRPr="009C3E08">
                    <w:rPr>
                      <w:rFonts w:ascii="한양중고딕" w:eastAsia="한양중고딕" w:hAnsi="굴림" w:cs="굴림" w:hint="eastAsia"/>
                      <w:color w:val="000000"/>
                      <w:spacing w:val="-22"/>
                      <w:w w:val="90"/>
                      <w:szCs w:val="20"/>
                      <w:u w:val="single" w:color="000000"/>
                      <w:lang w:eastAsia="ko-KR"/>
                    </w:rPr>
                    <w:t xml:space="preserve"> )</w:t>
                  </w:r>
                  <w:proofErr w:type="gramEnd"/>
                  <w:r w:rsidRPr="009C3E08">
                    <w:rPr>
                      <w:rFonts w:ascii="함초롬바탕" w:eastAsia="한양중고딕" w:hAnsi="굴림" w:cs="굴림"/>
                      <w:color w:val="000000"/>
                      <w:spacing w:val="-8"/>
                      <w:szCs w:val="20"/>
                      <w:lang w:eastAsia="ko-KR"/>
                    </w:rPr>
                    <w:t xml:space="preserve"> </w:t>
                  </w:r>
                  <w:r w:rsidRPr="009C3E08">
                    <w:rPr>
                      <w:rFonts w:ascii="한양중고딕" w:eastAsia="한양중고딕" w:hAnsi="굴림" w:cs="굴림" w:hint="eastAsia"/>
                      <w:color w:val="000000"/>
                      <w:spacing w:val="-14"/>
                      <w:w w:val="90"/>
                      <w:sz w:val="18"/>
                      <w:szCs w:val="18"/>
                      <w:lang w:eastAsia="ko-KR"/>
                    </w:rPr>
                    <w:t xml:space="preserve">* </w:t>
                  </w:r>
                  <w:r w:rsidRPr="009C3E08">
                    <w:rPr>
                      <w:rFonts w:ascii="한양중고딕" w:eastAsia="한양중고딕" w:hAnsi="굴림" w:cs="굴림" w:hint="eastAsia"/>
                      <w:color w:val="000000"/>
                      <w:spacing w:val="-2"/>
                      <w:w w:val="90"/>
                      <w:sz w:val="18"/>
                      <w:szCs w:val="18"/>
                      <w:lang w:eastAsia="ko-KR"/>
                    </w:rPr>
                    <w:t xml:space="preserve">필요시 그 외 상거래 재개 </w:t>
                  </w:r>
                  <w:proofErr w:type="spellStart"/>
                  <w:r w:rsidRPr="009C3E08">
                    <w:rPr>
                      <w:rFonts w:ascii="한양중고딕" w:eastAsia="한양중고딕" w:hAnsi="굴림" w:cs="굴림" w:hint="eastAsia"/>
                      <w:color w:val="000000"/>
                      <w:spacing w:val="-2"/>
                      <w:w w:val="90"/>
                      <w:sz w:val="18"/>
                      <w:szCs w:val="18"/>
                      <w:lang w:eastAsia="ko-KR"/>
                    </w:rPr>
                    <w:t>신청사유를</w:t>
                  </w:r>
                  <w:proofErr w:type="spellEnd"/>
                  <w:r w:rsidRPr="009C3E08">
                    <w:rPr>
                      <w:rFonts w:ascii="한양중고딕" w:eastAsia="한양중고딕" w:hAnsi="굴림" w:cs="굴림" w:hint="eastAsia"/>
                      <w:color w:val="000000"/>
                      <w:spacing w:val="-2"/>
                      <w:w w:val="90"/>
                      <w:sz w:val="18"/>
                      <w:szCs w:val="18"/>
                      <w:lang w:eastAsia="ko-KR"/>
                    </w:rPr>
                    <w:t xml:space="preserve"> 적어주세요</w:t>
                  </w:r>
                </w:p>
                <w:p w:rsidR="009C3E08" w:rsidRPr="009C3E08" w:rsidRDefault="009C3E08" w:rsidP="007945EF">
                  <w:pPr>
                    <w:widowControl w:val="0"/>
                    <w:autoSpaceDE w:val="0"/>
                    <w:autoSpaceDN w:val="0"/>
                    <w:spacing w:after="20" w:line="240" w:lineRule="exact"/>
                    <w:ind w:left="304" w:hanging="150"/>
                    <w:jc w:val="right"/>
                    <w:textAlignment w:val="baseline"/>
                    <w:rPr>
                      <w:rFonts w:ascii="함초롬바탕" w:eastAsia="굴림" w:hAnsi="굴림" w:cs="굴림"/>
                      <w:color w:val="000000"/>
                      <w:szCs w:val="20"/>
                      <w:lang w:eastAsia="ko-KR"/>
                    </w:rPr>
                  </w:pPr>
                  <w:r w:rsidRPr="009C3E08">
                    <w:rPr>
                      <w:rFonts w:ascii="한양중고딕" w:eastAsia="한양중고딕" w:hAnsi="굴림" w:cs="굴림" w:hint="eastAsia"/>
                      <w:b/>
                      <w:bCs/>
                      <w:color w:val="000000"/>
                      <w:spacing w:val="-10"/>
                      <w:w w:val="90"/>
                      <w:sz w:val="18"/>
                      <w:szCs w:val="18"/>
                      <w:lang w:eastAsia="ko-KR"/>
                    </w:rPr>
                    <w:t xml:space="preserve">(동의함 </w:t>
                  </w:r>
                  <w:r w:rsidRPr="009C3E08">
                    <w:rPr>
                      <w:rFonts w:ascii="한양중고딕" w:eastAsia="한양중고딕" w:hAnsi="한양중고딕" w:cs="굴림" w:hint="eastAsia"/>
                      <w:b/>
                      <w:bCs/>
                      <w:color w:val="000000"/>
                      <w:spacing w:val="-10"/>
                      <w:w w:val="90"/>
                      <w:sz w:val="18"/>
                      <w:szCs w:val="18"/>
                      <w:lang w:eastAsia="ko-KR"/>
                    </w:rPr>
                    <w:t xml:space="preserve">□ </w:t>
                  </w:r>
                  <w:r w:rsidRPr="009C3E08">
                    <w:rPr>
                      <w:rFonts w:ascii="한양중고딕" w:eastAsia="한양중고딕" w:hAnsi="굴림" w:cs="굴림" w:hint="eastAsia"/>
                      <w:b/>
                      <w:bCs/>
                      <w:color w:val="000000"/>
                      <w:spacing w:val="-10"/>
                      <w:w w:val="90"/>
                      <w:sz w:val="18"/>
                      <w:szCs w:val="18"/>
                      <w:lang w:eastAsia="ko-KR"/>
                    </w:rPr>
                    <w:t xml:space="preserve">동의하지 않음 </w:t>
                  </w:r>
                  <w:proofErr w:type="gramStart"/>
                  <w:r w:rsidRPr="009C3E08">
                    <w:rPr>
                      <w:rFonts w:ascii="한양중고딕" w:eastAsia="한양중고딕" w:hAnsi="한양중고딕" w:cs="굴림" w:hint="eastAsia"/>
                      <w:b/>
                      <w:bCs/>
                      <w:color w:val="000000"/>
                      <w:spacing w:val="-10"/>
                      <w:w w:val="90"/>
                      <w:sz w:val="18"/>
                      <w:szCs w:val="18"/>
                      <w:lang w:eastAsia="ko-KR"/>
                    </w:rPr>
                    <w:t xml:space="preserve">□ </w:t>
                  </w:r>
                  <w:r w:rsidRPr="009C3E08">
                    <w:rPr>
                      <w:rFonts w:ascii="한양중고딕" w:eastAsia="한양중고딕" w:hAnsi="굴림" w:cs="굴림" w:hint="eastAsia"/>
                      <w:b/>
                      <w:bCs/>
                      <w:color w:val="000000"/>
                      <w:spacing w:val="-10"/>
                      <w:w w:val="90"/>
                      <w:sz w:val="18"/>
                      <w:szCs w:val="18"/>
                      <w:lang w:eastAsia="ko-KR"/>
                    </w:rPr>
                    <w:t>)</w:t>
                  </w:r>
                  <w:proofErr w:type="gramEnd"/>
                  <w:r w:rsidRPr="009C3E08">
                    <w:rPr>
                      <w:rFonts w:ascii="한양중고딕" w:eastAsia="한양중고딕" w:hAnsi="굴림" w:cs="굴림" w:hint="eastAsia"/>
                      <w:b/>
                      <w:bCs/>
                      <w:color w:val="000000"/>
                      <w:spacing w:val="-10"/>
                      <w:w w:val="90"/>
                      <w:sz w:val="18"/>
                      <w:szCs w:val="18"/>
                      <w:lang w:eastAsia="ko-KR"/>
                    </w:rPr>
                    <w:t xml:space="preserve"> </w:t>
                  </w:r>
                </w:p>
              </w:tc>
            </w:tr>
          </w:tbl>
          <w:p w:rsidR="00344ECA" w:rsidRDefault="00344ECA" w:rsidP="00344ECA">
            <w:pPr>
              <w:widowControl w:val="0"/>
              <w:autoSpaceDE w:val="0"/>
              <w:autoSpaceDN w:val="0"/>
              <w:spacing w:line="240" w:lineRule="exact"/>
              <w:ind w:firstLine="200"/>
              <w:jc w:val="both"/>
              <w:textAlignment w:val="baseline"/>
              <w:rPr>
                <w:rFonts w:ascii="휴먼명조" w:eastAsia="휴먼명조" w:hAnsi="굴림" w:cs="굴림"/>
                <w:b/>
                <w:bCs/>
                <w:color w:val="000000"/>
                <w:spacing w:val="-8"/>
                <w:w w:val="97"/>
                <w:szCs w:val="20"/>
                <w:lang w:eastAsia="ko-KR"/>
              </w:rPr>
            </w:pPr>
          </w:p>
          <w:p w:rsidR="009C3E08" w:rsidRPr="00344ECA" w:rsidRDefault="009C3E08" w:rsidP="00344ECA">
            <w:pPr>
              <w:widowControl w:val="0"/>
              <w:autoSpaceDE w:val="0"/>
              <w:autoSpaceDN w:val="0"/>
              <w:spacing w:line="240" w:lineRule="exact"/>
              <w:ind w:firstLine="200"/>
              <w:jc w:val="both"/>
              <w:textAlignment w:val="baseline"/>
              <w:rPr>
                <w:rFonts w:ascii="함초롬바탕" w:eastAsia="굴림" w:hAnsi="굴림" w:cs="굴림" w:hint="eastAsia"/>
                <w:color w:val="000000"/>
                <w:szCs w:val="20"/>
                <w:lang w:eastAsia="ko-KR"/>
              </w:rPr>
            </w:pPr>
            <w:r w:rsidRPr="00322957">
              <w:rPr>
                <w:rFonts w:ascii="휴먼명조" w:eastAsia="휴먼명조" w:hAnsi="굴림" w:cs="굴림" w:hint="eastAsia"/>
                <w:b/>
                <w:bCs/>
                <w:color w:val="000000"/>
                <w:spacing w:val="-8"/>
                <w:w w:val="97"/>
                <w:szCs w:val="20"/>
                <w:lang w:eastAsia="ko-KR"/>
              </w:rPr>
              <w:t>□ 동의의 효력 및 동의를 거부할 권리</w:t>
            </w:r>
            <w:r w:rsidRPr="00322957">
              <w:rPr>
                <w:rFonts w:ascii="함초롬바탕" w:eastAsia="휴먼명조" w:hAnsi="굴림" w:cs="굴림"/>
                <w:color w:val="000000"/>
                <w:szCs w:val="20"/>
                <w:lang w:eastAsia="ko-KR"/>
              </w:rPr>
              <w:t xml:space="preserve"> </w:t>
            </w:r>
          </w:p>
          <w:p w:rsidR="009C3E08" w:rsidRPr="00322957" w:rsidRDefault="009C3E08" w:rsidP="007945EF">
            <w:pPr>
              <w:widowControl w:val="0"/>
              <w:autoSpaceDE w:val="0"/>
              <w:autoSpaceDN w:val="0"/>
              <w:spacing w:line="240" w:lineRule="exact"/>
              <w:ind w:leftChars="100" w:left="200"/>
              <w:jc w:val="both"/>
              <w:textAlignment w:val="baseline"/>
              <w:rPr>
                <w:rFonts w:ascii="함초롬바탕" w:eastAsia="굴림" w:hAnsi="굴림" w:cs="굴림"/>
                <w:color w:val="000000"/>
                <w:sz w:val="17"/>
                <w:szCs w:val="17"/>
                <w:lang w:eastAsia="ko-KR"/>
              </w:rPr>
            </w:pPr>
            <w:r w:rsidRPr="00322957">
              <w:rPr>
                <w:rFonts w:ascii="한양중고딕" w:eastAsia="한양중고딕" w:hAnsi="한양중고딕" w:cs="굴림" w:hint="eastAsia"/>
                <w:color w:val="000000"/>
                <w:sz w:val="17"/>
                <w:szCs w:val="17"/>
                <w:lang w:eastAsia="ko-KR"/>
              </w:rPr>
              <w:t xml:space="preserve">○ </w:t>
            </w:r>
            <w:r w:rsidRPr="00322957">
              <w:rPr>
                <w:rFonts w:ascii="한양중고딕" w:eastAsia="한양중고딕" w:hAnsi="굴림" w:cs="굴림" w:hint="eastAsia"/>
                <w:color w:val="000000"/>
                <w:spacing w:val="-2"/>
                <w:sz w:val="17"/>
                <w:szCs w:val="17"/>
                <w:lang w:eastAsia="ko-KR"/>
              </w:rPr>
              <w:t>본 동의서를 제출한 시점부터 신청한 계약의 종료 시까지 위 목적을 위하여 동의의 효력이 유지됩니다. 단, 계약</w:t>
            </w:r>
            <w:r w:rsidRPr="00322957">
              <w:rPr>
                <w:rFonts w:ascii="함초롬바탕" w:eastAsia="한양중고딕" w:hAnsi="굴림" w:cs="굴림"/>
                <w:color w:val="000000"/>
                <w:sz w:val="17"/>
                <w:szCs w:val="17"/>
                <w:lang w:eastAsia="ko-KR"/>
              </w:rPr>
              <w:t xml:space="preserve"> </w:t>
            </w:r>
            <w:r w:rsidRPr="00322957">
              <w:rPr>
                <w:rFonts w:ascii="한양중고딕" w:eastAsia="한양중고딕" w:hAnsi="굴림" w:cs="굴림" w:hint="eastAsia"/>
                <w:color w:val="000000"/>
                <w:spacing w:val="-4"/>
                <w:sz w:val="17"/>
                <w:szCs w:val="17"/>
                <w:lang w:eastAsia="ko-KR"/>
              </w:rPr>
              <w:t xml:space="preserve">종료 후에도 </w:t>
            </w:r>
            <w:proofErr w:type="spellStart"/>
            <w:r w:rsidRPr="00322957">
              <w:rPr>
                <w:rFonts w:ascii="한양중고딕" w:eastAsia="한양중고딕" w:hAnsi="굴림" w:cs="굴림" w:hint="eastAsia"/>
                <w:color w:val="000000"/>
                <w:spacing w:val="-4"/>
                <w:sz w:val="17"/>
                <w:szCs w:val="17"/>
                <w:lang w:eastAsia="ko-KR"/>
              </w:rPr>
              <w:t>금융조사</w:t>
            </w:r>
            <w:proofErr w:type="spellEnd"/>
            <w:r w:rsidRPr="00322957">
              <w:rPr>
                <w:rFonts w:ascii="한양중고딕" w:eastAsia="한양중고딕" w:hAnsi="굴림" w:cs="굴림" w:hint="eastAsia"/>
                <w:color w:val="000000"/>
                <w:spacing w:val="-4"/>
                <w:sz w:val="17"/>
                <w:szCs w:val="17"/>
                <w:lang w:eastAsia="ko-KR"/>
              </w:rPr>
              <w:t>, 분쟁해결, 민원처리, 법령상 의무이행 및 위 기관의 리스크 관리 업무를 위해 필요한 범위</w:t>
            </w:r>
            <w:r w:rsidRPr="00322957">
              <w:rPr>
                <w:rFonts w:ascii="함초롬바탕" w:eastAsia="한양중고딕" w:hAnsi="굴림" w:cs="굴림"/>
                <w:color w:val="000000"/>
                <w:sz w:val="17"/>
                <w:szCs w:val="17"/>
                <w:lang w:eastAsia="ko-KR"/>
              </w:rPr>
              <w:t xml:space="preserve"> </w:t>
            </w:r>
            <w:r w:rsidRPr="00322957">
              <w:rPr>
                <w:rFonts w:ascii="한양중고딕" w:eastAsia="한양중고딕" w:hAnsi="굴림" w:cs="굴림" w:hint="eastAsia"/>
                <w:color w:val="000000"/>
                <w:sz w:val="17"/>
                <w:szCs w:val="17"/>
                <w:lang w:eastAsia="ko-KR"/>
              </w:rPr>
              <w:t>내에서만 이용됩니다</w:t>
            </w:r>
          </w:p>
          <w:p w:rsidR="009C3E08" w:rsidRPr="009C3E08" w:rsidRDefault="009C3E08" w:rsidP="007945EF">
            <w:pPr>
              <w:widowControl w:val="0"/>
              <w:autoSpaceDE w:val="0"/>
              <w:autoSpaceDN w:val="0"/>
              <w:spacing w:line="240" w:lineRule="exact"/>
              <w:ind w:leftChars="100" w:left="200"/>
              <w:jc w:val="both"/>
              <w:textAlignment w:val="baseline"/>
              <w:rPr>
                <w:rFonts w:ascii="함초롬바탕" w:eastAsia="굴림" w:hAnsi="굴림" w:cs="굴림"/>
                <w:color w:val="000000"/>
                <w:szCs w:val="20"/>
                <w:lang w:eastAsia="ko-KR"/>
              </w:rPr>
            </w:pPr>
            <w:r w:rsidRPr="00322957">
              <w:rPr>
                <w:rFonts w:ascii="한양중고딕" w:eastAsia="한양중고딕" w:hAnsi="한양중고딕" w:cs="굴림" w:hint="eastAsia"/>
                <w:color w:val="000000"/>
                <w:sz w:val="17"/>
                <w:szCs w:val="17"/>
                <w:lang w:eastAsia="ko-KR"/>
              </w:rPr>
              <w:t xml:space="preserve">○ </w:t>
            </w:r>
            <w:r w:rsidRPr="00322957">
              <w:rPr>
                <w:rFonts w:ascii="한양중고딕" w:eastAsia="한양중고딕" w:hAnsi="굴림" w:cs="굴림" w:hint="eastAsia"/>
                <w:color w:val="000000"/>
                <w:spacing w:val="-6"/>
                <w:sz w:val="17"/>
                <w:szCs w:val="17"/>
                <w:lang w:eastAsia="ko-KR"/>
              </w:rPr>
              <w:t>해당 행정정보이용, 금융회사가 보유한 신용정보, 세무회계자료 온라인 제출에 대해 동의를 하지 아니할 경우에도</w:t>
            </w:r>
            <w:r w:rsidRPr="00322957">
              <w:rPr>
                <w:rFonts w:ascii="함초롬바탕" w:eastAsia="한양중고딕" w:hAnsi="굴림" w:cs="굴림"/>
                <w:color w:val="000000"/>
                <w:spacing w:val="-2"/>
                <w:sz w:val="17"/>
                <w:szCs w:val="17"/>
                <w:lang w:eastAsia="ko-KR"/>
              </w:rPr>
              <w:t xml:space="preserve"> </w:t>
            </w:r>
            <w:r w:rsidRPr="00322957">
              <w:rPr>
                <w:rFonts w:ascii="한양중고딕" w:eastAsia="한양중고딕" w:hAnsi="굴림" w:cs="굴림" w:hint="eastAsia"/>
                <w:color w:val="000000"/>
                <w:spacing w:val="-2"/>
                <w:sz w:val="17"/>
                <w:szCs w:val="17"/>
                <w:lang w:eastAsia="ko-KR"/>
              </w:rPr>
              <w:t>불이익은 없습니다. 다만, 동의하지 아니한 경우에는 그 해당 부분에 대해서 직접 서류를 제출하여야 합니다.</w:t>
            </w:r>
          </w:p>
        </w:tc>
      </w:tr>
    </w:tbl>
    <w:p w:rsidR="009C3E08" w:rsidRPr="009C3E08" w:rsidRDefault="009C3E08" w:rsidP="007945EF">
      <w:pPr>
        <w:widowControl w:val="0"/>
        <w:autoSpaceDE w:val="0"/>
        <w:autoSpaceDN w:val="0"/>
        <w:spacing w:line="240" w:lineRule="exact"/>
        <w:ind w:left="240" w:hanging="240"/>
        <w:jc w:val="right"/>
        <w:textAlignment w:val="baseline"/>
        <w:rPr>
          <w:rFonts w:ascii="함초롬바탕" w:eastAsia="굴림" w:hAnsi="굴림" w:cs="굴림"/>
          <w:color w:val="000000"/>
          <w:sz w:val="8"/>
          <w:szCs w:val="8"/>
          <w:lang w:eastAsia="ko-KR"/>
        </w:rPr>
      </w:pPr>
    </w:p>
    <w:p w:rsidR="009C3E08" w:rsidRPr="009C3E08" w:rsidRDefault="009C3E08" w:rsidP="007945EF">
      <w:pPr>
        <w:widowControl w:val="0"/>
        <w:autoSpaceDE w:val="0"/>
        <w:autoSpaceDN w:val="0"/>
        <w:spacing w:line="240" w:lineRule="exact"/>
        <w:ind w:left="240" w:hanging="240"/>
        <w:jc w:val="right"/>
        <w:textAlignment w:val="baseline"/>
        <w:rPr>
          <w:rFonts w:ascii="함초롬바탕" w:eastAsia="굴림" w:hAnsi="굴림" w:cs="굴림"/>
          <w:color w:val="000000"/>
          <w:szCs w:val="20"/>
          <w:lang w:eastAsia="ko-KR"/>
        </w:rPr>
      </w:pPr>
      <w:r w:rsidRPr="009C3E08">
        <w:rPr>
          <w:rFonts w:ascii="휴먼명조" w:eastAsia="휴먼명조" w:hAnsi="굴림" w:cs="굴림" w:hint="eastAsia"/>
          <w:color w:val="000000"/>
          <w:sz w:val="18"/>
          <w:szCs w:val="18"/>
          <w:lang w:eastAsia="ko-KR"/>
        </w:rPr>
        <w:t>년</w:t>
      </w:r>
      <w:r w:rsidR="00346EF0">
        <w:rPr>
          <w:rFonts w:ascii="휴먼명조" w:eastAsia="휴먼명조" w:hAnsi="굴림" w:cs="굴림" w:hint="eastAsia"/>
          <w:color w:val="000000"/>
          <w:sz w:val="18"/>
          <w:szCs w:val="18"/>
          <w:lang w:eastAsia="ko-KR"/>
        </w:rPr>
        <w:t xml:space="preserve">  </w:t>
      </w:r>
      <w:r w:rsidRPr="009C3E08">
        <w:rPr>
          <w:rFonts w:ascii="휴먼명조" w:eastAsia="휴먼명조" w:hAnsi="굴림" w:cs="굴림" w:hint="eastAsia"/>
          <w:color w:val="000000"/>
          <w:sz w:val="18"/>
          <w:szCs w:val="18"/>
          <w:lang w:eastAsia="ko-KR"/>
        </w:rPr>
        <w:t xml:space="preserve"> </w:t>
      </w:r>
      <w:proofErr w:type="gramStart"/>
      <w:r w:rsidRPr="009C3E08">
        <w:rPr>
          <w:rFonts w:ascii="휴먼명조" w:eastAsia="휴먼명조" w:hAnsi="굴림" w:cs="굴림" w:hint="eastAsia"/>
          <w:color w:val="000000"/>
          <w:sz w:val="18"/>
          <w:szCs w:val="18"/>
          <w:lang w:eastAsia="ko-KR"/>
        </w:rPr>
        <w:t>월</w:t>
      </w:r>
      <w:r w:rsidR="00346EF0">
        <w:rPr>
          <w:rFonts w:ascii="휴먼명조" w:eastAsia="휴먼명조" w:hAnsi="굴림" w:cs="굴림" w:hint="eastAsia"/>
          <w:color w:val="000000"/>
          <w:sz w:val="18"/>
          <w:szCs w:val="18"/>
          <w:lang w:eastAsia="ko-KR"/>
        </w:rPr>
        <w:t xml:space="preserve"> </w:t>
      </w:r>
      <w:r w:rsidRPr="009C3E08">
        <w:rPr>
          <w:rFonts w:ascii="함초롬바탕" w:eastAsia="휴먼명조" w:hAnsi="굴림" w:cs="굴림"/>
          <w:color w:val="000000"/>
          <w:spacing w:val="96"/>
          <w:w w:val="97"/>
          <w:sz w:val="18"/>
          <w:szCs w:val="18"/>
          <w:lang w:eastAsia="ko-KR"/>
        </w:rPr>
        <w:t xml:space="preserve"> </w:t>
      </w:r>
      <w:r w:rsidRPr="009C3E08">
        <w:rPr>
          <w:rFonts w:ascii="휴먼명조" w:eastAsia="휴먼명조" w:hAnsi="굴림" w:cs="굴림" w:hint="eastAsia"/>
          <w:color w:val="000000"/>
          <w:sz w:val="18"/>
          <w:szCs w:val="18"/>
          <w:lang w:eastAsia="ko-KR"/>
        </w:rPr>
        <w:t>일</w:t>
      </w:r>
      <w:proofErr w:type="gramEnd"/>
    </w:p>
    <w:tbl>
      <w:tblPr>
        <w:tblOverlap w:val="never"/>
        <w:tblW w:w="0" w:type="auto"/>
        <w:tblInd w:w="102" w:type="dxa"/>
        <w:tblCellMar>
          <w:top w:w="15" w:type="dxa"/>
          <w:left w:w="15" w:type="dxa"/>
          <w:bottom w:w="15" w:type="dxa"/>
          <w:right w:w="15" w:type="dxa"/>
        </w:tblCellMar>
        <w:tblLook w:val="04A0" w:firstRow="1" w:lastRow="0" w:firstColumn="1" w:lastColumn="0" w:noHBand="0" w:noVBand="1"/>
      </w:tblPr>
      <w:tblGrid>
        <w:gridCol w:w="2109"/>
        <w:gridCol w:w="3403"/>
        <w:gridCol w:w="1383"/>
        <w:gridCol w:w="2744"/>
      </w:tblGrid>
      <w:tr w:rsidR="009C3E08" w:rsidRPr="009C3E08" w:rsidTr="00A600F9">
        <w:trPr>
          <w:trHeight w:val="568"/>
        </w:trPr>
        <w:tc>
          <w:tcPr>
            <w:tcW w:w="2109" w:type="dxa"/>
            <w:tcBorders>
              <w:top w:val="single" w:sz="12" w:space="0" w:color="000000"/>
              <w:left w:val="single" w:sz="12" w:space="0" w:color="000000"/>
              <w:bottom w:val="single" w:sz="2" w:space="0" w:color="000000"/>
              <w:right w:val="single" w:sz="2" w:space="0" w:color="000000"/>
            </w:tcBorders>
            <w:tcMar>
              <w:top w:w="28" w:type="dxa"/>
              <w:left w:w="102" w:type="dxa"/>
              <w:bottom w:w="28" w:type="dxa"/>
              <w:right w:w="102" w:type="dxa"/>
            </w:tcMar>
            <w:vAlign w:val="center"/>
            <w:hideMark/>
          </w:tcPr>
          <w:p w:rsidR="009C3E08" w:rsidRPr="009C3E08" w:rsidRDefault="009C3E08" w:rsidP="007945EF">
            <w:pPr>
              <w:widowControl w:val="0"/>
              <w:autoSpaceDE w:val="0"/>
              <w:autoSpaceDN w:val="0"/>
              <w:spacing w:line="240" w:lineRule="exact"/>
              <w:jc w:val="center"/>
              <w:textAlignment w:val="baseline"/>
              <w:rPr>
                <w:rFonts w:ascii="함초롬바탕" w:eastAsia="굴림" w:hAnsi="굴림" w:cs="굴림"/>
                <w:color w:val="000000"/>
                <w:szCs w:val="20"/>
                <w:lang w:eastAsia="ko-KR"/>
              </w:rPr>
            </w:pPr>
            <w:proofErr w:type="spellStart"/>
            <w:r w:rsidRPr="009C3E08">
              <w:rPr>
                <w:rFonts w:ascii="함초롬바탕" w:eastAsia="함초롬바탕" w:hAnsi="함초롬바탕" w:cs="함초롬바탕" w:hint="eastAsia"/>
                <w:b/>
                <w:bCs/>
                <w:color w:val="000000"/>
                <w:szCs w:val="20"/>
                <w:lang w:eastAsia="ko-KR"/>
              </w:rPr>
              <w:t>기업체명</w:t>
            </w:r>
            <w:proofErr w:type="spellEnd"/>
          </w:p>
        </w:tc>
        <w:tc>
          <w:tcPr>
            <w:tcW w:w="3403" w:type="dxa"/>
            <w:tcBorders>
              <w:top w:val="single" w:sz="12" w:space="0" w:color="000000"/>
              <w:left w:val="single" w:sz="2" w:space="0" w:color="000000"/>
              <w:bottom w:val="single" w:sz="2" w:space="0" w:color="000000"/>
              <w:right w:val="single" w:sz="12" w:space="0" w:color="000000"/>
            </w:tcBorders>
            <w:tcMar>
              <w:top w:w="28" w:type="dxa"/>
              <w:left w:w="102" w:type="dxa"/>
              <w:bottom w:w="28" w:type="dxa"/>
              <w:right w:w="102" w:type="dxa"/>
            </w:tcMar>
            <w:vAlign w:val="center"/>
            <w:hideMark/>
          </w:tcPr>
          <w:p w:rsidR="009C3E08" w:rsidRPr="009C3E08" w:rsidRDefault="009C3E08" w:rsidP="007945EF">
            <w:pPr>
              <w:widowControl w:val="0"/>
              <w:autoSpaceDE w:val="0"/>
              <w:autoSpaceDN w:val="0"/>
              <w:spacing w:line="240" w:lineRule="exact"/>
              <w:jc w:val="both"/>
              <w:textAlignment w:val="baseline"/>
              <w:rPr>
                <w:rFonts w:ascii="함초롬바탕" w:eastAsia="굴림" w:hAnsi="굴림" w:cs="굴림"/>
                <w:b/>
                <w:bCs/>
                <w:color w:val="000000"/>
                <w:szCs w:val="20"/>
                <w:lang w:eastAsia="ko-KR"/>
              </w:rPr>
            </w:pPr>
          </w:p>
        </w:tc>
        <w:tc>
          <w:tcPr>
            <w:tcW w:w="1383" w:type="dxa"/>
            <w:tcBorders>
              <w:top w:val="single" w:sz="12" w:space="0" w:color="000000"/>
              <w:left w:val="single" w:sz="12" w:space="0" w:color="000000"/>
              <w:bottom w:val="single" w:sz="2" w:space="0" w:color="000000"/>
              <w:right w:val="single" w:sz="2" w:space="0" w:color="000000"/>
            </w:tcBorders>
            <w:tcMar>
              <w:top w:w="28" w:type="dxa"/>
              <w:left w:w="102" w:type="dxa"/>
              <w:bottom w:w="28" w:type="dxa"/>
              <w:right w:w="102" w:type="dxa"/>
            </w:tcMar>
            <w:vAlign w:val="center"/>
            <w:hideMark/>
          </w:tcPr>
          <w:p w:rsidR="009C3E08" w:rsidRPr="009C3E08" w:rsidRDefault="009C3E08" w:rsidP="007945EF">
            <w:pPr>
              <w:widowControl w:val="0"/>
              <w:autoSpaceDE w:val="0"/>
              <w:autoSpaceDN w:val="0"/>
              <w:spacing w:line="240" w:lineRule="exact"/>
              <w:jc w:val="center"/>
              <w:textAlignment w:val="baseline"/>
              <w:rPr>
                <w:rFonts w:ascii="함초롬바탕" w:eastAsia="굴림" w:hAnsi="굴림" w:cs="굴림"/>
                <w:color w:val="000000"/>
                <w:szCs w:val="20"/>
                <w:lang w:eastAsia="ko-KR"/>
              </w:rPr>
            </w:pPr>
            <w:r w:rsidRPr="009C3E08">
              <w:rPr>
                <w:rFonts w:ascii="함초롬바탕" w:eastAsia="함초롬바탕" w:hAnsi="함초롬바탕" w:cs="함초롬바탕" w:hint="eastAsia"/>
                <w:b/>
                <w:bCs/>
                <w:color w:val="000000"/>
                <w:szCs w:val="20"/>
                <w:lang w:eastAsia="ko-KR"/>
              </w:rPr>
              <w:t>성 명</w:t>
            </w:r>
          </w:p>
        </w:tc>
        <w:tc>
          <w:tcPr>
            <w:tcW w:w="2744" w:type="dxa"/>
            <w:tcBorders>
              <w:top w:val="single" w:sz="12" w:space="0" w:color="000000"/>
              <w:left w:val="single" w:sz="2" w:space="0" w:color="000000"/>
              <w:bottom w:val="single" w:sz="2" w:space="0" w:color="000000"/>
              <w:right w:val="single" w:sz="12" w:space="0" w:color="000000"/>
            </w:tcBorders>
            <w:tcMar>
              <w:top w:w="28" w:type="dxa"/>
              <w:left w:w="102" w:type="dxa"/>
              <w:bottom w:w="28" w:type="dxa"/>
              <w:right w:w="102" w:type="dxa"/>
            </w:tcMar>
            <w:vAlign w:val="center"/>
            <w:hideMark/>
          </w:tcPr>
          <w:p w:rsidR="009C3E08" w:rsidRPr="009C3E08" w:rsidRDefault="009C3E08" w:rsidP="007945EF">
            <w:pPr>
              <w:widowControl w:val="0"/>
              <w:autoSpaceDE w:val="0"/>
              <w:autoSpaceDN w:val="0"/>
              <w:spacing w:line="240" w:lineRule="exact"/>
              <w:jc w:val="right"/>
              <w:textAlignment w:val="baseline"/>
              <w:rPr>
                <w:rFonts w:ascii="함초롬바탕" w:eastAsia="굴림" w:hAnsi="굴림" w:cs="굴림"/>
                <w:color w:val="000000"/>
                <w:szCs w:val="20"/>
                <w:lang w:eastAsia="ko-KR"/>
              </w:rPr>
            </w:pPr>
            <w:r w:rsidRPr="009C3E08">
              <w:rPr>
                <w:rFonts w:ascii="함초롬바탕" w:eastAsia="함초롬바탕" w:hAnsi="굴림" w:cs="굴림"/>
                <w:b/>
                <w:bCs/>
                <w:color w:val="000000"/>
                <w:szCs w:val="20"/>
                <w:lang w:eastAsia="ko-KR"/>
              </w:rPr>
              <w:t>(</w:t>
            </w:r>
            <w:r w:rsidRPr="009C3E08">
              <w:rPr>
                <w:rFonts w:ascii="함초롬바탕" w:eastAsia="함초롬바탕" w:hAnsi="함초롬바탕" w:cs="함초롬바탕" w:hint="eastAsia"/>
                <w:b/>
                <w:bCs/>
                <w:color w:val="000000"/>
                <w:szCs w:val="20"/>
                <w:lang w:eastAsia="ko-KR"/>
              </w:rPr>
              <w:t>인</w:t>
            </w:r>
            <w:r w:rsidRPr="009C3E08">
              <w:rPr>
                <w:rFonts w:ascii="함초롬바탕" w:eastAsia="함초롬바탕" w:hAnsi="굴림" w:cs="굴림"/>
                <w:b/>
                <w:bCs/>
                <w:color w:val="000000"/>
                <w:szCs w:val="20"/>
                <w:lang w:eastAsia="ko-KR"/>
              </w:rPr>
              <w:t>)</w:t>
            </w:r>
          </w:p>
        </w:tc>
      </w:tr>
      <w:tr w:rsidR="009C3E08" w:rsidRPr="009C3E08" w:rsidTr="00A600F9">
        <w:trPr>
          <w:trHeight w:val="534"/>
        </w:trPr>
        <w:tc>
          <w:tcPr>
            <w:tcW w:w="2109" w:type="dxa"/>
            <w:tcBorders>
              <w:top w:val="single" w:sz="2" w:space="0" w:color="000000"/>
              <w:left w:val="single" w:sz="12" w:space="0" w:color="000000"/>
              <w:bottom w:val="single" w:sz="12" w:space="0" w:color="000000"/>
              <w:right w:val="single" w:sz="2" w:space="0" w:color="000000"/>
            </w:tcBorders>
            <w:tcMar>
              <w:top w:w="28" w:type="dxa"/>
              <w:left w:w="102" w:type="dxa"/>
              <w:bottom w:w="28" w:type="dxa"/>
              <w:right w:w="102" w:type="dxa"/>
            </w:tcMar>
            <w:vAlign w:val="center"/>
            <w:hideMark/>
          </w:tcPr>
          <w:p w:rsidR="009C3E08" w:rsidRPr="009C3E08" w:rsidRDefault="009C3E08" w:rsidP="007945EF">
            <w:pPr>
              <w:widowControl w:val="0"/>
              <w:autoSpaceDE w:val="0"/>
              <w:autoSpaceDN w:val="0"/>
              <w:spacing w:line="240" w:lineRule="exact"/>
              <w:jc w:val="center"/>
              <w:textAlignment w:val="baseline"/>
              <w:rPr>
                <w:rFonts w:ascii="함초롬바탕" w:eastAsia="굴림" w:hAnsi="굴림" w:cs="굴림"/>
                <w:color w:val="000000"/>
                <w:szCs w:val="20"/>
                <w:lang w:eastAsia="ko-KR"/>
              </w:rPr>
            </w:pPr>
            <w:r w:rsidRPr="009C3E08">
              <w:rPr>
                <w:rFonts w:ascii="함초롬바탕" w:eastAsia="함초롬바탕" w:hAnsi="함초롬바탕" w:cs="함초롬바탕" w:hint="eastAsia"/>
                <w:b/>
                <w:bCs/>
                <w:color w:val="000000"/>
                <w:szCs w:val="20"/>
                <w:lang w:eastAsia="ko-KR"/>
              </w:rPr>
              <w:t>주민등록번호</w:t>
            </w:r>
          </w:p>
        </w:tc>
        <w:tc>
          <w:tcPr>
            <w:tcW w:w="3403" w:type="dxa"/>
            <w:tcBorders>
              <w:top w:val="single" w:sz="2" w:space="0" w:color="000000"/>
              <w:left w:val="single" w:sz="2" w:space="0" w:color="000000"/>
              <w:bottom w:val="single" w:sz="12" w:space="0" w:color="000000"/>
              <w:right w:val="single" w:sz="12" w:space="0" w:color="000000"/>
            </w:tcBorders>
            <w:tcMar>
              <w:top w:w="28" w:type="dxa"/>
              <w:left w:w="102" w:type="dxa"/>
              <w:bottom w:w="28" w:type="dxa"/>
              <w:right w:w="102" w:type="dxa"/>
            </w:tcMar>
            <w:vAlign w:val="center"/>
            <w:hideMark/>
          </w:tcPr>
          <w:p w:rsidR="009C3E08" w:rsidRPr="009C3E08" w:rsidRDefault="009C3E08" w:rsidP="007945EF">
            <w:pPr>
              <w:widowControl w:val="0"/>
              <w:autoSpaceDE w:val="0"/>
              <w:autoSpaceDN w:val="0"/>
              <w:spacing w:line="240" w:lineRule="exact"/>
              <w:jc w:val="center"/>
              <w:textAlignment w:val="baseline"/>
              <w:rPr>
                <w:rFonts w:ascii="함초롬바탕" w:eastAsia="굴림" w:hAnsi="굴림" w:cs="굴림"/>
                <w:color w:val="000000"/>
                <w:szCs w:val="20"/>
                <w:lang w:eastAsia="ko-KR"/>
              </w:rPr>
            </w:pPr>
            <w:r w:rsidRPr="009C3E08">
              <w:rPr>
                <w:rFonts w:ascii="함초롬바탕" w:eastAsia="함초롬바탕" w:hAnsi="굴림" w:cs="굴림"/>
                <w:b/>
                <w:bCs/>
                <w:color w:val="000000"/>
                <w:szCs w:val="20"/>
                <w:lang w:eastAsia="ko-KR"/>
              </w:rPr>
              <w:t>-</w:t>
            </w:r>
          </w:p>
        </w:tc>
        <w:tc>
          <w:tcPr>
            <w:tcW w:w="1383" w:type="dxa"/>
            <w:tcBorders>
              <w:top w:val="single" w:sz="2" w:space="0" w:color="000000"/>
              <w:left w:val="single" w:sz="12" w:space="0" w:color="000000"/>
              <w:bottom w:val="single" w:sz="12" w:space="0" w:color="000000"/>
              <w:right w:val="single" w:sz="2" w:space="0" w:color="000000"/>
            </w:tcBorders>
            <w:tcMar>
              <w:top w:w="28" w:type="dxa"/>
              <w:left w:w="102" w:type="dxa"/>
              <w:bottom w:w="28" w:type="dxa"/>
              <w:right w:w="102" w:type="dxa"/>
            </w:tcMar>
            <w:vAlign w:val="center"/>
            <w:hideMark/>
          </w:tcPr>
          <w:p w:rsidR="009C3E08" w:rsidRPr="009C3E08" w:rsidRDefault="009C3E08" w:rsidP="007945EF">
            <w:pPr>
              <w:widowControl w:val="0"/>
              <w:autoSpaceDE w:val="0"/>
              <w:autoSpaceDN w:val="0"/>
              <w:spacing w:line="240" w:lineRule="exact"/>
              <w:jc w:val="center"/>
              <w:textAlignment w:val="baseline"/>
              <w:rPr>
                <w:rFonts w:ascii="함초롬바탕" w:eastAsia="굴림" w:hAnsi="굴림" w:cs="굴림"/>
                <w:color w:val="000000"/>
                <w:szCs w:val="20"/>
                <w:lang w:eastAsia="ko-KR"/>
              </w:rPr>
            </w:pPr>
            <w:r w:rsidRPr="009C3E08">
              <w:rPr>
                <w:rFonts w:ascii="함초롬바탕" w:eastAsia="함초롬바탕" w:hAnsi="함초롬바탕" w:cs="함초롬바탕" w:hint="eastAsia"/>
                <w:b/>
                <w:bCs/>
                <w:color w:val="000000"/>
                <w:szCs w:val="20"/>
                <w:lang w:eastAsia="ko-KR"/>
              </w:rPr>
              <w:t>연락처</w:t>
            </w:r>
          </w:p>
        </w:tc>
        <w:tc>
          <w:tcPr>
            <w:tcW w:w="2744" w:type="dxa"/>
            <w:tcBorders>
              <w:top w:val="single" w:sz="2" w:space="0" w:color="000000"/>
              <w:left w:val="single" w:sz="2" w:space="0" w:color="000000"/>
              <w:bottom w:val="single" w:sz="12" w:space="0" w:color="000000"/>
              <w:right w:val="single" w:sz="12" w:space="0" w:color="000000"/>
            </w:tcBorders>
            <w:tcMar>
              <w:top w:w="28" w:type="dxa"/>
              <w:left w:w="102" w:type="dxa"/>
              <w:bottom w:w="28" w:type="dxa"/>
              <w:right w:w="102" w:type="dxa"/>
            </w:tcMar>
            <w:vAlign w:val="center"/>
            <w:hideMark/>
          </w:tcPr>
          <w:p w:rsidR="009C3E08" w:rsidRPr="009C3E08" w:rsidRDefault="00D366D0" w:rsidP="007945EF">
            <w:pPr>
              <w:widowControl w:val="0"/>
              <w:autoSpaceDE w:val="0"/>
              <w:autoSpaceDN w:val="0"/>
              <w:spacing w:line="240" w:lineRule="exact"/>
              <w:jc w:val="both"/>
              <w:textAlignment w:val="baseline"/>
              <w:rPr>
                <w:rFonts w:ascii="함초롬바탕" w:eastAsia="굴림" w:hAnsi="굴림" w:cs="굴림"/>
                <w:color w:val="000000"/>
                <w:szCs w:val="20"/>
                <w:lang w:eastAsia="ko-KR"/>
              </w:rPr>
            </w:pPr>
            <w:r>
              <w:rPr>
                <w:rFonts w:ascii="함초롬바탕" w:eastAsia="함초롬바탕" w:hAnsi="굴림" w:cs="굴림"/>
                <w:b/>
                <w:bCs/>
                <w:color w:val="000000"/>
                <w:szCs w:val="20"/>
                <w:lang w:eastAsia="ko-KR"/>
              </w:rPr>
              <w:t xml:space="preserve">(  </w:t>
            </w:r>
            <w:r w:rsidR="00234340">
              <w:rPr>
                <w:rFonts w:ascii="함초롬바탕" w:eastAsia="함초롬바탕" w:hAnsi="굴림" w:cs="굴림"/>
                <w:b/>
                <w:bCs/>
                <w:color w:val="000000"/>
                <w:szCs w:val="20"/>
                <w:lang w:eastAsia="ko-KR"/>
              </w:rPr>
              <w:t xml:space="preserve">  </w:t>
            </w:r>
            <w:r w:rsidR="009C3E08" w:rsidRPr="009C3E08">
              <w:rPr>
                <w:rFonts w:ascii="함초롬바탕" w:eastAsia="함초롬바탕" w:hAnsi="굴림" w:cs="굴림"/>
                <w:b/>
                <w:bCs/>
                <w:color w:val="000000"/>
                <w:szCs w:val="20"/>
                <w:lang w:eastAsia="ko-KR"/>
              </w:rPr>
              <w:t xml:space="preserve"> )</w:t>
            </w:r>
            <w:r>
              <w:rPr>
                <w:rFonts w:ascii="함초롬바탕" w:eastAsia="함초롬바탕" w:hAnsi="굴림" w:cs="굴림"/>
                <w:b/>
                <w:bCs/>
                <w:color w:val="000000"/>
                <w:szCs w:val="20"/>
                <w:lang w:eastAsia="ko-KR"/>
              </w:rPr>
              <w:t xml:space="preserve">  </w:t>
            </w:r>
            <w:r w:rsidR="00A41C61">
              <w:rPr>
                <w:rFonts w:ascii="함초롬바탕" w:eastAsia="함초롬바탕" w:hAnsi="굴림" w:cs="굴림"/>
                <w:b/>
                <w:bCs/>
                <w:color w:val="000000"/>
                <w:szCs w:val="20"/>
                <w:lang w:eastAsia="ko-KR"/>
              </w:rPr>
              <w:t xml:space="preserve">   </w:t>
            </w:r>
            <w:r>
              <w:rPr>
                <w:rFonts w:ascii="함초롬바탕" w:eastAsia="함초롬바탕" w:hAnsi="굴림" w:cs="굴림"/>
                <w:b/>
                <w:bCs/>
                <w:color w:val="000000"/>
                <w:szCs w:val="20"/>
                <w:lang w:eastAsia="ko-KR"/>
              </w:rPr>
              <w:t xml:space="preserve">       </w:t>
            </w:r>
            <w:r w:rsidR="00A41C61">
              <w:rPr>
                <w:rFonts w:ascii="함초롬바탕" w:eastAsia="함초롬바탕" w:hAnsi="굴림" w:cs="굴림"/>
                <w:b/>
                <w:bCs/>
                <w:color w:val="000000"/>
                <w:szCs w:val="20"/>
                <w:lang w:eastAsia="ko-KR"/>
              </w:rPr>
              <w:t xml:space="preserve">  </w:t>
            </w:r>
            <w:r w:rsidR="009C3E08" w:rsidRPr="009C3E08">
              <w:rPr>
                <w:rFonts w:ascii="함초롬바탕" w:eastAsia="함초롬바탕" w:hAnsi="굴림" w:cs="굴림"/>
                <w:b/>
                <w:bCs/>
                <w:color w:val="000000"/>
                <w:szCs w:val="20"/>
                <w:lang w:eastAsia="ko-KR"/>
              </w:rPr>
              <w:t xml:space="preserve"> -</w:t>
            </w:r>
          </w:p>
        </w:tc>
      </w:tr>
    </w:tbl>
    <w:p w:rsidR="009C3E08" w:rsidRPr="009C3E08" w:rsidRDefault="009C3E08" w:rsidP="007945EF">
      <w:pPr>
        <w:widowControl w:val="0"/>
        <w:autoSpaceDE w:val="0"/>
        <w:autoSpaceDN w:val="0"/>
        <w:spacing w:line="240" w:lineRule="exact"/>
        <w:ind w:left="338" w:hanging="338"/>
        <w:jc w:val="both"/>
        <w:textAlignment w:val="baseline"/>
        <w:rPr>
          <w:rFonts w:ascii="함초롬바탕" w:eastAsia="굴림" w:hAnsi="굴림" w:cs="굴림"/>
          <w:color w:val="000000"/>
          <w:szCs w:val="20"/>
          <w:lang w:eastAsia="ko-KR"/>
        </w:rPr>
      </w:pPr>
      <w:r w:rsidRPr="009C3E08">
        <w:rPr>
          <w:rFonts w:ascii="한양중고딕" w:eastAsia="한양중고딕" w:hAnsi="한양중고딕" w:cs="굴림" w:hint="eastAsia"/>
          <w:b/>
          <w:bCs/>
          <w:color w:val="000000"/>
          <w:w w:val="95"/>
          <w:sz w:val="16"/>
          <w:szCs w:val="16"/>
          <w:lang w:eastAsia="ko-KR"/>
        </w:rPr>
        <w:t xml:space="preserve">※ </w:t>
      </w:r>
      <w:r w:rsidRPr="009C3E08">
        <w:rPr>
          <w:rFonts w:ascii="한양중고딕" w:eastAsia="한양중고딕" w:hAnsi="굴림" w:cs="굴림" w:hint="eastAsia"/>
          <w:b/>
          <w:bCs/>
          <w:color w:val="000000"/>
          <w:w w:val="95"/>
          <w:sz w:val="16"/>
          <w:szCs w:val="16"/>
          <w:lang w:eastAsia="ko-KR"/>
        </w:rPr>
        <w:t>고유식별정보는 개인정보보호법 제24조에 규정된[주민등록번호, 여권번호, 운전면허번호, 외국인등록번호]를 의미합니다.</w:t>
      </w:r>
    </w:p>
    <w:p w:rsidR="009C3E08" w:rsidRPr="009C3E08" w:rsidRDefault="009C3E08" w:rsidP="007945EF">
      <w:pPr>
        <w:widowControl w:val="0"/>
        <w:autoSpaceDE w:val="0"/>
        <w:autoSpaceDN w:val="0"/>
        <w:spacing w:line="240" w:lineRule="exact"/>
        <w:ind w:left="236" w:hanging="236"/>
        <w:jc w:val="both"/>
        <w:textAlignment w:val="baseline"/>
        <w:rPr>
          <w:rFonts w:ascii="함초롬바탕" w:eastAsia="굴림" w:hAnsi="굴림" w:cs="굴림"/>
          <w:color w:val="000000"/>
          <w:szCs w:val="20"/>
          <w:lang w:eastAsia="ko-KR"/>
        </w:rPr>
      </w:pPr>
      <w:r w:rsidRPr="009C3E08">
        <w:rPr>
          <w:rFonts w:ascii="한양중고딕" w:eastAsia="한양중고딕" w:hAnsi="한양중고딕" w:cs="굴림" w:hint="eastAsia"/>
          <w:b/>
          <w:bCs/>
          <w:color w:val="000000"/>
          <w:w w:val="95"/>
          <w:sz w:val="16"/>
          <w:szCs w:val="16"/>
          <w:lang w:eastAsia="ko-KR"/>
        </w:rPr>
        <w:t xml:space="preserve">※ </w:t>
      </w:r>
      <w:r w:rsidRPr="009C3E08">
        <w:rPr>
          <w:rFonts w:ascii="한양중고딕" w:eastAsia="한양중고딕" w:hAnsi="굴림" w:cs="굴림" w:hint="eastAsia"/>
          <w:b/>
          <w:bCs/>
          <w:color w:val="000000"/>
          <w:spacing w:val="-24"/>
          <w:w w:val="95"/>
          <w:sz w:val="16"/>
          <w:szCs w:val="16"/>
          <w:lang w:eastAsia="ko-KR"/>
        </w:rPr>
        <w:t>신용조회회사를 통해 귀하의 개인신용정보를 조회하는 경우, 동 기록은 타 금융회사에 제공될 수 있으며, 귀하의 신용등급이 하락할 수 있습니다.</w:t>
      </w:r>
    </w:p>
    <w:p w:rsidR="009C3E08" w:rsidRPr="009C3E08" w:rsidRDefault="009C3E08" w:rsidP="007945EF">
      <w:pPr>
        <w:widowControl w:val="0"/>
        <w:autoSpaceDE w:val="0"/>
        <w:autoSpaceDN w:val="0"/>
        <w:spacing w:line="240" w:lineRule="exact"/>
        <w:ind w:left="316" w:hanging="316"/>
        <w:jc w:val="both"/>
        <w:textAlignment w:val="baseline"/>
        <w:rPr>
          <w:rFonts w:ascii="함초롬바탕" w:eastAsia="굴림" w:hAnsi="굴림" w:cs="굴림"/>
          <w:color w:val="000000"/>
          <w:szCs w:val="20"/>
          <w:lang w:eastAsia="ko-KR"/>
        </w:rPr>
      </w:pPr>
      <w:r w:rsidRPr="009C3E08">
        <w:rPr>
          <w:rFonts w:ascii="한양중고딕" w:eastAsia="한양중고딕" w:hAnsi="한양중고딕" w:cs="굴림" w:hint="eastAsia"/>
          <w:b/>
          <w:bCs/>
          <w:color w:val="000000"/>
          <w:w w:val="95"/>
          <w:sz w:val="16"/>
          <w:szCs w:val="16"/>
          <w:lang w:eastAsia="ko-KR"/>
        </w:rPr>
        <w:t xml:space="preserve">※ </w:t>
      </w:r>
      <w:r w:rsidRPr="009C3E08">
        <w:rPr>
          <w:rFonts w:ascii="한양중고딕" w:eastAsia="한양중고딕" w:hAnsi="굴림" w:cs="굴림" w:hint="eastAsia"/>
          <w:b/>
          <w:bCs/>
          <w:color w:val="000000"/>
          <w:w w:val="95"/>
          <w:sz w:val="16"/>
          <w:szCs w:val="16"/>
          <w:lang w:eastAsia="ko-KR"/>
        </w:rPr>
        <w:t xml:space="preserve">(금융)거래 종료일이란 </w:t>
      </w:r>
      <w:proofErr w:type="spellStart"/>
      <w:r w:rsidRPr="009C3E08">
        <w:rPr>
          <w:rFonts w:ascii="한양중고딕" w:eastAsia="한양중고딕" w:hAnsi="굴림" w:cs="굴림" w:hint="eastAsia"/>
          <w:b/>
          <w:bCs/>
          <w:color w:val="000000"/>
          <w:w w:val="95"/>
          <w:sz w:val="16"/>
          <w:szCs w:val="16"/>
          <w:lang w:eastAsia="ko-KR"/>
        </w:rPr>
        <w:t>중진공과</w:t>
      </w:r>
      <w:proofErr w:type="spellEnd"/>
      <w:r w:rsidRPr="009C3E08">
        <w:rPr>
          <w:rFonts w:ascii="한양중고딕" w:eastAsia="한양중고딕" w:hAnsi="굴림" w:cs="굴림" w:hint="eastAsia"/>
          <w:b/>
          <w:bCs/>
          <w:color w:val="000000"/>
          <w:w w:val="95"/>
          <w:sz w:val="16"/>
          <w:szCs w:val="16"/>
          <w:lang w:eastAsia="ko-KR"/>
        </w:rPr>
        <w:t xml:space="preserve"> 거래 중인 모든 계약 및 서비스가 해지 종료된 날을 의미합니다.</w:t>
      </w:r>
    </w:p>
    <w:p w:rsidR="009C3E08" w:rsidRPr="009C3E08" w:rsidRDefault="009C3E08" w:rsidP="009C3E08">
      <w:pPr>
        <w:widowControl w:val="0"/>
        <w:wordWrap w:val="0"/>
        <w:autoSpaceDE w:val="0"/>
        <w:autoSpaceDN w:val="0"/>
        <w:spacing w:line="384" w:lineRule="auto"/>
        <w:ind w:left="316" w:hanging="316"/>
        <w:jc w:val="both"/>
        <w:textAlignment w:val="baseline"/>
        <w:rPr>
          <w:rFonts w:ascii="함초롬바탕" w:eastAsia="굴림" w:hAnsi="굴림" w:cs="굴림"/>
          <w:b/>
          <w:bCs/>
          <w:color w:val="000000"/>
          <w:w w:val="95"/>
          <w:sz w:val="16"/>
          <w:szCs w:val="16"/>
          <w:lang w:eastAsia="ko-KR"/>
        </w:rPr>
      </w:pPr>
    </w:p>
    <w:p w:rsidR="009C3E08" w:rsidRPr="009C3E08" w:rsidRDefault="009C3E08" w:rsidP="009C3E08">
      <w:pPr>
        <w:widowControl w:val="0"/>
        <w:wordWrap w:val="0"/>
        <w:autoSpaceDE w:val="0"/>
        <w:autoSpaceDN w:val="0"/>
        <w:spacing w:line="384" w:lineRule="auto"/>
        <w:jc w:val="both"/>
        <w:textAlignment w:val="baseline"/>
        <w:rPr>
          <w:rFonts w:ascii="함초롬바탕" w:eastAsia="굴림" w:hAnsi="굴림" w:cs="굴림"/>
          <w:color w:val="000000"/>
          <w:szCs w:val="20"/>
          <w:lang w:eastAsia="ko-KR"/>
        </w:rPr>
      </w:pPr>
    </w:p>
    <w:p w:rsidR="004E7A41" w:rsidRPr="003F7D5C" w:rsidRDefault="009C3E08" w:rsidP="004E7A41">
      <w:pPr>
        <w:spacing w:after="200" w:line="276" w:lineRule="auto"/>
        <w:rPr>
          <w:rFonts w:ascii="함초롬돋움" w:eastAsia="함초롬바탕" w:hAnsi="함초롬돋움"/>
          <w:sz w:val="10"/>
          <w:szCs w:val="10"/>
          <w:lang w:eastAsia="ko-KR"/>
        </w:rPr>
      </w:pPr>
      <w:r>
        <w:rPr>
          <w:rFonts w:ascii="함초롬돋움" w:eastAsia="함초롬바탕" w:hAnsi="함초롬돋움"/>
          <w:sz w:val="10"/>
          <w:szCs w:val="10"/>
          <w:lang w:eastAsia="ko-KR"/>
        </w:rPr>
        <w:br w:type="page"/>
      </w:r>
    </w:p>
    <w:tbl>
      <w:tblPr>
        <w:tblStyle w:val="af9"/>
        <w:tblW w:w="0" w:type="auto"/>
        <w:jc w:val="center"/>
        <w:tblLayout w:type="fixed"/>
        <w:tblLook w:val="04A0" w:firstRow="1" w:lastRow="0" w:firstColumn="1" w:lastColumn="0" w:noHBand="0" w:noVBand="1"/>
      </w:tblPr>
      <w:tblGrid>
        <w:gridCol w:w="1230"/>
        <w:gridCol w:w="113"/>
        <w:gridCol w:w="7962"/>
      </w:tblGrid>
      <w:tr w:rsidR="00DA08A1" w:rsidTr="00227381">
        <w:trPr>
          <w:trHeight w:hRule="exact" w:val="428"/>
          <w:jc w:val="center"/>
        </w:trPr>
        <w:tc>
          <w:tcPr>
            <w:tcW w:w="1230" w:type="dxa"/>
            <w:tcBorders>
              <w:top w:val="single" w:sz="3" w:space="0" w:color="000000"/>
              <w:left w:val="single" w:sz="3" w:space="0" w:color="000000"/>
              <w:bottom w:val="single" w:sz="3" w:space="0" w:color="000000"/>
              <w:right w:val="single" w:sz="3" w:space="0" w:color="000000"/>
            </w:tcBorders>
            <w:shd w:val="clear" w:color="auto" w:fill="154194"/>
            <w:tcMar>
              <w:top w:w="0" w:type="dxa"/>
              <w:left w:w="28" w:type="dxa"/>
              <w:bottom w:w="0" w:type="dxa"/>
              <w:right w:w="28" w:type="dxa"/>
            </w:tcMar>
            <w:vAlign w:val="center"/>
          </w:tcPr>
          <w:p w:rsidR="00DA08A1" w:rsidRPr="001644A3" w:rsidRDefault="00AA59BE" w:rsidP="00744D86">
            <w:pPr>
              <w:ind w:left="1158" w:right="206" w:hanging="963"/>
              <w:jc w:val="center"/>
              <w:rPr>
                <w:rFonts w:ascii="HY울릉도M" w:eastAsia="HY헤드라인M" w:hAnsi="HY울릉도M"/>
                <w:sz w:val="30"/>
                <w:szCs w:val="30"/>
              </w:rPr>
            </w:pPr>
            <w:r>
              <w:rPr>
                <w:rFonts w:ascii="HY울릉도M" w:eastAsia="HY헤드라인M" w:hAnsi="HY울릉도M" w:cs="HY헤드라인M" w:hint="eastAsia"/>
                <w:color w:val="FFFFFF"/>
                <w:sz w:val="30"/>
                <w:szCs w:val="30"/>
                <w:lang w:eastAsia="ko-KR"/>
              </w:rPr>
              <w:lastRenderedPageBreak/>
              <w:t>별첨</w:t>
            </w:r>
          </w:p>
        </w:tc>
        <w:tc>
          <w:tcPr>
            <w:tcW w:w="113" w:type="dxa"/>
            <w:tcBorders>
              <w:top w:val="nil"/>
              <w:left w:val="single" w:sz="3" w:space="0" w:color="000000"/>
              <w:bottom w:val="nil"/>
              <w:right w:val="single" w:sz="3" w:space="0" w:color="000000"/>
            </w:tcBorders>
            <w:tcMar>
              <w:top w:w="0" w:type="dxa"/>
              <w:left w:w="28" w:type="dxa"/>
              <w:bottom w:w="0" w:type="dxa"/>
              <w:right w:w="28" w:type="dxa"/>
            </w:tcMar>
            <w:vAlign w:val="center"/>
          </w:tcPr>
          <w:p w:rsidR="00DA08A1" w:rsidRPr="001644A3" w:rsidRDefault="00DA08A1" w:rsidP="00744D86">
            <w:pPr>
              <w:jc w:val="center"/>
              <w:rPr>
                <w:rFonts w:ascii="HY울릉도M" w:eastAsia="HY헤드라인M" w:hAnsi="HY울릉도M"/>
                <w:sz w:val="30"/>
                <w:szCs w:val="30"/>
              </w:rPr>
            </w:pPr>
          </w:p>
        </w:tc>
        <w:tc>
          <w:tcPr>
            <w:tcW w:w="7962" w:type="dxa"/>
            <w:tcBorders>
              <w:top w:val="single" w:sz="3" w:space="0" w:color="000000"/>
              <w:left w:val="single" w:sz="3" w:space="0" w:color="000000"/>
              <w:bottom w:val="single" w:sz="3" w:space="0" w:color="000000"/>
              <w:right w:val="single" w:sz="3" w:space="0" w:color="000000"/>
            </w:tcBorders>
            <w:tcMar>
              <w:top w:w="0" w:type="dxa"/>
              <w:left w:w="28" w:type="dxa"/>
              <w:bottom w:w="0" w:type="dxa"/>
              <w:right w:w="28" w:type="dxa"/>
            </w:tcMar>
            <w:vAlign w:val="center"/>
          </w:tcPr>
          <w:p w:rsidR="00DA08A1" w:rsidRPr="001644A3" w:rsidRDefault="00F3557A" w:rsidP="00744D86">
            <w:pPr>
              <w:jc w:val="both"/>
              <w:rPr>
                <w:rFonts w:ascii="HY울릉도M" w:eastAsia="HY헤드라인M" w:hAnsi="HY울릉도M"/>
                <w:sz w:val="30"/>
                <w:szCs w:val="30"/>
              </w:rPr>
            </w:pPr>
            <w:r w:rsidRPr="001644A3">
              <w:rPr>
                <w:rFonts w:ascii="HY울릉도M" w:eastAsia="HY헤드라인M" w:hAnsi="HY울릉도M" w:cs="HY헤드라인M"/>
                <w:sz w:val="30"/>
                <w:szCs w:val="30"/>
              </w:rPr>
              <w:t xml:space="preserve"> </w:t>
            </w:r>
            <w:r w:rsidR="00701FB9">
              <w:rPr>
                <w:rFonts w:ascii="HY울릉도M" w:eastAsia="HY헤드라인M" w:hAnsi="HY울릉도M" w:cs="HY헤드라인M" w:hint="eastAsia"/>
                <w:sz w:val="30"/>
                <w:szCs w:val="30"/>
                <w:lang w:eastAsia="ko-KR"/>
              </w:rPr>
              <w:t xml:space="preserve"> </w:t>
            </w:r>
            <w:r w:rsidR="00701FB9">
              <w:rPr>
                <w:rFonts w:ascii="HY울릉도M" w:eastAsia="HY헤드라인M" w:hAnsi="HY울릉도M" w:cs="HY헤드라인M" w:hint="eastAsia"/>
                <w:sz w:val="30"/>
                <w:szCs w:val="30"/>
                <w:lang w:eastAsia="ko-KR"/>
              </w:rPr>
              <w:t>표</w:t>
            </w:r>
            <w:proofErr w:type="spellStart"/>
            <w:r w:rsidRPr="001644A3">
              <w:rPr>
                <w:rFonts w:ascii="HY울릉도M" w:eastAsia="HY헤드라인M" w:hAnsi="HY울릉도M" w:cs="HY헤드라인M"/>
                <w:sz w:val="30"/>
                <w:szCs w:val="30"/>
              </w:rPr>
              <w:t>준환율</w:t>
            </w:r>
            <w:proofErr w:type="spellEnd"/>
          </w:p>
        </w:tc>
      </w:tr>
    </w:tbl>
    <w:p w:rsidR="00DA08A1" w:rsidRPr="00591362" w:rsidRDefault="00DA08A1">
      <w:pPr>
        <w:spacing w:line="360" w:lineRule="auto"/>
        <w:jc w:val="both"/>
        <w:rPr>
          <w:rFonts w:ascii="HY울릉도M" w:eastAsia="HY헤드라인M" w:hAnsi="HY울릉도M"/>
          <w:sz w:val="8"/>
          <w:szCs w:val="8"/>
          <w:lang w:eastAsia="ko-KR"/>
        </w:rPr>
      </w:pPr>
    </w:p>
    <w:p w:rsidR="004D454A" w:rsidRDefault="004E7A41" w:rsidP="001F4D29">
      <w:pPr>
        <w:widowControl w:val="0"/>
        <w:wordWrap w:val="0"/>
        <w:autoSpaceDE w:val="0"/>
        <w:autoSpaceDN w:val="0"/>
        <w:snapToGrid w:val="0"/>
        <w:spacing w:line="300" w:lineRule="exact"/>
        <w:ind w:firstLineChars="100" w:firstLine="240"/>
        <w:jc w:val="both"/>
        <w:textAlignment w:val="baseline"/>
        <w:rPr>
          <w:rFonts w:ascii="휴먼명조" w:eastAsia="휴먼명조" w:hAnsi="굴림" w:cs="굴림"/>
          <w:color w:val="000000"/>
          <w:sz w:val="24"/>
          <w:szCs w:val="24"/>
          <w:lang w:eastAsia="ko-KR"/>
        </w:rPr>
      </w:pPr>
      <w:r w:rsidRPr="002E7086">
        <w:rPr>
          <w:rFonts w:ascii="바탕" w:eastAsia="바탕" w:hAnsi="바탕" w:cs="바탕" w:hint="eastAsia"/>
          <w:color w:val="000000"/>
          <w:sz w:val="24"/>
          <w:szCs w:val="24"/>
          <w:lang w:eastAsia="ko-KR"/>
        </w:rPr>
        <w:t>◦</w:t>
      </w:r>
      <w:r w:rsidRPr="002E7086">
        <w:rPr>
          <w:rFonts w:ascii="휴먼명조" w:eastAsia="휴먼명조" w:hAnsi="굴림" w:cs="굴림" w:hint="eastAsia"/>
          <w:color w:val="000000"/>
          <w:sz w:val="24"/>
          <w:szCs w:val="24"/>
          <w:lang w:eastAsia="ko-KR"/>
        </w:rPr>
        <w:t xml:space="preserve"> 달러 환율</w:t>
      </w:r>
      <w:r w:rsidRPr="002E7086">
        <w:rPr>
          <w:rFonts w:ascii="HCI Poppy" w:eastAsia="휴먼명조" w:hAnsi="HCI Poppy" w:cs="굴림"/>
          <w:color w:val="000000"/>
          <w:sz w:val="24"/>
          <w:szCs w:val="24"/>
          <w:lang w:eastAsia="ko-KR"/>
        </w:rPr>
        <w:t xml:space="preserve">(USD) </w:t>
      </w:r>
      <w:r w:rsidRPr="002E7086">
        <w:rPr>
          <w:rFonts w:ascii="휴먼명조" w:eastAsia="휴먼명조" w:hAnsi="굴림" w:cs="굴림" w:hint="eastAsia"/>
          <w:color w:val="000000"/>
          <w:sz w:val="24"/>
          <w:szCs w:val="24"/>
          <w:lang w:eastAsia="ko-KR"/>
        </w:rPr>
        <w:t>적용이 어려울 경우 한국은행</w:t>
      </w:r>
      <w:r w:rsidR="001943C9" w:rsidRPr="002E7086">
        <w:rPr>
          <w:rFonts w:ascii="휴먼명조" w:eastAsia="휴먼명조" w:hAnsi="굴림" w:cs="굴림" w:hint="eastAsia"/>
          <w:color w:val="000000"/>
          <w:sz w:val="24"/>
          <w:szCs w:val="24"/>
          <w:lang w:eastAsia="ko-KR"/>
        </w:rPr>
        <w:t xml:space="preserve"> </w:t>
      </w:r>
      <w:r w:rsidR="00B24B6E" w:rsidRPr="002E7086">
        <w:rPr>
          <w:rFonts w:ascii="휴먼명조" w:eastAsia="휴먼명조" w:hAnsi="굴림" w:cs="굴림" w:hint="eastAsia"/>
          <w:color w:val="000000"/>
          <w:sz w:val="24"/>
          <w:szCs w:val="24"/>
          <w:lang w:eastAsia="ko-KR"/>
        </w:rPr>
        <w:t>「</w:t>
      </w:r>
      <w:r w:rsidRPr="002E7086">
        <w:rPr>
          <w:rFonts w:ascii="휴먼명조" w:eastAsia="휴먼명조" w:hAnsi="굴림" w:cs="굴림" w:hint="eastAsia"/>
          <w:color w:val="000000"/>
          <w:sz w:val="24"/>
          <w:szCs w:val="24"/>
          <w:lang w:eastAsia="ko-KR"/>
        </w:rPr>
        <w:t xml:space="preserve">주요국 통화의 </w:t>
      </w:r>
      <w:proofErr w:type="spellStart"/>
      <w:r w:rsidR="00965EAF" w:rsidRPr="002E7086">
        <w:rPr>
          <w:rFonts w:ascii="휴먼명조" w:eastAsia="휴먼명조" w:hAnsi="굴림" w:cs="굴림" w:hint="eastAsia"/>
          <w:color w:val="000000"/>
          <w:sz w:val="24"/>
          <w:szCs w:val="24"/>
          <w:lang w:eastAsia="ko-KR"/>
        </w:rPr>
        <w:t>대원화환</w:t>
      </w:r>
      <w:r w:rsidRPr="002E7086">
        <w:rPr>
          <w:rFonts w:ascii="휴먼명조" w:eastAsia="휴먼명조" w:hAnsi="굴림" w:cs="굴림" w:hint="eastAsia"/>
          <w:color w:val="000000"/>
          <w:sz w:val="24"/>
          <w:szCs w:val="24"/>
          <w:lang w:eastAsia="ko-KR"/>
        </w:rPr>
        <w:t>율</w:t>
      </w:r>
      <w:proofErr w:type="spellEnd"/>
      <w:r w:rsidRPr="002E7086">
        <w:rPr>
          <w:rFonts w:ascii="휴먼명조" w:eastAsia="휴먼명조" w:hAnsi="굴림" w:cs="굴림" w:hint="eastAsia"/>
          <w:color w:val="000000"/>
          <w:sz w:val="24"/>
          <w:szCs w:val="24"/>
          <w:lang w:eastAsia="ko-KR"/>
        </w:rPr>
        <w:t xml:space="preserve"> 평균</w:t>
      </w:r>
    </w:p>
    <w:p w:rsidR="004E7A41" w:rsidRPr="002E7086" w:rsidRDefault="004E7A41" w:rsidP="001F4D29">
      <w:pPr>
        <w:widowControl w:val="0"/>
        <w:wordWrap w:val="0"/>
        <w:autoSpaceDE w:val="0"/>
        <w:autoSpaceDN w:val="0"/>
        <w:snapToGrid w:val="0"/>
        <w:spacing w:line="300" w:lineRule="exact"/>
        <w:ind w:firstLineChars="100" w:firstLine="240"/>
        <w:jc w:val="both"/>
        <w:textAlignment w:val="baseline"/>
        <w:rPr>
          <w:rFonts w:ascii="휴먼명조" w:eastAsia="휴먼명조" w:hAnsi="굴림" w:cs="굴림"/>
          <w:color w:val="000000"/>
          <w:sz w:val="24"/>
          <w:szCs w:val="24"/>
          <w:lang w:eastAsia="ko-KR"/>
        </w:rPr>
      </w:pPr>
      <w:r w:rsidRPr="002E7086">
        <w:rPr>
          <w:rFonts w:ascii="휴먼명조" w:eastAsia="휴먼명조" w:hAnsi="굴림" w:cs="굴림" w:hint="eastAsia"/>
          <w:color w:val="000000"/>
          <w:sz w:val="24"/>
          <w:szCs w:val="24"/>
          <w:lang w:eastAsia="ko-KR"/>
        </w:rPr>
        <w:t xml:space="preserve"> </w:t>
      </w:r>
      <w:proofErr w:type="spellStart"/>
      <w:r w:rsidRPr="002E7086">
        <w:rPr>
          <w:rFonts w:ascii="휴먼명조" w:eastAsia="휴먼명조" w:hAnsi="굴림" w:cs="굴림" w:hint="eastAsia"/>
          <w:color w:val="000000"/>
          <w:sz w:val="24"/>
          <w:szCs w:val="24"/>
          <w:lang w:eastAsia="ko-KR"/>
        </w:rPr>
        <w:t>매매기준율</w:t>
      </w:r>
      <w:r w:rsidR="00B24B6E" w:rsidRPr="002E7086">
        <w:rPr>
          <w:rFonts w:ascii="휴먼명조" w:eastAsia="휴먼명조" w:hAnsi="굴림" w:cs="굴림" w:hint="eastAsia"/>
          <w:color w:val="000000"/>
          <w:sz w:val="24"/>
          <w:szCs w:val="24"/>
          <w:lang w:eastAsia="ko-KR"/>
        </w:rPr>
        <w:t>」</w:t>
      </w:r>
      <w:r w:rsidRPr="002E7086">
        <w:rPr>
          <w:rFonts w:ascii="휴먼명조" w:eastAsia="휴먼명조" w:hAnsi="굴림" w:cs="굴림" w:hint="eastAsia"/>
          <w:color w:val="000000"/>
          <w:sz w:val="24"/>
          <w:szCs w:val="24"/>
          <w:lang w:eastAsia="ko-KR"/>
        </w:rPr>
        <w:t>을</w:t>
      </w:r>
      <w:proofErr w:type="spellEnd"/>
      <w:r w:rsidRPr="002E7086">
        <w:rPr>
          <w:rFonts w:ascii="휴먼명조" w:eastAsia="휴먼명조" w:hAnsi="굴림" w:cs="굴림" w:hint="eastAsia"/>
          <w:color w:val="000000"/>
          <w:sz w:val="24"/>
          <w:szCs w:val="24"/>
          <w:lang w:eastAsia="ko-KR"/>
        </w:rPr>
        <w:t xml:space="preserve"> 적용하여 계산</w:t>
      </w:r>
    </w:p>
    <w:tbl>
      <w:tblPr>
        <w:tblOverlap w:val="never"/>
        <w:tblW w:w="0" w:type="auto"/>
        <w:jc w:val="center"/>
        <w:tblCellMar>
          <w:top w:w="15" w:type="dxa"/>
          <w:left w:w="15" w:type="dxa"/>
          <w:bottom w:w="15" w:type="dxa"/>
          <w:right w:w="15" w:type="dxa"/>
        </w:tblCellMar>
        <w:tblLook w:val="04A0" w:firstRow="1" w:lastRow="0" w:firstColumn="1" w:lastColumn="0" w:noHBand="0" w:noVBand="1"/>
      </w:tblPr>
      <w:tblGrid>
        <w:gridCol w:w="2279"/>
        <w:gridCol w:w="3078"/>
        <w:gridCol w:w="1856"/>
        <w:gridCol w:w="2001"/>
      </w:tblGrid>
      <w:tr w:rsidR="004E7A41" w:rsidRPr="002F0D89" w:rsidTr="00227381">
        <w:trPr>
          <w:trHeight w:val="283"/>
          <w:jc w:val="center"/>
        </w:trPr>
        <w:tc>
          <w:tcPr>
            <w:tcW w:w="9214" w:type="dxa"/>
            <w:gridSpan w:val="4"/>
            <w:tcBorders>
              <w:top w:val="nil"/>
              <w:left w:val="nil"/>
              <w:bottom w:val="single" w:sz="12" w:space="0" w:color="000000"/>
              <w:right w:val="nil"/>
            </w:tcBorders>
            <w:tcMar>
              <w:top w:w="0" w:type="dxa"/>
              <w:left w:w="0" w:type="dxa"/>
              <w:bottom w:w="0" w:type="dxa"/>
              <w:right w:w="0" w:type="dxa"/>
            </w:tcMar>
            <w:vAlign w:val="center"/>
            <w:hideMark/>
          </w:tcPr>
          <w:p w:rsidR="004E7A41" w:rsidRPr="00B24B6E" w:rsidRDefault="00130109" w:rsidP="00B24B6E">
            <w:pPr>
              <w:widowControl w:val="0"/>
              <w:autoSpaceDE w:val="0"/>
              <w:autoSpaceDN w:val="0"/>
              <w:snapToGrid w:val="0"/>
              <w:spacing w:line="240" w:lineRule="exact"/>
              <w:ind w:left="556" w:hanging="556"/>
              <w:jc w:val="right"/>
              <w:textAlignment w:val="baseline"/>
              <w:rPr>
                <w:rFonts w:ascii="한컴바탕" w:eastAsia="굴림" w:hAnsi="굴림" w:cs="굴림"/>
                <w:color w:val="000000"/>
                <w:szCs w:val="16"/>
                <w:lang w:eastAsia="ko-KR"/>
              </w:rPr>
            </w:pPr>
            <w:r w:rsidRPr="00B24B6E">
              <w:rPr>
                <w:rFonts w:ascii="한컴바탕" w:hAnsi="굴림" w:cs="굴림"/>
                <w:color w:val="000000"/>
                <w:spacing w:val="-10"/>
                <w:w w:val="97"/>
                <w:szCs w:val="16"/>
                <w:lang w:eastAsia="ko-KR"/>
              </w:rPr>
              <w:t xml:space="preserve"> </w:t>
            </w:r>
            <w:r w:rsidR="004E7A41" w:rsidRPr="00B24B6E">
              <w:rPr>
                <w:rFonts w:ascii="한컴바탕" w:hAnsi="굴림" w:cs="굴림"/>
                <w:color w:val="000000"/>
                <w:spacing w:val="-10"/>
                <w:w w:val="97"/>
                <w:szCs w:val="16"/>
                <w:lang w:eastAsia="ko-KR"/>
              </w:rPr>
              <w:t>(</w:t>
            </w:r>
            <w:proofErr w:type="gramStart"/>
            <w:r w:rsidR="004E7A41" w:rsidRPr="00B24B6E">
              <w:rPr>
                <w:rFonts w:cs="굴림" w:hint="eastAsia"/>
                <w:color w:val="000000"/>
                <w:spacing w:val="-10"/>
                <w:w w:val="97"/>
                <w:szCs w:val="16"/>
                <w:lang w:eastAsia="ko-KR"/>
              </w:rPr>
              <w:t xml:space="preserve">단위 </w:t>
            </w:r>
            <w:r w:rsidR="004E7A41" w:rsidRPr="00B24B6E">
              <w:rPr>
                <w:rFonts w:ascii="한컴바탕" w:hAnsi="굴림" w:cs="굴림"/>
                <w:color w:val="000000"/>
                <w:spacing w:val="-10"/>
                <w:w w:val="97"/>
                <w:szCs w:val="16"/>
                <w:lang w:eastAsia="ko-KR"/>
              </w:rPr>
              <w:t>:</w:t>
            </w:r>
            <w:proofErr w:type="gramEnd"/>
            <w:r w:rsidR="004E7A41" w:rsidRPr="00B24B6E">
              <w:rPr>
                <w:rFonts w:ascii="한컴바탕" w:hAnsi="굴림" w:cs="굴림"/>
                <w:color w:val="000000"/>
                <w:spacing w:val="-10"/>
                <w:w w:val="97"/>
                <w:szCs w:val="16"/>
                <w:lang w:eastAsia="ko-KR"/>
              </w:rPr>
              <w:t xml:space="preserve"> </w:t>
            </w:r>
            <w:r w:rsidR="004E7A41" w:rsidRPr="00B24B6E">
              <w:rPr>
                <w:rFonts w:cs="굴림" w:hint="eastAsia"/>
                <w:color w:val="000000"/>
                <w:spacing w:val="-10"/>
                <w:w w:val="97"/>
                <w:szCs w:val="16"/>
                <w:lang w:eastAsia="ko-KR"/>
              </w:rPr>
              <w:t>원</w:t>
            </w:r>
            <w:r w:rsidR="004E7A41" w:rsidRPr="00B24B6E">
              <w:rPr>
                <w:rFonts w:ascii="한컴바탕" w:hAnsi="굴림" w:cs="굴림"/>
                <w:color w:val="000000"/>
                <w:spacing w:val="-10"/>
                <w:w w:val="97"/>
                <w:szCs w:val="16"/>
                <w:lang w:eastAsia="ko-KR"/>
              </w:rPr>
              <w:t>)</w:t>
            </w:r>
          </w:p>
        </w:tc>
      </w:tr>
      <w:tr w:rsidR="004E7A41" w:rsidRPr="0055279D" w:rsidTr="00227381">
        <w:trPr>
          <w:trHeight w:val="142"/>
          <w:jc w:val="center"/>
        </w:trPr>
        <w:tc>
          <w:tcPr>
            <w:tcW w:w="2279" w:type="dxa"/>
            <w:tcBorders>
              <w:top w:val="single" w:sz="12" w:space="0" w:color="000000"/>
              <w:left w:val="nil"/>
              <w:bottom w:val="double" w:sz="6" w:space="0" w:color="000000"/>
              <w:right w:val="single" w:sz="4" w:space="0" w:color="000000"/>
            </w:tcBorders>
            <w:shd w:val="clear" w:color="auto" w:fill="F2F2F2"/>
            <w:tcMar>
              <w:top w:w="28" w:type="dxa"/>
              <w:left w:w="102" w:type="dxa"/>
              <w:bottom w:w="28" w:type="dxa"/>
              <w:right w:w="102" w:type="dxa"/>
            </w:tcMar>
            <w:vAlign w:val="center"/>
            <w:hideMark/>
          </w:tcPr>
          <w:p w:rsidR="004E7A41" w:rsidRPr="001943C9" w:rsidRDefault="004E7A41" w:rsidP="00505788">
            <w:pPr>
              <w:widowControl w:val="0"/>
              <w:autoSpaceDE w:val="0"/>
              <w:autoSpaceDN w:val="0"/>
              <w:snapToGrid w:val="0"/>
              <w:spacing w:line="230" w:lineRule="exact"/>
              <w:ind w:left="558" w:hanging="558"/>
              <w:jc w:val="center"/>
              <w:textAlignment w:val="baseline"/>
              <w:rPr>
                <w:rFonts w:cs="굴림"/>
                <w:color w:val="000000"/>
                <w:sz w:val="22"/>
                <w:lang w:eastAsia="ko-KR"/>
              </w:rPr>
            </w:pPr>
            <w:r w:rsidRPr="001943C9">
              <w:rPr>
                <w:rFonts w:cs="굴림" w:hint="eastAsia"/>
                <w:b/>
                <w:bCs/>
                <w:color w:val="000000"/>
                <w:spacing w:val="-10"/>
                <w:w w:val="97"/>
                <w:sz w:val="22"/>
                <w:lang w:eastAsia="ko-KR"/>
              </w:rPr>
              <w:t>국 가</w:t>
            </w:r>
          </w:p>
        </w:tc>
        <w:tc>
          <w:tcPr>
            <w:tcW w:w="3078" w:type="dxa"/>
            <w:tcBorders>
              <w:top w:val="single" w:sz="12" w:space="0" w:color="000000"/>
              <w:left w:val="single" w:sz="4" w:space="0" w:color="000000"/>
              <w:bottom w:val="double" w:sz="6" w:space="0" w:color="000000"/>
              <w:right w:val="single" w:sz="4" w:space="0" w:color="000000"/>
            </w:tcBorders>
            <w:shd w:val="clear" w:color="auto" w:fill="F2F2F2"/>
            <w:tcMar>
              <w:top w:w="28" w:type="dxa"/>
              <w:left w:w="102" w:type="dxa"/>
              <w:bottom w:w="28" w:type="dxa"/>
              <w:right w:w="102" w:type="dxa"/>
            </w:tcMar>
            <w:vAlign w:val="center"/>
            <w:hideMark/>
          </w:tcPr>
          <w:p w:rsidR="004E7A41" w:rsidRPr="001943C9" w:rsidRDefault="004E7A41" w:rsidP="00505788">
            <w:pPr>
              <w:widowControl w:val="0"/>
              <w:autoSpaceDE w:val="0"/>
              <w:autoSpaceDN w:val="0"/>
              <w:snapToGrid w:val="0"/>
              <w:spacing w:line="230" w:lineRule="exact"/>
              <w:ind w:left="558" w:hanging="558"/>
              <w:jc w:val="center"/>
              <w:textAlignment w:val="baseline"/>
              <w:rPr>
                <w:rFonts w:cs="굴림"/>
                <w:color w:val="000000"/>
                <w:sz w:val="22"/>
                <w:lang w:eastAsia="ko-KR"/>
              </w:rPr>
            </w:pPr>
            <w:r w:rsidRPr="001943C9">
              <w:rPr>
                <w:rFonts w:cs="굴림" w:hint="eastAsia"/>
                <w:b/>
                <w:bCs/>
                <w:color w:val="000000"/>
                <w:spacing w:val="-10"/>
                <w:w w:val="97"/>
                <w:sz w:val="22"/>
                <w:lang w:eastAsia="ko-KR"/>
              </w:rPr>
              <w:t>현지 통화</w:t>
            </w:r>
            <w:r w:rsidRPr="001943C9">
              <w:rPr>
                <w:rFonts w:cs="굴림"/>
                <w:b/>
                <w:bCs/>
                <w:color w:val="000000"/>
                <w:spacing w:val="-10"/>
                <w:w w:val="97"/>
                <w:sz w:val="22"/>
                <w:lang w:eastAsia="ko-KR"/>
              </w:rPr>
              <w:t>(</w:t>
            </w:r>
            <w:r w:rsidRPr="001943C9">
              <w:rPr>
                <w:rFonts w:cs="굴림" w:hint="eastAsia"/>
                <w:b/>
                <w:bCs/>
                <w:color w:val="000000"/>
                <w:spacing w:val="-10"/>
                <w:w w:val="97"/>
                <w:sz w:val="22"/>
                <w:lang w:eastAsia="ko-KR"/>
              </w:rPr>
              <w:t>단위</w:t>
            </w:r>
            <w:r w:rsidRPr="001943C9">
              <w:rPr>
                <w:rFonts w:cs="굴림"/>
                <w:b/>
                <w:bCs/>
                <w:color w:val="000000"/>
                <w:spacing w:val="-10"/>
                <w:w w:val="97"/>
                <w:sz w:val="22"/>
                <w:lang w:eastAsia="ko-KR"/>
              </w:rPr>
              <w:t>)</w:t>
            </w:r>
          </w:p>
        </w:tc>
        <w:tc>
          <w:tcPr>
            <w:tcW w:w="1856" w:type="dxa"/>
            <w:tcBorders>
              <w:top w:val="single" w:sz="12" w:space="0" w:color="000000"/>
              <w:left w:val="single" w:sz="4" w:space="0" w:color="000000"/>
              <w:bottom w:val="double" w:sz="6" w:space="0" w:color="000000"/>
              <w:right w:val="single" w:sz="4" w:space="0" w:color="000000"/>
            </w:tcBorders>
            <w:shd w:val="clear" w:color="auto" w:fill="F2F2F2"/>
            <w:tcMar>
              <w:top w:w="28" w:type="dxa"/>
              <w:left w:w="102" w:type="dxa"/>
              <w:bottom w:w="28" w:type="dxa"/>
              <w:right w:w="102" w:type="dxa"/>
            </w:tcMar>
            <w:vAlign w:val="center"/>
            <w:hideMark/>
          </w:tcPr>
          <w:p w:rsidR="004E7A41" w:rsidRPr="001943C9" w:rsidRDefault="004E7A41" w:rsidP="00505788">
            <w:pPr>
              <w:widowControl w:val="0"/>
              <w:autoSpaceDE w:val="0"/>
              <w:autoSpaceDN w:val="0"/>
              <w:snapToGrid w:val="0"/>
              <w:spacing w:line="230" w:lineRule="exact"/>
              <w:ind w:left="558" w:hanging="558"/>
              <w:jc w:val="center"/>
              <w:textAlignment w:val="baseline"/>
              <w:rPr>
                <w:rFonts w:cs="굴림"/>
                <w:color w:val="000000"/>
                <w:sz w:val="22"/>
                <w:lang w:eastAsia="ko-KR"/>
              </w:rPr>
            </w:pPr>
            <w:r w:rsidRPr="001943C9">
              <w:rPr>
                <w:rFonts w:cs="굴림"/>
                <w:b/>
                <w:bCs/>
                <w:color w:val="000000"/>
                <w:spacing w:val="-10"/>
                <w:w w:val="97"/>
                <w:sz w:val="22"/>
                <w:lang w:eastAsia="ko-KR"/>
              </w:rPr>
              <w:t>2024</w:t>
            </w:r>
            <w:r w:rsidRPr="001943C9">
              <w:rPr>
                <w:rFonts w:cs="굴림" w:hint="eastAsia"/>
                <w:b/>
                <w:bCs/>
                <w:color w:val="000000"/>
                <w:spacing w:val="-10"/>
                <w:w w:val="97"/>
                <w:sz w:val="22"/>
                <w:lang w:eastAsia="ko-KR"/>
              </w:rPr>
              <w:t>년</w:t>
            </w:r>
          </w:p>
        </w:tc>
        <w:tc>
          <w:tcPr>
            <w:tcW w:w="2001" w:type="dxa"/>
            <w:tcBorders>
              <w:top w:val="single" w:sz="12" w:space="0" w:color="000000"/>
              <w:left w:val="single" w:sz="4" w:space="0" w:color="000000"/>
              <w:bottom w:val="double" w:sz="6" w:space="0" w:color="000000"/>
              <w:right w:val="nil"/>
            </w:tcBorders>
            <w:shd w:val="clear" w:color="auto" w:fill="F2F2F2"/>
            <w:tcMar>
              <w:top w:w="28" w:type="dxa"/>
              <w:left w:w="102" w:type="dxa"/>
              <w:bottom w:w="28" w:type="dxa"/>
              <w:right w:w="102" w:type="dxa"/>
            </w:tcMar>
            <w:vAlign w:val="center"/>
            <w:hideMark/>
          </w:tcPr>
          <w:p w:rsidR="004E7A41" w:rsidRPr="001943C9" w:rsidRDefault="004E7A41" w:rsidP="00505788">
            <w:pPr>
              <w:widowControl w:val="0"/>
              <w:autoSpaceDE w:val="0"/>
              <w:autoSpaceDN w:val="0"/>
              <w:snapToGrid w:val="0"/>
              <w:spacing w:line="230" w:lineRule="exact"/>
              <w:ind w:left="558" w:hanging="558"/>
              <w:jc w:val="center"/>
              <w:textAlignment w:val="baseline"/>
              <w:rPr>
                <w:rFonts w:cs="굴림"/>
                <w:color w:val="000000"/>
                <w:sz w:val="22"/>
                <w:lang w:eastAsia="ko-KR"/>
              </w:rPr>
            </w:pPr>
            <w:r w:rsidRPr="001943C9">
              <w:rPr>
                <w:rFonts w:cs="굴림"/>
                <w:b/>
                <w:bCs/>
                <w:color w:val="000000"/>
                <w:spacing w:val="-10"/>
                <w:w w:val="97"/>
                <w:sz w:val="22"/>
                <w:lang w:eastAsia="ko-KR"/>
              </w:rPr>
              <w:t>2025</w:t>
            </w:r>
            <w:r w:rsidRPr="001943C9">
              <w:rPr>
                <w:rFonts w:cs="굴림" w:hint="eastAsia"/>
                <w:b/>
                <w:bCs/>
                <w:color w:val="000000"/>
                <w:spacing w:val="-10"/>
                <w:w w:val="97"/>
                <w:sz w:val="22"/>
                <w:lang w:eastAsia="ko-KR"/>
              </w:rPr>
              <w:t>년</w:t>
            </w:r>
          </w:p>
        </w:tc>
      </w:tr>
      <w:tr w:rsidR="004E7A41" w:rsidRPr="0055279D" w:rsidTr="00227381">
        <w:trPr>
          <w:trHeight w:val="85"/>
          <w:jc w:val="center"/>
        </w:trPr>
        <w:tc>
          <w:tcPr>
            <w:tcW w:w="2279" w:type="dxa"/>
            <w:tcBorders>
              <w:top w:val="double" w:sz="6" w:space="0" w:color="000000"/>
              <w:left w:val="nil"/>
              <w:bottom w:val="single" w:sz="2" w:space="0" w:color="000000"/>
              <w:right w:val="single" w:sz="2" w:space="0" w:color="000000"/>
            </w:tcBorders>
            <w:tcMar>
              <w:top w:w="28" w:type="dxa"/>
              <w:left w:w="102" w:type="dxa"/>
              <w:bottom w:w="28" w:type="dxa"/>
              <w:right w:w="102" w:type="dxa"/>
            </w:tcMar>
            <w:vAlign w:val="center"/>
            <w:hideMark/>
          </w:tcPr>
          <w:p w:rsidR="004E7A41" w:rsidRPr="001943C9" w:rsidRDefault="004E7A41" w:rsidP="00505788">
            <w:pPr>
              <w:widowControl w:val="0"/>
              <w:autoSpaceDE w:val="0"/>
              <w:autoSpaceDN w:val="0"/>
              <w:spacing w:line="230" w:lineRule="exact"/>
              <w:jc w:val="center"/>
              <w:textAlignment w:val="baseline"/>
              <w:rPr>
                <w:rFonts w:cs="굴림"/>
                <w:color w:val="000000"/>
                <w:sz w:val="22"/>
                <w:lang w:eastAsia="ko-KR"/>
              </w:rPr>
            </w:pPr>
            <w:r w:rsidRPr="001943C9">
              <w:rPr>
                <w:rFonts w:cs="굴림" w:hint="eastAsia"/>
                <w:color w:val="000000"/>
                <w:spacing w:val="-10"/>
                <w:w w:val="97"/>
                <w:sz w:val="22"/>
                <w:lang w:eastAsia="ko-KR"/>
              </w:rPr>
              <w:t>미국</w:t>
            </w:r>
          </w:p>
        </w:tc>
        <w:tc>
          <w:tcPr>
            <w:tcW w:w="3078" w:type="dxa"/>
            <w:tcBorders>
              <w:top w:val="double" w:sz="6"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4E7A41" w:rsidRPr="001943C9" w:rsidRDefault="004E7A41" w:rsidP="00505788">
            <w:pPr>
              <w:widowControl w:val="0"/>
              <w:autoSpaceDE w:val="0"/>
              <w:autoSpaceDN w:val="0"/>
              <w:spacing w:line="230" w:lineRule="exact"/>
              <w:jc w:val="center"/>
              <w:textAlignment w:val="baseline"/>
              <w:rPr>
                <w:rFonts w:cs="굴림"/>
                <w:color w:val="000000"/>
                <w:sz w:val="22"/>
                <w:lang w:eastAsia="ko-KR"/>
              </w:rPr>
            </w:pPr>
            <w:r w:rsidRPr="001943C9">
              <w:rPr>
                <w:rFonts w:cs="굴림" w:hint="eastAsia"/>
                <w:color w:val="000000"/>
                <w:spacing w:val="-10"/>
                <w:w w:val="97"/>
                <w:sz w:val="22"/>
                <w:lang w:eastAsia="ko-KR"/>
              </w:rPr>
              <w:t>달러 (USD)</w:t>
            </w:r>
          </w:p>
        </w:tc>
        <w:tc>
          <w:tcPr>
            <w:tcW w:w="1856" w:type="dxa"/>
            <w:tcBorders>
              <w:top w:val="double" w:sz="6" w:space="0" w:color="000000"/>
              <w:left w:val="single" w:sz="4" w:space="0" w:color="000000"/>
              <w:bottom w:val="single" w:sz="2" w:space="0" w:color="000000"/>
              <w:right w:val="single" w:sz="4" w:space="0" w:color="000000"/>
            </w:tcBorders>
            <w:tcMar>
              <w:top w:w="28" w:type="dxa"/>
              <w:left w:w="102" w:type="dxa"/>
              <w:bottom w:w="28" w:type="dxa"/>
              <w:right w:w="102" w:type="dxa"/>
            </w:tcMar>
            <w:vAlign w:val="center"/>
            <w:hideMark/>
          </w:tcPr>
          <w:p w:rsidR="004E7A41" w:rsidRPr="001943C9" w:rsidRDefault="004E7A41" w:rsidP="00505788">
            <w:pPr>
              <w:widowControl w:val="0"/>
              <w:autoSpaceDE w:val="0"/>
              <w:autoSpaceDN w:val="0"/>
              <w:spacing w:line="230" w:lineRule="exact"/>
              <w:jc w:val="center"/>
              <w:textAlignment w:val="baseline"/>
              <w:rPr>
                <w:rFonts w:cs="굴림"/>
                <w:color w:val="000000"/>
                <w:sz w:val="22"/>
                <w:lang w:eastAsia="ko-KR"/>
              </w:rPr>
            </w:pPr>
            <w:r w:rsidRPr="001943C9">
              <w:rPr>
                <w:rFonts w:cs="굴림" w:hint="eastAsia"/>
                <w:color w:val="000000"/>
                <w:spacing w:val="-10"/>
                <w:w w:val="97"/>
                <w:sz w:val="22"/>
                <w:lang w:eastAsia="ko-KR"/>
              </w:rPr>
              <w:t>1363.98</w:t>
            </w:r>
          </w:p>
        </w:tc>
        <w:tc>
          <w:tcPr>
            <w:tcW w:w="2001" w:type="dxa"/>
            <w:tcBorders>
              <w:top w:val="double" w:sz="6" w:space="0" w:color="000000"/>
              <w:left w:val="single" w:sz="4" w:space="0" w:color="000000"/>
              <w:bottom w:val="single" w:sz="2" w:space="0" w:color="000000"/>
              <w:right w:val="nil"/>
            </w:tcBorders>
            <w:tcMar>
              <w:top w:w="28" w:type="dxa"/>
              <w:left w:w="102" w:type="dxa"/>
              <w:bottom w:w="28" w:type="dxa"/>
              <w:right w:w="102" w:type="dxa"/>
            </w:tcMar>
            <w:vAlign w:val="center"/>
            <w:hideMark/>
          </w:tcPr>
          <w:p w:rsidR="004E7A41" w:rsidRPr="001943C9" w:rsidRDefault="004E7A41" w:rsidP="00505788">
            <w:pPr>
              <w:widowControl w:val="0"/>
              <w:autoSpaceDE w:val="0"/>
              <w:autoSpaceDN w:val="0"/>
              <w:spacing w:line="230" w:lineRule="exact"/>
              <w:jc w:val="center"/>
              <w:textAlignment w:val="baseline"/>
              <w:rPr>
                <w:rFonts w:cs="굴림"/>
                <w:color w:val="000000"/>
                <w:sz w:val="22"/>
                <w:lang w:eastAsia="ko-KR"/>
              </w:rPr>
            </w:pPr>
            <w:r w:rsidRPr="001943C9">
              <w:rPr>
                <w:rFonts w:cs="굴림" w:hint="eastAsia"/>
                <w:color w:val="000000"/>
                <w:spacing w:val="-10"/>
                <w:w w:val="97"/>
                <w:sz w:val="22"/>
                <w:lang w:eastAsia="ko-KR"/>
              </w:rPr>
              <w:t>1422.22</w:t>
            </w:r>
          </w:p>
        </w:tc>
      </w:tr>
      <w:tr w:rsidR="004E7A41" w:rsidRPr="0055279D" w:rsidTr="00227381">
        <w:trPr>
          <w:trHeight w:val="85"/>
          <w:jc w:val="center"/>
        </w:trPr>
        <w:tc>
          <w:tcPr>
            <w:tcW w:w="2279" w:type="dxa"/>
            <w:tcBorders>
              <w:top w:val="single" w:sz="2" w:space="0" w:color="000000"/>
              <w:left w:val="nil"/>
              <w:bottom w:val="single" w:sz="2" w:space="0" w:color="000000"/>
              <w:right w:val="single" w:sz="2" w:space="0" w:color="000000"/>
            </w:tcBorders>
            <w:tcMar>
              <w:top w:w="28" w:type="dxa"/>
              <w:left w:w="102" w:type="dxa"/>
              <w:bottom w:w="28" w:type="dxa"/>
              <w:right w:w="102" w:type="dxa"/>
            </w:tcMar>
            <w:vAlign w:val="center"/>
            <w:hideMark/>
          </w:tcPr>
          <w:p w:rsidR="004E7A41" w:rsidRPr="001943C9" w:rsidRDefault="004E7A41" w:rsidP="00505788">
            <w:pPr>
              <w:widowControl w:val="0"/>
              <w:autoSpaceDE w:val="0"/>
              <w:autoSpaceDN w:val="0"/>
              <w:spacing w:line="230" w:lineRule="exact"/>
              <w:jc w:val="center"/>
              <w:textAlignment w:val="baseline"/>
              <w:rPr>
                <w:rFonts w:cs="굴림"/>
                <w:color w:val="000000"/>
                <w:sz w:val="22"/>
                <w:lang w:eastAsia="ko-KR"/>
              </w:rPr>
            </w:pPr>
            <w:r w:rsidRPr="001943C9">
              <w:rPr>
                <w:rFonts w:cs="굴림" w:hint="eastAsia"/>
                <w:color w:val="000000"/>
                <w:spacing w:val="-10"/>
                <w:w w:val="97"/>
                <w:sz w:val="22"/>
                <w:lang w:eastAsia="ko-KR"/>
              </w:rPr>
              <w:t>중국</w:t>
            </w:r>
          </w:p>
        </w:tc>
        <w:tc>
          <w:tcPr>
            <w:tcW w:w="3078"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4E7A41" w:rsidRPr="001943C9" w:rsidRDefault="004E7A41" w:rsidP="00505788">
            <w:pPr>
              <w:widowControl w:val="0"/>
              <w:autoSpaceDE w:val="0"/>
              <w:autoSpaceDN w:val="0"/>
              <w:spacing w:line="230" w:lineRule="exact"/>
              <w:jc w:val="center"/>
              <w:textAlignment w:val="baseline"/>
              <w:rPr>
                <w:rFonts w:cs="굴림"/>
                <w:color w:val="000000"/>
                <w:sz w:val="22"/>
                <w:lang w:eastAsia="ko-KR"/>
              </w:rPr>
            </w:pPr>
            <w:r w:rsidRPr="001943C9">
              <w:rPr>
                <w:rFonts w:cs="굴림" w:hint="eastAsia"/>
                <w:color w:val="000000"/>
                <w:spacing w:val="-10"/>
                <w:w w:val="97"/>
                <w:sz w:val="22"/>
                <w:lang w:eastAsia="ko-KR"/>
              </w:rPr>
              <w:t>위안 (CNY)</w:t>
            </w:r>
          </w:p>
        </w:tc>
        <w:tc>
          <w:tcPr>
            <w:tcW w:w="1856" w:type="dxa"/>
            <w:tcBorders>
              <w:top w:val="single" w:sz="2" w:space="0" w:color="000000"/>
              <w:left w:val="single" w:sz="4" w:space="0" w:color="000000"/>
              <w:bottom w:val="single" w:sz="2" w:space="0" w:color="000000"/>
              <w:right w:val="single" w:sz="4" w:space="0" w:color="000000"/>
            </w:tcBorders>
            <w:tcMar>
              <w:top w:w="28" w:type="dxa"/>
              <w:left w:w="102" w:type="dxa"/>
              <w:bottom w:w="28" w:type="dxa"/>
              <w:right w:w="102" w:type="dxa"/>
            </w:tcMar>
            <w:vAlign w:val="center"/>
            <w:hideMark/>
          </w:tcPr>
          <w:p w:rsidR="004E7A41" w:rsidRPr="001943C9" w:rsidRDefault="004E7A41" w:rsidP="00505788">
            <w:pPr>
              <w:widowControl w:val="0"/>
              <w:autoSpaceDE w:val="0"/>
              <w:autoSpaceDN w:val="0"/>
              <w:spacing w:line="230" w:lineRule="exact"/>
              <w:jc w:val="center"/>
              <w:textAlignment w:val="baseline"/>
              <w:rPr>
                <w:rFonts w:cs="굴림"/>
                <w:color w:val="000000"/>
                <w:sz w:val="22"/>
                <w:lang w:eastAsia="ko-KR"/>
              </w:rPr>
            </w:pPr>
            <w:r w:rsidRPr="001943C9">
              <w:rPr>
                <w:rFonts w:cs="굴림" w:hint="eastAsia"/>
                <w:color w:val="000000"/>
                <w:spacing w:val="-10"/>
                <w:w w:val="97"/>
                <w:sz w:val="22"/>
                <w:lang w:eastAsia="ko-KR"/>
              </w:rPr>
              <w:t>189.2</w:t>
            </w:r>
          </w:p>
        </w:tc>
        <w:tc>
          <w:tcPr>
            <w:tcW w:w="2001" w:type="dxa"/>
            <w:tcBorders>
              <w:top w:val="single" w:sz="2" w:space="0" w:color="000000"/>
              <w:left w:val="single" w:sz="4" w:space="0" w:color="000000"/>
              <w:bottom w:val="single" w:sz="2" w:space="0" w:color="000000"/>
              <w:right w:val="nil"/>
            </w:tcBorders>
            <w:tcMar>
              <w:top w:w="28" w:type="dxa"/>
              <w:left w:w="102" w:type="dxa"/>
              <w:bottom w:w="28" w:type="dxa"/>
              <w:right w:w="102" w:type="dxa"/>
            </w:tcMar>
            <w:vAlign w:val="center"/>
            <w:hideMark/>
          </w:tcPr>
          <w:p w:rsidR="004E7A41" w:rsidRPr="001943C9" w:rsidRDefault="004E7A41" w:rsidP="00505788">
            <w:pPr>
              <w:widowControl w:val="0"/>
              <w:autoSpaceDE w:val="0"/>
              <w:autoSpaceDN w:val="0"/>
              <w:spacing w:line="230" w:lineRule="exact"/>
              <w:jc w:val="center"/>
              <w:textAlignment w:val="baseline"/>
              <w:rPr>
                <w:rFonts w:cs="굴림"/>
                <w:color w:val="000000"/>
                <w:sz w:val="22"/>
                <w:lang w:eastAsia="ko-KR"/>
              </w:rPr>
            </w:pPr>
            <w:r w:rsidRPr="001943C9">
              <w:rPr>
                <w:rFonts w:cs="굴림" w:hint="eastAsia"/>
                <w:color w:val="000000"/>
                <w:spacing w:val="-10"/>
                <w:w w:val="97"/>
                <w:sz w:val="22"/>
                <w:lang w:eastAsia="ko-KR"/>
              </w:rPr>
              <w:t>197.78</w:t>
            </w:r>
          </w:p>
        </w:tc>
      </w:tr>
      <w:tr w:rsidR="004E7A41" w:rsidRPr="0055279D" w:rsidTr="00227381">
        <w:trPr>
          <w:trHeight w:val="85"/>
          <w:jc w:val="center"/>
        </w:trPr>
        <w:tc>
          <w:tcPr>
            <w:tcW w:w="2279" w:type="dxa"/>
            <w:tcBorders>
              <w:top w:val="single" w:sz="2" w:space="0" w:color="000000"/>
              <w:left w:val="nil"/>
              <w:bottom w:val="single" w:sz="2" w:space="0" w:color="000000"/>
              <w:right w:val="single" w:sz="2" w:space="0" w:color="000000"/>
            </w:tcBorders>
            <w:tcMar>
              <w:top w:w="28" w:type="dxa"/>
              <w:left w:w="102" w:type="dxa"/>
              <w:bottom w:w="28" w:type="dxa"/>
              <w:right w:w="102" w:type="dxa"/>
            </w:tcMar>
            <w:vAlign w:val="center"/>
            <w:hideMark/>
          </w:tcPr>
          <w:p w:rsidR="004E7A41" w:rsidRPr="001943C9" w:rsidRDefault="004E7A41" w:rsidP="00505788">
            <w:pPr>
              <w:widowControl w:val="0"/>
              <w:autoSpaceDE w:val="0"/>
              <w:autoSpaceDN w:val="0"/>
              <w:spacing w:line="230" w:lineRule="exact"/>
              <w:jc w:val="center"/>
              <w:textAlignment w:val="baseline"/>
              <w:rPr>
                <w:rFonts w:cs="굴림"/>
                <w:color w:val="000000"/>
                <w:sz w:val="22"/>
                <w:lang w:eastAsia="ko-KR"/>
              </w:rPr>
            </w:pPr>
            <w:r w:rsidRPr="001943C9">
              <w:rPr>
                <w:rFonts w:cs="굴림" w:hint="eastAsia"/>
                <w:color w:val="000000"/>
                <w:spacing w:val="-10"/>
                <w:w w:val="97"/>
                <w:sz w:val="22"/>
                <w:lang w:eastAsia="ko-KR"/>
              </w:rPr>
              <w:t>일본</w:t>
            </w:r>
          </w:p>
        </w:tc>
        <w:tc>
          <w:tcPr>
            <w:tcW w:w="3078"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4E7A41" w:rsidRPr="001943C9" w:rsidRDefault="004E7A41" w:rsidP="00505788">
            <w:pPr>
              <w:widowControl w:val="0"/>
              <w:autoSpaceDE w:val="0"/>
              <w:autoSpaceDN w:val="0"/>
              <w:spacing w:line="230" w:lineRule="exact"/>
              <w:jc w:val="center"/>
              <w:textAlignment w:val="baseline"/>
              <w:rPr>
                <w:rFonts w:cs="굴림"/>
                <w:color w:val="000000"/>
                <w:sz w:val="22"/>
                <w:lang w:eastAsia="ko-KR"/>
              </w:rPr>
            </w:pPr>
            <w:r w:rsidRPr="001943C9">
              <w:rPr>
                <w:rFonts w:cs="굴림" w:hint="eastAsia"/>
                <w:color w:val="000000"/>
                <w:spacing w:val="-10"/>
                <w:w w:val="97"/>
                <w:sz w:val="22"/>
                <w:lang w:eastAsia="ko-KR"/>
              </w:rPr>
              <w:t>엔(100엔) (JPY)</w:t>
            </w:r>
          </w:p>
        </w:tc>
        <w:tc>
          <w:tcPr>
            <w:tcW w:w="1856" w:type="dxa"/>
            <w:tcBorders>
              <w:top w:val="single" w:sz="2" w:space="0" w:color="000000"/>
              <w:left w:val="single" w:sz="4" w:space="0" w:color="000000"/>
              <w:bottom w:val="single" w:sz="2" w:space="0" w:color="000000"/>
              <w:right w:val="single" w:sz="4" w:space="0" w:color="000000"/>
            </w:tcBorders>
            <w:tcMar>
              <w:top w:w="28" w:type="dxa"/>
              <w:left w:w="102" w:type="dxa"/>
              <w:bottom w:w="28" w:type="dxa"/>
              <w:right w:w="102" w:type="dxa"/>
            </w:tcMar>
            <w:vAlign w:val="center"/>
            <w:hideMark/>
          </w:tcPr>
          <w:p w:rsidR="004E7A41" w:rsidRPr="001943C9" w:rsidRDefault="004E7A41" w:rsidP="00505788">
            <w:pPr>
              <w:widowControl w:val="0"/>
              <w:autoSpaceDE w:val="0"/>
              <w:autoSpaceDN w:val="0"/>
              <w:spacing w:line="230" w:lineRule="exact"/>
              <w:jc w:val="center"/>
              <w:textAlignment w:val="baseline"/>
              <w:rPr>
                <w:rFonts w:cs="굴림"/>
                <w:color w:val="000000"/>
                <w:sz w:val="22"/>
                <w:lang w:eastAsia="ko-KR"/>
              </w:rPr>
            </w:pPr>
            <w:r w:rsidRPr="001943C9">
              <w:rPr>
                <w:rFonts w:cs="굴림" w:hint="eastAsia"/>
                <w:color w:val="000000"/>
                <w:spacing w:val="-10"/>
                <w:w w:val="97"/>
                <w:sz w:val="22"/>
                <w:lang w:eastAsia="ko-KR"/>
              </w:rPr>
              <w:t>900.36</w:t>
            </w:r>
          </w:p>
        </w:tc>
        <w:tc>
          <w:tcPr>
            <w:tcW w:w="2001" w:type="dxa"/>
            <w:tcBorders>
              <w:top w:val="single" w:sz="2" w:space="0" w:color="000000"/>
              <w:left w:val="single" w:sz="4" w:space="0" w:color="000000"/>
              <w:bottom w:val="single" w:sz="2" w:space="0" w:color="000000"/>
              <w:right w:val="nil"/>
            </w:tcBorders>
            <w:tcMar>
              <w:top w:w="28" w:type="dxa"/>
              <w:left w:w="102" w:type="dxa"/>
              <w:bottom w:w="28" w:type="dxa"/>
              <w:right w:w="102" w:type="dxa"/>
            </w:tcMar>
            <w:vAlign w:val="center"/>
            <w:hideMark/>
          </w:tcPr>
          <w:p w:rsidR="004E7A41" w:rsidRPr="001943C9" w:rsidRDefault="004E7A41" w:rsidP="00505788">
            <w:pPr>
              <w:widowControl w:val="0"/>
              <w:autoSpaceDE w:val="0"/>
              <w:autoSpaceDN w:val="0"/>
              <w:spacing w:line="230" w:lineRule="exact"/>
              <w:jc w:val="center"/>
              <w:textAlignment w:val="baseline"/>
              <w:rPr>
                <w:rFonts w:cs="굴림"/>
                <w:color w:val="000000"/>
                <w:sz w:val="22"/>
                <w:lang w:eastAsia="ko-KR"/>
              </w:rPr>
            </w:pPr>
            <w:r w:rsidRPr="001943C9">
              <w:rPr>
                <w:rFonts w:cs="굴림" w:hint="eastAsia"/>
                <w:color w:val="000000"/>
                <w:spacing w:val="-10"/>
                <w:w w:val="97"/>
                <w:sz w:val="22"/>
                <w:lang w:eastAsia="ko-KR"/>
              </w:rPr>
              <w:t>950.79</w:t>
            </w:r>
          </w:p>
        </w:tc>
      </w:tr>
      <w:tr w:rsidR="004E7A41" w:rsidRPr="0055279D" w:rsidTr="00227381">
        <w:trPr>
          <w:trHeight w:val="85"/>
          <w:jc w:val="center"/>
        </w:trPr>
        <w:tc>
          <w:tcPr>
            <w:tcW w:w="2279" w:type="dxa"/>
            <w:tcBorders>
              <w:top w:val="single" w:sz="2" w:space="0" w:color="000000"/>
              <w:left w:val="nil"/>
              <w:bottom w:val="single" w:sz="2" w:space="0" w:color="000000"/>
              <w:right w:val="single" w:sz="2" w:space="0" w:color="000000"/>
            </w:tcBorders>
            <w:tcMar>
              <w:top w:w="28" w:type="dxa"/>
              <w:left w:w="102" w:type="dxa"/>
              <w:bottom w:w="28" w:type="dxa"/>
              <w:right w:w="102" w:type="dxa"/>
            </w:tcMar>
            <w:vAlign w:val="center"/>
            <w:hideMark/>
          </w:tcPr>
          <w:p w:rsidR="004E7A41" w:rsidRPr="001943C9" w:rsidRDefault="004E7A41" w:rsidP="00505788">
            <w:pPr>
              <w:widowControl w:val="0"/>
              <w:autoSpaceDE w:val="0"/>
              <w:autoSpaceDN w:val="0"/>
              <w:spacing w:line="230" w:lineRule="exact"/>
              <w:jc w:val="center"/>
              <w:textAlignment w:val="baseline"/>
              <w:rPr>
                <w:rFonts w:cs="굴림"/>
                <w:color w:val="000000"/>
                <w:sz w:val="22"/>
                <w:lang w:eastAsia="ko-KR"/>
              </w:rPr>
            </w:pPr>
            <w:r w:rsidRPr="001943C9">
              <w:rPr>
                <w:rFonts w:cs="굴림" w:hint="eastAsia"/>
                <w:color w:val="000000"/>
                <w:spacing w:val="-10"/>
                <w:w w:val="97"/>
                <w:sz w:val="22"/>
                <w:lang w:eastAsia="ko-KR"/>
              </w:rPr>
              <w:t>유럽</w:t>
            </w:r>
          </w:p>
        </w:tc>
        <w:tc>
          <w:tcPr>
            <w:tcW w:w="3078"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4E7A41" w:rsidRPr="001943C9" w:rsidRDefault="004E7A41" w:rsidP="00505788">
            <w:pPr>
              <w:widowControl w:val="0"/>
              <w:autoSpaceDE w:val="0"/>
              <w:autoSpaceDN w:val="0"/>
              <w:spacing w:line="230" w:lineRule="exact"/>
              <w:jc w:val="center"/>
              <w:textAlignment w:val="baseline"/>
              <w:rPr>
                <w:rFonts w:cs="굴림"/>
                <w:color w:val="000000"/>
                <w:sz w:val="22"/>
                <w:lang w:eastAsia="ko-KR"/>
              </w:rPr>
            </w:pPr>
            <w:r w:rsidRPr="001943C9">
              <w:rPr>
                <w:rFonts w:cs="굴림" w:hint="eastAsia"/>
                <w:color w:val="000000"/>
                <w:spacing w:val="-10"/>
                <w:w w:val="97"/>
                <w:sz w:val="22"/>
                <w:lang w:eastAsia="ko-KR"/>
              </w:rPr>
              <w:t>유로 (EUR)</w:t>
            </w:r>
          </w:p>
        </w:tc>
        <w:tc>
          <w:tcPr>
            <w:tcW w:w="1856" w:type="dxa"/>
            <w:tcBorders>
              <w:top w:val="single" w:sz="2" w:space="0" w:color="000000"/>
              <w:left w:val="single" w:sz="4" w:space="0" w:color="000000"/>
              <w:bottom w:val="single" w:sz="2" w:space="0" w:color="000000"/>
              <w:right w:val="single" w:sz="4" w:space="0" w:color="000000"/>
            </w:tcBorders>
            <w:tcMar>
              <w:top w:w="28" w:type="dxa"/>
              <w:left w:w="102" w:type="dxa"/>
              <w:bottom w:w="28" w:type="dxa"/>
              <w:right w:w="102" w:type="dxa"/>
            </w:tcMar>
            <w:vAlign w:val="center"/>
            <w:hideMark/>
          </w:tcPr>
          <w:p w:rsidR="004E7A41" w:rsidRPr="001943C9" w:rsidRDefault="004E7A41" w:rsidP="00505788">
            <w:pPr>
              <w:widowControl w:val="0"/>
              <w:autoSpaceDE w:val="0"/>
              <w:autoSpaceDN w:val="0"/>
              <w:spacing w:line="230" w:lineRule="exact"/>
              <w:jc w:val="center"/>
              <w:textAlignment w:val="baseline"/>
              <w:rPr>
                <w:rFonts w:cs="굴림"/>
                <w:color w:val="000000"/>
                <w:sz w:val="22"/>
                <w:lang w:eastAsia="ko-KR"/>
              </w:rPr>
            </w:pPr>
            <w:r w:rsidRPr="001943C9">
              <w:rPr>
                <w:rFonts w:cs="굴림" w:hint="eastAsia"/>
                <w:color w:val="000000"/>
                <w:spacing w:val="-10"/>
                <w:w w:val="97"/>
                <w:sz w:val="22"/>
                <w:lang w:eastAsia="ko-KR"/>
              </w:rPr>
              <w:t>1475.05</w:t>
            </w:r>
          </w:p>
        </w:tc>
        <w:tc>
          <w:tcPr>
            <w:tcW w:w="2001" w:type="dxa"/>
            <w:tcBorders>
              <w:top w:val="single" w:sz="2" w:space="0" w:color="000000"/>
              <w:left w:val="single" w:sz="4" w:space="0" w:color="000000"/>
              <w:bottom w:val="single" w:sz="2" w:space="0" w:color="000000"/>
              <w:right w:val="nil"/>
            </w:tcBorders>
            <w:tcMar>
              <w:top w:w="28" w:type="dxa"/>
              <w:left w:w="102" w:type="dxa"/>
              <w:bottom w:w="28" w:type="dxa"/>
              <w:right w:w="102" w:type="dxa"/>
            </w:tcMar>
            <w:vAlign w:val="center"/>
            <w:hideMark/>
          </w:tcPr>
          <w:p w:rsidR="004E7A41" w:rsidRPr="001943C9" w:rsidRDefault="004E7A41" w:rsidP="00505788">
            <w:pPr>
              <w:widowControl w:val="0"/>
              <w:autoSpaceDE w:val="0"/>
              <w:autoSpaceDN w:val="0"/>
              <w:spacing w:line="230" w:lineRule="exact"/>
              <w:jc w:val="center"/>
              <w:textAlignment w:val="baseline"/>
              <w:rPr>
                <w:rFonts w:cs="굴림"/>
                <w:color w:val="000000"/>
                <w:sz w:val="22"/>
                <w:lang w:eastAsia="ko-KR"/>
              </w:rPr>
            </w:pPr>
            <w:r w:rsidRPr="001943C9">
              <w:rPr>
                <w:rFonts w:cs="굴림" w:hint="eastAsia"/>
                <w:color w:val="000000"/>
                <w:spacing w:val="-10"/>
                <w:w w:val="97"/>
                <w:sz w:val="22"/>
                <w:lang w:eastAsia="ko-KR"/>
              </w:rPr>
              <w:t>1607.46</w:t>
            </w:r>
          </w:p>
        </w:tc>
      </w:tr>
      <w:tr w:rsidR="004E7A41" w:rsidRPr="0055279D" w:rsidTr="00227381">
        <w:trPr>
          <w:trHeight w:val="85"/>
          <w:jc w:val="center"/>
        </w:trPr>
        <w:tc>
          <w:tcPr>
            <w:tcW w:w="2279" w:type="dxa"/>
            <w:tcBorders>
              <w:top w:val="single" w:sz="2" w:space="0" w:color="000000"/>
              <w:left w:val="nil"/>
              <w:bottom w:val="single" w:sz="2" w:space="0" w:color="000000"/>
              <w:right w:val="single" w:sz="2" w:space="0" w:color="000000"/>
            </w:tcBorders>
            <w:tcMar>
              <w:top w:w="28" w:type="dxa"/>
              <w:left w:w="102" w:type="dxa"/>
              <w:bottom w:w="28" w:type="dxa"/>
              <w:right w:w="102" w:type="dxa"/>
            </w:tcMar>
            <w:vAlign w:val="center"/>
            <w:hideMark/>
          </w:tcPr>
          <w:p w:rsidR="004E7A41" w:rsidRPr="001943C9" w:rsidRDefault="004E7A41" w:rsidP="00505788">
            <w:pPr>
              <w:widowControl w:val="0"/>
              <w:autoSpaceDE w:val="0"/>
              <w:autoSpaceDN w:val="0"/>
              <w:spacing w:line="230" w:lineRule="exact"/>
              <w:jc w:val="center"/>
              <w:textAlignment w:val="baseline"/>
              <w:rPr>
                <w:rFonts w:cs="굴림"/>
                <w:color w:val="000000"/>
                <w:sz w:val="22"/>
                <w:lang w:eastAsia="ko-KR"/>
              </w:rPr>
            </w:pPr>
            <w:r w:rsidRPr="001943C9">
              <w:rPr>
                <w:rFonts w:cs="굴림" w:hint="eastAsia"/>
                <w:color w:val="000000"/>
                <w:spacing w:val="-10"/>
                <w:w w:val="97"/>
                <w:sz w:val="22"/>
                <w:lang w:eastAsia="ko-KR"/>
              </w:rPr>
              <w:t>영국</w:t>
            </w:r>
          </w:p>
        </w:tc>
        <w:tc>
          <w:tcPr>
            <w:tcW w:w="3078"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4E7A41" w:rsidRPr="001943C9" w:rsidRDefault="004E7A41" w:rsidP="00505788">
            <w:pPr>
              <w:widowControl w:val="0"/>
              <w:autoSpaceDE w:val="0"/>
              <w:autoSpaceDN w:val="0"/>
              <w:spacing w:line="230" w:lineRule="exact"/>
              <w:jc w:val="center"/>
              <w:textAlignment w:val="baseline"/>
              <w:rPr>
                <w:rFonts w:cs="굴림"/>
                <w:color w:val="000000"/>
                <w:sz w:val="22"/>
                <w:lang w:eastAsia="ko-KR"/>
              </w:rPr>
            </w:pPr>
            <w:r w:rsidRPr="001943C9">
              <w:rPr>
                <w:rFonts w:cs="굴림" w:hint="eastAsia"/>
                <w:color w:val="000000"/>
                <w:spacing w:val="-10"/>
                <w:w w:val="97"/>
                <w:sz w:val="22"/>
                <w:lang w:eastAsia="ko-KR"/>
              </w:rPr>
              <w:t>파운드 (GBP)</w:t>
            </w:r>
          </w:p>
        </w:tc>
        <w:tc>
          <w:tcPr>
            <w:tcW w:w="1856" w:type="dxa"/>
            <w:tcBorders>
              <w:top w:val="single" w:sz="2" w:space="0" w:color="000000"/>
              <w:left w:val="single" w:sz="4" w:space="0" w:color="000000"/>
              <w:bottom w:val="single" w:sz="2" w:space="0" w:color="000000"/>
              <w:right w:val="single" w:sz="4" w:space="0" w:color="000000"/>
            </w:tcBorders>
            <w:tcMar>
              <w:top w:w="28" w:type="dxa"/>
              <w:left w:w="102" w:type="dxa"/>
              <w:bottom w:w="28" w:type="dxa"/>
              <w:right w:w="102" w:type="dxa"/>
            </w:tcMar>
            <w:vAlign w:val="center"/>
            <w:hideMark/>
          </w:tcPr>
          <w:p w:rsidR="004E7A41" w:rsidRPr="001943C9" w:rsidRDefault="004E7A41" w:rsidP="00505788">
            <w:pPr>
              <w:widowControl w:val="0"/>
              <w:autoSpaceDE w:val="0"/>
              <w:autoSpaceDN w:val="0"/>
              <w:spacing w:line="230" w:lineRule="exact"/>
              <w:jc w:val="center"/>
              <w:textAlignment w:val="baseline"/>
              <w:rPr>
                <w:rFonts w:cs="굴림"/>
                <w:color w:val="000000"/>
                <w:sz w:val="22"/>
                <w:lang w:eastAsia="ko-KR"/>
              </w:rPr>
            </w:pPr>
            <w:r w:rsidRPr="001943C9">
              <w:rPr>
                <w:rFonts w:cs="굴림" w:hint="eastAsia"/>
                <w:color w:val="000000"/>
                <w:spacing w:val="-10"/>
                <w:w w:val="97"/>
                <w:sz w:val="22"/>
                <w:lang w:eastAsia="ko-KR"/>
              </w:rPr>
              <w:t>1742.68</w:t>
            </w:r>
          </w:p>
        </w:tc>
        <w:tc>
          <w:tcPr>
            <w:tcW w:w="2001" w:type="dxa"/>
            <w:tcBorders>
              <w:top w:val="single" w:sz="2" w:space="0" w:color="000000"/>
              <w:left w:val="single" w:sz="4" w:space="0" w:color="000000"/>
              <w:bottom w:val="single" w:sz="2" w:space="0" w:color="000000"/>
              <w:right w:val="nil"/>
            </w:tcBorders>
            <w:tcMar>
              <w:top w:w="28" w:type="dxa"/>
              <w:left w:w="102" w:type="dxa"/>
              <w:bottom w:w="28" w:type="dxa"/>
              <w:right w:w="102" w:type="dxa"/>
            </w:tcMar>
            <w:vAlign w:val="center"/>
            <w:hideMark/>
          </w:tcPr>
          <w:p w:rsidR="004E7A41" w:rsidRPr="001943C9" w:rsidRDefault="004E7A41" w:rsidP="00505788">
            <w:pPr>
              <w:widowControl w:val="0"/>
              <w:autoSpaceDE w:val="0"/>
              <w:autoSpaceDN w:val="0"/>
              <w:spacing w:line="230" w:lineRule="exact"/>
              <w:jc w:val="center"/>
              <w:textAlignment w:val="baseline"/>
              <w:rPr>
                <w:rFonts w:cs="굴림"/>
                <w:color w:val="000000"/>
                <w:sz w:val="22"/>
                <w:lang w:eastAsia="ko-KR"/>
              </w:rPr>
            </w:pPr>
            <w:r w:rsidRPr="001943C9">
              <w:rPr>
                <w:rFonts w:cs="굴림" w:hint="eastAsia"/>
                <w:color w:val="000000"/>
                <w:spacing w:val="-10"/>
                <w:w w:val="97"/>
                <w:sz w:val="22"/>
                <w:lang w:eastAsia="ko-KR"/>
              </w:rPr>
              <w:t>1875.08</w:t>
            </w:r>
          </w:p>
        </w:tc>
      </w:tr>
      <w:tr w:rsidR="004E7A41" w:rsidRPr="0055279D" w:rsidTr="00227381">
        <w:trPr>
          <w:trHeight w:val="85"/>
          <w:jc w:val="center"/>
        </w:trPr>
        <w:tc>
          <w:tcPr>
            <w:tcW w:w="2279" w:type="dxa"/>
            <w:tcBorders>
              <w:top w:val="single" w:sz="2" w:space="0" w:color="000000"/>
              <w:left w:val="nil"/>
              <w:bottom w:val="single" w:sz="2" w:space="0" w:color="000000"/>
              <w:right w:val="single" w:sz="2" w:space="0" w:color="000000"/>
            </w:tcBorders>
            <w:tcMar>
              <w:top w:w="28" w:type="dxa"/>
              <w:left w:w="102" w:type="dxa"/>
              <w:bottom w:w="28" w:type="dxa"/>
              <w:right w:w="102" w:type="dxa"/>
            </w:tcMar>
            <w:vAlign w:val="center"/>
            <w:hideMark/>
          </w:tcPr>
          <w:p w:rsidR="004E7A41" w:rsidRPr="001943C9" w:rsidRDefault="004E7A41" w:rsidP="00505788">
            <w:pPr>
              <w:widowControl w:val="0"/>
              <w:autoSpaceDE w:val="0"/>
              <w:autoSpaceDN w:val="0"/>
              <w:spacing w:line="230" w:lineRule="exact"/>
              <w:jc w:val="center"/>
              <w:textAlignment w:val="baseline"/>
              <w:rPr>
                <w:rFonts w:cs="굴림"/>
                <w:color w:val="000000"/>
                <w:sz w:val="22"/>
                <w:lang w:eastAsia="ko-KR"/>
              </w:rPr>
            </w:pPr>
            <w:r w:rsidRPr="001943C9">
              <w:rPr>
                <w:rFonts w:cs="굴림" w:hint="eastAsia"/>
                <w:color w:val="000000"/>
                <w:spacing w:val="-10"/>
                <w:w w:val="97"/>
                <w:sz w:val="22"/>
                <w:lang w:eastAsia="ko-KR"/>
              </w:rPr>
              <w:t>캐나다</w:t>
            </w:r>
          </w:p>
        </w:tc>
        <w:tc>
          <w:tcPr>
            <w:tcW w:w="3078"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4E7A41" w:rsidRPr="001943C9" w:rsidRDefault="004E7A41" w:rsidP="00505788">
            <w:pPr>
              <w:widowControl w:val="0"/>
              <w:autoSpaceDE w:val="0"/>
              <w:autoSpaceDN w:val="0"/>
              <w:spacing w:line="230" w:lineRule="exact"/>
              <w:jc w:val="center"/>
              <w:textAlignment w:val="baseline"/>
              <w:rPr>
                <w:rFonts w:cs="굴림"/>
                <w:color w:val="000000"/>
                <w:sz w:val="22"/>
                <w:lang w:eastAsia="ko-KR"/>
              </w:rPr>
            </w:pPr>
            <w:r w:rsidRPr="001943C9">
              <w:rPr>
                <w:rFonts w:cs="굴림" w:hint="eastAsia"/>
                <w:color w:val="000000"/>
                <w:spacing w:val="-10"/>
                <w:w w:val="97"/>
                <w:sz w:val="22"/>
                <w:lang w:eastAsia="ko-KR"/>
              </w:rPr>
              <w:t>캐나다달러 (CAD)</w:t>
            </w:r>
          </w:p>
        </w:tc>
        <w:tc>
          <w:tcPr>
            <w:tcW w:w="1856" w:type="dxa"/>
            <w:tcBorders>
              <w:top w:val="single" w:sz="2" w:space="0" w:color="000000"/>
              <w:left w:val="single" w:sz="4" w:space="0" w:color="000000"/>
              <w:bottom w:val="single" w:sz="2" w:space="0" w:color="000000"/>
              <w:right w:val="single" w:sz="4" w:space="0" w:color="000000"/>
            </w:tcBorders>
            <w:tcMar>
              <w:top w:w="28" w:type="dxa"/>
              <w:left w:w="102" w:type="dxa"/>
              <w:bottom w:w="28" w:type="dxa"/>
              <w:right w:w="102" w:type="dxa"/>
            </w:tcMar>
            <w:vAlign w:val="center"/>
            <w:hideMark/>
          </w:tcPr>
          <w:p w:rsidR="004E7A41" w:rsidRPr="001943C9" w:rsidRDefault="004E7A41" w:rsidP="00505788">
            <w:pPr>
              <w:widowControl w:val="0"/>
              <w:autoSpaceDE w:val="0"/>
              <w:autoSpaceDN w:val="0"/>
              <w:spacing w:line="230" w:lineRule="exact"/>
              <w:jc w:val="center"/>
              <w:textAlignment w:val="baseline"/>
              <w:rPr>
                <w:rFonts w:cs="굴림"/>
                <w:color w:val="000000"/>
                <w:sz w:val="22"/>
                <w:lang w:eastAsia="ko-KR"/>
              </w:rPr>
            </w:pPr>
            <w:r w:rsidRPr="001943C9">
              <w:rPr>
                <w:rFonts w:cs="굴림" w:hint="eastAsia"/>
                <w:color w:val="000000"/>
                <w:spacing w:val="-10"/>
                <w:w w:val="97"/>
                <w:sz w:val="22"/>
                <w:lang w:eastAsia="ko-KR"/>
              </w:rPr>
              <w:t>995.49</w:t>
            </w:r>
          </w:p>
        </w:tc>
        <w:tc>
          <w:tcPr>
            <w:tcW w:w="2001" w:type="dxa"/>
            <w:tcBorders>
              <w:top w:val="single" w:sz="2" w:space="0" w:color="000000"/>
              <w:left w:val="single" w:sz="4" w:space="0" w:color="000000"/>
              <w:bottom w:val="single" w:sz="2" w:space="0" w:color="000000"/>
              <w:right w:val="nil"/>
            </w:tcBorders>
            <w:tcMar>
              <w:top w:w="28" w:type="dxa"/>
              <w:left w:w="102" w:type="dxa"/>
              <w:bottom w:w="28" w:type="dxa"/>
              <w:right w:w="102" w:type="dxa"/>
            </w:tcMar>
            <w:vAlign w:val="center"/>
            <w:hideMark/>
          </w:tcPr>
          <w:p w:rsidR="004E7A41" w:rsidRPr="001943C9" w:rsidRDefault="004E7A41" w:rsidP="00505788">
            <w:pPr>
              <w:widowControl w:val="0"/>
              <w:autoSpaceDE w:val="0"/>
              <w:autoSpaceDN w:val="0"/>
              <w:spacing w:line="230" w:lineRule="exact"/>
              <w:jc w:val="center"/>
              <w:textAlignment w:val="baseline"/>
              <w:rPr>
                <w:rFonts w:cs="굴림"/>
                <w:color w:val="000000"/>
                <w:sz w:val="22"/>
                <w:lang w:eastAsia="ko-KR"/>
              </w:rPr>
            </w:pPr>
            <w:r w:rsidRPr="001943C9">
              <w:rPr>
                <w:rFonts w:cs="굴림" w:hint="eastAsia"/>
                <w:color w:val="000000"/>
                <w:spacing w:val="-10"/>
                <w:w w:val="97"/>
                <w:sz w:val="22"/>
                <w:lang w:eastAsia="ko-KR"/>
              </w:rPr>
              <w:t>1017.92</w:t>
            </w:r>
          </w:p>
        </w:tc>
      </w:tr>
      <w:tr w:rsidR="004E7A41" w:rsidRPr="0055279D" w:rsidTr="00227381">
        <w:trPr>
          <w:trHeight w:val="85"/>
          <w:jc w:val="center"/>
        </w:trPr>
        <w:tc>
          <w:tcPr>
            <w:tcW w:w="2279" w:type="dxa"/>
            <w:tcBorders>
              <w:top w:val="single" w:sz="2" w:space="0" w:color="000000"/>
              <w:left w:val="nil"/>
              <w:bottom w:val="single" w:sz="2" w:space="0" w:color="000000"/>
              <w:right w:val="single" w:sz="2" w:space="0" w:color="000000"/>
            </w:tcBorders>
            <w:tcMar>
              <w:top w:w="28" w:type="dxa"/>
              <w:left w:w="102" w:type="dxa"/>
              <w:bottom w:w="28" w:type="dxa"/>
              <w:right w:w="102" w:type="dxa"/>
            </w:tcMar>
            <w:vAlign w:val="center"/>
            <w:hideMark/>
          </w:tcPr>
          <w:p w:rsidR="004E7A41" w:rsidRPr="001943C9" w:rsidRDefault="004E7A41" w:rsidP="00505788">
            <w:pPr>
              <w:widowControl w:val="0"/>
              <w:autoSpaceDE w:val="0"/>
              <w:autoSpaceDN w:val="0"/>
              <w:spacing w:line="230" w:lineRule="exact"/>
              <w:jc w:val="center"/>
              <w:textAlignment w:val="baseline"/>
              <w:rPr>
                <w:rFonts w:cs="굴림"/>
                <w:color w:val="000000"/>
                <w:sz w:val="22"/>
                <w:lang w:eastAsia="ko-KR"/>
              </w:rPr>
            </w:pPr>
            <w:r w:rsidRPr="001943C9">
              <w:rPr>
                <w:rFonts w:cs="굴림" w:hint="eastAsia"/>
                <w:color w:val="000000"/>
                <w:spacing w:val="-10"/>
                <w:w w:val="97"/>
                <w:sz w:val="22"/>
                <w:lang w:eastAsia="ko-KR"/>
              </w:rPr>
              <w:t>스위스</w:t>
            </w:r>
          </w:p>
        </w:tc>
        <w:tc>
          <w:tcPr>
            <w:tcW w:w="3078"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4E7A41" w:rsidRPr="001943C9" w:rsidRDefault="004E7A41" w:rsidP="00505788">
            <w:pPr>
              <w:widowControl w:val="0"/>
              <w:autoSpaceDE w:val="0"/>
              <w:autoSpaceDN w:val="0"/>
              <w:spacing w:line="230" w:lineRule="exact"/>
              <w:jc w:val="center"/>
              <w:textAlignment w:val="baseline"/>
              <w:rPr>
                <w:rFonts w:cs="굴림"/>
                <w:color w:val="000000"/>
                <w:sz w:val="22"/>
                <w:lang w:eastAsia="ko-KR"/>
              </w:rPr>
            </w:pPr>
            <w:r w:rsidRPr="001943C9">
              <w:rPr>
                <w:rFonts w:cs="굴림" w:hint="eastAsia"/>
                <w:color w:val="000000"/>
                <w:spacing w:val="-10"/>
                <w:w w:val="97"/>
                <w:sz w:val="22"/>
                <w:lang w:eastAsia="ko-KR"/>
              </w:rPr>
              <w:t>스위스프랑 (CHF)</w:t>
            </w:r>
          </w:p>
        </w:tc>
        <w:tc>
          <w:tcPr>
            <w:tcW w:w="1856" w:type="dxa"/>
            <w:tcBorders>
              <w:top w:val="single" w:sz="2" w:space="0" w:color="000000"/>
              <w:left w:val="single" w:sz="4" w:space="0" w:color="000000"/>
              <w:bottom w:val="single" w:sz="2" w:space="0" w:color="000000"/>
              <w:right w:val="single" w:sz="4" w:space="0" w:color="000000"/>
            </w:tcBorders>
            <w:tcMar>
              <w:top w:w="28" w:type="dxa"/>
              <w:left w:w="102" w:type="dxa"/>
              <w:bottom w:w="28" w:type="dxa"/>
              <w:right w:w="102" w:type="dxa"/>
            </w:tcMar>
            <w:vAlign w:val="center"/>
            <w:hideMark/>
          </w:tcPr>
          <w:p w:rsidR="004E7A41" w:rsidRPr="001943C9" w:rsidRDefault="004E7A41" w:rsidP="00505788">
            <w:pPr>
              <w:widowControl w:val="0"/>
              <w:autoSpaceDE w:val="0"/>
              <w:autoSpaceDN w:val="0"/>
              <w:spacing w:line="230" w:lineRule="exact"/>
              <w:jc w:val="center"/>
              <w:textAlignment w:val="baseline"/>
              <w:rPr>
                <w:rFonts w:cs="굴림"/>
                <w:color w:val="000000"/>
                <w:sz w:val="22"/>
                <w:lang w:eastAsia="ko-KR"/>
              </w:rPr>
            </w:pPr>
            <w:r w:rsidRPr="001943C9">
              <w:rPr>
                <w:rFonts w:cs="굴림" w:hint="eastAsia"/>
                <w:color w:val="000000"/>
                <w:spacing w:val="-10"/>
                <w:w w:val="97"/>
                <w:sz w:val="22"/>
                <w:lang w:eastAsia="ko-KR"/>
              </w:rPr>
              <w:t>1549.06</w:t>
            </w:r>
          </w:p>
        </w:tc>
        <w:tc>
          <w:tcPr>
            <w:tcW w:w="2001" w:type="dxa"/>
            <w:tcBorders>
              <w:top w:val="single" w:sz="2" w:space="0" w:color="000000"/>
              <w:left w:val="single" w:sz="4" w:space="0" w:color="000000"/>
              <w:bottom w:val="single" w:sz="2" w:space="0" w:color="000000"/>
              <w:right w:val="nil"/>
            </w:tcBorders>
            <w:tcMar>
              <w:top w:w="28" w:type="dxa"/>
              <w:left w:w="102" w:type="dxa"/>
              <w:bottom w:w="28" w:type="dxa"/>
              <w:right w:w="102" w:type="dxa"/>
            </w:tcMar>
            <w:vAlign w:val="center"/>
            <w:hideMark/>
          </w:tcPr>
          <w:p w:rsidR="004E7A41" w:rsidRPr="001943C9" w:rsidRDefault="004E7A41" w:rsidP="00505788">
            <w:pPr>
              <w:widowControl w:val="0"/>
              <w:autoSpaceDE w:val="0"/>
              <w:autoSpaceDN w:val="0"/>
              <w:spacing w:line="230" w:lineRule="exact"/>
              <w:jc w:val="center"/>
              <w:textAlignment w:val="baseline"/>
              <w:rPr>
                <w:rFonts w:cs="굴림"/>
                <w:color w:val="000000"/>
                <w:sz w:val="22"/>
                <w:lang w:eastAsia="ko-KR"/>
              </w:rPr>
            </w:pPr>
            <w:r w:rsidRPr="001943C9">
              <w:rPr>
                <w:rFonts w:cs="굴림" w:hint="eastAsia"/>
                <w:color w:val="000000"/>
                <w:spacing w:val="-10"/>
                <w:w w:val="97"/>
                <w:sz w:val="22"/>
                <w:lang w:eastAsia="ko-KR"/>
              </w:rPr>
              <w:t>1716.13</w:t>
            </w:r>
          </w:p>
        </w:tc>
      </w:tr>
      <w:tr w:rsidR="004E7A41" w:rsidRPr="0055279D" w:rsidTr="00227381">
        <w:trPr>
          <w:trHeight w:val="85"/>
          <w:jc w:val="center"/>
        </w:trPr>
        <w:tc>
          <w:tcPr>
            <w:tcW w:w="2279" w:type="dxa"/>
            <w:tcBorders>
              <w:top w:val="single" w:sz="2" w:space="0" w:color="000000"/>
              <w:left w:val="nil"/>
              <w:bottom w:val="single" w:sz="2" w:space="0" w:color="000000"/>
              <w:right w:val="single" w:sz="2" w:space="0" w:color="000000"/>
            </w:tcBorders>
            <w:tcMar>
              <w:top w:w="28" w:type="dxa"/>
              <w:left w:w="102" w:type="dxa"/>
              <w:bottom w:w="28" w:type="dxa"/>
              <w:right w:w="102" w:type="dxa"/>
            </w:tcMar>
            <w:vAlign w:val="center"/>
            <w:hideMark/>
          </w:tcPr>
          <w:p w:rsidR="004E7A41" w:rsidRPr="001943C9" w:rsidRDefault="004E7A41" w:rsidP="00505788">
            <w:pPr>
              <w:widowControl w:val="0"/>
              <w:autoSpaceDE w:val="0"/>
              <w:autoSpaceDN w:val="0"/>
              <w:spacing w:line="230" w:lineRule="exact"/>
              <w:jc w:val="center"/>
              <w:textAlignment w:val="baseline"/>
              <w:rPr>
                <w:rFonts w:cs="굴림"/>
                <w:color w:val="000000"/>
                <w:sz w:val="22"/>
                <w:lang w:eastAsia="ko-KR"/>
              </w:rPr>
            </w:pPr>
            <w:r w:rsidRPr="001943C9">
              <w:rPr>
                <w:rFonts w:cs="굴림" w:hint="eastAsia"/>
                <w:color w:val="000000"/>
                <w:spacing w:val="-10"/>
                <w:w w:val="97"/>
                <w:sz w:val="22"/>
                <w:lang w:eastAsia="ko-KR"/>
              </w:rPr>
              <w:t>호주</w:t>
            </w:r>
          </w:p>
        </w:tc>
        <w:tc>
          <w:tcPr>
            <w:tcW w:w="3078"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4E7A41" w:rsidRPr="001943C9" w:rsidRDefault="004E7A41" w:rsidP="00505788">
            <w:pPr>
              <w:widowControl w:val="0"/>
              <w:autoSpaceDE w:val="0"/>
              <w:autoSpaceDN w:val="0"/>
              <w:spacing w:line="230" w:lineRule="exact"/>
              <w:jc w:val="center"/>
              <w:textAlignment w:val="baseline"/>
              <w:rPr>
                <w:rFonts w:cs="굴림"/>
                <w:color w:val="000000"/>
                <w:sz w:val="22"/>
                <w:lang w:eastAsia="ko-KR"/>
              </w:rPr>
            </w:pPr>
            <w:r w:rsidRPr="001943C9">
              <w:rPr>
                <w:rFonts w:cs="굴림" w:hint="eastAsia"/>
                <w:color w:val="000000"/>
                <w:spacing w:val="-10"/>
                <w:w w:val="97"/>
                <w:sz w:val="22"/>
                <w:lang w:eastAsia="ko-KR"/>
              </w:rPr>
              <w:t>호주달러 (AUD)</w:t>
            </w:r>
          </w:p>
        </w:tc>
        <w:tc>
          <w:tcPr>
            <w:tcW w:w="1856" w:type="dxa"/>
            <w:tcBorders>
              <w:top w:val="single" w:sz="2" w:space="0" w:color="000000"/>
              <w:left w:val="single" w:sz="4" w:space="0" w:color="000000"/>
              <w:bottom w:val="single" w:sz="2" w:space="0" w:color="000000"/>
              <w:right w:val="single" w:sz="4" w:space="0" w:color="000000"/>
            </w:tcBorders>
            <w:tcMar>
              <w:top w:w="28" w:type="dxa"/>
              <w:left w:w="102" w:type="dxa"/>
              <w:bottom w:w="28" w:type="dxa"/>
              <w:right w:w="102" w:type="dxa"/>
            </w:tcMar>
            <w:vAlign w:val="center"/>
            <w:hideMark/>
          </w:tcPr>
          <w:p w:rsidR="004E7A41" w:rsidRPr="001943C9" w:rsidRDefault="004E7A41" w:rsidP="00505788">
            <w:pPr>
              <w:widowControl w:val="0"/>
              <w:autoSpaceDE w:val="0"/>
              <w:autoSpaceDN w:val="0"/>
              <w:spacing w:line="230" w:lineRule="exact"/>
              <w:jc w:val="center"/>
              <w:textAlignment w:val="baseline"/>
              <w:rPr>
                <w:rFonts w:cs="굴림"/>
                <w:color w:val="000000"/>
                <w:sz w:val="22"/>
                <w:lang w:eastAsia="ko-KR"/>
              </w:rPr>
            </w:pPr>
            <w:r w:rsidRPr="001943C9">
              <w:rPr>
                <w:rFonts w:cs="굴림" w:hint="eastAsia"/>
                <w:color w:val="000000"/>
                <w:spacing w:val="-10"/>
                <w:w w:val="97"/>
                <w:sz w:val="22"/>
                <w:lang w:eastAsia="ko-KR"/>
              </w:rPr>
              <w:t>899.64</w:t>
            </w:r>
          </w:p>
        </w:tc>
        <w:tc>
          <w:tcPr>
            <w:tcW w:w="2001" w:type="dxa"/>
            <w:tcBorders>
              <w:top w:val="single" w:sz="2" w:space="0" w:color="000000"/>
              <w:left w:val="single" w:sz="4" w:space="0" w:color="000000"/>
              <w:bottom w:val="single" w:sz="2" w:space="0" w:color="000000"/>
              <w:right w:val="nil"/>
            </w:tcBorders>
            <w:tcMar>
              <w:top w:w="28" w:type="dxa"/>
              <w:left w:w="102" w:type="dxa"/>
              <w:bottom w:w="28" w:type="dxa"/>
              <w:right w:w="102" w:type="dxa"/>
            </w:tcMar>
            <w:vAlign w:val="center"/>
            <w:hideMark/>
          </w:tcPr>
          <w:p w:rsidR="004E7A41" w:rsidRPr="001943C9" w:rsidRDefault="004E7A41" w:rsidP="00505788">
            <w:pPr>
              <w:widowControl w:val="0"/>
              <w:autoSpaceDE w:val="0"/>
              <w:autoSpaceDN w:val="0"/>
              <w:spacing w:line="230" w:lineRule="exact"/>
              <w:jc w:val="center"/>
              <w:textAlignment w:val="baseline"/>
              <w:rPr>
                <w:rFonts w:cs="굴림"/>
                <w:color w:val="000000"/>
                <w:sz w:val="22"/>
                <w:lang w:eastAsia="ko-KR"/>
              </w:rPr>
            </w:pPr>
            <w:r w:rsidRPr="001943C9">
              <w:rPr>
                <w:rFonts w:cs="굴림" w:hint="eastAsia"/>
                <w:color w:val="000000"/>
                <w:spacing w:val="-10"/>
                <w:w w:val="97"/>
                <w:sz w:val="22"/>
                <w:lang w:eastAsia="ko-KR"/>
              </w:rPr>
              <w:t>916.97</w:t>
            </w:r>
          </w:p>
        </w:tc>
      </w:tr>
      <w:tr w:rsidR="004E7A41" w:rsidRPr="0055279D" w:rsidTr="00227381">
        <w:trPr>
          <w:trHeight w:val="85"/>
          <w:jc w:val="center"/>
        </w:trPr>
        <w:tc>
          <w:tcPr>
            <w:tcW w:w="2279" w:type="dxa"/>
            <w:tcBorders>
              <w:top w:val="single" w:sz="2" w:space="0" w:color="000000"/>
              <w:left w:val="nil"/>
              <w:bottom w:val="single" w:sz="2" w:space="0" w:color="000000"/>
              <w:right w:val="single" w:sz="2" w:space="0" w:color="000000"/>
            </w:tcBorders>
            <w:tcMar>
              <w:top w:w="28" w:type="dxa"/>
              <w:left w:w="102" w:type="dxa"/>
              <w:bottom w:w="28" w:type="dxa"/>
              <w:right w:w="102" w:type="dxa"/>
            </w:tcMar>
            <w:vAlign w:val="center"/>
            <w:hideMark/>
          </w:tcPr>
          <w:p w:rsidR="004E7A41" w:rsidRPr="001943C9" w:rsidRDefault="004E7A41" w:rsidP="00505788">
            <w:pPr>
              <w:widowControl w:val="0"/>
              <w:autoSpaceDE w:val="0"/>
              <w:autoSpaceDN w:val="0"/>
              <w:spacing w:line="230" w:lineRule="exact"/>
              <w:jc w:val="center"/>
              <w:textAlignment w:val="baseline"/>
              <w:rPr>
                <w:rFonts w:cs="굴림"/>
                <w:color w:val="000000"/>
                <w:sz w:val="22"/>
                <w:lang w:eastAsia="ko-KR"/>
              </w:rPr>
            </w:pPr>
            <w:r w:rsidRPr="001943C9">
              <w:rPr>
                <w:rFonts w:cs="굴림" w:hint="eastAsia"/>
                <w:color w:val="000000"/>
                <w:spacing w:val="-10"/>
                <w:w w:val="97"/>
                <w:sz w:val="22"/>
                <w:lang w:eastAsia="ko-KR"/>
              </w:rPr>
              <w:t>뉴질랜드</w:t>
            </w:r>
          </w:p>
        </w:tc>
        <w:tc>
          <w:tcPr>
            <w:tcW w:w="3078"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4E7A41" w:rsidRPr="001943C9" w:rsidRDefault="004E7A41" w:rsidP="00505788">
            <w:pPr>
              <w:widowControl w:val="0"/>
              <w:autoSpaceDE w:val="0"/>
              <w:autoSpaceDN w:val="0"/>
              <w:spacing w:line="230" w:lineRule="exact"/>
              <w:jc w:val="center"/>
              <w:textAlignment w:val="baseline"/>
              <w:rPr>
                <w:rFonts w:cs="굴림"/>
                <w:color w:val="000000"/>
                <w:sz w:val="22"/>
                <w:lang w:eastAsia="ko-KR"/>
              </w:rPr>
            </w:pPr>
            <w:r w:rsidRPr="001943C9">
              <w:rPr>
                <w:rFonts w:cs="굴림" w:hint="eastAsia"/>
                <w:color w:val="000000"/>
                <w:spacing w:val="-10"/>
                <w:w w:val="97"/>
                <w:sz w:val="22"/>
                <w:lang w:eastAsia="ko-KR"/>
              </w:rPr>
              <w:t>뉴질랜드달러 (NZD)</w:t>
            </w:r>
          </w:p>
        </w:tc>
        <w:tc>
          <w:tcPr>
            <w:tcW w:w="1856" w:type="dxa"/>
            <w:tcBorders>
              <w:top w:val="single" w:sz="2" w:space="0" w:color="000000"/>
              <w:left w:val="single" w:sz="4" w:space="0" w:color="000000"/>
              <w:bottom w:val="single" w:sz="2" w:space="0" w:color="000000"/>
              <w:right w:val="single" w:sz="4" w:space="0" w:color="000000"/>
            </w:tcBorders>
            <w:tcMar>
              <w:top w:w="28" w:type="dxa"/>
              <w:left w:w="102" w:type="dxa"/>
              <w:bottom w:w="28" w:type="dxa"/>
              <w:right w:w="102" w:type="dxa"/>
            </w:tcMar>
            <w:vAlign w:val="center"/>
            <w:hideMark/>
          </w:tcPr>
          <w:p w:rsidR="004E7A41" w:rsidRPr="001943C9" w:rsidRDefault="004E7A41" w:rsidP="00505788">
            <w:pPr>
              <w:widowControl w:val="0"/>
              <w:autoSpaceDE w:val="0"/>
              <w:autoSpaceDN w:val="0"/>
              <w:spacing w:line="230" w:lineRule="exact"/>
              <w:jc w:val="center"/>
              <w:textAlignment w:val="baseline"/>
              <w:rPr>
                <w:rFonts w:cs="굴림"/>
                <w:color w:val="000000"/>
                <w:sz w:val="22"/>
                <w:lang w:eastAsia="ko-KR"/>
              </w:rPr>
            </w:pPr>
            <w:r w:rsidRPr="001943C9">
              <w:rPr>
                <w:rFonts w:cs="굴림" w:hint="eastAsia"/>
                <w:color w:val="000000"/>
                <w:spacing w:val="-10"/>
                <w:w w:val="97"/>
                <w:sz w:val="22"/>
                <w:lang w:eastAsia="ko-KR"/>
              </w:rPr>
              <w:t>824.83</w:t>
            </w:r>
          </w:p>
        </w:tc>
        <w:tc>
          <w:tcPr>
            <w:tcW w:w="2001" w:type="dxa"/>
            <w:tcBorders>
              <w:top w:val="single" w:sz="2" w:space="0" w:color="000000"/>
              <w:left w:val="single" w:sz="4" w:space="0" w:color="000000"/>
              <w:bottom w:val="single" w:sz="2" w:space="0" w:color="000000"/>
              <w:right w:val="nil"/>
            </w:tcBorders>
            <w:tcMar>
              <w:top w:w="28" w:type="dxa"/>
              <w:left w:w="102" w:type="dxa"/>
              <w:bottom w:w="28" w:type="dxa"/>
              <w:right w:w="102" w:type="dxa"/>
            </w:tcMar>
            <w:vAlign w:val="center"/>
            <w:hideMark/>
          </w:tcPr>
          <w:p w:rsidR="004E7A41" w:rsidRPr="001943C9" w:rsidRDefault="004E7A41" w:rsidP="00505788">
            <w:pPr>
              <w:widowControl w:val="0"/>
              <w:autoSpaceDE w:val="0"/>
              <w:autoSpaceDN w:val="0"/>
              <w:spacing w:line="230" w:lineRule="exact"/>
              <w:jc w:val="center"/>
              <w:textAlignment w:val="baseline"/>
              <w:rPr>
                <w:rFonts w:cs="굴림"/>
                <w:color w:val="000000"/>
                <w:sz w:val="22"/>
                <w:lang w:eastAsia="ko-KR"/>
              </w:rPr>
            </w:pPr>
            <w:r w:rsidRPr="001943C9">
              <w:rPr>
                <w:rFonts w:cs="굴림" w:hint="eastAsia"/>
                <w:color w:val="000000"/>
                <w:spacing w:val="-10"/>
                <w:w w:val="97"/>
                <w:sz w:val="22"/>
                <w:lang w:eastAsia="ko-KR"/>
              </w:rPr>
              <w:t>827.27</w:t>
            </w:r>
          </w:p>
        </w:tc>
      </w:tr>
      <w:tr w:rsidR="004E7A41" w:rsidRPr="0055279D" w:rsidTr="00227381">
        <w:trPr>
          <w:trHeight w:val="85"/>
          <w:jc w:val="center"/>
        </w:trPr>
        <w:tc>
          <w:tcPr>
            <w:tcW w:w="2279" w:type="dxa"/>
            <w:tcBorders>
              <w:top w:val="single" w:sz="2" w:space="0" w:color="000000"/>
              <w:left w:val="nil"/>
              <w:bottom w:val="single" w:sz="2" w:space="0" w:color="000000"/>
              <w:right w:val="single" w:sz="2" w:space="0" w:color="000000"/>
            </w:tcBorders>
            <w:tcMar>
              <w:top w:w="28" w:type="dxa"/>
              <w:left w:w="102" w:type="dxa"/>
              <w:bottom w:w="28" w:type="dxa"/>
              <w:right w:w="102" w:type="dxa"/>
            </w:tcMar>
            <w:vAlign w:val="center"/>
            <w:hideMark/>
          </w:tcPr>
          <w:p w:rsidR="004E7A41" w:rsidRPr="001943C9" w:rsidRDefault="004E7A41" w:rsidP="00505788">
            <w:pPr>
              <w:widowControl w:val="0"/>
              <w:autoSpaceDE w:val="0"/>
              <w:autoSpaceDN w:val="0"/>
              <w:spacing w:line="230" w:lineRule="exact"/>
              <w:jc w:val="center"/>
              <w:textAlignment w:val="baseline"/>
              <w:rPr>
                <w:rFonts w:cs="굴림"/>
                <w:color w:val="000000"/>
                <w:sz w:val="22"/>
                <w:lang w:eastAsia="ko-KR"/>
              </w:rPr>
            </w:pPr>
            <w:r w:rsidRPr="001943C9">
              <w:rPr>
                <w:rFonts w:cs="굴림" w:hint="eastAsia"/>
                <w:color w:val="000000"/>
                <w:spacing w:val="-10"/>
                <w:w w:val="97"/>
                <w:sz w:val="22"/>
                <w:lang w:eastAsia="ko-KR"/>
              </w:rPr>
              <w:t>홍콩</w:t>
            </w:r>
          </w:p>
        </w:tc>
        <w:tc>
          <w:tcPr>
            <w:tcW w:w="3078"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4E7A41" w:rsidRPr="001943C9" w:rsidRDefault="004E7A41" w:rsidP="00505788">
            <w:pPr>
              <w:widowControl w:val="0"/>
              <w:autoSpaceDE w:val="0"/>
              <w:autoSpaceDN w:val="0"/>
              <w:spacing w:line="230" w:lineRule="exact"/>
              <w:jc w:val="center"/>
              <w:textAlignment w:val="baseline"/>
              <w:rPr>
                <w:rFonts w:cs="굴림"/>
                <w:color w:val="000000"/>
                <w:sz w:val="22"/>
                <w:lang w:eastAsia="ko-KR"/>
              </w:rPr>
            </w:pPr>
            <w:r w:rsidRPr="001943C9">
              <w:rPr>
                <w:rFonts w:cs="굴림" w:hint="eastAsia"/>
                <w:color w:val="000000"/>
                <w:spacing w:val="-10"/>
                <w:w w:val="97"/>
                <w:sz w:val="22"/>
                <w:lang w:eastAsia="ko-KR"/>
              </w:rPr>
              <w:t>홍콩달러 (HKD)</w:t>
            </w:r>
          </w:p>
        </w:tc>
        <w:tc>
          <w:tcPr>
            <w:tcW w:w="1856" w:type="dxa"/>
            <w:tcBorders>
              <w:top w:val="single" w:sz="2" w:space="0" w:color="000000"/>
              <w:left w:val="single" w:sz="4" w:space="0" w:color="000000"/>
              <w:bottom w:val="single" w:sz="2" w:space="0" w:color="000000"/>
              <w:right w:val="single" w:sz="4" w:space="0" w:color="000000"/>
            </w:tcBorders>
            <w:tcMar>
              <w:top w:w="28" w:type="dxa"/>
              <w:left w:w="102" w:type="dxa"/>
              <w:bottom w:w="28" w:type="dxa"/>
              <w:right w:w="102" w:type="dxa"/>
            </w:tcMar>
            <w:vAlign w:val="center"/>
            <w:hideMark/>
          </w:tcPr>
          <w:p w:rsidR="004E7A41" w:rsidRPr="001943C9" w:rsidRDefault="004E7A41" w:rsidP="00505788">
            <w:pPr>
              <w:widowControl w:val="0"/>
              <w:autoSpaceDE w:val="0"/>
              <w:autoSpaceDN w:val="0"/>
              <w:spacing w:line="230" w:lineRule="exact"/>
              <w:jc w:val="center"/>
              <w:textAlignment w:val="baseline"/>
              <w:rPr>
                <w:rFonts w:cs="굴림"/>
                <w:color w:val="000000"/>
                <w:sz w:val="22"/>
                <w:lang w:eastAsia="ko-KR"/>
              </w:rPr>
            </w:pPr>
            <w:r w:rsidRPr="001943C9">
              <w:rPr>
                <w:rFonts w:cs="굴림" w:hint="eastAsia"/>
                <w:color w:val="000000"/>
                <w:spacing w:val="-10"/>
                <w:w w:val="97"/>
                <w:sz w:val="22"/>
                <w:lang w:eastAsia="ko-KR"/>
              </w:rPr>
              <w:t>174.81</w:t>
            </w:r>
          </w:p>
        </w:tc>
        <w:tc>
          <w:tcPr>
            <w:tcW w:w="2001" w:type="dxa"/>
            <w:tcBorders>
              <w:top w:val="single" w:sz="2" w:space="0" w:color="000000"/>
              <w:left w:val="single" w:sz="4" w:space="0" w:color="000000"/>
              <w:bottom w:val="single" w:sz="2" w:space="0" w:color="000000"/>
              <w:right w:val="nil"/>
            </w:tcBorders>
            <w:tcMar>
              <w:top w:w="28" w:type="dxa"/>
              <w:left w:w="102" w:type="dxa"/>
              <w:bottom w:w="28" w:type="dxa"/>
              <w:right w:w="102" w:type="dxa"/>
            </w:tcMar>
            <w:vAlign w:val="center"/>
            <w:hideMark/>
          </w:tcPr>
          <w:p w:rsidR="004E7A41" w:rsidRPr="001943C9" w:rsidRDefault="004E7A41" w:rsidP="00505788">
            <w:pPr>
              <w:widowControl w:val="0"/>
              <w:autoSpaceDE w:val="0"/>
              <w:autoSpaceDN w:val="0"/>
              <w:spacing w:line="230" w:lineRule="exact"/>
              <w:jc w:val="center"/>
              <w:textAlignment w:val="baseline"/>
              <w:rPr>
                <w:rFonts w:cs="굴림"/>
                <w:color w:val="000000"/>
                <w:sz w:val="22"/>
                <w:lang w:eastAsia="ko-KR"/>
              </w:rPr>
            </w:pPr>
            <w:r w:rsidRPr="001943C9">
              <w:rPr>
                <w:rFonts w:cs="굴림" w:hint="eastAsia"/>
                <w:color w:val="000000"/>
                <w:spacing w:val="-10"/>
                <w:w w:val="97"/>
                <w:sz w:val="22"/>
                <w:lang w:eastAsia="ko-KR"/>
              </w:rPr>
              <w:t>182.44</w:t>
            </w:r>
          </w:p>
        </w:tc>
      </w:tr>
      <w:tr w:rsidR="004E7A41" w:rsidRPr="0055279D" w:rsidTr="00227381">
        <w:trPr>
          <w:trHeight w:val="85"/>
          <w:jc w:val="center"/>
        </w:trPr>
        <w:tc>
          <w:tcPr>
            <w:tcW w:w="2279" w:type="dxa"/>
            <w:tcBorders>
              <w:top w:val="single" w:sz="2" w:space="0" w:color="000000"/>
              <w:left w:val="nil"/>
              <w:bottom w:val="single" w:sz="2" w:space="0" w:color="000000"/>
              <w:right w:val="single" w:sz="2" w:space="0" w:color="000000"/>
            </w:tcBorders>
            <w:tcMar>
              <w:top w:w="28" w:type="dxa"/>
              <w:left w:w="102" w:type="dxa"/>
              <w:bottom w:w="28" w:type="dxa"/>
              <w:right w:w="102" w:type="dxa"/>
            </w:tcMar>
            <w:vAlign w:val="center"/>
            <w:hideMark/>
          </w:tcPr>
          <w:p w:rsidR="004E7A41" w:rsidRPr="001943C9" w:rsidRDefault="004E7A41" w:rsidP="00505788">
            <w:pPr>
              <w:widowControl w:val="0"/>
              <w:autoSpaceDE w:val="0"/>
              <w:autoSpaceDN w:val="0"/>
              <w:spacing w:line="230" w:lineRule="exact"/>
              <w:jc w:val="center"/>
              <w:textAlignment w:val="baseline"/>
              <w:rPr>
                <w:rFonts w:cs="굴림"/>
                <w:color w:val="000000"/>
                <w:sz w:val="22"/>
                <w:lang w:eastAsia="ko-KR"/>
              </w:rPr>
            </w:pPr>
            <w:r w:rsidRPr="001943C9">
              <w:rPr>
                <w:rFonts w:cs="굴림" w:hint="eastAsia"/>
                <w:color w:val="000000"/>
                <w:spacing w:val="-10"/>
                <w:w w:val="97"/>
                <w:sz w:val="22"/>
                <w:lang w:eastAsia="ko-KR"/>
              </w:rPr>
              <w:t>대만</w:t>
            </w:r>
          </w:p>
        </w:tc>
        <w:tc>
          <w:tcPr>
            <w:tcW w:w="3078"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4E7A41" w:rsidRPr="001943C9" w:rsidRDefault="004E7A41" w:rsidP="00505788">
            <w:pPr>
              <w:widowControl w:val="0"/>
              <w:autoSpaceDE w:val="0"/>
              <w:autoSpaceDN w:val="0"/>
              <w:spacing w:line="230" w:lineRule="exact"/>
              <w:jc w:val="center"/>
              <w:textAlignment w:val="baseline"/>
              <w:rPr>
                <w:rFonts w:cs="굴림"/>
                <w:color w:val="000000"/>
                <w:sz w:val="22"/>
                <w:lang w:eastAsia="ko-KR"/>
              </w:rPr>
            </w:pPr>
            <w:r w:rsidRPr="001943C9">
              <w:rPr>
                <w:rFonts w:cs="굴림" w:hint="eastAsia"/>
                <w:color w:val="000000"/>
                <w:spacing w:val="-10"/>
                <w:w w:val="97"/>
                <w:sz w:val="22"/>
                <w:lang w:eastAsia="ko-KR"/>
              </w:rPr>
              <w:t>대만달러 (TWD)</w:t>
            </w:r>
          </w:p>
        </w:tc>
        <w:tc>
          <w:tcPr>
            <w:tcW w:w="1856" w:type="dxa"/>
            <w:tcBorders>
              <w:top w:val="single" w:sz="2" w:space="0" w:color="000000"/>
              <w:left w:val="single" w:sz="4" w:space="0" w:color="000000"/>
              <w:bottom w:val="single" w:sz="2" w:space="0" w:color="000000"/>
              <w:right w:val="single" w:sz="4" w:space="0" w:color="000000"/>
            </w:tcBorders>
            <w:tcMar>
              <w:top w:w="28" w:type="dxa"/>
              <w:left w:w="102" w:type="dxa"/>
              <w:bottom w:w="28" w:type="dxa"/>
              <w:right w:w="102" w:type="dxa"/>
            </w:tcMar>
            <w:vAlign w:val="center"/>
            <w:hideMark/>
          </w:tcPr>
          <w:p w:rsidR="004E7A41" w:rsidRPr="001943C9" w:rsidRDefault="004E7A41" w:rsidP="00505788">
            <w:pPr>
              <w:widowControl w:val="0"/>
              <w:autoSpaceDE w:val="0"/>
              <w:autoSpaceDN w:val="0"/>
              <w:spacing w:line="230" w:lineRule="exact"/>
              <w:jc w:val="center"/>
              <w:textAlignment w:val="baseline"/>
              <w:rPr>
                <w:rFonts w:cs="굴림"/>
                <w:color w:val="000000"/>
                <w:sz w:val="22"/>
                <w:lang w:eastAsia="ko-KR"/>
              </w:rPr>
            </w:pPr>
            <w:r w:rsidRPr="001943C9">
              <w:rPr>
                <w:rFonts w:cs="굴림" w:hint="eastAsia"/>
                <w:color w:val="000000"/>
                <w:spacing w:val="-10"/>
                <w:w w:val="97"/>
                <w:sz w:val="22"/>
                <w:lang w:eastAsia="ko-KR"/>
              </w:rPr>
              <w:t>42.48</w:t>
            </w:r>
          </w:p>
        </w:tc>
        <w:tc>
          <w:tcPr>
            <w:tcW w:w="2001" w:type="dxa"/>
            <w:tcBorders>
              <w:top w:val="single" w:sz="2" w:space="0" w:color="000000"/>
              <w:left w:val="single" w:sz="4" w:space="0" w:color="000000"/>
              <w:bottom w:val="single" w:sz="2" w:space="0" w:color="000000"/>
              <w:right w:val="nil"/>
            </w:tcBorders>
            <w:tcMar>
              <w:top w:w="28" w:type="dxa"/>
              <w:left w:w="102" w:type="dxa"/>
              <w:bottom w:w="28" w:type="dxa"/>
              <w:right w:w="102" w:type="dxa"/>
            </w:tcMar>
            <w:vAlign w:val="center"/>
            <w:hideMark/>
          </w:tcPr>
          <w:p w:rsidR="004E7A41" w:rsidRPr="001943C9" w:rsidRDefault="004E7A41" w:rsidP="00505788">
            <w:pPr>
              <w:widowControl w:val="0"/>
              <w:autoSpaceDE w:val="0"/>
              <w:autoSpaceDN w:val="0"/>
              <w:spacing w:line="230" w:lineRule="exact"/>
              <w:jc w:val="center"/>
              <w:textAlignment w:val="baseline"/>
              <w:rPr>
                <w:rFonts w:cs="굴림"/>
                <w:color w:val="000000"/>
                <w:sz w:val="22"/>
                <w:lang w:eastAsia="ko-KR"/>
              </w:rPr>
            </w:pPr>
            <w:r w:rsidRPr="001943C9">
              <w:rPr>
                <w:rFonts w:cs="굴림" w:hint="eastAsia"/>
                <w:color w:val="000000"/>
                <w:spacing w:val="-10"/>
                <w:w w:val="97"/>
                <w:sz w:val="22"/>
                <w:lang w:eastAsia="ko-KR"/>
              </w:rPr>
              <w:t>45.67</w:t>
            </w:r>
          </w:p>
        </w:tc>
      </w:tr>
      <w:tr w:rsidR="004E7A41" w:rsidRPr="0055279D" w:rsidTr="00227381">
        <w:trPr>
          <w:trHeight w:val="85"/>
          <w:jc w:val="center"/>
        </w:trPr>
        <w:tc>
          <w:tcPr>
            <w:tcW w:w="2279" w:type="dxa"/>
            <w:tcBorders>
              <w:top w:val="single" w:sz="2" w:space="0" w:color="000000"/>
              <w:left w:val="nil"/>
              <w:bottom w:val="single" w:sz="2" w:space="0" w:color="000000"/>
              <w:right w:val="single" w:sz="2" w:space="0" w:color="000000"/>
            </w:tcBorders>
            <w:tcMar>
              <w:top w:w="28" w:type="dxa"/>
              <w:left w:w="102" w:type="dxa"/>
              <w:bottom w:w="28" w:type="dxa"/>
              <w:right w:w="102" w:type="dxa"/>
            </w:tcMar>
            <w:vAlign w:val="center"/>
            <w:hideMark/>
          </w:tcPr>
          <w:p w:rsidR="004E7A41" w:rsidRPr="001943C9" w:rsidRDefault="004E7A41" w:rsidP="00505788">
            <w:pPr>
              <w:widowControl w:val="0"/>
              <w:autoSpaceDE w:val="0"/>
              <w:autoSpaceDN w:val="0"/>
              <w:spacing w:line="230" w:lineRule="exact"/>
              <w:jc w:val="center"/>
              <w:textAlignment w:val="baseline"/>
              <w:rPr>
                <w:rFonts w:cs="굴림"/>
                <w:color w:val="000000"/>
                <w:sz w:val="22"/>
                <w:lang w:eastAsia="ko-KR"/>
              </w:rPr>
            </w:pPr>
            <w:r w:rsidRPr="001943C9">
              <w:rPr>
                <w:rFonts w:cs="굴림" w:hint="eastAsia"/>
                <w:color w:val="000000"/>
                <w:spacing w:val="-10"/>
                <w:w w:val="97"/>
                <w:sz w:val="22"/>
                <w:lang w:eastAsia="ko-KR"/>
              </w:rPr>
              <w:t>몽골</w:t>
            </w:r>
          </w:p>
        </w:tc>
        <w:tc>
          <w:tcPr>
            <w:tcW w:w="3078"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4E7A41" w:rsidRPr="001943C9" w:rsidRDefault="004E7A41" w:rsidP="00505788">
            <w:pPr>
              <w:widowControl w:val="0"/>
              <w:autoSpaceDE w:val="0"/>
              <w:autoSpaceDN w:val="0"/>
              <w:spacing w:line="230" w:lineRule="exact"/>
              <w:jc w:val="center"/>
              <w:textAlignment w:val="baseline"/>
              <w:rPr>
                <w:rFonts w:cs="굴림"/>
                <w:color w:val="000000"/>
                <w:sz w:val="22"/>
                <w:lang w:eastAsia="ko-KR"/>
              </w:rPr>
            </w:pPr>
            <w:proofErr w:type="spellStart"/>
            <w:r w:rsidRPr="001943C9">
              <w:rPr>
                <w:rFonts w:cs="굴림" w:hint="eastAsia"/>
                <w:color w:val="000000"/>
                <w:spacing w:val="-10"/>
                <w:w w:val="97"/>
                <w:sz w:val="22"/>
                <w:lang w:eastAsia="ko-KR"/>
              </w:rPr>
              <w:t>투그릭</w:t>
            </w:r>
            <w:proofErr w:type="spellEnd"/>
            <w:r w:rsidRPr="001943C9">
              <w:rPr>
                <w:rFonts w:cs="굴림" w:hint="eastAsia"/>
                <w:color w:val="000000"/>
                <w:spacing w:val="-10"/>
                <w:w w:val="97"/>
                <w:sz w:val="22"/>
                <w:lang w:eastAsia="ko-KR"/>
              </w:rPr>
              <w:t xml:space="preserve"> (MNT)</w:t>
            </w:r>
          </w:p>
        </w:tc>
        <w:tc>
          <w:tcPr>
            <w:tcW w:w="1856" w:type="dxa"/>
            <w:tcBorders>
              <w:top w:val="single" w:sz="2" w:space="0" w:color="000000"/>
              <w:left w:val="single" w:sz="4" w:space="0" w:color="000000"/>
              <w:bottom w:val="single" w:sz="2" w:space="0" w:color="000000"/>
              <w:right w:val="single" w:sz="4" w:space="0" w:color="000000"/>
            </w:tcBorders>
            <w:tcMar>
              <w:top w:w="28" w:type="dxa"/>
              <w:left w:w="102" w:type="dxa"/>
              <w:bottom w:w="28" w:type="dxa"/>
              <w:right w:w="102" w:type="dxa"/>
            </w:tcMar>
            <w:vAlign w:val="center"/>
            <w:hideMark/>
          </w:tcPr>
          <w:p w:rsidR="004E7A41" w:rsidRPr="001943C9" w:rsidRDefault="004E7A41" w:rsidP="00505788">
            <w:pPr>
              <w:widowControl w:val="0"/>
              <w:autoSpaceDE w:val="0"/>
              <w:autoSpaceDN w:val="0"/>
              <w:spacing w:line="230" w:lineRule="exact"/>
              <w:jc w:val="center"/>
              <w:textAlignment w:val="baseline"/>
              <w:rPr>
                <w:rFonts w:cs="굴림"/>
                <w:color w:val="000000"/>
                <w:sz w:val="22"/>
                <w:lang w:eastAsia="ko-KR"/>
              </w:rPr>
            </w:pPr>
            <w:r w:rsidRPr="001943C9">
              <w:rPr>
                <w:rFonts w:cs="굴림" w:hint="eastAsia"/>
                <w:color w:val="000000"/>
                <w:spacing w:val="-10"/>
                <w:w w:val="97"/>
                <w:sz w:val="22"/>
                <w:lang w:eastAsia="ko-KR"/>
              </w:rPr>
              <w:t>0.4</w:t>
            </w:r>
          </w:p>
        </w:tc>
        <w:tc>
          <w:tcPr>
            <w:tcW w:w="2001" w:type="dxa"/>
            <w:tcBorders>
              <w:top w:val="single" w:sz="2" w:space="0" w:color="000000"/>
              <w:left w:val="single" w:sz="4" w:space="0" w:color="000000"/>
              <w:bottom w:val="single" w:sz="2" w:space="0" w:color="000000"/>
              <w:right w:val="nil"/>
            </w:tcBorders>
            <w:tcMar>
              <w:top w:w="28" w:type="dxa"/>
              <w:left w:w="102" w:type="dxa"/>
              <w:bottom w:w="28" w:type="dxa"/>
              <w:right w:w="102" w:type="dxa"/>
            </w:tcMar>
            <w:vAlign w:val="center"/>
            <w:hideMark/>
          </w:tcPr>
          <w:p w:rsidR="004E7A41" w:rsidRPr="001943C9" w:rsidRDefault="004E7A41" w:rsidP="00505788">
            <w:pPr>
              <w:widowControl w:val="0"/>
              <w:autoSpaceDE w:val="0"/>
              <w:autoSpaceDN w:val="0"/>
              <w:spacing w:line="230" w:lineRule="exact"/>
              <w:jc w:val="center"/>
              <w:textAlignment w:val="baseline"/>
              <w:rPr>
                <w:rFonts w:cs="굴림"/>
                <w:color w:val="000000"/>
                <w:sz w:val="22"/>
                <w:lang w:eastAsia="ko-KR"/>
              </w:rPr>
            </w:pPr>
            <w:r w:rsidRPr="001943C9">
              <w:rPr>
                <w:rFonts w:cs="굴림" w:hint="eastAsia"/>
                <w:color w:val="000000"/>
                <w:spacing w:val="-10"/>
                <w:w w:val="97"/>
                <w:sz w:val="22"/>
                <w:lang w:eastAsia="ko-KR"/>
              </w:rPr>
              <w:t>0.4</w:t>
            </w:r>
          </w:p>
        </w:tc>
      </w:tr>
      <w:tr w:rsidR="004E7A41" w:rsidRPr="0055279D" w:rsidTr="00227381">
        <w:trPr>
          <w:trHeight w:val="85"/>
          <w:jc w:val="center"/>
        </w:trPr>
        <w:tc>
          <w:tcPr>
            <w:tcW w:w="2279" w:type="dxa"/>
            <w:tcBorders>
              <w:top w:val="single" w:sz="2" w:space="0" w:color="000000"/>
              <w:left w:val="nil"/>
              <w:bottom w:val="single" w:sz="2" w:space="0" w:color="000000"/>
              <w:right w:val="single" w:sz="2" w:space="0" w:color="000000"/>
            </w:tcBorders>
            <w:tcMar>
              <w:top w:w="28" w:type="dxa"/>
              <w:left w:w="102" w:type="dxa"/>
              <w:bottom w:w="28" w:type="dxa"/>
              <w:right w:w="102" w:type="dxa"/>
            </w:tcMar>
            <w:vAlign w:val="center"/>
            <w:hideMark/>
          </w:tcPr>
          <w:p w:rsidR="004E7A41" w:rsidRPr="001943C9" w:rsidRDefault="004E7A41" w:rsidP="00505788">
            <w:pPr>
              <w:widowControl w:val="0"/>
              <w:autoSpaceDE w:val="0"/>
              <w:autoSpaceDN w:val="0"/>
              <w:spacing w:line="230" w:lineRule="exact"/>
              <w:jc w:val="center"/>
              <w:textAlignment w:val="baseline"/>
              <w:rPr>
                <w:rFonts w:cs="굴림"/>
                <w:color w:val="000000"/>
                <w:sz w:val="22"/>
                <w:lang w:eastAsia="ko-KR"/>
              </w:rPr>
            </w:pPr>
            <w:r w:rsidRPr="001943C9">
              <w:rPr>
                <w:rFonts w:cs="굴림" w:hint="eastAsia"/>
                <w:color w:val="000000"/>
                <w:spacing w:val="-10"/>
                <w:w w:val="97"/>
                <w:sz w:val="22"/>
                <w:lang w:eastAsia="ko-KR"/>
              </w:rPr>
              <w:t>카자흐스탄</w:t>
            </w:r>
          </w:p>
        </w:tc>
        <w:tc>
          <w:tcPr>
            <w:tcW w:w="3078"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4E7A41" w:rsidRPr="001943C9" w:rsidRDefault="004E7A41" w:rsidP="00505788">
            <w:pPr>
              <w:widowControl w:val="0"/>
              <w:autoSpaceDE w:val="0"/>
              <w:autoSpaceDN w:val="0"/>
              <w:spacing w:line="230" w:lineRule="exact"/>
              <w:jc w:val="center"/>
              <w:textAlignment w:val="baseline"/>
              <w:rPr>
                <w:rFonts w:cs="굴림"/>
                <w:color w:val="000000"/>
                <w:sz w:val="22"/>
                <w:lang w:eastAsia="ko-KR"/>
              </w:rPr>
            </w:pPr>
            <w:proofErr w:type="spellStart"/>
            <w:r w:rsidRPr="001943C9">
              <w:rPr>
                <w:rFonts w:cs="굴림" w:hint="eastAsia"/>
                <w:color w:val="000000"/>
                <w:spacing w:val="-10"/>
                <w:w w:val="97"/>
                <w:sz w:val="22"/>
                <w:lang w:eastAsia="ko-KR"/>
              </w:rPr>
              <w:t>텡게</w:t>
            </w:r>
            <w:proofErr w:type="spellEnd"/>
            <w:r w:rsidRPr="001943C9">
              <w:rPr>
                <w:rFonts w:cs="굴림" w:hint="eastAsia"/>
                <w:color w:val="000000"/>
                <w:spacing w:val="-10"/>
                <w:w w:val="97"/>
                <w:sz w:val="22"/>
                <w:lang w:eastAsia="ko-KR"/>
              </w:rPr>
              <w:t xml:space="preserve"> (KZT)</w:t>
            </w:r>
          </w:p>
        </w:tc>
        <w:tc>
          <w:tcPr>
            <w:tcW w:w="1856" w:type="dxa"/>
            <w:tcBorders>
              <w:top w:val="single" w:sz="2" w:space="0" w:color="000000"/>
              <w:left w:val="single" w:sz="4" w:space="0" w:color="000000"/>
              <w:bottom w:val="single" w:sz="2" w:space="0" w:color="000000"/>
              <w:right w:val="single" w:sz="4" w:space="0" w:color="000000"/>
            </w:tcBorders>
            <w:tcMar>
              <w:top w:w="28" w:type="dxa"/>
              <w:left w:w="102" w:type="dxa"/>
              <w:bottom w:w="28" w:type="dxa"/>
              <w:right w:w="102" w:type="dxa"/>
            </w:tcMar>
            <w:vAlign w:val="center"/>
            <w:hideMark/>
          </w:tcPr>
          <w:p w:rsidR="004E7A41" w:rsidRPr="001943C9" w:rsidRDefault="004E7A41" w:rsidP="00505788">
            <w:pPr>
              <w:widowControl w:val="0"/>
              <w:autoSpaceDE w:val="0"/>
              <w:autoSpaceDN w:val="0"/>
              <w:spacing w:line="230" w:lineRule="exact"/>
              <w:jc w:val="center"/>
              <w:textAlignment w:val="baseline"/>
              <w:rPr>
                <w:rFonts w:cs="굴림"/>
                <w:color w:val="000000"/>
                <w:sz w:val="22"/>
                <w:lang w:eastAsia="ko-KR"/>
              </w:rPr>
            </w:pPr>
            <w:r w:rsidRPr="001943C9">
              <w:rPr>
                <w:rFonts w:cs="굴림" w:hint="eastAsia"/>
                <w:color w:val="000000"/>
                <w:spacing w:val="-10"/>
                <w:w w:val="97"/>
                <w:sz w:val="22"/>
                <w:lang w:eastAsia="ko-KR"/>
              </w:rPr>
              <w:t>2.91</w:t>
            </w:r>
          </w:p>
        </w:tc>
        <w:tc>
          <w:tcPr>
            <w:tcW w:w="2001" w:type="dxa"/>
            <w:tcBorders>
              <w:top w:val="single" w:sz="2" w:space="0" w:color="000000"/>
              <w:left w:val="single" w:sz="4" w:space="0" w:color="000000"/>
              <w:bottom w:val="single" w:sz="2" w:space="0" w:color="000000"/>
              <w:right w:val="nil"/>
            </w:tcBorders>
            <w:tcMar>
              <w:top w:w="28" w:type="dxa"/>
              <w:left w:w="102" w:type="dxa"/>
              <w:bottom w:w="28" w:type="dxa"/>
              <w:right w:w="102" w:type="dxa"/>
            </w:tcMar>
            <w:vAlign w:val="center"/>
            <w:hideMark/>
          </w:tcPr>
          <w:p w:rsidR="004E7A41" w:rsidRPr="001943C9" w:rsidRDefault="004E7A41" w:rsidP="00505788">
            <w:pPr>
              <w:widowControl w:val="0"/>
              <w:autoSpaceDE w:val="0"/>
              <w:autoSpaceDN w:val="0"/>
              <w:spacing w:line="230" w:lineRule="exact"/>
              <w:jc w:val="center"/>
              <w:textAlignment w:val="baseline"/>
              <w:rPr>
                <w:rFonts w:cs="굴림"/>
                <w:color w:val="000000"/>
                <w:sz w:val="22"/>
                <w:lang w:eastAsia="ko-KR"/>
              </w:rPr>
            </w:pPr>
            <w:r w:rsidRPr="001943C9">
              <w:rPr>
                <w:rFonts w:cs="굴림" w:hint="eastAsia"/>
                <w:color w:val="000000"/>
                <w:spacing w:val="-10"/>
                <w:w w:val="97"/>
                <w:sz w:val="22"/>
                <w:lang w:eastAsia="ko-KR"/>
              </w:rPr>
              <w:t>2.73</w:t>
            </w:r>
          </w:p>
        </w:tc>
      </w:tr>
      <w:tr w:rsidR="004E7A41" w:rsidRPr="0055279D" w:rsidTr="00227381">
        <w:trPr>
          <w:trHeight w:val="85"/>
          <w:jc w:val="center"/>
        </w:trPr>
        <w:tc>
          <w:tcPr>
            <w:tcW w:w="2279" w:type="dxa"/>
            <w:tcBorders>
              <w:top w:val="single" w:sz="2" w:space="0" w:color="000000"/>
              <w:left w:val="nil"/>
              <w:bottom w:val="single" w:sz="2" w:space="0" w:color="000000"/>
              <w:right w:val="single" w:sz="2" w:space="0" w:color="000000"/>
            </w:tcBorders>
            <w:tcMar>
              <w:top w:w="28" w:type="dxa"/>
              <w:left w:w="102" w:type="dxa"/>
              <w:bottom w:w="28" w:type="dxa"/>
              <w:right w:w="102" w:type="dxa"/>
            </w:tcMar>
            <w:vAlign w:val="center"/>
            <w:hideMark/>
          </w:tcPr>
          <w:p w:rsidR="004E7A41" w:rsidRPr="001943C9" w:rsidRDefault="004E7A41" w:rsidP="00505788">
            <w:pPr>
              <w:widowControl w:val="0"/>
              <w:autoSpaceDE w:val="0"/>
              <w:autoSpaceDN w:val="0"/>
              <w:spacing w:line="230" w:lineRule="exact"/>
              <w:jc w:val="center"/>
              <w:textAlignment w:val="baseline"/>
              <w:rPr>
                <w:rFonts w:cs="굴림"/>
                <w:color w:val="000000"/>
                <w:sz w:val="22"/>
                <w:lang w:eastAsia="ko-KR"/>
              </w:rPr>
            </w:pPr>
            <w:r w:rsidRPr="001943C9">
              <w:rPr>
                <w:rFonts w:cs="굴림" w:hint="eastAsia"/>
                <w:color w:val="000000"/>
                <w:spacing w:val="-10"/>
                <w:w w:val="97"/>
                <w:sz w:val="22"/>
                <w:lang w:eastAsia="ko-KR"/>
              </w:rPr>
              <w:t>태국</w:t>
            </w:r>
          </w:p>
        </w:tc>
        <w:tc>
          <w:tcPr>
            <w:tcW w:w="3078"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4E7A41" w:rsidRPr="001943C9" w:rsidRDefault="004E7A41" w:rsidP="00505788">
            <w:pPr>
              <w:widowControl w:val="0"/>
              <w:autoSpaceDE w:val="0"/>
              <w:autoSpaceDN w:val="0"/>
              <w:spacing w:line="230" w:lineRule="exact"/>
              <w:jc w:val="center"/>
              <w:textAlignment w:val="baseline"/>
              <w:rPr>
                <w:rFonts w:cs="굴림"/>
                <w:color w:val="000000"/>
                <w:sz w:val="22"/>
                <w:lang w:eastAsia="ko-KR"/>
              </w:rPr>
            </w:pPr>
            <w:r w:rsidRPr="001943C9">
              <w:rPr>
                <w:rFonts w:cs="굴림" w:hint="eastAsia"/>
                <w:color w:val="000000"/>
                <w:spacing w:val="-10"/>
                <w:w w:val="97"/>
                <w:sz w:val="22"/>
                <w:lang w:eastAsia="ko-KR"/>
              </w:rPr>
              <w:t>바트 (THB)</w:t>
            </w:r>
          </w:p>
        </w:tc>
        <w:tc>
          <w:tcPr>
            <w:tcW w:w="1856" w:type="dxa"/>
            <w:tcBorders>
              <w:top w:val="single" w:sz="2" w:space="0" w:color="000000"/>
              <w:left w:val="single" w:sz="4" w:space="0" w:color="000000"/>
              <w:bottom w:val="single" w:sz="2" w:space="0" w:color="000000"/>
              <w:right w:val="single" w:sz="4" w:space="0" w:color="000000"/>
            </w:tcBorders>
            <w:tcMar>
              <w:top w:w="28" w:type="dxa"/>
              <w:left w:w="102" w:type="dxa"/>
              <w:bottom w:w="28" w:type="dxa"/>
              <w:right w:w="102" w:type="dxa"/>
            </w:tcMar>
            <w:vAlign w:val="center"/>
            <w:hideMark/>
          </w:tcPr>
          <w:p w:rsidR="004E7A41" w:rsidRPr="001943C9" w:rsidRDefault="004E7A41" w:rsidP="00505788">
            <w:pPr>
              <w:widowControl w:val="0"/>
              <w:autoSpaceDE w:val="0"/>
              <w:autoSpaceDN w:val="0"/>
              <w:spacing w:line="230" w:lineRule="exact"/>
              <w:jc w:val="center"/>
              <w:textAlignment w:val="baseline"/>
              <w:rPr>
                <w:rFonts w:cs="굴림"/>
                <w:color w:val="000000"/>
                <w:sz w:val="22"/>
                <w:lang w:eastAsia="ko-KR"/>
              </w:rPr>
            </w:pPr>
            <w:r w:rsidRPr="001943C9">
              <w:rPr>
                <w:rFonts w:cs="굴림" w:hint="eastAsia"/>
                <w:color w:val="000000"/>
                <w:spacing w:val="-10"/>
                <w:w w:val="97"/>
                <w:sz w:val="22"/>
                <w:lang w:eastAsia="ko-KR"/>
              </w:rPr>
              <w:t>38.68</w:t>
            </w:r>
          </w:p>
        </w:tc>
        <w:tc>
          <w:tcPr>
            <w:tcW w:w="2001" w:type="dxa"/>
            <w:tcBorders>
              <w:top w:val="single" w:sz="2" w:space="0" w:color="000000"/>
              <w:left w:val="single" w:sz="4" w:space="0" w:color="000000"/>
              <w:bottom w:val="single" w:sz="2" w:space="0" w:color="000000"/>
              <w:right w:val="nil"/>
            </w:tcBorders>
            <w:tcMar>
              <w:top w:w="28" w:type="dxa"/>
              <w:left w:w="102" w:type="dxa"/>
              <w:bottom w:w="28" w:type="dxa"/>
              <w:right w:w="102" w:type="dxa"/>
            </w:tcMar>
            <w:vAlign w:val="center"/>
            <w:hideMark/>
          </w:tcPr>
          <w:p w:rsidR="004E7A41" w:rsidRPr="001943C9" w:rsidRDefault="004E7A41" w:rsidP="00505788">
            <w:pPr>
              <w:widowControl w:val="0"/>
              <w:autoSpaceDE w:val="0"/>
              <w:autoSpaceDN w:val="0"/>
              <w:spacing w:line="230" w:lineRule="exact"/>
              <w:jc w:val="center"/>
              <w:textAlignment w:val="baseline"/>
              <w:rPr>
                <w:rFonts w:cs="굴림"/>
                <w:color w:val="000000"/>
                <w:sz w:val="22"/>
                <w:lang w:eastAsia="ko-KR"/>
              </w:rPr>
            </w:pPr>
            <w:r w:rsidRPr="001943C9">
              <w:rPr>
                <w:rFonts w:cs="굴림" w:hint="eastAsia"/>
                <w:color w:val="000000"/>
                <w:spacing w:val="-10"/>
                <w:w w:val="97"/>
                <w:sz w:val="22"/>
                <w:lang w:eastAsia="ko-KR"/>
              </w:rPr>
              <w:t>43.29</w:t>
            </w:r>
          </w:p>
        </w:tc>
      </w:tr>
      <w:tr w:rsidR="004E7A41" w:rsidRPr="0055279D" w:rsidTr="00227381">
        <w:trPr>
          <w:trHeight w:val="85"/>
          <w:jc w:val="center"/>
        </w:trPr>
        <w:tc>
          <w:tcPr>
            <w:tcW w:w="2279" w:type="dxa"/>
            <w:tcBorders>
              <w:top w:val="single" w:sz="2" w:space="0" w:color="000000"/>
              <w:left w:val="nil"/>
              <w:bottom w:val="single" w:sz="2" w:space="0" w:color="000000"/>
              <w:right w:val="single" w:sz="2" w:space="0" w:color="000000"/>
            </w:tcBorders>
            <w:tcMar>
              <w:top w:w="28" w:type="dxa"/>
              <w:left w:w="102" w:type="dxa"/>
              <w:bottom w:w="28" w:type="dxa"/>
              <w:right w:w="102" w:type="dxa"/>
            </w:tcMar>
            <w:vAlign w:val="center"/>
            <w:hideMark/>
          </w:tcPr>
          <w:p w:rsidR="004E7A41" w:rsidRPr="001943C9" w:rsidRDefault="004E7A41" w:rsidP="00505788">
            <w:pPr>
              <w:widowControl w:val="0"/>
              <w:autoSpaceDE w:val="0"/>
              <w:autoSpaceDN w:val="0"/>
              <w:spacing w:line="230" w:lineRule="exact"/>
              <w:jc w:val="center"/>
              <w:textAlignment w:val="baseline"/>
              <w:rPr>
                <w:rFonts w:cs="굴림"/>
                <w:color w:val="000000"/>
                <w:sz w:val="22"/>
                <w:lang w:eastAsia="ko-KR"/>
              </w:rPr>
            </w:pPr>
            <w:r w:rsidRPr="001943C9">
              <w:rPr>
                <w:rFonts w:cs="굴림" w:hint="eastAsia"/>
                <w:color w:val="000000"/>
                <w:spacing w:val="-10"/>
                <w:w w:val="97"/>
                <w:sz w:val="22"/>
                <w:lang w:eastAsia="ko-KR"/>
              </w:rPr>
              <w:t>싱가포르</w:t>
            </w:r>
          </w:p>
        </w:tc>
        <w:tc>
          <w:tcPr>
            <w:tcW w:w="3078"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4E7A41" w:rsidRPr="001943C9" w:rsidRDefault="004E7A41" w:rsidP="00505788">
            <w:pPr>
              <w:widowControl w:val="0"/>
              <w:autoSpaceDE w:val="0"/>
              <w:autoSpaceDN w:val="0"/>
              <w:spacing w:line="230" w:lineRule="exact"/>
              <w:jc w:val="center"/>
              <w:textAlignment w:val="baseline"/>
              <w:rPr>
                <w:rFonts w:cs="굴림"/>
                <w:color w:val="000000"/>
                <w:sz w:val="22"/>
                <w:lang w:eastAsia="ko-KR"/>
              </w:rPr>
            </w:pPr>
            <w:r w:rsidRPr="001943C9">
              <w:rPr>
                <w:rFonts w:cs="굴림" w:hint="eastAsia"/>
                <w:color w:val="000000"/>
                <w:spacing w:val="-10"/>
                <w:w w:val="97"/>
                <w:sz w:val="22"/>
                <w:lang w:eastAsia="ko-KR"/>
              </w:rPr>
              <w:t>싱가포르달러 (SGD)</w:t>
            </w:r>
          </w:p>
        </w:tc>
        <w:tc>
          <w:tcPr>
            <w:tcW w:w="1856" w:type="dxa"/>
            <w:tcBorders>
              <w:top w:val="single" w:sz="2" w:space="0" w:color="000000"/>
              <w:left w:val="single" w:sz="4" w:space="0" w:color="000000"/>
              <w:bottom w:val="single" w:sz="2" w:space="0" w:color="000000"/>
              <w:right w:val="single" w:sz="4" w:space="0" w:color="000000"/>
            </w:tcBorders>
            <w:tcMar>
              <w:top w:w="28" w:type="dxa"/>
              <w:left w:w="102" w:type="dxa"/>
              <w:bottom w:w="28" w:type="dxa"/>
              <w:right w:w="102" w:type="dxa"/>
            </w:tcMar>
            <w:vAlign w:val="center"/>
            <w:hideMark/>
          </w:tcPr>
          <w:p w:rsidR="004E7A41" w:rsidRPr="001943C9" w:rsidRDefault="004E7A41" w:rsidP="00505788">
            <w:pPr>
              <w:widowControl w:val="0"/>
              <w:autoSpaceDE w:val="0"/>
              <w:autoSpaceDN w:val="0"/>
              <w:spacing w:line="230" w:lineRule="exact"/>
              <w:jc w:val="center"/>
              <w:textAlignment w:val="baseline"/>
              <w:rPr>
                <w:rFonts w:cs="굴림"/>
                <w:color w:val="000000"/>
                <w:sz w:val="22"/>
                <w:lang w:eastAsia="ko-KR"/>
              </w:rPr>
            </w:pPr>
            <w:r w:rsidRPr="001943C9">
              <w:rPr>
                <w:rFonts w:cs="굴림" w:hint="eastAsia"/>
                <w:color w:val="000000"/>
                <w:spacing w:val="-10"/>
                <w:w w:val="97"/>
                <w:sz w:val="22"/>
                <w:lang w:eastAsia="ko-KR"/>
              </w:rPr>
              <w:t>1020.35</w:t>
            </w:r>
          </w:p>
        </w:tc>
        <w:tc>
          <w:tcPr>
            <w:tcW w:w="2001" w:type="dxa"/>
            <w:tcBorders>
              <w:top w:val="single" w:sz="2" w:space="0" w:color="000000"/>
              <w:left w:val="single" w:sz="4" w:space="0" w:color="000000"/>
              <w:bottom w:val="single" w:sz="2" w:space="0" w:color="000000"/>
              <w:right w:val="nil"/>
            </w:tcBorders>
            <w:tcMar>
              <w:top w:w="28" w:type="dxa"/>
              <w:left w:w="102" w:type="dxa"/>
              <w:bottom w:w="28" w:type="dxa"/>
              <w:right w:w="102" w:type="dxa"/>
            </w:tcMar>
            <w:vAlign w:val="center"/>
            <w:hideMark/>
          </w:tcPr>
          <w:p w:rsidR="004E7A41" w:rsidRPr="001943C9" w:rsidRDefault="004E7A41" w:rsidP="00505788">
            <w:pPr>
              <w:widowControl w:val="0"/>
              <w:autoSpaceDE w:val="0"/>
              <w:autoSpaceDN w:val="0"/>
              <w:spacing w:line="230" w:lineRule="exact"/>
              <w:jc w:val="center"/>
              <w:textAlignment w:val="baseline"/>
              <w:rPr>
                <w:rFonts w:cs="굴림"/>
                <w:color w:val="000000"/>
                <w:sz w:val="22"/>
                <w:lang w:eastAsia="ko-KR"/>
              </w:rPr>
            </w:pPr>
            <w:r w:rsidRPr="001943C9">
              <w:rPr>
                <w:rFonts w:cs="굴림" w:hint="eastAsia"/>
                <w:color w:val="000000"/>
                <w:spacing w:val="-10"/>
                <w:w w:val="97"/>
                <w:sz w:val="22"/>
                <w:lang w:eastAsia="ko-KR"/>
              </w:rPr>
              <w:t>1088.34</w:t>
            </w:r>
          </w:p>
        </w:tc>
      </w:tr>
      <w:tr w:rsidR="004E7A41" w:rsidRPr="0055279D" w:rsidTr="00227381">
        <w:trPr>
          <w:trHeight w:val="85"/>
          <w:jc w:val="center"/>
        </w:trPr>
        <w:tc>
          <w:tcPr>
            <w:tcW w:w="2279" w:type="dxa"/>
            <w:tcBorders>
              <w:top w:val="single" w:sz="2" w:space="0" w:color="000000"/>
              <w:left w:val="nil"/>
              <w:bottom w:val="single" w:sz="2" w:space="0" w:color="000000"/>
              <w:right w:val="single" w:sz="2" w:space="0" w:color="000000"/>
            </w:tcBorders>
            <w:tcMar>
              <w:top w:w="28" w:type="dxa"/>
              <w:left w:w="102" w:type="dxa"/>
              <w:bottom w:w="28" w:type="dxa"/>
              <w:right w:w="102" w:type="dxa"/>
            </w:tcMar>
            <w:vAlign w:val="center"/>
            <w:hideMark/>
          </w:tcPr>
          <w:p w:rsidR="004E7A41" w:rsidRPr="001943C9" w:rsidRDefault="004E7A41" w:rsidP="00505788">
            <w:pPr>
              <w:widowControl w:val="0"/>
              <w:autoSpaceDE w:val="0"/>
              <w:autoSpaceDN w:val="0"/>
              <w:spacing w:line="230" w:lineRule="exact"/>
              <w:jc w:val="center"/>
              <w:textAlignment w:val="baseline"/>
              <w:rPr>
                <w:rFonts w:cs="굴림"/>
                <w:color w:val="000000"/>
                <w:sz w:val="22"/>
                <w:lang w:eastAsia="ko-KR"/>
              </w:rPr>
            </w:pPr>
            <w:r w:rsidRPr="001943C9">
              <w:rPr>
                <w:rFonts w:cs="굴림" w:hint="eastAsia"/>
                <w:color w:val="000000"/>
                <w:spacing w:val="-10"/>
                <w:w w:val="97"/>
                <w:sz w:val="22"/>
                <w:lang w:eastAsia="ko-KR"/>
              </w:rPr>
              <w:t>인도네시아</w:t>
            </w:r>
          </w:p>
        </w:tc>
        <w:tc>
          <w:tcPr>
            <w:tcW w:w="3078"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4E7A41" w:rsidRPr="001943C9" w:rsidRDefault="004E7A41" w:rsidP="00505788">
            <w:pPr>
              <w:widowControl w:val="0"/>
              <w:autoSpaceDE w:val="0"/>
              <w:autoSpaceDN w:val="0"/>
              <w:spacing w:line="230" w:lineRule="exact"/>
              <w:jc w:val="center"/>
              <w:textAlignment w:val="baseline"/>
              <w:rPr>
                <w:rFonts w:cs="굴림"/>
                <w:color w:val="000000"/>
                <w:sz w:val="22"/>
                <w:lang w:eastAsia="ko-KR"/>
              </w:rPr>
            </w:pPr>
            <w:proofErr w:type="spellStart"/>
            <w:r w:rsidRPr="001943C9">
              <w:rPr>
                <w:rFonts w:cs="굴림" w:hint="eastAsia"/>
                <w:color w:val="000000"/>
                <w:spacing w:val="-10"/>
                <w:w w:val="97"/>
                <w:sz w:val="22"/>
                <w:lang w:eastAsia="ko-KR"/>
              </w:rPr>
              <w:t>루피아</w:t>
            </w:r>
            <w:proofErr w:type="spellEnd"/>
            <w:r w:rsidRPr="001943C9">
              <w:rPr>
                <w:rFonts w:cs="굴림" w:hint="eastAsia"/>
                <w:color w:val="000000"/>
                <w:spacing w:val="-10"/>
                <w:w w:val="97"/>
                <w:sz w:val="22"/>
                <w:lang w:eastAsia="ko-KR"/>
              </w:rPr>
              <w:t>(100루피아) (IDR)</w:t>
            </w:r>
          </w:p>
        </w:tc>
        <w:tc>
          <w:tcPr>
            <w:tcW w:w="1856" w:type="dxa"/>
            <w:tcBorders>
              <w:top w:val="single" w:sz="2" w:space="0" w:color="000000"/>
              <w:left w:val="single" w:sz="4" w:space="0" w:color="000000"/>
              <w:bottom w:val="single" w:sz="2" w:space="0" w:color="000000"/>
              <w:right w:val="single" w:sz="4" w:space="0" w:color="000000"/>
            </w:tcBorders>
            <w:tcMar>
              <w:top w:w="28" w:type="dxa"/>
              <w:left w:w="102" w:type="dxa"/>
              <w:bottom w:w="28" w:type="dxa"/>
              <w:right w:w="102" w:type="dxa"/>
            </w:tcMar>
            <w:vAlign w:val="center"/>
            <w:hideMark/>
          </w:tcPr>
          <w:p w:rsidR="004E7A41" w:rsidRPr="001943C9" w:rsidRDefault="004E7A41" w:rsidP="00505788">
            <w:pPr>
              <w:widowControl w:val="0"/>
              <w:autoSpaceDE w:val="0"/>
              <w:autoSpaceDN w:val="0"/>
              <w:spacing w:line="230" w:lineRule="exact"/>
              <w:jc w:val="center"/>
              <w:textAlignment w:val="baseline"/>
              <w:rPr>
                <w:rFonts w:cs="굴림"/>
                <w:color w:val="000000"/>
                <w:sz w:val="22"/>
                <w:lang w:eastAsia="ko-KR"/>
              </w:rPr>
            </w:pPr>
            <w:r w:rsidRPr="001943C9">
              <w:rPr>
                <w:rFonts w:cs="굴림" w:hint="eastAsia"/>
                <w:color w:val="000000"/>
                <w:spacing w:val="-10"/>
                <w:w w:val="97"/>
                <w:sz w:val="22"/>
                <w:lang w:eastAsia="ko-KR"/>
              </w:rPr>
              <w:t>8.61</w:t>
            </w:r>
          </w:p>
        </w:tc>
        <w:tc>
          <w:tcPr>
            <w:tcW w:w="2001" w:type="dxa"/>
            <w:tcBorders>
              <w:top w:val="single" w:sz="2" w:space="0" w:color="000000"/>
              <w:left w:val="single" w:sz="4" w:space="0" w:color="000000"/>
              <w:bottom w:val="single" w:sz="2" w:space="0" w:color="000000"/>
              <w:right w:val="nil"/>
            </w:tcBorders>
            <w:tcMar>
              <w:top w:w="28" w:type="dxa"/>
              <w:left w:w="102" w:type="dxa"/>
              <w:bottom w:w="28" w:type="dxa"/>
              <w:right w:w="102" w:type="dxa"/>
            </w:tcMar>
            <w:vAlign w:val="center"/>
            <w:hideMark/>
          </w:tcPr>
          <w:p w:rsidR="004E7A41" w:rsidRPr="001943C9" w:rsidRDefault="004E7A41" w:rsidP="00505788">
            <w:pPr>
              <w:widowControl w:val="0"/>
              <w:autoSpaceDE w:val="0"/>
              <w:autoSpaceDN w:val="0"/>
              <w:spacing w:line="230" w:lineRule="exact"/>
              <w:jc w:val="center"/>
              <w:textAlignment w:val="baseline"/>
              <w:rPr>
                <w:rFonts w:cs="굴림"/>
                <w:color w:val="000000"/>
                <w:sz w:val="22"/>
                <w:lang w:eastAsia="ko-KR"/>
              </w:rPr>
            </w:pPr>
            <w:r w:rsidRPr="001943C9">
              <w:rPr>
                <w:rFonts w:cs="굴림" w:hint="eastAsia"/>
                <w:color w:val="000000"/>
                <w:spacing w:val="-10"/>
                <w:w w:val="97"/>
                <w:sz w:val="22"/>
                <w:lang w:eastAsia="ko-KR"/>
              </w:rPr>
              <w:t>8.64</w:t>
            </w:r>
          </w:p>
        </w:tc>
      </w:tr>
      <w:tr w:rsidR="004E7A41" w:rsidRPr="0055279D" w:rsidTr="00227381">
        <w:trPr>
          <w:trHeight w:val="85"/>
          <w:jc w:val="center"/>
        </w:trPr>
        <w:tc>
          <w:tcPr>
            <w:tcW w:w="2279" w:type="dxa"/>
            <w:tcBorders>
              <w:top w:val="single" w:sz="2" w:space="0" w:color="000000"/>
              <w:left w:val="nil"/>
              <w:bottom w:val="single" w:sz="2" w:space="0" w:color="000000"/>
              <w:right w:val="single" w:sz="2" w:space="0" w:color="000000"/>
            </w:tcBorders>
            <w:tcMar>
              <w:top w:w="28" w:type="dxa"/>
              <w:left w:w="102" w:type="dxa"/>
              <w:bottom w:w="28" w:type="dxa"/>
              <w:right w:w="102" w:type="dxa"/>
            </w:tcMar>
            <w:vAlign w:val="center"/>
            <w:hideMark/>
          </w:tcPr>
          <w:p w:rsidR="004E7A41" w:rsidRPr="001943C9" w:rsidRDefault="004E7A41" w:rsidP="00505788">
            <w:pPr>
              <w:widowControl w:val="0"/>
              <w:autoSpaceDE w:val="0"/>
              <w:autoSpaceDN w:val="0"/>
              <w:spacing w:line="230" w:lineRule="exact"/>
              <w:jc w:val="center"/>
              <w:textAlignment w:val="baseline"/>
              <w:rPr>
                <w:rFonts w:cs="굴림"/>
                <w:color w:val="000000"/>
                <w:sz w:val="22"/>
                <w:lang w:eastAsia="ko-KR"/>
              </w:rPr>
            </w:pPr>
            <w:proofErr w:type="spellStart"/>
            <w:r w:rsidRPr="001943C9">
              <w:rPr>
                <w:rFonts w:cs="굴림" w:hint="eastAsia"/>
                <w:color w:val="000000"/>
                <w:spacing w:val="-10"/>
                <w:w w:val="97"/>
                <w:sz w:val="22"/>
                <w:lang w:eastAsia="ko-KR"/>
              </w:rPr>
              <w:t>말레이지아</w:t>
            </w:r>
            <w:proofErr w:type="spellEnd"/>
          </w:p>
        </w:tc>
        <w:tc>
          <w:tcPr>
            <w:tcW w:w="3078"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4E7A41" w:rsidRPr="001943C9" w:rsidRDefault="004E7A41" w:rsidP="00505788">
            <w:pPr>
              <w:widowControl w:val="0"/>
              <w:autoSpaceDE w:val="0"/>
              <w:autoSpaceDN w:val="0"/>
              <w:spacing w:line="230" w:lineRule="exact"/>
              <w:jc w:val="center"/>
              <w:textAlignment w:val="baseline"/>
              <w:rPr>
                <w:rFonts w:cs="굴림"/>
                <w:color w:val="000000"/>
                <w:sz w:val="22"/>
                <w:lang w:eastAsia="ko-KR"/>
              </w:rPr>
            </w:pPr>
            <w:proofErr w:type="spellStart"/>
            <w:r w:rsidRPr="001943C9">
              <w:rPr>
                <w:rFonts w:cs="굴림" w:hint="eastAsia"/>
                <w:color w:val="000000"/>
                <w:spacing w:val="-10"/>
                <w:w w:val="97"/>
                <w:sz w:val="22"/>
                <w:lang w:eastAsia="ko-KR"/>
              </w:rPr>
              <w:t>링깃</w:t>
            </w:r>
            <w:proofErr w:type="spellEnd"/>
            <w:r w:rsidRPr="001943C9">
              <w:rPr>
                <w:rFonts w:cs="굴림" w:hint="eastAsia"/>
                <w:color w:val="000000"/>
                <w:spacing w:val="-10"/>
                <w:w w:val="97"/>
                <w:sz w:val="22"/>
                <w:lang w:eastAsia="ko-KR"/>
              </w:rPr>
              <w:t xml:space="preserve"> (MYR)</w:t>
            </w:r>
          </w:p>
        </w:tc>
        <w:tc>
          <w:tcPr>
            <w:tcW w:w="1856" w:type="dxa"/>
            <w:tcBorders>
              <w:top w:val="single" w:sz="2" w:space="0" w:color="000000"/>
              <w:left w:val="single" w:sz="4" w:space="0" w:color="000000"/>
              <w:bottom w:val="single" w:sz="2" w:space="0" w:color="000000"/>
              <w:right w:val="single" w:sz="4" w:space="0" w:color="000000"/>
            </w:tcBorders>
            <w:tcMar>
              <w:top w:w="28" w:type="dxa"/>
              <w:left w:w="102" w:type="dxa"/>
              <w:bottom w:w="28" w:type="dxa"/>
              <w:right w:w="102" w:type="dxa"/>
            </w:tcMar>
            <w:vAlign w:val="center"/>
            <w:hideMark/>
          </w:tcPr>
          <w:p w:rsidR="004E7A41" w:rsidRPr="001943C9" w:rsidRDefault="004E7A41" w:rsidP="00505788">
            <w:pPr>
              <w:widowControl w:val="0"/>
              <w:autoSpaceDE w:val="0"/>
              <w:autoSpaceDN w:val="0"/>
              <w:spacing w:line="230" w:lineRule="exact"/>
              <w:jc w:val="center"/>
              <w:textAlignment w:val="baseline"/>
              <w:rPr>
                <w:rFonts w:cs="굴림"/>
                <w:color w:val="000000"/>
                <w:sz w:val="22"/>
                <w:lang w:eastAsia="ko-KR"/>
              </w:rPr>
            </w:pPr>
            <w:r w:rsidRPr="001943C9">
              <w:rPr>
                <w:rFonts w:cs="굴림" w:hint="eastAsia"/>
                <w:color w:val="000000"/>
                <w:spacing w:val="-10"/>
                <w:w w:val="97"/>
                <w:sz w:val="22"/>
                <w:lang w:eastAsia="ko-KR"/>
              </w:rPr>
              <w:t>298.33</w:t>
            </w:r>
          </w:p>
        </w:tc>
        <w:tc>
          <w:tcPr>
            <w:tcW w:w="2001" w:type="dxa"/>
            <w:tcBorders>
              <w:top w:val="single" w:sz="2" w:space="0" w:color="000000"/>
              <w:left w:val="single" w:sz="4" w:space="0" w:color="000000"/>
              <w:bottom w:val="single" w:sz="2" w:space="0" w:color="000000"/>
              <w:right w:val="nil"/>
            </w:tcBorders>
            <w:tcMar>
              <w:top w:w="28" w:type="dxa"/>
              <w:left w:w="102" w:type="dxa"/>
              <w:bottom w:w="28" w:type="dxa"/>
              <w:right w:w="102" w:type="dxa"/>
            </w:tcMar>
            <w:vAlign w:val="center"/>
            <w:hideMark/>
          </w:tcPr>
          <w:p w:rsidR="004E7A41" w:rsidRPr="001943C9" w:rsidRDefault="004E7A41" w:rsidP="00505788">
            <w:pPr>
              <w:widowControl w:val="0"/>
              <w:autoSpaceDE w:val="0"/>
              <w:autoSpaceDN w:val="0"/>
              <w:spacing w:line="230" w:lineRule="exact"/>
              <w:jc w:val="center"/>
              <w:textAlignment w:val="baseline"/>
              <w:rPr>
                <w:rFonts w:cs="굴림"/>
                <w:color w:val="000000"/>
                <w:sz w:val="22"/>
                <w:lang w:eastAsia="ko-KR"/>
              </w:rPr>
            </w:pPr>
            <w:r w:rsidRPr="001943C9">
              <w:rPr>
                <w:rFonts w:cs="굴림" w:hint="eastAsia"/>
                <w:color w:val="000000"/>
                <w:spacing w:val="-10"/>
                <w:w w:val="97"/>
                <w:sz w:val="22"/>
                <w:lang w:eastAsia="ko-KR"/>
              </w:rPr>
              <w:t>332.18</w:t>
            </w:r>
          </w:p>
        </w:tc>
      </w:tr>
      <w:tr w:rsidR="004E7A41" w:rsidRPr="0055279D" w:rsidTr="00227381">
        <w:trPr>
          <w:trHeight w:val="85"/>
          <w:jc w:val="center"/>
        </w:trPr>
        <w:tc>
          <w:tcPr>
            <w:tcW w:w="2279" w:type="dxa"/>
            <w:tcBorders>
              <w:top w:val="single" w:sz="2" w:space="0" w:color="000000"/>
              <w:left w:val="nil"/>
              <w:bottom w:val="single" w:sz="2" w:space="0" w:color="000000"/>
              <w:right w:val="single" w:sz="2" w:space="0" w:color="000000"/>
            </w:tcBorders>
            <w:tcMar>
              <w:top w:w="28" w:type="dxa"/>
              <w:left w:w="102" w:type="dxa"/>
              <w:bottom w:w="28" w:type="dxa"/>
              <w:right w:w="102" w:type="dxa"/>
            </w:tcMar>
            <w:vAlign w:val="center"/>
            <w:hideMark/>
          </w:tcPr>
          <w:p w:rsidR="004E7A41" w:rsidRPr="001943C9" w:rsidRDefault="004E7A41" w:rsidP="00505788">
            <w:pPr>
              <w:widowControl w:val="0"/>
              <w:autoSpaceDE w:val="0"/>
              <w:autoSpaceDN w:val="0"/>
              <w:spacing w:line="230" w:lineRule="exact"/>
              <w:jc w:val="center"/>
              <w:textAlignment w:val="baseline"/>
              <w:rPr>
                <w:rFonts w:cs="굴림"/>
                <w:color w:val="000000"/>
                <w:sz w:val="22"/>
                <w:lang w:eastAsia="ko-KR"/>
              </w:rPr>
            </w:pPr>
            <w:r w:rsidRPr="001943C9">
              <w:rPr>
                <w:rFonts w:cs="굴림" w:hint="eastAsia"/>
                <w:color w:val="000000"/>
                <w:spacing w:val="-10"/>
                <w:w w:val="97"/>
                <w:sz w:val="22"/>
                <w:lang w:eastAsia="ko-KR"/>
              </w:rPr>
              <w:t>필리핀</w:t>
            </w:r>
          </w:p>
        </w:tc>
        <w:tc>
          <w:tcPr>
            <w:tcW w:w="3078"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4E7A41" w:rsidRPr="001943C9" w:rsidRDefault="004E7A41" w:rsidP="00505788">
            <w:pPr>
              <w:widowControl w:val="0"/>
              <w:autoSpaceDE w:val="0"/>
              <w:autoSpaceDN w:val="0"/>
              <w:spacing w:line="230" w:lineRule="exact"/>
              <w:jc w:val="center"/>
              <w:textAlignment w:val="baseline"/>
              <w:rPr>
                <w:rFonts w:cs="굴림"/>
                <w:color w:val="000000"/>
                <w:sz w:val="22"/>
                <w:lang w:eastAsia="ko-KR"/>
              </w:rPr>
            </w:pPr>
            <w:r w:rsidRPr="001943C9">
              <w:rPr>
                <w:rFonts w:cs="굴림" w:hint="eastAsia"/>
                <w:color w:val="000000"/>
                <w:spacing w:val="-10"/>
                <w:w w:val="97"/>
                <w:sz w:val="22"/>
                <w:lang w:eastAsia="ko-KR"/>
              </w:rPr>
              <w:t>필리핀 페소 (PHP)</w:t>
            </w:r>
          </w:p>
        </w:tc>
        <w:tc>
          <w:tcPr>
            <w:tcW w:w="1856" w:type="dxa"/>
            <w:tcBorders>
              <w:top w:val="single" w:sz="2" w:space="0" w:color="000000"/>
              <w:left w:val="single" w:sz="4" w:space="0" w:color="000000"/>
              <w:bottom w:val="single" w:sz="2" w:space="0" w:color="000000"/>
              <w:right w:val="single" w:sz="4" w:space="0" w:color="000000"/>
            </w:tcBorders>
            <w:tcMar>
              <w:top w:w="28" w:type="dxa"/>
              <w:left w:w="102" w:type="dxa"/>
              <w:bottom w:w="28" w:type="dxa"/>
              <w:right w:w="102" w:type="dxa"/>
            </w:tcMar>
            <w:vAlign w:val="center"/>
            <w:hideMark/>
          </w:tcPr>
          <w:p w:rsidR="004E7A41" w:rsidRPr="001943C9" w:rsidRDefault="004E7A41" w:rsidP="00505788">
            <w:pPr>
              <w:widowControl w:val="0"/>
              <w:autoSpaceDE w:val="0"/>
              <w:autoSpaceDN w:val="0"/>
              <w:spacing w:line="230" w:lineRule="exact"/>
              <w:jc w:val="center"/>
              <w:textAlignment w:val="baseline"/>
              <w:rPr>
                <w:rFonts w:cs="굴림"/>
                <w:color w:val="000000"/>
                <w:sz w:val="22"/>
                <w:lang w:eastAsia="ko-KR"/>
              </w:rPr>
            </w:pPr>
            <w:r w:rsidRPr="001943C9">
              <w:rPr>
                <w:rFonts w:cs="굴림" w:hint="eastAsia"/>
                <w:color w:val="000000"/>
                <w:spacing w:val="-10"/>
                <w:w w:val="97"/>
                <w:sz w:val="22"/>
                <w:lang w:eastAsia="ko-KR"/>
              </w:rPr>
              <w:t>23.79</w:t>
            </w:r>
          </w:p>
        </w:tc>
        <w:tc>
          <w:tcPr>
            <w:tcW w:w="2001" w:type="dxa"/>
            <w:tcBorders>
              <w:top w:val="single" w:sz="2" w:space="0" w:color="000000"/>
              <w:left w:val="single" w:sz="4" w:space="0" w:color="000000"/>
              <w:bottom w:val="single" w:sz="2" w:space="0" w:color="000000"/>
              <w:right w:val="nil"/>
            </w:tcBorders>
            <w:tcMar>
              <w:top w:w="28" w:type="dxa"/>
              <w:left w:w="102" w:type="dxa"/>
              <w:bottom w:w="28" w:type="dxa"/>
              <w:right w:w="102" w:type="dxa"/>
            </w:tcMar>
            <w:vAlign w:val="center"/>
            <w:hideMark/>
          </w:tcPr>
          <w:p w:rsidR="004E7A41" w:rsidRPr="001943C9" w:rsidRDefault="004E7A41" w:rsidP="00505788">
            <w:pPr>
              <w:widowControl w:val="0"/>
              <w:autoSpaceDE w:val="0"/>
              <w:autoSpaceDN w:val="0"/>
              <w:spacing w:line="230" w:lineRule="exact"/>
              <w:jc w:val="center"/>
              <w:textAlignment w:val="baseline"/>
              <w:rPr>
                <w:rFonts w:cs="굴림"/>
                <w:color w:val="000000"/>
                <w:sz w:val="22"/>
                <w:lang w:eastAsia="ko-KR"/>
              </w:rPr>
            </w:pPr>
            <w:r w:rsidRPr="001943C9">
              <w:rPr>
                <w:rFonts w:cs="굴림" w:hint="eastAsia"/>
                <w:color w:val="000000"/>
                <w:spacing w:val="-10"/>
                <w:w w:val="97"/>
                <w:sz w:val="22"/>
                <w:lang w:eastAsia="ko-KR"/>
              </w:rPr>
              <w:t>24.73</w:t>
            </w:r>
          </w:p>
        </w:tc>
      </w:tr>
      <w:tr w:rsidR="004E7A41" w:rsidRPr="0055279D" w:rsidTr="00227381">
        <w:trPr>
          <w:trHeight w:val="85"/>
          <w:jc w:val="center"/>
        </w:trPr>
        <w:tc>
          <w:tcPr>
            <w:tcW w:w="2279" w:type="dxa"/>
            <w:tcBorders>
              <w:top w:val="single" w:sz="2" w:space="0" w:color="000000"/>
              <w:left w:val="nil"/>
              <w:bottom w:val="single" w:sz="2" w:space="0" w:color="000000"/>
              <w:right w:val="single" w:sz="2" w:space="0" w:color="000000"/>
            </w:tcBorders>
            <w:tcMar>
              <w:top w:w="28" w:type="dxa"/>
              <w:left w:w="102" w:type="dxa"/>
              <w:bottom w:w="28" w:type="dxa"/>
              <w:right w:w="102" w:type="dxa"/>
            </w:tcMar>
            <w:vAlign w:val="center"/>
            <w:hideMark/>
          </w:tcPr>
          <w:p w:rsidR="004E7A41" w:rsidRPr="001943C9" w:rsidRDefault="004E7A41" w:rsidP="00505788">
            <w:pPr>
              <w:widowControl w:val="0"/>
              <w:autoSpaceDE w:val="0"/>
              <w:autoSpaceDN w:val="0"/>
              <w:spacing w:line="230" w:lineRule="exact"/>
              <w:jc w:val="center"/>
              <w:textAlignment w:val="baseline"/>
              <w:rPr>
                <w:rFonts w:cs="굴림"/>
                <w:color w:val="000000"/>
                <w:sz w:val="22"/>
                <w:lang w:eastAsia="ko-KR"/>
              </w:rPr>
            </w:pPr>
            <w:r w:rsidRPr="001943C9">
              <w:rPr>
                <w:rFonts w:cs="굴림" w:hint="eastAsia"/>
                <w:color w:val="000000"/>
                <w:spacing w:val="-10"/>
                <w:w w:val="97"/>
                <w:sz w:val="22"/>
                <w:lang w:eastAsia="ko-KR"/>
              </w:rPr>
              <w:t>베트남</w:t>
            </w:r>
          </w:p>
        </w:tc>
        <w:tc>
          <w:tcPr>
            <w:tcW w:w="3078"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4E7A41" w:rsidRPr="001943C9" w:rsidRDefault="004E7A41" w:rsidP="00505788">
            <w:pPr>
              <w:widowControl w:val="0"/>
              <w:autoSpaceDE w:val="0"/>
              <w:autoSpaceDN w:val="0"/>
              <w:spacing w:line="230" w:lineRule="exact"/>
              <w:jc w:val="center"/>
              <w:textAlignment w:val="baseline"/>
              <w:rPr>
                <w:rFonts w:cs="굴림"/>
                <w:color w:val="000000"/>
                <w:sz w:val="22"/>
                <w:lang w:eastAsia="ko-KR"/>
              </w:rPr>
            </w:pPr>
            <w:r w:rsidRPr="001943C9">
              <w:rPr>
                <w:rFonts w:cs="굴림" w:hint="eastAsia"/>
                <w:color w:val="000000"/>
                <w:spacing w:val="-10"/>
                <w:w w:val="97"/>
                <w:sz w:val="22"/>
                <w:lang w:eastAsia="ko-KR"/>
              </w:rPr>
              <w:t>동(100동) (VND)</w:t>
            </w:r>
          </w:p>
        </w:tc>
        <w:tc>
          <w:tcPr>
            <w:tcW w:w="1856" w:type="dxa"/>
            <w:tcBorders>
              <w:top w:val="single" w:sz="2" w:space="0" w:color="000000"/>
              <w:left w:val="single" w:sz="4" w:space="0" w:color="000000"/>
              <w:bottom w:val="single" w:sz="2" w:space="0" w:color="000000"/>
              <w:right w:val="single" w:sz="4" w:space="0" w:color="000000"/>
            </w:tcBorders>
            <w:tcMar>
              <w:top w:w="28" w:type="dxa"/>
              <w:left w:w="102" w:type="dxa"/>
              <w:bottom w:w="28" w:type="dxa"/>
              <w:right w:w="102" w:type="dxa"/>
            </w:tcMar>
            <w:vAlign w:val="center"/>
            <w:hideMark/>
          </w:tcPr>
          <w:p w:rsidR="004E7A41" w:rsidRPr="001943C9" w:rsidRDefault="004E7A41" w:rsidP="00505788">
            <w:pPr>
              <w:widowControl w:val="0"/>
              <w:autoSpaceDE w:val="0"/>
              <w:autoSpaceDN w:val="0"/>
              <w:spacing w:line="230" w:lineRule="exact"/>
              <w:jc w:val="center"/>
              <w:textAlignment w:val="baseline"/>
              <w:rPr>
                <w:rFonts w:cs="굴림"/>
                <w:color w:val="000000"/>
                <w:sz w:val="22"/>
                <w:lang w:eastAsia="ko-KR"/>
              </w:rPr>
            </w:pPr>
            <w:r w:rsidRPr="001943C9">
              <w:rPr>
                <w:rFonts w:cs="굴림" w:hint="eastAsia"/>
                <w:color w:val="000000"/>
                <w:spacing w:val="-10"/>
                <w:w w:val="97"/>
                <w:sz w:val="22"/>
                <w:lang w:eastAsia="ko-KR"/>
              </w:rPr>
              <w:t>5.44</w:t>
            </w:r>
          </w:p>
        </w:tc>
        <w:tc>
          <w:tcPr>
            <w:tcW w:w="2001" w:type="dxa"/>
            <w:tcBorders>
              <w:top w:val="single" w:sz="2" w:space="0" w:color="000000"/>
              <w:left w:val="single" w:sz="4" w:space="0" w:color="000000"/>
              <w:bottom w:val="single" w:sz="2" w:space="0" w:color="000000"/>
              <w:right w:val="nil"/>
            </w:tcBorders>
            <w:tcMar>
              <w:top w:w="28" w:type="dxa"/>
              <w:left w:w="102" w:type="dxa"/>
              <w:bottom w:w="28" w:type="dxa"/>
              <w:right w:w="102" w:type="dxa"/>
            </w:tcMar>
            <w:vAlign w:val="center"/>
            <w:hideMark/>
          </w:tcPr>
          <w:p w:rsidR="004E7A41" w:rsidRPr="001943C9" w:rsidRDefault="004E7A41" w:rsidP="00505788">
            <w:pPr>
              <w:widowControl w:val="0"/>
              <w:autoSpaceDE w:val="0"/>
              <w:autoSpaceDN w:val="0"/>
              <w:spacing w:line="230" w:lineRule="exact"/>
              <w:jc w:val="center"/>
              <w:textAlignment w:val="baseline"/>
              <w:rPr>
                <w:rFonts w:cs="굴림"/>
                <w:color w:val="000000"/>
                <w:sz w:val="22"/>
                <w:lang w:eastAsia="ko-KR"/>
              </w:rPr>
            </w:pPr>
            <w:r w:rsidRPr="001943C9">
              <w:rPr>
                <w:rFonts w:cs="굴림" w:hint="eastAsia"/>
                <w:color w:val="000000"/>
                <w:spacing w:val="-10"/>
                <w:w w:val="97"/>
                <w:sz w:val="22"/>
                <w:lang w:eastAsia="ko-KR"/>
              </w:rPr>
              <w:t>5.47</w:t>
            </w:r>
          </w:p>
        </w:tc>
      </w:tr>
      <w:tr w:rsidR="004E7A41" w:rsidRPr="0055279D" w:rsidTr="00227381">
        <w:trPr>
          <w:trHeight w:val="85"/>
          <w:jc w:val="center"/>
        </w:trPr>
        <w:tc>
          <w:tcPr>
            <w:tcW w:w="2279" w:type="dxa"/>
            <w:tcBorders>
              <w:top w:val="single" w:sz="2" w:space="0" w:color="000000"/>
              <w:left w:val="nil"/>
              <w:bottom w:val="single" w:sz="2" w:space="0" w:color="000000"/>
              <w:right w:val="single" w:sz="2" w:space="0" w:color="000000"/>
            </w:tcBorders>
            <w:tcMar>
              <w:top w:w="28" w:type="dxa"/>
              <w:left w:w="102" w:type="dxa"/>
              <w:bottom w:w="28" w:type="dxa"/>
              <w:right w:w="102" w:type="dxa"/>
            </w:tcMar>
            <w:vAlign w:val="center"/>
            <w:hideMark/>
          </w:tcPr>
          <w:p w:rsidR="004E7A41" w:rsidRPr="001943C9" w:rsidRDefault="004E7A41" w:rsidP="00505788">
            <w:pPr>
              <w:widowControl w:val="0"/>
              <w:autoSpaceDE w:val="0"/>
              <w:autoSpaceDN w:val="0"/>
              <w:spacing w:line="230" w:lineRule="exact"/>
              <w:jc w:val="center"/>
              <w:textAlignment w:val="baseline"/>
              <w:rPr>
                <w:rFonts w:cs="굴림"/>
                <w:color w:val="000000"/>
                <w:sz w:val="22"/>
                <w:lang w:eastAsia="ko-KR"/>
              </w:rPr>
            </w:pPr>
            <w:r w:rsidRPr="001943C9">
              <w:rPr>
                <w:rFonts w:cs="굴림" w:hint="eastAsia"/>
                <w:color w:val="000000"/>
                <w:spacing w:val="-10"/>
                <w:w w:val="97"/>
                <w:sz w:val="22"/>
                <w:lang w:eastAsia="ko-KR"/>
              </w:rPr>
              <w:t>브루나이</w:t>
            </w:r>
          </w:p>
        </w:tc>
        <w:tc>
          <w:tcPr>
            <w:tcW w:w="3078"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4E7A41" w:rsidRPr="001943C9" w:rsidRDefault="004E7A41" w:rsidP="00505788">
            <w:pPr>
              <w:widowControl w:val="0"/>
              <w:autoSpaceDE w:val="0"/>
              <w:autoSpaceDN w:val="0"/>
              <w:spacing w:line="230" w:lineRule="exact"/>
              <w:jc w:val="center"/>
              <w:textAlignment w:val="baseline"/>
              <w:rPr>
                <w:rFonts w:cs="굴림"/>
                <w:color w:val="000000"/>
                <w:sz w:val="22"/>
                <w:lang w:eastAsia="ko-KR"/>
              </w:rPr>
            </w:pPr>
            <w:r w:rsidRPr="001943C9">
              <w:rPr>
                <w:rFonts w:cs="굴림" w:hint="eastAsia"/>
                <w:color w:val="000000"/>
                <w:spacing w:val="-10"/>
                <w:w w:val="97"/>
                <w:sz w:val="22"/>
                <w:lang w:eastAsia="ko-KR"/>
              </w:rPr>
              <w:t>브루나이달러 (BND)</w:t>
            </w:r>
          </w:p>
        </w:tc>
        <w:tc>
          <w:tcPr>
            <w:tcW w:w="1856" w:type="dxa"/>
            <w:tcBorders>
              <w:top w:val="single" w:sz="2" w:space="0" w:color="000000"/>
              <w:left w:val="single" w:sz="4" w:space="0" w:color="000000"/>
              <w:bottom w:val="single" w:sz="2" w:space="0" w:color="000000"/>
              <w:right w:val="single" w:sz="4" w:space="0" w:color="000000"/>
            </w:tcBorders>
            <w:tcMar>
              <w:top w:w="28" w:type="dxa"/>
              <w:left w:w="102" w:type="dxa"/>
              <w:bottom w:w="28" w:type="dxa"/>
              <w:right w:w="102" w:type="dxa"/>
            </w:tcMar>
            <w:vAlign w:val="center"/>
            <w:hideMark/>
          </w:tcPr>
          <w:p w:rsidR="004E7A41" w:rsidRPr="001943C9" w:rsidRDefault="004E7A41" w:rsidP="00505788">
            <w:pPr>
              <w:widowControl w:val="0"/>
              <w:autoSpaceDE w:val="0"/>
              <w:autoSpaceDN w:val="0"/>
              <w:spacing w:line="230" w:lineRule="exact"/>
              <w:jc w:val="center"/>
              <w:textAlignment w:val="baseline"/>
              <w:rPr>
                <w:rFonts w:cs="굴림"/>
                <w:color w:val="000000"/>
                <w:sz w:val="22"/>
                <w:lang w:eastAsia="ko-KR"/>
              </w:rPr>
            </w:pPr>
            <w:r w:rsidRPr="001943C9">
              <w:rPr>
                <w:rFonts w:cs="굴림" w:hint="eastAsia"/>
                <w:color w:val="000000"/>
                <w:spacing w:val="-10"/>
                <w:w w:val="97"/>
                <w:sz w:val="22"/>
                <w:lang w:eastAsia="ko-KR"/>
              </w:rPr>
              <w:t>1020.35</w:t>
            </w:r>
          </w:p>
        </w:tc>
        <w:tc>
          <w:tcPr>
            <w:tcW w:w="2001" w:type="dxa"/>
            <w:tcBorders>
              <w:top w:val="single" w:sz="2" w:space="0" w:color="000000"/>
              <w:left w:val="single" w:sz="4" w:space="0" w:color="000000"/>
              <w:bottom w:val="single" w:sz="2" w:space="0" w:color="000000"/>
              <w:right w:val="nil"/>
            </w:tcBorders>
            <w:tcMar>
              <w:top w:w="28" w:type="dxa"/>
              <w:left w:w="102" w:type="dxa"/>
              <w:bottom w:w="28" w:type="dxa"/>
              <w:right w:w="102" w:type="dxa"/>
            </w:tcMar>
            <w:vAlign w:val="center"/>
            <w:hideMark/>
          </w:tcPr>
          <w:p w:rsidR="004E7A41" w:rsidRPr="001943C9" w:rsidRDefault="004E7A41" w:rsidP="00505788">
            <w:pPr>
              <w:widowControl w:val="0"/>
              <w:autoSpaceDE w:val="0"/>
              <w:autoSpaceDN w:val="0"/>
              <w:spacing w:line="230" w:lineRule="exact"/>
              <w:jc w:val="center"/>
              <w:textAlignment w:val="baseline"/>
              <w:rPr>
                <w:rFonts w:cs="굴림"/>
                <w:color w:val="000000"/>
                <w:sz w:val="22"/>
                <w:lang w:eastAsia="ko-KR"/>
              </w:rPr>
            </w:pPr>
            <w:r w:rsidRPr="001943C9">
              <w:rPr>
                <w:rFonts w:cs="굴림" w:hint="eastAsia"/>
                <w:color w:val="000000"/>
                <w:spacing w:val="-10"/>
                <w:w w:val="97"/>
                <w:sz w:val="22"/>
                <w:lang w:eastAsia="ko-KR"/>
              </w:rPr>
              <w:t>1088.34</w:t>
            </w:r>
          </w:p>
        </w:tc>
      </w:tr>
      <w:tr w:rsidR="004E7A41" w:rsidRPr="0055279D" w:rsidTr="00227381">
        <w:trPr>
          <w:trHeight w:val="85"/>
          <w:jc w:val="center"/>
        </w:trPr>
        <w:tc>
          <w:tcPr>
            <w:tcW w:w="2279" w:type="dxa"/>
            <w:tcBorders>
              <w:top w:val="single" w:sz="2" w:space="0" w:color="000000"/>
              <w:left w:val="nil"/>
              <w:bottom w:val="single" w:sz="2" w:space="0" w:color="000000"/>
              <w:right w:val="single" w:sz="2" w:space="0" w:color="000000"/>
            </w:tcBorders>
            <w:tcMar>
              <w:top w:w="28" w:type="dxa"/>
              <w:left w:w="102" w:type="dxa"/>
              <w:bottom w:w="28" w:type="dxa"/>
              <w:right w:w="102" w:type="dxa"/>
            </w:tcMar>
            <w:vAlign w:val="center"/>
            <w:hideMark/>
          </w:tcPr>
          <w:p w:rsidR="004E7A41" w:rsidRPr="001943C9" w:rsidRDefault="004E7A41" w:rsidP="00505788">
            <w:pPr>
              <w:widowControl w:val="0"/>
              <w:autoSpaceDE w:val="0"/>
              <w:autoSpaceDN w:val="0"/>
              <w:spacing w:line="230" w:lineRule="exact"/>
              <w:jc w:val="center"/>
              <w:textAlignment w:val="baseline"/>
              <w:rPr>
                <w:rFonts w:cs="굴림"/>
                <w:color w:val="000000"/>
                <w:sz w:val="22"/>
                <w:lang w:eastAsia="ko-KR"/>
              </w:rPr>
            </w:pPr>
            <w:r w:rsidRPr="001943C9">
              <w:rPr>
                <w:rFonts w:cs="굴림" w:hint="eastAsia"/>
                <w:color w:val="000000"/>
                <w:spacing w:val="-10"/>
                <w:w w:val="97"/>
                <w:sz w:val="22"/>
                <w:lang w:eastAsia="ko-KR"/>
              </w:rPr>
              <w:t>인도</w:t>
            </w:r>
          </w:p>
        </w:tc>
        <w:tc>
          <w:tcPr>
            <w:tcW w:w="3078"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4E7A41" w:rsidRPr="001943C9" w:rsidRDefault="004E7A41" w:rsidP="00505788">
            <w:pPr>
              <w:widowControl w:val="0"/>
              <w:autoSpaceDE w:val="0"/>
              <w:autoSpaceDN w:val="0"/>
              <w:spacing w:line="230" w:lineRule="exact"/>
              <w:jc w:val="center"/>
              <w:textAlignment w:val="baseline"/>
              <w:rPr>
                <w:rFonts w:cs="굴림"/>
                <w:color w:val="000000"/>
                <w:sz w:val="22"/>
                <w:lang w:eastAsia="ko-KR"/>
              </w:rPr>
            </w:pPr>
            <w:proofErr w:type="spellStart"/>
            <w:r w:rsidRPr="001943C9">
              <w:rPr>
                <w:rFonts w:cs="굴림" w:hint="eastAsia"/>
                <w:color w:val="000000"/>
                <w:spacing w:val="-10"/>
                <w:w w:val="97"/>
                <w:sz w:val="22"/>
                <w:lang w:eastAsia="ko-KR"/>
              </w:rPr>
              <w:t>인도루피</w:t>
            </w:r>
            <w:proofErr w:type="spellEnd"/>
            <w:r w:rsidRPr="001943C9">
              <w:rPr>
                <w:rFonts w:cs="굴림" w:hint="eastAsia"/>
                <w:color w:val="000000"/>
                <w:spacing w:val="-10"/>
                <w:w w:val="97"/>
                <w:sz w:val="22"/>
                <w:lang w:eastAsia="ko-KR"/>
              </w:rPr>
              <w:t xml:space="preserve"> (INR)</w:t>
            </w:r>
          </w:p>
        </w:tc>
        <w:tc>
          <w:tcPr>
            <w:tcW w:w="1856" w:type="dxa"/>
            <w:tcBorders>
              <w:top w:val="single" w:sz="2" w:space="0" w:color="000000"/>
              <w:left w:val="single" w:sz="4" w:space="0" w:color="000000"/>
              <w:bottom w:val="single" w:sz="2" w:space="0" w:color="000000"/>
              <w:right w:val="single" w:sz="4" w:space="0" w:color="000000"/>
            </w:tcBorders>
            <w:tcMar>
              <w:top w:w="28" w:type="dxa"/>
              <w:left w:w="102" w:type="dxa"/>
              <w:bottom w:w="28" w:type="dxa"/>
              <w:right w:w="102" w:type="dxa"/>
            </w:tcMar>
            <w:vAlign w:val="center"/>
            <w:hideMark/>
          </w:tcPr>
          <w:p w:rsidR="004E7A41" w:rsidRPr="001943C9" w:rsidRDefault="004E7A41" w:rsidP="00505788">
            <w:pPr>
              <w:widowControl w:val="0"/>
              <w:autoSpaceDE w:val="0"/>
              <w:autoSpaceDN w:val="0"/>
              <w:spacing w:line="230" w:lineRule="exact"/>
              <w:jc w:val="center"/>
              <w:textAlignment w:val="baseline"/>
              <w:rPr>
                <w:rFonts w:cs="굴림"/>
                <w:color w:val="000000"/>
                <w:sz w:val="22"/>
                <w:lang w:eastAsia="ko-KR"/>
              </w:rPr>
            </w:pPr>
            <w:r w:rsidRPr="001943C9">
              <w:rPr>
                <w:rFonts w:cs="굴림" w:hint="eastAsia"/>
                <w:color w:val="000000"/>
                <w:spacing w:val="-10"/>
                <w:w w:val="97"/>
                <w:sz w:val="22"/>
                <w:lang w:eastAsia="ko-KR"/>
              </w:rPr>
              <w:t>16.3</w:t>
            </w:r>
          </w:p>
        </w:tc>
        <w:tc>
          <w:tcPr>
            <w:tcW w:w="2001" w:type="dxa"/>
            <w:tcBorders>
              <w:top w:val="single" w:sz="2" w:space="0" w:color="000000"/>
              <w:left w:val="single" w:sz="4" w:space="0" w:color="000000"/>
              <w:bottom w:val="single" w:sz="2" w:space="0" w:color="000000"/>
              <w:right w:val="nil"/>
            </w:tcBorders>
            <w:tcMar>
              <w:top w:w="28" w:type="dxa"/>
              <w:left w:w="102" w:type="dxa"/>
              <w:bottom w:w="28" w:type="dxa"/>
              <w:right w:w="102" w:type="dxa"/>
            </w:tcMar>
            <w:vAlign w:val="center"/>
            <w:hideMark/>
          </w:tcPr>
          <w:p w:rsidR="004E7A41" w:rsidRPr="001943C9" w:rsidRDefault="004E7A41" w:rsidP="00505788">
            <w:pPr>
              <w:widowControl w:val="0"/>
              <w:autoSpaceDE w:val="0"/>
              <w:autoSpaceDN w:val="0"/>
              <w:spacing w:line="230" w:lineRule="exact"/>
              <w:jc w:val="center"/>
              <w:textAlignment w:val="baseline"/>
              <w:rPr>
                <w:rFonts w:cs="굴림"/>
                <w:color w:val="000000"/>
                <w:sz w:val="22"/>
                <w:lang w:eastAsia="ko-KR"/>
              </w:rPr>
            </w:pPr>
            <w:r w:rsidRPr="001943C9">
              <w:rPr>
                <w:rFonts w:cs="굴림" w:hint="eastAsia"/>
                <w:color w:val="000000"/>
                <w:spacing w:val="-10"/>
                <w:w w:val="97"/>
                <w:sz w:val="22"/>
                <w:lang w:eastAsia="ko-KR"/>
              </w:rPr>
              <w:t>16.32</w:t>
            </w:r>
          </w:p>
        </w:tc>
      </w:tr>
      <w:tr w:rsidR="004E7A41" w:rsidRPr="0055279D" w:rsidTr="00227381">
        <w:trPr>
          <w:trHeight w:val="85"/>
          <w:jc w:val="center"/>
        </w:trPr>
        <w:tc>
          <w:tcPr>
            <w:tcW w:w="2279" w:type="dxa"/>
            <w:tcBorders>
              <w:top w:val="single" w:sz="2" w:space="0" w:color="000000"/>
              <w:left w:val="nil"/>
              <w:bottom w:val="single" w:sz="2" w:space="0" w:color="000000"/>
              <w:right w:val="single" w:sz="2" w:space="0" w:color="000000"/>
            </w:tcBorders>
            <w:tcMar>
              <w:top w:w="28" w:type="dxa"/>
              <w:left w:w="102" w:type="dxa"/>
              <w:bottom w:w="28" w:type="dxa"/>
              <w:right w:w="102" w:type="dxa"/>
            </w:tcMar>
            <w:vAlign w:val="center"/>
            <w:hideMark/>
          </w:tcPr>
          <w:p w:rsidR="004E7A41" w:rsidRPr="001943C9" w:rsidRDefault="004E7A41" w:rsidP="00505788">
            <w:pPr>
              <w:widowControl w:val="0"/>
              <w:autoSpaceDE w:val="0"/>
              <w:autoSpaceDN w:val="0"/>
              <w:spacing w:line="230" w:lineRule="exact"/>
              <w:jc w:val="center"/>
              <w:textAlignment w:val="baseline"/>
              <w:rPr>
                <w:rFonts w:cs="굴림"/>
                <w:color w:val="000000"/>
                <w:sz w:val="22"/>
                <w:lang w:eastAsia="ko-KR"/>
              </w:rPr>
            </w:pPr>
            <w:r w:rsidRPr="001943C9">
              <w:rPr>
                <w:rFonts w:cs="굴림" w:hint="eastAsia"/>
                <w:color w:val="000000"/>
                <w:spacing w:val="-10"/>
                <w:w w:val="97"/>
                <w:sz w:val="22"/>
                <w:lang w:eastAsia="ko-KR"/>
              </w:rPr>
              <w:t>파키스탄</w:t>
            </w:r>
          </w:p>
        </w:tc>
        <w:tc>
          <w:tcPr>
            <w:tcW w:w="3078"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4E7A41" w:rsidRPr="001943C9" w:rsidRDefault="004E7A41" w:rsidP="00505788">
            <w:pPr>
              <w:widowControl w:val="0"/>
              <w:autoSpaceDE w:val="0"/>
              <w:autoSpaceDN w:val="0"/>
              <w:spacing w:line="230" w:lineRule="exact"/>
              <w:jc w:val="center"/>
              <w:textAlignment w:val="baseline"/>
              <w:rPr>
                <w:rFonts w:cs="굴림"/>
                <w:color w:val="000000"/>
                <w:sz w:val="22"/>
                <w:lang w:eastAsia="ko-KR"/>
              </w:rPr>
            </w:pPr>
            <w:r w:rsidRPr="001943C9">
              <w:rPr>
                <w:rFonts w:cs="굴림" w:hint="eastAsia"/>
                <w:color w:val="000000"/>
                <w:spacing w:val="-10"/>
                <w:w w:val="97"/>
                <w:sz w:val="22"/>
                <w:lang w:eastAsia="ko-KR"/>
              </w:rPr>
              <w:t>파키스탄루피 (PKR)</w:t>
            </w:r>
          </w:p>
        </w:tc>
        <w:tc>
          <w:tcPr>
            <w:tcW w:w="1856" w:type="dxa"/>
            <w:tcBorders>
              <w:top w:val="single" w:sz="2" w:space="0" w:color="000000"/>
              <w:left w:val="single" w:sz="4" w:space="0" w:color="000000"/>
              <w:bottom w:val="single" w:sz="2" w:space="0" w:color="000000"/>
              <w:right w:val="single" w:sz="4" w:space="0" w:color="000000"/>
            </w:tcBorders>
            <w:tcMar>
              <w:top w:w="28" w:type="dxa"/>
              <w:left w:w="102" w:type="dxa"/>
              <w:bottom w:w="28" w:type="dxa"/>
              <w:right w:w="102" w:type="dxa"/>
            </w:tcMar>
            <w:vAlign w:val="center"/>
            <w:hideMark/>
          </w:tcPr>
          <w:p w:rsidR="004E7A41" w:rsidRPr="001943C9" w:rsidRDefault="004E7A41" w:rsidP="00505788">
            <w:pPr>
              <w:widowControl w:val="0"/>
              <w:autoSpaceDE w:val="0"/>
              <w:autoSpaceDN w:val="0"/>
              <w:spacing w:line="230" w:lineRule="exact"/>
              <w:jc w:val="center"/>
              <w:textAlignment w:val="baseline"/>
              <w:rPr>
                <w:rFonts w:cs="굴림"/>
                <w:color w:val="000000"/>
                <w:sz w:val="22"/>
                <w:lang w:eastAsia="ko-KR"/>
              </w:rPr>
            </w:pPr>
            <w:r w:rsidRPr="001943C9">
              <w:rPr>
                <w:rFonts w:cs="굴림" w:hint="eastAsia"/>
                <w:color w:val="000000"/>
                <w:spacing w:val="-10"/>
                <w:w w:val="97"/>
                <w:sz w:val="22"/>
                <w:lang w:eastAsia="ko-KR"/>
              </w:rPr>
              <w:t>4.9</w:t>
            </w:r>
          </w:p>
        </w:tc>
        <w:tc>
          <w:tcPr>
            <w:tcW w:w="2001" w:type="dxa"/>
            <w:tcBorders>
              <w:top w:val="single" w:sz="2" w:space="0" w:color="000000"/>
              <w:left w:val="single" w:sz="4" w:space="0" w:color="000000"/>
              <w:bottom w:val="single" w:sz="2" w:space="0" w:color="000000"/>
              <w:right w:val="nil"/>
            </w:tcBorders>
            <w:tcMar>
              <w:top w:w="28" w:type="dxa"/>
              <w:left w:w="102" w:type="dxa"/>
              <w:bottom w:w="28" w:type="dxa"/>
              <w:right w:w="102" w:type="dxa"/>
            </w:tcMar>
            <w:vAlign w:val="center"/>
            <w:hideMark/>
          </w:tcPr>
          <w:p w:rsidR="004E7A41" w:rsidRPr="001943C9" w:rsidRDefault="004E7A41" w:rsidP="00505788">
            <w:pPr>
              <w:widowControl w:val="0"/>
              <w:autoSpaceDE w:val="0"/>
              <w:autoSpaceDN w:val="0"/>
              <w:spacing w:line="230" w:lineRule="exact"/>
              <w:jc w:val="center"/>
              <w:textAlignment w:val="baseline"/>
              <w:rPr>
                <w:rFonts w:cs="굴림"/>
                <w:color w:val="000000"/>
                <w:sz w:val="22"/>
                <w:lang w:eastAsia="ko-KR"/>
              </w:rPr>
            </w:pPr>
            <w:r w:rsidRPr="001943C9">
              <w:rPr>
                <w:rFonts w:cs="굴림" w:hint="eastAsia"/>
                <w:color w:val="000000"/>
                <w:spacing w:val="-10"/>
                <w:w w:val="97"/>
                <w:sz w:val="22"/>
                <w:lang w:eastAsia="ko-KR"/>
              </w:rPr>
              <w:t>5.05</w:t>
            </w:r>
          </w:p>
        </w:tc>
      </w:tr>
      <w:tr w:rsidR="004E7A41" w:rsidRPr="0055279D" w:rsidTr="00227381">
        <w:trPr>
          <w:trHeight w:val="85"/>
          <w:jc w:val="center"/>
        </w:trPr>
        <w:tc>
          <w:tcPr>
            <w:tcW w:w="2279" w:type="dxa"/>
            <w:tcBorders>
              <w:top w:val="single" w:sz="2" w:space="0" w:color="000000"/>
              <w:left w:val="nil"/>
              <w:bottom w:val="single" w:sz="2" w:space="0" w:color="000000"/>
              <w:right w:val="single" w:sz="2" w:space="0" w:color="000000"/>
            </w:tcBorders>
            <w:tcMar>
              <w:top w:w="28" w:type="dxa"/>
              <w:left w:w="102" w:type="dxa"/>
              <w:bottom w:w="28" w:type="dxa"/>
              <w:right w:w="102" w:type="dxa"/>
            </w:tcMar>
            <w:vAlign w:val="center"/>
            <w:hideMark/>
          </w:tcPr>
          <w:p w:rsidR="004E7A41" w:rsidRPr="001943C9" w:rsidRDefault="004E7A41" w:rsidP="00505788">
            <w:pPr>
              <w:widowControl w:val="0"/>
              <w:autoSpaceDE w:val="0"/>
              <w:autoSpaceDN w:val="0"/>
              <w:spacing w:line="230" w:lineRule="exact"/>
              <w:jc w:val="center"/>
              <w:textAlignment w:val="baseline"/>
              <w:rPr>
                <w:rFonts w:cs="굴림"/>
                <w:color w:val="000000"/>
                <w:sz w:val="22"/>
                <w:lang w:eastAsia="ko-KR"/>
              </w:rPr>
            </w:pPr>
            <w:r w:rsidRPr="001943C9">
              <w:rPr>
                <w:rFonts w:cs="굴림" w:hint="eastAsia"/>
                <w:color w:val="000000"/>
                <w:spacing w:val="-10"/>
                <w:w w:val="97"/>
                <w:sz w:val="22"/>
                <w:lang w:eastAsia="ko-KR"/>
              </w:rPr>
              <w:t>방글라데시</w:t>
            </w:r>
          </w:p>
        </w:tc>
        <w:tc>
          <w:tcPr>
            <w:tcW w:w="3078"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4E7A41" w:rsidRPr="001943C9" w:rsidRDefault="004E7A41" w:rsidP="00505788">
            <w:pPr>
              <w:widowControl w:val="0"/>
              <w:autoSpaceDE w:val="0"/>
              <w:autoSpaceDN w:val="0"/>
              <w:spacing w:line="230" w:lineRule="exact"/>
              <w:jc w:val="center"/>
              <w:textAlignment w:val="baseline"/>
              <w:rPr>
                <w:rFonts w:cs="굴림"/>
                <w:color w:val="000000"/>
                <w:sz w:val="22"/>
                <w:lang w:eastAsia="ko-KR"/>
              </w:rPr>
            </w:pPr>
            <w:proofErr w:type="spellStart"/>
            <w:r w:rsidRPr="001943C9">
              <w:rPr>
                <w:rFonts w:cs="굴림" w:hint="eastAsia"/>
                <w:color w:val="000000"/>
                <w:spacing w:val="-10"/>
                <w:w w:val="97"/>
                <w:sz w:val="22"/>
                <w:lang w:eastAsia="ko-KR"/>
              </w:rPr>
              <w:t>타카</w:t>
            </w:r>
            <w:proofErr w:type="spellEnd"/>
            <w:r w:rsidRPr="001943C9">
              <w:rPr>
                <w:rFonts w:cs="굴림" w:hint="eastAsia"/>
                <w:color w:val="000000"/>
                <w:spacing w:val="-10"/>
                <w:w w:val="97"/>
                <w:sz w:val="22"/>
                <w:lang w:eastAsia="ko-KR"/>
              </w:rPr>
              <w:t xml:space="preserve"> (BDT)</w:t>
            </w:r>
          </w:p>
        </w:tc>
        <w:tc>
          <w:tcPr>
            <w:tcW w:w="1856" w:type="dxa"/>
            <w:tcBorders>
              <w:top w:val="single" w:sz="2" w:space="0" w:color="000000"/>
              <w:left w:val="single" w:sz="4" w:space="0" w:color="000000"/>
              <w:bottom w:val="single" w:sz="2" w:space="0" w:color="000000"/>
              <w:right w:val="single" w:sz="4" w:space="0" w:color="000000"/>
            </w:tcBorders>
            <w:tcMar>
              <w:top w:w="28" w:type="dxa"/>
              <w:left w:w="102" w:type="dxa"/>
              <w:bottom w:w="28" w:type="dxa"/>
              <w:right w:w="102" w:type="dxa"/>
            </w:tcMar>
            <w:vAlign w:val="center"/>
            <w:hideMark/>
          </w:tcPr>
          <w:p w:rsidR="004E7A41" w:rsidRPr="001943C9" w:rsidRDefault="004E7A41" w:rsidP="00505788">
            <w:pPr>
              <w:widowControl w:val="0"/>
              <w:autoSpaceDE w:val="0"/>
              <w:autoSpaceDN w:val="0"/>
              <w:spacing w:line="230" w:lineRule="exact"/>
              <w:jc w:val="center"/>
              <w:textAlignment w:val="baseline"/>
              <w:rPr>
                <w:rFonts w:cs="굴림"/>
                <w:color w:val="000000"/>
                <w:sz w:val="22"/>
                <w:lang w:eastAsia="ko-KR"/>
              </w:rPr>
            </w:pPr>
            <w:r w:rsidRPr="001943C9">
              <w:rPr>
                <w:rFonts w:cs="굴림" w:hint="eastAsia"/>
                <w:color w:val="000000"/>
                <w:spacing w:val="-10"/>
                <w:w w:val="97"/>
                <w:sz w:val="22"/>
                <w:lang w:eastAsia="ko-KR"/>
              </w:rPr>
              <w:t>11.83</w:t>
            </w:r>
          </w:p>
        </w:tc>
        <w:tc>
          <w:tcPr>
            <w:tcW w:w="2001" w:type="dxa"/>
            <w:tcBorders>
              <w:top w:val="single" w:sz="2" w:space="0" w:color="000000"/>
              <w:left w:val="single" w:sz="4" w:space="0" w:color="000000"/>
              <w:bottom w:val="single" w:sz="2" w:space="0" w:color="000000"/>
              <w:right w:val="nil"/>
            </w:tcBorders>
            <w:tcMar>
              <w:top w:w="28" w:type="dxa"/>
              <w:left w:w="102" w:type="dxa"/>
              <w:bottom w:w="28" w:type="dxa"/>
              <w:right w:w="102" w:type="dxa"/>
            </w:tcMar>
            <w:vAlign w:val="center"/>
            <w:hideMark/>
          </w:tcPr>
          <w:p w:rsidR="004E7A41" w:rsidRPr="001943C9" w:rsidRDefault="004E7A41" w:rsidP="00505788">
            <w:pPr>
              <w:widowControl w:val="0"/>
              <w:autoSpaceDE w:val="0"/>
              <w:autoSpaceDN w:val="0"/>
              <w:spacing w:line="230" w:lineRule="exact"/>
              <w:jc w:val="center"/>
              <w:textAlignment w:val="baseline"/>
              <w:rPr>
                <w:rFonts w:cs="굴림"/>
                <w:color w:val="000000"/>
                <w:sz w:val="22"/>
                <w:lang w:eastAsia="ko-KR"/>
              </w:rPr>
            </w:pPr>
            <w:r w:rsidRPr="001943C9">
              <w:rPr>
                <w:rFonts w:cs="굴림" w:hint="eastAsia"/>
                <w:color w:val="000000"/>
                <w:spacing w:val="-10"/>
                <w:w w:val="97"/>
                <w:sz w:val="22"/>
                <w:lang w:eastAsia="ko-KR"/>
              </w:rPr>
              <w:t>11.67</w:t>
            </w:r>
          </w:p>
        </w:tc>
      </w:tr>
      <w:tr w:rsidR="004E7A41" w:rsidRPr="0055279D" w:rsidTr="00227381">
        <w:trPr>
          <w:trHeight w:val="85"/>
          <w:jc w:val="center"/>
        </w:trPr>
        <w:tc>
          <w:tcPr>
            <w:tcW w:w="2279" w:type="dxa"/>
            <w:tcBorders>
              <w:top w:val="single" w:sz="2" w:space="0" w:color="000000"/>
              <w:left w:val="nil"/>
              <w:bottom w:val="single" w:sz="2" w:space="0" w:color="000000"/>
              <w:right w:val="single" w:sz="2" w:space="0" w:color="000000"/>
            </w:tcBorders>
            <w:tcMar>
              <w:top w:w="28" w:type="dxa"/>
              <w:left w:w="102" w:type="dxa"/>
              <w:bottom w:w="28" w:type="dxa"/>
              <w:right w:w="102" w:type="dxa"/>
            </w:tcMar>
            <w:vAlign w:val="center"/>
            <w:hideMark/>
          </w:tcPr>
          <w:p w:rsidR="004E7A41" w:rsidRPr="001943C9" w:rsidRDefault="004E7A41" w:rsidP="00505788">
            <w:pPr>
              <w:widowControl w:val="0"/>
              <w:autoSpaceDE w:val="0"/>
              <w:autoSpaceDN w:val="0"/>
              <w:spacing w:line="230" w:lineRule="exact"/>
              <w:jc w:val="center"/>
              <w:textAlignment w:val="baseline"/>
              <w:rPr>
                <w:rFonts w:cs="굴림"/>
                <w:color w:val="000000"/>
                <w:sz w:val="22"/>
                <w:lang w:eastAsia="ko-KR"/>
              </w:rPr>
            </w:pPr>
            <w:r w:rsidRPr="001943C9">
              <w:rPr>
                <w:rFonts w:cs="굴림" w:hint="eastAsia"/>
                <w:color w:val="000000"/>
                <w:spacing w:val="-10"/>
                <w:w w:val="97"/>
                <w:sz w:val="22"/>
                <w:lang w:eastAsia="ko-KR"/>
              </w:rPr>
              <w:t>멕시코</w:t>
            </w:r>
          </w:p>
        </w:tc>
        <w:tc>
          <w:tcPr>
            <w:tcW w:w="3078"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4E7A41" w:rsidRPr="001943C9" w:rsidRDefault="004E7A41" w:rsidP="00505788">
            <w:pPr>
              <w:widowControl w:val="0"/>
              <w:autoSpaceDE w:val="0"/>
              <w:autoSpaceDN w:val="0"/>
              <w:spacing w:line="230" w:lineRule="exact"/>
              <w:jc w:val="center"/>
              <w:textAlignment w:val="baseline"/>
              <w:rPr>
                <w:rFonts w:cs="굴림"/>
                <w:color w:val="000000"/>
                <w:sz w:val="22"/>
                <w:lang w:eastAsia="ko-KR"/>
              </w:rPr>
            </w:pPr>
            <w:r w:rsidRPr="001943C9">
              <w:rPr>
                <w:rFonts w:cs="굴림" w:hint="eastAsia"/>
                <w:color w:val="000000"/>
                <w:spacing w:val="-10"/>
                <w:w w:val="97"/>
                <w:sz w:val="22"/>
                <w:lang w:eastAsia="ko-KR"/>
              </w:rPr>
              <w:t>멕시코 페소 (MXN)</w:t>
            </w:r>
          </w:p>
        </w:tc>
        <w:tc>
          <w:tcPr>
            <w:tcW w:w="1856" w:type="dxa"/>
            <w:tcBorders>
              <w:top w:val="single" w:sz="2" w:space="0" w:color="000000"/>
              <w:left w:val="single" w:sz="4" w:space="0" w:color="000000"/>
              <w:bottom w:val="single" w:sz="2" w:space="0" w:color="000000"/>
              <w:right w:val="single" w:sz="4" w:space="0" w:color="000000"/>
            </w:tcBorders>
            <w:tcMar>
              <w:top w:w="28" w:type="dxa"/>
              <w:left w:w="102" w:type="dxa"/>
              <w:bottom w:w="28" w:type="dxa"/>
              <w:right w:w="102" w:type="dxa"/>
            </w:tcMar>
            <w:vAlign w:val="center"/>
            <w:hideMark/>
          </w:tcPr>
          <w:p w:rsidR="004E7A41" w:rsidRPr="001943C9" w:rsidRDefault="004E7A41" w:rsidP="00505788">
            <w:pPr>
              <w:widowControl w:val="0"/>
              <w:autoSpaceDE w:val="0"/>
              <w:autoSpaceDN w:val="0"/>
              <w:spacing w:line="230" w:lineRule="exact"/>
              <w:jc w:val="center"/>
              <w:textAlignment w:val="baseline"/>
              <w:rPr>
                <w:rFonts w:cs="굴림"/>
                <w:color w:val="000000"/>
                <w:sz w:val="22"/>
                <w:lang w:eastAsia="ko-KR"/>
              </w:rPr>
            </w:pPr>
            <w:r w:rsidRPr="001943C9">
              <w:rPr>
                <w:rFonts w:cs="굴림" w:hint="eastAsia"/>
                <w:color w:val="000000"/>
                <w:spacing w:val="-10"/>
                <w:w w:val="97"/>
                <w:sz w:val="22"/>
                <w:lang w:eastAsia="ko-KR"/>
              </w:rPr>
              <w:t>74.79</w:t>
            </w:r>
          </w:p>
        </w:tc>
        <w:tc>
          <w:tcPr>
            <w:tcW w:w="2001" w:type="dxa"/>
            <w:tcBorders>
              <w:top w:val="single" w:sz="2" w:space="0" w:color="000000"/>
              <w:left w:val="single" w:sz="4" w:space="0" w:color="000000"/>
              <w:bottom w:val="single" w:sz="2" w:space="0" w:color="000000"/>
              <w:right w:val="nil"/>
            </w:tcBorders>
            <w:tcMar>
              <w:top w:w="28" w:type="dxa"/>
              <w:left w:w="102" w:type="dxa"/>
              <w:bottom w:w="28" w:type="dxa"/>
              <w:right w:w="102" w:type="dxa"/>
            </w:tcMar>
            <w:vAlign w:val="center"/>
            <w:hideMark/>
          </w:tcPr>
          <w:p w:rsidR="004E7A41" w:rsidRPr="001943C9" w:rsidRDefault="004E7A41" w:rsidP="00505788">
            <w:pPr>
              <w:widowControl w:val="0"/>
              <w:autoSpaceDE w:val="0"/>
              <w:autoSpaceDN w:val="0"/>
              <w:spacing w:line="230" w:lineRule="exact"/>
              <w:jc w:val="center"/>
              <w:textAlignment w:val="baseline"/>
              <w:rPr>
                <w:rFonts w:cs="굴림"/>
                <w:color w:val="000000"/>
                <w:sz w:val="22"/>
                <w:lang w:eastAsia="ko-KR"/>
              </w:rPr>
            </w:pPr>
            <w:r w:rsidRPr="001943C9">
              <w:rPr>
                <w:rFonts w:cs="굴림" w:hint="eastAsia"/>
                <w:color w:val="000000"/>
                <w:spacing w:val="-10"/>
                <w:w w:val="97"/>
                <w:sz w:val="22"/>
                <w:lang w:eastAsia="ko-KR"/>
              </w:rPr>
              <w:t>74.2</w:t>
            </w:r>
          </w:p>
        </w:tc>
      </w:tr>
      <w:tr w:rsidR="004E7A41" w:rsidRPr="0055279D" w:rsidTr="00227381">
        <w:trPr>
          <w:trHeight w:val="85"/>
          <w:jc w:val="center"/>
        </w:trPr>
        <w:tc>
          <w:tcPr>
            <w:tcW w:w="2279" w:type="dxa"/>
            <w:tcBorders>
              <w:top w:val="single" w:sz="2" w:space="0" w:color="000000"/>
              <w:left w:val="nil"/>
              <w:bottom w:val="single" w:sz="2" w:space="0" w:color="000000"/>
              <w:right w:val="single" w:sz="2" w:space="0" w:color="000000"/>
            </w:tcBorders>
            <w:tcMar>
              <w:top w:w="28" w:type="dxa"/>
              <w:left w:w="102" w:type="dxa"/>
              <w:bottom w:w="28" w:type="dxa"/>
              <w:right w:w="102" w:type="dxa"/>
            </w:tcMar>
            <w:vAlign w:val="center"/>
            <w:hideMark/>
          </w:tcPr>
          <w:p w:rsidR="004E7A41" w:rsidRPr="001943C9" w:rsidRDefault="004E7A41" w:rsidP="00505788">
            <w:pPr>
              <w:widowControl w:val="0"/>
              <w:autoSpaceDE w:val="0"/>
              <w:autoSpaceDN w:val="0"/>
              <w:spacing w:line="230" w:lineRule="exact"/>
              <w:jc w:val="center"/>
              <w:textAlignment w:val="baseline"/>
              <w:rPr>
                <w:rFonts w:cs="굴림"/>
                <w:color w:val="000000"/>
                <w:sz w:val="22"/>
                <w:lang w:eastAsia="ko-KR"/>
              </w:rPr>
            </w:pPr>
            <w:r w:rsidRPr="001943C9">
              <w:rPr>
                <w:rFonts w:cs="굴림" w:hint="eastAsia"/>
                <w:color w:val="000000"/>
                <w:spacing w:val="-10"/>
                <w:w w:val="97"/>
                <w:sz w:val="22"/>
                <w:lang w:eastAsia="ko-KR"/>
              </w:rPr>
              <w:t>브라질</w:t>
            </w:r>
          </w:p>
        </w:tc>
        <w:tc>
          <w:tcPr>
            <w:tcW w:w="3078"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4E7A41" w:rsidRPr="001943C9" w:rsidRDefault="004E7A41" w:rsidP="00505788">
            <w:pPr>
              <w:widowControl w:val="0"/>
              <w:autoSpaceDE w:val="0"/>
              <w:autoSpaceDN w:val="0"/>
              <w:spacing w:line="230" w:lineRule="exact"/>
              <w:jc w:val="center"/>
              <w:textAlignment w:val="baseline"/>
              <w:rPr>
                <w:rFonts w:cs="굴림"/>
                <w:color w:val="000000"/>
                <w:sz w:val="22"/>
                <w:lang w:eastAsia="ko-KR"/>
              </w:rPr>
            </w:pPr>
            <w:proofErr w:type="spellStart"/>
            <w:r w:rsidRPr="001943C9">
              <w:rPr>
                <w:rFonts w:cs="굴림" w:hint="eastAsia"/>
                <w:color w:val="000000"/>
                <w:spacing w:val="-10"/>
                <w:w w:val="97"/>
                <w:sz w:val="22"/>
                <w:lang w:eastAsia="ko-KR"/>
              </w:rPr>
              <w:t>헤알</w:t>
            </w:r>
            <w:proofErr w:type="spellEnd"/>
            <w:r w:rsidRPr="001943C9">
              <w:rPr>
                <w:rFonts w:cs="굴림" w:hint="eastAsia"/>
                <w:color w:val="000000"/>
                <w:spacing w:val="-10"/>
                <w:w w:val="97"/>
                <w:sz w:val="22"/>
                <w:lang w:eastAsia="ko-KR"/>
              </w:rPr>
              <w:t xml:space="preserve"> (BRL)</w:t>
            </w:r>
          </w:p>
        </w:tc>
        <w:tc>
          <w:tcPr>
            <w:tcW w:w="1856" w:type="dxa"/>
            <w:tcBorders>
              <w:top w:val="single" w:sz="2" w:space="0" w:color="000000"/>
              <w:left w:val="single" w:sz="4" w:space="0" w:color="000000"/>
              <w:bottom w:val="single" w:sz="2" w:space="0" w:color="000000"/>
              <w:right w:val="single" w:sz="4" w:space="0" w:color="000000"/>
            </w:tcBorders>
            <w:tcMar>
              <w:top w:w="28" w:type="dxa"/>
              <w:left w:w="102" w:type="dxa"/>
              <w:bottom w:w="28" w:type="dxa"/>
              <w:right w:w="102" w:type="dxa"/>
            </w:tcMar>
            <w:vAlign w:val="center"/>
            <w:hideMark/>
          </w:tcPr>
          <w:p w:rsidR="004E7A41" w:rsidRPr="001943C9" w:rsidRDefault="004E7A41" w:rsidP="00505788">
            <w:pPr>
              <w:widowControl w:val="0"/>
              <w:autoSpaceDE w:val="0"/>
              <w:autoSpaceDN w:val="0"/>
              <w:spacing w:line="230" w:lineRule="exact"/>
              <w:jc w:val="center"/>
              <w:textAlignment w:val="baseline"/>
              <w:rPr>
                <w:rFonts w:cs="굴림"/>
                <w:color w:val="000000"/>
                <w:sz w:val="22"/>
                <w:lang w:eastAsia="ko-KR"/>
              </w:rPr>
            </w:pPr>
            <w:r w:rsidRPr="001943C9">
              <w:rPr>
                <w:rFonts w:cs="굴림" w:hint="eastAsia"/>
                <w:color w:val="000000"/>
                <w:spacing w:val="-10"/>
                <w:w w:val="97"/>
                <w:sz w:val="22"/>
                <w:lang w:eastAsia="ko-KR"/>
              </w:rPr>
              <w:t>253.77</w:t>
            </w:r>
          </w:p>
        </w:tc>
        <w:tc>
          <w:tcPr>
            <w:tcW w:w="2001" w:type="dxa"/>
            <w:tcBorders>
              <w:top w:val="single" w:sz="2" w:space="0" w:color="000000"/>
              <w:left w:val="single" w:sz="4" w:space="0" w:color="000000"/>
              <w:bottom w:val="single" w:sz="2" w:space="0" w:color="000000"/>
              <w:right w:val="nil"/>
            </w:tcBorders>
            <w:tcMar>
              <w:top w:w="28" w:type="dxa"/>
              <w:left w:w="102" w:type="dxa"/>
              <w:bottom w:w="28" w:type="dxa"/>
              <w:right w:w="102" w:type="dxa"/>
            </w:tcMar>
            <w:vAlign w:val="center"/>
            <w:hideMark/>
          </w:tcPr>
          <w:p w:rsidR="004E7A41" w:rsidRPr="001943C9" w:rsidRDefault="004E7A41" w:rsidP="00505788">
            <w:pPr>
              <w:widowControl w:val="0"/>
              <w:autoSpaceDE w:val="0"/>
              <w:autoSpaceDN w:val="0"/>
              <w:spacing w:line="230" w:lineRule="exact"/>
              <w:jc w:val="center"/>
              <w:textAlignment w:val="baseline"/>
              <w:rPr>
                <w:rFonts w:cs="굴림"/>
                <w:color w:val="000000"/>
                <w:sz w:val="22"/>
                <w:lang w:eastAsia="ko-KR"/>
              </w:rPr>
            </w:pPr>
            <w:r w:rsidRPr="001943C9">
              <w:rPr>
                <w:rFonts w:cs="굴림" w:hint="eastAsia"/>
                <w:color w:val="000000"/>
                <w:spacing w:val="-10"/>
                <w:w w:val="97"/>
                <w:sz w:val="22"/>
                <w:lang w:eastAsia="ko-KR"/>
              </w:rPr>
              <w:t>254.77</w:t>
            </w:r>
          </w:p>
        </w:tc>
      </w:tr>
      <w:tr w:rsidR="004E7A41" w:rsidRPr="0055279D" w:rsidTr="00227381">
        <w:trPr>
          <w:trHeight w:val="85"/>
          <w:jc w:val="center"/>
        </w:trPr>
        <w:tc>
          <w:tcPr>
            <w:tcW w:w="2279" w:type="dxa"/>
            <w:tcBorders>
              <w:top w:val="single" w:sz="2" w:space="0" w:color="000000"/>
              <w:left w:val="nil"/>
              <w:bottom w:val="single" w:sz="2" w:space="0" w:color="000000"/>
              <w:right w:val="single" w:sz="2" w:space="0" w:color="000000"/>
            </w:tcBorders>
            <w:tcMar>
              <w:top w:w="28" w:type="dxa"/>
              <w:left w:w="102" w:type="dxa"/>
              <w:bottom w:w="28" w:type="dxa"/>
              <w:right w:w="102" w:type="dxa"/>
            </w:tcMar>
            <w:vAlign w:val="center"/>
            <w:hideMark/>
          </w:tcPr>
          <w:p w:rsidR="004E7A41" w:rsidRPr="001943C9" w:rsidRDefault="004E7A41" w:rsidP="00505788">
            <w:pPr>
              <w:widowControl w:val="0"/>
              <w:autoSpaceDE w:val="0"/>
              <w:autoSpaceDN w:val="0"/>
              <w:spacing w:line="230" w:lineRule="exact"/>
              <w:jc w:val="center"/>
              <w:textAlignment w:val="baseline"/>
              <w:rPr>
                <w:rFonts w:cs="굴림"/>
                <w:color w:val="000000"/>
                <w:sz w:val="22"/>
                <w:lang w:eastAsia="ko-KR"/>
              </w:rPr>
            </w:pPr>
            <w:r w:rsidRPr="001943C9">
              <w:rPr>
                <w:rFonts w:cs="굴림" w:hint="eastAsia"/>
                <w:color w:val="000000"/>
                <w:spacing w:val="-10"/>
                <w:w w:val="97"/>
                <w:sz w:val="22"/>
                <w:lang w:eastAsia="ko-KR"/>
              </w:rPr>
              <w:t>아르헨티나</w:t>
            </w:r>
          </w:p>
        </w:tc>
        <w:tc>
          <w:tcPr>
            <w:tcW w:w="3078"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4E7A41" w:rsidRPr="001943C9" w:rsidRDefault="004E7A41" w:rsidP="00505788">
            <w:pPr>
              <w:widowControl w:val="0"/>
              <w:autoSpaceDE w:val="0"/>
              <w:autoSpaceDN w:val="0"/>
              <w:spacing w:line="230" w:lineRule="exact"/>
              <w:jc w:val="center"/>
              <w:textAlignment w:val="baseline"/>
              <w:rPr>
                <w:rFonts w:cs="굴림"/>
                <w:color w:val="000000"/>
                <w:sz w:val="22"/>
                <w:lang w:eastAsia="ko-KR"/>
              </w:rPr>
            </w:pPr>
            <w:r w:rsidRPr="001943C9">
              <w:rPr>
                <w:rFonts w:cs="굴림" w:hint="eastAsia"/>
                <w:color w:val="000000"/>
                <w:spacing w:val="-10"/>
                <w:w w:val="97"/>
                <w:sz w:val="22"/>
                <w:lang w:eastAsia="ko-KR"/>
              </w:rPr>
              <w:t>아르헨티나페소 (ARS)</w:t>
            </w:r>
          </w:p>
        </w:tc>
        <w:tc>
          <w:tcPr>
            <w:tcW w:w="1856" w:type="dxa"/>
            <w:tcBorders>
              <w:top w:val="single" w:sz="2" w:space="0" w:color="000000"/>
              <w:left w:val="single" w:sz="4" w:space="0" w:color="000000"/>
              <w:bottom w:val="single" w:sz="2" w:space="0" w:color="000000"/>
              <w:right w:val="single" w:sz="4" w:space="0" w:color="000000"/>
            </w:tcBorders>
            <w:tcMar>
              <w:top w:w="28" w:type="dxa"/>
              <w:left w:w="102" w:type="dxa"/>
              <w:bottom w:w="28" w:type="dxa"/>
              <w:right w:w="102" w:type="dxa"/>
            </w:tcMar>
            <w:vAlign w:val="center"/>
            <w:hideMark/>
          </w:tcPr>
          <w:p w:rsidR="004E7A41" w:rsidRPr="001943C9" w:rsidRDefault="004E7A41" w:rsidP="00505788">
            <w:pPr>
              <w:widowControl w:val="0"/>
              <w:autoSpaceDE w:val="0"/>
              <w:autoSpaceDN w:val="0"/>
              <w:spacing w:line="230" w:lineRule="exact"/>
              <w:jc w:val="center"/>
              <w:textAlignment w:val="baseline"/>
              <w:rPr>
                <w:rFonts w:cs="굴림"/>
                <w:color w:val="000000"/>
                <w:sz w:val="22"/>
                <w:lang w:eastAsia="ko-KR"/>
              </w:rPr>
            </w:pPr>
            <w:r w:rsidRPr="001943C9">
              <w:rPr>
                <w:rFonts w:cs="굴림" w:hint="eastAsia"/>
                <w:color w:val="000000"/>
                <w:spacing w:val="-10"/>
                <w:w w:val="97"/>
                <w:sz w:val="22"/>
                <w:lang w:eastAsia="ko-KR"/>
              </w:rPr>
              <w:t>1.5</w:t>
            </w:r>
          </w:p>
        </w:tc>
        <w:tc>
          <w:tcPr>
            <w:tcW w:w="2001" w:type="dxa"/>
            <w:tcBorders>
              <w:top w:val="single" w:sz="2" w:space="0" w:color="000000"/>
              <w:left w:val="single" w:sz="4" w:space="0" w:color="000000"/>
              <w:bottom w:val="single" w:sz="2" w:space="0" w:color="000000"/>
              <w:right w:val="nil"/>
            </w:tcBorders>
            <w:tcMar>
              <w:top w:w="28" w:type="dxa"/>
              <w:left w:w="102" w:type="dxa"/>
              <w:bottom w:w="28" w:type="dxa"/>
              <w:right w:w="102" w:type="dxa"/>
            </w:tcMar>
            <w:vAlign w:val="center"/>
            <w:hideMark/>
          </w:tcPr>
          <w:p w:rsidR="004E7A41" w:rsidRPr="001943C9" w:rsidRDefault="004E7A41" w:rsidP="00505788">
            <w:pPr>
              <w:widowControl w:val="0"/>
              <w:autoSpaceDE w:val="0"/>
              <w:autoSpaceDN w:val="0"/>
              <w:spacing w:line="230" w:lineRule="exact"/>
              <w:jc w:val="center"/>
              <w:textAlignment w:val="baseline"/>
              <w:rPr>
                <w:rFonts w:cs="굴림"/>
                <w:color w:val="000000"/>
                <w:sz w:val="22"/>
                <w:lang w:eastAsia="ko-KR"/>
              </w:rPr>
            </w:pPr>
            <w:r w:rsidRPr="001943C9">
              <w:rPr>
                <w:rFonts w:cs="굴림" w:hint="eastAsia"/>
                <w:color w:val="000000"/>
                <w:spacing w:val="-10"/>
                <w:w w:val="97"/>
                <w:sz w:val="22"/>
                <w:lang w:eastAsia="ko-KR"/>
              </w:rPr>
              <w:t>1.16</w:t>
            </w:r>
          </w:p>
        </w:tc>
      </w:tr>
      <w:tr w:rsidR="004E7A41" w:rsidRPr="0055279D" w:rsidTr="00227381">
        <w:trPr>
          <w:trHeight w:val="85"/>
          <w:jc w:val="center"/>
        </w:trPr>
        <w:tc>
          <w:tcPr>
            <w:tcW w:w="2279" w:type="dxa"/>
            <w:tcBorders>
              <w:top w:val="single" w:sz="2" w:space="0" w:color="000000"/>
              <w:left w:val="nil"/>
              <w:bottom w:val="single" w:sz="2" w:space="0" w:color="000000"/>
              <w:right w:val="single" w:sz="2" w:space="0" w:color="000000"/>
            </w:tcBorders>
            <w:tcMar>
              <w:top w:w="28" w:type="dxa"/>
              <w:left w:w="102" w:type="dxa"/>
              <w:bottom w:w="28" w:type="dxa"/>
              <w:right w:w="102" w:type="dxa"/>
            </w:tcMar>
            <w:vAlign w:val="center"/>
            <w:hideMark/>
          </w:tcPr>
          <w:p w:rsidR="004E7A41" w:rsidRPr="001943C9" w:rsidRDefault="004E7A41" w:rsidP="00505788">
            <w:pPr>
              <w:widowControl w:val="0"/>
              <w:autoSpaceDE w:val="0"/>
              <w:autoSpaceDN w:val="0"/>
              <w:spacing w:line="230" w:lineRule="exact"/>
              <w:jc w:val="center"/>
              <w:textAlignment w:val="baseline"/>
              <w:rPr>
                <w:rFonts w:cs="굴림"/>
                <w:color w:val="000000"/>
                <w:sz w:val="22"/>
                <w:lang w:eastAsia="ko-KR"/>
              </w:rPr>
            </w:pPr>
            <w:r w:rsidRPr="001943C9">
              <w:rPr>
                <w:rFonts w:cs="굴림" w:hint="eastAsia"/>
                <w:color w:val="000000"/>
                <w:spacing w:val="-10"/>
                <w:w w:val="97"/>
                <w:sz w:val="22"/>
                <w:lang w:eastAsia="ko-KR"/>
              </w:rPr>
              <w:t>스웨덴</w:t>
            </w:r>
          </w:p>
        </w:tc>
        <w:tc>
          <w:tcPr>
            <w:tcW w:w="3078"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4E7A41" w:rsidRPr="001943C9" w:rsidRDefault="004E7A41" w:rsidP="00505788">
            <w:pPr>
              <w:widowControl w:val="0"/>
              <w:autoSpaceDE w:val="0"/>
              <w:autoSpaceDN w:val="0"/>
              <w:spacing w:line="230" w:lineRule="exact"/>
              <w:jc w:val="center"/>
              <w:textAlignment w:val="baseline"/>
              <w:rPr>
                <w:rFonts w:cs="굴림"/>
                <w:color w:val="000000"/>
                <w:sz w:val="22"/>
                <w:lang w:eastAsia="ko-KR"/>
              </w:rPr>
            </w:pPr>
            <w:proofErr w:type="spellStart"/>
            <w:r w:rsidRPr="001943C9">
              <w:rPr>
                <w:rFonts w:cs="굴림" w:hint="eastAsia"/>
                <w:color w:val="000000"/>
                <w:spacing w:val="-10"/>
                <w:w w:val="97"/>
                <w:sz w:val="22"/>
                <w:lang w:eastAsia="ko-KR"/>
              </w:rPr>
              <w:t>크로나</w:t>
            </w:r>
            <w:proofErr w:type="spellEnd"/>
            <w:r w:rsidRPr="001943C9">
              <w:rPr>
                <w:rFonts w:cs="굴림" w:hint="eastAsia"/>
                <w:color w:val="000000"/>
                <w:spacing w:val="-10"/>
                <w:w w:val="97"/>
                <w:sz w:val="22"/>
                <w:lang w:eastAsia="ko-KR"/>
              </w:rPr>
              <w:t xml:space="preserve"> (SEK)</w:t>
            </w:r>
          </w:p>
        </w:tc>
        <w:tc>
          <w:tcPr>
            <w:tcW w:w="1856" w:type="dxa"/>
            <w:tcBorders>
              <w:top w:val="single" w:sz="2" w:space="0" w:color="000000"/>
              <w:left w:val="single" w:sz="4" w:space="0" w:color="000000"/>
              <w:bottom w:val="single" w:sz="2" w:space="0" w:color="000000"/>
              <w:right w:val="single" w:sz="4" w:space="0" w:color="000000"/>
            </w:tcBorders>
            <w:tcMar>
              <w:top w:w="28" w:type="dxa"/>
              <w:left w:w="102" w:type="dxa"/>
              <w:bottom w:w="28" w:type="dxa"/>
              <w:right w:w="102" w:type="dxa"/>
            </w:tcMar>
            <w:vAlign w:val="center"/>
            <w:hideMark/>
          </w:tcPr>
          <w:p w:rsidR="004E7A41" w:rsidRPr="001943C9" w:rsidRDefault="004E7A41" w:rsidP="00505788">
            <w:pPr>
              <w:widowControl w:val="0"/>
              <w:autoSpaceDE w:val="0"/>
              <w:autoSpaceDN w:val="0"/>
              <w:spacing w:line="230" w:lineRule="exact"/>
              <w:jc w:val="center"/>
              <w:textAlignment w:val="baseline"/>
              <w:rPr>
                <w:rFonts w:cs="굴림"/>
                <w:color w:val="000000"/>
                <w:sz w:val="22"/>
                <w:lang w:eastAsia="ko-KR"/>
              </w:rPr>
            </w:pPr>
            <w:r w:rsidRPr="001943C9">
              <w:rPr>
                <w:rFonts w:cs="굴림" w:hint="eastAsia"/>
                <w:color w:val="000000"/>
                <w:spacing w:val="-10"/>
                <w:w w:val="97"/>
                <w:sz w:val="22"/>
                <w:lang w:eastAsia="ko-KR"/>
              </w:rPr>
              <w:t>128.98</w:t>
            </w:r>
          </w:p>
        </w:tc>
        <w:tc>
          <w:tcPr>
            <w:tcW w:w="2001" w:type="dxa"/>
            <w:tcBorders>
              <w:top w:val="single" w:sz="2" w:space="0" w:color="000000"/>
              <w:left w:val="single" w:sz="4" w:space="0" w:color="000000"/>
              <w:bottom w:val="single" w:sz="2" w:space="0" w:color="000000"/>
              <w:right w:val="nil"/>
            </w:tcBorders>
            <w:tcMar>
              <w:top w:w="28" w:type="dxa"/>
              <w:left w:w="102" w:type="dxa"/>
              <w:bottom w:w="28" w:type="dxa"/>
              <w:right w:w="102" w:type="dxa"/>
            </w:tcMar>
            <w:vAlign w:val="center"/>
            <w:hideMark/>
          </w:tcPr>
          <w:p w:rsidR="004E7A41" w:rsidRPr="001943C9" w:rsidRDefault="004E7A41" w:rsidP="00505788">
            <w:pPr>
              <w:widowControl w:val="0"/>
              <w:autoSpaceDE w:val="0"/>
              <w:autoSpaceDN w:val="0"/>
              <w:spacing w:line="230" w:lineRule="exact"/>
              <w:jc w:val="center"/>
              <w:textAlignment w:val="baseline"/>
              <w:rPr>
                <w:rFonts w:cs="굴림"/>
                <w:color w:val="000000"/>
                <w:sz w:val="22"/>
                <w:lang w:eastAsia="ko-KR"/>
              </w:rPr>
            </w:pPr>
            <w:r w:rsidRPr="001943C9">
              <w:rPr>
                <w:rFonts w:cs="굴림" w:hint="eastAsia"/>
                <w:color w:val="000000"/>
                <w:spacing w:val="-10"/>
                <w:w w:val="97"/>
                <w:sz w:val="22"/>
                <w:lang w:eastAsia="ko-KR"/>
              </w:rPr>
              <w:t>145.39</w:t>
            </w:r>
          </w:p>
        </w:tc>
      </w:tr>
      <w:tr w:rsidR="004E7A41" w:rsidRPr="0055279D" w:rsidTr="00227381">
        <w:trPr>
          <w:trHeight w:val="85"/>
          <w:jc w:val="center"/>
        </w:trPr>
        <w:tc>
          <w:tcPr>
            <w:tcW w:w="2279" w:type="dxa"/>
            <w:tcBorders>
              <w:top w:val="single" w:sz="2" w:space="0" w:color="000000"/>
              <w:left w:val="nil"/>
              <w:bottom w:val="single" w:sz="2" w:space="0" w:color="000000"/>
              <w:right w:val="single" w:sz="2" w:space="0" w:color="000000"/>
            </w:tcBorders>
            <w:tcMar>
              <w:top w:w="28" w:type="dxa"/>
              <w:left w:w="102" w:type="dxa"/>
              <w:bottom w:w="28" w:type="dxa"/>
              <w:right w:w="102" w:type="dxa"/>
            </w:tcMar>
            <w:vAlign w:val="center"/>
            <w:hideMark/>
          </w:tcPr>
          <w:p w:rsidR="004E7A41" w:rsidRPr="001943C9" w:rsidRDefault="004E7A41" w:rsidP="00505788">
            <w:pPr>
              <w:widowControl w:val="0"/>
              <w:autoSpaceDE w:val="0"/>
              <w:autoSpaceDN w:val="0"/>
              <w:spacing w:line="230" w:lineRule="exact"/>
              <w:jc w:val="center"/>
              <w:textAlignment w:val="baseline"/>
              <w:rPr>
                <w:rFonts w:cs="굴림"/>
                <w:color w:val="000000"/>
                <w:sz w:val="22"/>
                <w:lang w:eastAsia="ko-KR"/>
              </w:rPr>
            </w:pPr>
            <w:r w:rsidRPr="001943C9">
              <w:rPr>
                <w:rFonts w:cs="굴림" w:hint="eastAsia"/>
                <w:color w:val="000000"/>
                <w:spacing w:val="-10"/>
                <w:w w:val="97"/>
                <w:sz w:val="22"/>
                <w:lang w:eastAsia="ko-KR"/>
              </w:rPr>
              <w:t>덴마크</w:t>
            </w:r>
          </w:p>
        </w:tc>
        <w:tc>
          <w:tcPr>
            <w:tcW w:w="3078"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4E7A41" w:rsidRPr="001943C9" w:rsidRDefault="004E7A41" w:rsidP="00505788">
            <w:pPr>
              <w:widowControl w:val="0"/>
              <w:autoSpaceDE w:val="0"/>
              <w:autoSpaceDN w:val="0"/>
              <w:spacing w:line="230" w:lineRule="exact"/>
              <w:jc w:val="center"/>
              <w:textAlignment w:val="baseline"/>
              <w:rPr>
                <w:rFonts w:cs="굴림"/>
                <w:color w:val="000000"/>
                <w:sz w:val="22"/>
                <w:lang w:eastAsia="ko-KR"/>
              </w:rPr>
            </w:pPr>
            <w:proofErr w:type="spellStart"/>
            <w:r w:rsidRPr="001943C9">
              <w:rPr>
                <w:rFonts w:cs="굴림" w:hint="eastAsia"/>
                <w:color w:val="000000"/>
                <w:spacing w:val="-10"/>
                <w:w w:val="97"/>
                <w:sz w:val="22"/>
                <w:lang w:eastAsia="ko-KR"/>
              </w:rPr>
              <w:t>크로나</w:t>
            </w:r>
            <w:proofErr w:type="spellEnd"/>
            <w:r w:rsidRPr="001943C9">
              <w:rPr>
                <w:rFonts w:cs="굴림" w:hint="eastAsia"/>
                <w:color w:val="000000"/>
                <w:spacing w:val="-10"/>
                <w:w w:val="97"/>
                <w:sz w:val="22"/>
                <w:lang w:eastAsia="ko-KR"/>
              </w:rPr>
              <w:t xml:space="preserve"> (DKK)</w:t>
            </w:r>
          </w:p>
        </w:tc>
        <w:tc>
          <w:tcPr>
            <w:tcW w:w="1856" w:type="dxa"/>
            <w:tcBorders>
              <w:top w:val="single" w:sz="2" w:space="0" w:color="000000"/>
              <w:left w:val="single" w:sz="4" w:space="0" w:color="000000"/>
              <w:bottom w:val="single" w:sz="2" w:space="0" w:color="000000"/>
              <w:right w:val="single" w:sz="4" w:space="0" w:color="000000"/>
            </w:tcBorders>
            <w:tcMar>
              <w:top w:w="28" w:type="dxa"/>
              <w:left w:w="102" w:type="dxa"/>
              <w:bottom w:w="28" w:type="dxa"/>
              <w:right w:w="102" w:type="dxa"/>
            </w:tcMar>
            <w:vAlign w:val="center"/>
            <w:hideMark/>
          </w:tcPr>
          <w:p w:rsidR="004E7A41" w:rsidRPr="001943C9" w:rsidRDefault="004E7A41" w:rsidP="00505788">
            <w:pPr>
              <w:widowControl w:val="0"/>
              <w:autoSpaceDE w:val="0"/>
              <w:autoSpaceDN w:val="0"/>
              <w:spacing w:line="230" w:lineRule="exact"/>
              <w:jc w:val="center"/>
              <w:textAlignment w:val="baseline"/>
              <w:rPr>
                <w:rFonts w:cs="굴림"/>
                <w:color w:val="000000"/>
                <w:sz w:val="22"/>
                <w:lang w:eastAsia="ko-KR"/>
              </w:rPr>
            </w:pPr>
            <w:r w:rsidRPr="001943C9">
              <w:rPr>
                <w:rFonts w:cs="굴림" w:hint="eastAsia"/>
                <w:color w:val="000000"/>
                <w:spacing w:val="-10"/>
                <w:w w:val="97"/>
                <w:sz w:val="22"/>
                <w:lang w:eastAsia="ko-KR"/>
              </w:rPr>
              <w:t>197.76</w:t>
            </w:r>
          </w:p>
        </w:tc>
        <w:tc>
          <w:tcPr>
            <w:tcW w:w="2001" w:type="dxa"/>
            <w:tcBorders>
              <w:top w:val="single" w:sz="2" w:space="0" w:color="000000"/>
              <w:left w:val="single" w:sz="4" w:space="0" w:color="000000"/>
              <w:bottom w:val="single" w:sz="2" w:space="0" w:color="000000"/>
              <w:right w:val="nil"/>
            </w:tcBorders>
            <w:tcMar>
              <w:top w:w="28" w:type="dxa"/>
              <w:left w:w="102" w:type="dxa"/>
              <w:bottom w:w="28" w:type="dxa"/>
              <w:right w:w="102" w:type="dxa"/>
            </w:tcMar>
            <w:vAlign w:val="center"/>
            <w:hideMark/>
          </w:tcPr>
          <w:p w:rsidR="004E7A41" w:rsidRPr="001943C9" w:rsidRDefault="004E7A41" w:rsidP="00505788">
            <w:pPr>
              <w:widowControl w:val="0"/>
              <w:autoSpaceDE w:val="0"/>
              <w:autoSpaceDN w:val="0"/>
              <w:spacing w:line="230" w:lineRule="exact"/>
              <w:jc w:val="center"/>
              <w:textAlignment w:val="baseline"/>
              <w:rPr>
                <w:rFonts w:cs="굴림"/>
                <w:color w:val="000000"/>
                <w:sz w:val="22"/>
                <w:lang w:eastAsia="ko-KR"/>
              </w:rPr>
            </w:pPr>
            <w:r w:rsidRPr="001943C9">
              <w:rPr>
                <w:rFonts w:cs="굴림" w:hint="eastAsia"/>
                <w:color w:val="000000"/>
                <w:spacing w:val="-10"/>
                <w:w w:val="97"/>
                <w:sz w:val="22"/>
                <w:lang w:eastAsia="ko-KR"/>
              </w:rPr>
              <w:t>215.37</w:t>
            </w:r>
          </w:p>
        </w:tc>
      </w:tr>
      <w:tr w:rsidR="004E7A41" w:rsidRPr="0055279D" w:rsidTr="00227381">
        <w:trPr>
          <w:trHeight w:val="85"/>
          <w:jc w:val="center"/>
        </w:trPr>
        <w:tc>
          <w:tcPr>
            <w:tcW w:w="2279" w:type="dxa"/>
            <w:tcBorders>
              <w:top w:val="single" w:sz="2" w:space="0" w:color="000000"/>
              <w:left w:val="nil"/>
              <w:bottom w:val="single" w:sz="2" w:space="0" w:color="000000"/>
              <w:right w:val="single" w:sz="2" w:space="0" w:color="000000"/>
            </w:tcBorders>
            <w:tcMar>
              <w:top w:w="28" w:type="dxa"/>
              <w:left w:w="102" w:type="dxa"/>
              <w:bottom w:w="28" w:type="dxa"/>
              <w:right w:w="102" w:type="dxa"/>
            </w:tcMar>
            <w:vAlign w:val="center"/>
            <w:hideMark/>
          </w:tcPr>
          <w:p w:rsidR="004E7A41" w:rsidRPr="001943C9" w:rsidRDefault="004E7A41" w:rsidP="00505788">
            <w:pPr>
              <w:widowControl w:val="0"/>
              <w:autoSpaceDE w:val="0"/>
              <w:autoSpaceDN w:val="0"/>
              <w:spacing w:line="230" w:lineRule="exact"/>
              <w:jc w:val="center"/>
              <w:textAlignment w:val="baseline"/>
              <w:rPr>
                <w:rFonts w:cs="굴림"/>
                <w:color w:val="000000"/>
                <w:sz w:val="22"/>
                <w:lang w:eastAsia="ko-KR"/>
              </w:rPr>
            </w:pPr>
            <w:r w:rsidRPr="001943C9">
              <w:rPr>
                <w:rFonts w:cs="굴림" w:hint="eastAsia"/>
                <w:color w:val="000000"/>
                <w:spacing w:val="-10"/>
                <w:w w:val="97"/>
                <w:sz w:val="22"/>
                <w:lang w:eastAsia="ko-KR"/>
              </w:rPr>
              <w:t>노르웨이</w:t>
            </w:r>
          </w:p>
        </w:tc>
        <w:tc>
          <w:tcPr>
            <w:tcW w:w="3078"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4E7A41" w:rsidRPr="001943C9" w:rsidRDefault="004E7A41" w:rsidP="00505788">
            <w:pPr>
              <w:widowControl w:val="0"/>
              <w:autoSpaceDE w:val="0"/>
              <w:autoSpaceDN w:val="0"/>
              <w:spacing w:line="230" w:lineRule="exact"/>
              <w:jc w:val="center"/>
              <w:textAlignment w:val="baseline"/>
              <w:rPr>
                <w:rFonts w:cs="굴림"/>
                <w:color w:val="000000"/>
                <w:sz w:val="22"/>
                <w:lang w:eastAsia="ko-KR"/>
              </w:rPr>
            </w:pPr>
            <w:proofErr w:type="spellStart"/>
            <w:r w:rsidRPr="001943C9">
              <w:rPr>
                <w:rFonts w:cs="굴림" w:hint="eastAsia"/>
                <w:color w:val="000000"/>
                <w:spacing w:val="-10"/>
                <w:w w:val="97"/>
                <w:sz w:val="22"/>
                <w:lang w:eastAsia="ko-KR"/>
              </w:rPr>
              <w:t>노르웨이크로나</w:t>
            </w:r>
            <w:proofErr w:type="spellEnd"/>
            <w:r w:rsidRPr="001943C9">
              <w:rPr>
                <w:rFonts w:cs="굴림" w:hint="eastAsia"/>
                <w:color w:val="000000"/>
                <w:spacing w:val="-10"/>
                <w:w w:val="97"/>
                <w:sz w:val="22"/>
                <w:lang w:eastAsia="ko-KR"/>
              </w:rPr>
              <w:t xml:space="preserve"> (NOK)</w:t>
            </w:r>
          </w:p>
        </w:tc>
        <w:tc>
          <w:tcPr>
            <w:tcW w:w="1856" w:type="dxa"/>
            <w:tcBorders>
              <w:top w:val="single" w:sz="2" w:space="0" w:color="000000"/>
              <w:left w:val="single" w:sz="4" w:space="0" w:color="000000"/>
              <w:bottom w:val="single" w:sz="2" w:space="0" w:color="000000"/>
              <w:right w:val="single" w:sz="4" w:space="0" w:color="000000"/>
            </w:tcBorders>
            <w:tcMar>
              <w:top w:w="28" w:type="dxa"/>
              <w:left w:w="102" w:type="dxa"/>
              <w:bottom w:w="28" w:type="dxa"/>
              <w:right w:w="102" w:type="dxa"/>
            </w:tcMar>
            <w:vAlign w:val="center"/>
            <w:hideMark/>
          </w:tcPr>
          <w:p w:rsidR="004E7A41" w:rsidRPr="001943C9" w:rsidRDefault="004E7A41" w:rsidP="00505788">
            <w:pPr>
              <w:widowControl w:val="0"/>
              <w:autoSpaceDE w:val="0"/>
              <w:autoSpaceDN w:val="0"/>
              <w:spacing w:line="230" w:lineRule="exact"/>
              <w:jc w:val="center"/>
              <w:textAlignment w:val="baseline"/>
              <w:rPr>
                <w:rFonts w:cs="굴림"/>
                <w:color w:val="000000"/>
                <w:sz w:val="22"/>
                <w:lang w:eastAsia="ko-KR"/>
              </w:rPr>
            </w:pPr>
            <w:r w:rsidRPr="001943C9">
              <w:rPr>
                <w:rFonts w:cs="굴림" w:hint="eastAsia"/>
                <w:color w:val="000000"/>
                <w:spacing w:val="-10"/>
                <w:w w:val="97"/>
                <w:sz w:val="22"/>
                <w:lang w:eastAsia="ko-KR"/>
              </w:rPr>
              <w:t>126.85</w:t>
            </w:r>
          </w:p>
        </w:tc>
        <w:tc>
          <w:tcPr>
            <w:tcW w:w="2001" w:type="dxa"/>
            <w:tcBorders>
              <w:top w:val="single" w:sz="2" w:space="0" w:color="000000"/>
              <w:left w:val="single" w:sz="4" w:space="0" w:color="000000"/>
              <w:bottom w:val="single" w:sz="2" w:space="0" w:color="000000"/>
              <w:right w:val="nil"/>
            </w:tcBorders>
            <w:tcMar>
              <w:top w:w="28" w:type="dxa"/>
              <w:left w:w="102" w:type="dxa"/>
              <w:bottom w:w="28" w:type="dxa"/>
              <w:right w:w="102" w:type="dxa"/>
            </w:tcMar>
            <w:vAlign w:val="center"/>
            <w:hideMark/>
          </w:tcPr>
          <w:p w:rsidR="004E7A41" w:rsidRPr="001943C9" w:rsidRDefault="004E7A41" w:rsidP="00505788">
            <w:pPr>
              <w:widowControl w:val="0"/>
              <w:autoSpaceDE w:val="0"/>
              <w:autoSpaceDN w:val="0"/>
              <w:spacing w:line="230" w:lineRule="exact"/>
              <w:jc w:val="center"/>
              <w:textAlignment w:val="baseline"/>
              <w:rPr>
                <w:rFonts w:cs="굴림"/>
                <w:color w:val="000000"/>
                <w:sz w:val="22"/>
                <w:lang w:eastAsia="ko-KR"/>
              </w:rPr>
            </w:pPr>
            <w:r w:rsidRPr="001943C9">
              <w:rPr>
                <w:rFonts w:cs="굴림" w:hint="eastAsia"/>
                <w:color w:val="000000"/>
                <w:spacing w:val="-10"/>
                <w:w w:val="97"/>
                <w:sz w:val="22"/>
                <w:lang w:eastAsia="ko-KR"/>
              </w:rPr>
              <w:t>137.15</w:t>
            </w:r>
          </w:p>
        </w:tc>
      </w:tr>
      <w:tr w:rsidR="004E7A41" w:rsidRPr="0055279D" w:rsidTr="00227381">
        <w:trPr>
          <w:trHeight w:val="85"/>
          <w:jc w:val="center"/>
        </w:trPr>
        <w:tc>
          <w:tcPr>
            <w:tcW w:w="2279" w:type="dxa"/>
            <w:tcBorders>
              <w:top w:val="single" w:sz="2" w:space="0" w:color="000000"/>
              <w:left w:val="nil"/>
              <w:bottom w:val="single" w:sz="2" w:space="0" w:color="000000"/>
              <w:right w:val="single" w:sz="2" w:space="0" w:color="000000"/>
            </w:tcBorders>
            <w:tcMar>
              <w:top w:w="28" w:type="dxa"/>
              <w:left w:w="102" w:type="dxa"/>
              <w:bottom w:w="28" w:type="dxa"/>
              <w:right w:w="102" w:type="dxa"/>
            </w:tcMar>
            <w:vAlign w:val="center"/>
            <w:hideMark/>
          </w:tcPr>
          <w:p w:rsidR="004E7A41" w:rsidRPr="001943C9" w:rsidRDefault="004E7A41" w:rsidP="00505788">
            <w:pPr>
              <w:widowControl w:val="0"/>
              <w:autoSpaceDE w:val="0"/>
              <w:autoSpaceDN w:val="0"/>
              <w:spacing w:line="230" w:lineRule="exact"/>
              <w:jc w:val="center"/>
              <w:textAlignment w:val="baseline"/>
              <w:rPr>
                <w:rFonts w:cs="굴림"/>
                <w:color w:val="000000"/>
                <w:sz w:val="22"/>
                <w:lang w:eastAsia="ko-KR"/>
              </w:rPr>
            </w:pPr>
            <w:r w:rsidRPr="001943C9">
              <w:rPr>
                <w:rFonts w:cs="굴림" w:hint="eastAsia"/>
                <w:color w:val="000000"/>
                <w:spacing w:val="-10"/>
                <w:w w:val="97"/>
                <w:sz w:val="22"/>
                <w:lang w:eastAsia="ko-KR"/>
              </w:rPr>
              <w:t>러시아</w:t>
            </w:r>
          </w:p>
        </w:tc>
        <w:tc>
          <w:tcPr>
            <w:tcW w:w="3078"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4E7A41" w:rsidRPr="001943C9" w:rsidRDefault="004E7A41" w:rsidP="00505788">
            <w:pPr>
              <w:widowControl w:val="0"/>
              <w:autoSpaceDE w:val="0"/>
              <w:autoSpaceDN w:val="0"/>
              <w:spacing w:line="230" w:lineRule="exact"/>
              <w:jc w:val="center"/>
              <w:textAlignment w:val="baseline"/>
              <w:rPr>
                <w:rFonts w:cs="굴림"/>
                <w:color w:val="000000"/>
                <w:sz w:val="22"/>
                <w:lang w:eastAsia="ko-KR"/>
              </w:rPr>
            </w:pPr>
            <w:r w:rsidRPr="001943C9">
              <w:rPr>
                <w:rFonts w:cs="굴림" w:hint="eastAsia"/>
                <w:color w:val="000000"/>
                <w:spacing w:val="-10"/>
                <w:w w:val="97"/>
                <w:sz w:val="22"/>
                <w:lang w:eastAsia="ko-KR"/>
              </w:rPr>
              <w:t>루블 (RUB)</w:t>
            </w:r>
          </w:p>
        </w:tc>
        <w:tc>
          <w:tcPr>
            <w:tcW w:w="1856" w:type="dxa"/>
            <w:tcBorders>
              <w:top w:val="single" w:sz="2" w:space="0" w:color="000000"/>
              <w:left w:val="single" w:sz="4" w:space="0" w:color="000000"/>
              <w:bottom w:val="single" w:sz="2" w:space="0" w:color="000000"/>
              <w:right w:val="single" w:sz="4" w:space="0" w:color="000000"/>
            </w:tcBorders>
            <w:tcMar>
              <w:top w:w="28" w:type="dxa"/>
              <w:left w:w="102" w:type="dxa"/>
              <w:bottom w:w="28" w:type="dxa"/>
              <w:right w:w="102" w:type="dxa"/>
            </w:tcMar>
            <w:vAlign w:val="center"/>
            <w:hideMark/>
          </w:tcPr>
          <w:p w:rsidR="004E7A41" w:rsidRPr="001943C9" w:rsidRDefault="004E7A41" w:rsidP="00505788">
            <w:pPr>
              <w:widowControl w:val="0"/>
              <w:autoSpaceDE w:val="0"/>
              <w:autoSpaceDN w:val="0"/>
              <w:spacing w:line="230" w:lineRule="exact"/>
              <w:jc w:val="center"/>
              <w:textAlignment w:val="baseline"/>
              <w:rPr>
                <w:rFonts w:cs="굴림"/>
                <w:color w:val="000000"/>
                <w:sz w:val="22"/>
                <w:lang w:eastAsia="ko-KR"/>
              </w:rPr>
            </w:pPr>
            <w:r w:rsidRPr="001943C9">
              <w:rPr>
                <w:rFonts w:cs="굴림" w:hint="eastAsia"/>
                <w:color w:val="000000"/>
                <w:spacing w:val="-10"/>
                <w:w w:val="97"/>
                <w:sz w:val="22"/>
                <w:lang w:eastAsia="ko-KR"/>
              </w:rPr>
              <w:t>14.74</w:t>
            </w:r>
          </w:p>
        </w:tc>
        <w:tc>
          <w:tcPr>
            <w:tcW w:w="2001" w:type="dxa"/>
            <w:tcBorders>
              <w:top w:val="single" w:sz="2" w:space="0" w:color="000000"/>
              <w:left w:val="single" w:sz="4" w:space="0" w:color="000000"/>
              <w:bottom w:val="single" w:sz="2" w:space="0" w:color="000000"/>
              <w:right w:val="nil"/>
            </w:tcBorders>
            <w:tcMar>
              <w:top w:w="28" w:type="dxa"/>
              <w:left w:w="102" w:type="dxa"/>
              <w:bottom w:w="28" w:type="dxa"/>
              <w:right w:w="102" w:type="dxa"/>
            </w:tcMar>
            <w:vAlign w:val="center"/>
            <w:hideMark/>
          </w:tcPr>
          <w:p w:rsidR="004E7A41" w:rsidRPr="001943C9" w:rsidRDefault="004E7A41" w:rsidP="00505788">
            <w:pPr>
              <w:widowControl w:val="0"/>
              <w:autoSpaceDE w:val="0"/>
              <w:autoSpaceDN w:val="0"/>
              <w:spacing w:line="230" w:lineRule="exact"/>
              <w:jc w:val="center"/>
              <w:textAlignment w:val="baseline"/>
              <w:rPr>
                <w:rFonts w:cs="굴림"/>
                <w:color w:val="000000"/>
                <w:sz w:val="22"/>
                <w:lang w:eastAsia="ko-KR"/>
              </w:rPr>
            </w:pPr>
            <w:r w:rsidRPr="001943C9">
              <w:rPr>
                <w:rFonts w:cs="굴림" w:hint="eastAsia"/>
                <w:color w:val="000000"/>
                <w:spacing w:val="-10"/>
                <w:w w:val="97"/>
                <w:sz w:val="22"/>
                <w:lang w:eastAsia="ko-KR"/>
              </w:rPr>
              <w:t>17.09</w:t>
            </w:r>
          </w:p>
        </w:tc>
      </w:tr>
      <w:tr w:rsidR="004E7A41" w:rsidRPr="0055279D" w:rsidTr="00227381">
        <w:trPr>
          <w:trHeight w:val="85"/>
          <w:jc w:val="center"/>
        </w:trPr>
        <w:tc>
          <w:tcPr>
            <w:tcW w:w="2279" w:type="dxa"/>
            <w:tcBorders>
              <w:top w:val="single" w:sz="2" w:space="0" w:color="000000"/>
              <w:left w:val="nil"/>
              <w:bottom w:val="single" w:sz="2" w:space="0" w:color="000000"/>
              <w:right w:val="single" w:sz="2" w:space="0" w:color="000000"/>
            </w:tcBorders>
            <w:tcMar>
              <w:top w:w="28" w:type="dxa"/>
              <w:left w:w="102" w:type="dxa"/>
              <w:bottom w:w="28" w:type="dxa"/>
              <w:right w:w="102" w:type="dxa"/>
            </w:tcMar>
            <w:vAlign w:val="center"/>
            <w:hideMark/>
          </w:tcPr>
          <w:p w:rsidR="004E7A41" w:rsidRPr="001943C9" w:rsidRDefault="004E7A41" w:rsidP="00505788">
            <w:pPr>
              <w:widowControl w:val="0"/>
              <w:autoSpaceDE w:val="0"/>
              <w:autoSpaceDN w:val="0"/>
              <w:spacing w:line="230" w:lineRule="exact"/>
              <w:jc w:val="center"/>
              <w:textAlignment w:val="baseline"/>
              <w:rPr>
                <w:rFonts w:cs="굴림"/>
                <w:color w:val="000000"/>
                <w:sz w:val="22"/>
                <w:lang w:eastAsia="ko-KR"/>
              </w:rPr>
            </w:pPr>
            <w:r w:rsidRPr="001943C9">
              <w:rPr>
                <w:rFonts w:cs="굴림" w:hint="eastAsia"/>
                <w:color w:val="000000"/>
                <w:spacing w:val="-10"/>
                <w:w w:val="97"/>
                <w:sz w:val="22"/>
                <w:lang w:eastAsia="ko-KR"/>
              </w:rPr>
              <w:t>헝가리</w:t>
            </w:r>
          </w:p>
        </w:tc>
        <w:tc>
          <w:tcPr>
            <w:tcW w:w="3078"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4E7A41" w:rsidRPr="001943C9" w:rsidRDefault="004E7A41" w:rsidP="00505788">
            <w:pPr>
              <w:widowControl w:val="0"/>
              <w:autoSpaceDE w:val="0"/>
              <w:autoSpaceDN w:val="0"/>
              <w:spacing w:line="230" w:lineRule="exact"/>
              <w:jc w:val="center"/>
              <w:textAlignment w:val="baseline"/>
              <w:rPr>
                <w:rFonts w:cs="굴림"/>
                <w:color w:val="000000"/>
                <w:sz w:val="22"/>
                <w:lang w:eastAsia="ko-KR"/>
              </w:rPr>
            </w:pPr>
            <w:proofErr w:type="spellStart"/>
            <w:r w:rsidRPr="001943C9">
              <w:rPr>
                <w:rFonts w:cs="굴림" w:hint="eastAsia"/>
                <w:color w:val="000000"/>
                <w:spacing w:val="-10"/>
                <w:w w:val="97"/>
                <w:sz w:val="22"/>
                <w:lang w:eastAsia="ko-KR"/>
              </w:rPr>
              <w:t>포린트</w:t>
            </w:r>
            <w:proofErr w:type="spellEnd"/>
            <w:r w:rsidRPr="001943C9">
              <w:rPr>
                <w:rFonts w:cs="굴림" w:hint="eastAsia"/>
                <w:color w:val="000000"/>
                <w:spacing w:val="-10"/>
                <w:w w:val="97"/>
                <w:sz w:val="22"/>
                <w:lang w:eastAsia="ko-KR"/>
              </w:rPr>
              <w:t xml:space="preserve"> (HUF)</w:t>
            </w:r>
          </w:p>
        </w:tc>
        <w:tc>
          <w:tcPr>
            <w:tcW w:w="1856" w:type="dxa"/>
            <w:tcBorders>
              <w:top w:val="single" w:sz="2" w:space="0" w:color="000000"/>
              <w:left w:val="single" w:sz="4" w:space="0" w:color="000000"/>
              <w:bottom w:val="single" w:sz="2" w:space="0" w:color="000000"/>
              <w:right w:val="single" w:sz="4" w:space="0" w:color="000000"/>
            </w:tcBorders>
            <w:tcMar>
              <w:top w:w="28" w:type="dxa"/>
              <w:left w:w="102" w:type="dxa"/>
              <w:bottom w:w="28" w:type="dxa"/>
              <w:right w:w="102" w:type="dxa"/>
            </w:tcMar>
            <w:vAlign w:val="center"/>
            <w:hideMark/>
          </w:tcPr>
          <w:p w:rsidR="004E7A41" w:rsidRPr="001943C9" w:rsidRDefault="004E7A41" w:rsidP="00505788">
            <w:pPr>
              <w:widowControl w:val="0"/>
              <w:autoSpaceDE w:val="0"/>
              <w:autoSpaceDN w:val="0"/>
              <w:spacing w:line="230" w:lineRule="exact"/>
              <w:jc w:val="center"/>
              <w:textAlignment w:val="baseline"/>
              <w:rPr>
                <w:rFonts w:cs="굴림"/>
                <w:color w:val="000000"/>
                <w:sz w:val="22"/>
                <w:lang w:eastAsia="ko-KR"/>
              </w:rPr>
            </w:pPr>
            <w:r w:rsidRPr="001943C9">
              <w:rPr>
                <w:rFonts w:cs="굴림" w:hint="eastAsia"/>
                <w:color w:val="000000"/>
                <w:spacing w:val="-10"/>
                <w:w w:val="97"/>
                <w:sz w:val="22"/>
                <w:lang w:eastAsia="ko-KR"/>
              </w:rPr>
              <w:t>3.73</w:t>
            </w:r>
          </w:p>
        </w:tc>
        <w:tc>
          <w:tcPr>
            <w:tcW w:w="2001" w:type="dxa"/>
            <w:tcBorders>
              <w:top w:val="single" w:sz="2" w:space="0" w:color="000000"/>
              <w:left w:val="single" w:sz="4" w:space="0" w:color="000000"/>
              <w:bottom w:val="single" w:sz="2" w:space="0" w:color="000000"/>
              <w:right w:val="nil"/>
            </w:tcBorders>
            <w:tcMar>
              <w:top w:w="28" w:type="dxa"/>
              <w:left w:w="102" w:type="dxa"/>
              <w:bottom w:w="28" w:type="dxa"/>
              <w:right w:w="102" w:type="dxa"/>
            </w:tcMar>
            <w:vAlign w:val="center"/>
            <w:hideMark/>
          </w:tcPr>
          <w:p w:rsidR="004E7A41" w:rsidRPr="001943C9" w:rsidRDefault="004E7A41" w:rsidP="00505788">
            <w:pPr>
              <w:widowControl w:val="0"/>
              <w:autoSpaceDE w:val="0"/>
              <w:autoSpaceDN w:val="0"/>
              <w:spacing w:line="230" w:lineRule="exact"/>
              <w:jc w:val="center"/>
              <w:textAlignment w:val="baseline"/>
              <w:rPr>
                <w:rFonts w:cs="굴림"/>
                <w:color w:val="000000"/>
                <w:sz w:val="22"/>
                <w:lang w:eastAsia="ko-KR"/>
              </w:rPr>
            </w:pPr>
            <w:r w:rsidRPr="001943C9">
              <w:rPr>
                <w:rFonts w:cs="굴림" w:hint="eastAsia"/>
                <w:color w:val="000000"/>
                <w:spacing w:val="-10"/>
                <w:w w:val="97"/>
                <w:sz w:val="22"/>
                <w:lang w:eastAsia="ko-KR"/>
              </w:rPr>
              <w:t>4.05</w:t>
            </w:r>
          </w:p>
        </w:tc>
      </w:tr>
      <w:tr w:rsidR="004E7A41" w:rsidRPr="0055279D" w:rsidTr="00227381">
        <w:trPr>
          <w:trHeight w:val="85"/>
          <w:jc w:val="center"/>
        </w:trPr>
        <w:tc>
          <w:tcPr>
            <w:tcW w:w="2279" w:type="dxa"/>
            <w:tcBorders>
              <w:top w:val="single" w:sz="2" w:space="0" w:color="000000"/>
              <w:left w:val="nil"/>
              <w:bottom w:val="single" w:sz="2" w:space="0" w:color="000000"/>
              <w:right w:val="single" w:sz="2" w:space="0" w:color="000000"/>
            </w:tcBorders>
            <w:tcMar>
              <w:top w:w="28" w:type="dxa"/>
              <w:left w:w="102" w:type="dxa"/>
              <w:bottom w:w="28" w:type="dxa"/>
              <w:right w:w="102" w:type="dxa"/>
            </w:tcMar>
            <w:vAlign w:val="center"/>
            <w:hideMark/>
          </w:tcPr>
          <w:p w:rsidR="004E7A41" w:rsidRPr="001943C9" w:rsidRDefault="004E7A41" w:rsidP="00505788">
            <w:pPr>
              <w:widowControl w:val="0"/>
              <w:autoSpaceDE w:val="0"/>
              <w:autoSpaceDN w:val="0"/>
              <w:spacing w:line="230" w:lineRule="exact"/>
              <w:jc w:val="center"/>
              <w:textAlignment w:val="baseline"/>
              <w:rPr>
                <w:rFonts w:cs="굴림"/>
                <w:color w:val="000000"/>
                <w:sz w:val="22"/>
                <w:lang w:eastAsia="ko-KR"/>
              </w:rPr>
            </w:pPr>
            <w:r w:rsidRPr="001943C9">
              <w:rPr>
                <w:rFonts w:cs="굴림" w:hint="eastAsia"/>
                <w:color w:val="000000"/>
                <w:spacing w:val="-10"/>
                <w:w w:val="97"/>
                <w:sz w:val="22"/>
                <w:lang w:eastAsia="ko-KR"/>
              </w:rPr>
              <w:t>폴란드</w:t>
            </w:r>
          </w:p>
        </w:tc>
        <w:tc>
          <w:tcPr>
            <w:tcW w:w="3078"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4E7A41" w:rsidRPr="001943C9" w:rsidRDefault="004E7A41" w:rsidP="00505788">
            <w:pPr>
              <w:widowControl w:val="0"/>
              <w:autoSpaceDE w:val="0"/>
              <w:autoSpaceDN w:val="0"/>
              <w:spacing w:line="230" w:lineRule="exact"/>
              <w:jc w:val="center"/>
              <w:textAlignment w:val="baseline"/>
              <w:rPr>
                <w:rFonts w:cs="굴림"/>
                <w:color w:val="000000"/>
                <w:sz w:val="22"/>
                <w:lang w:eastAsia="ko-KR"/>
              </w:rPr>
            </w:pPr>
            <w:proofErr w:type="spellStart"/>
            <w:r w:rsidRPr="001943C9">
              <w:rPr>
                <w:rFonts w:cs="굴림" w:hint="eastAsia"/>
                <w:color w:val="000000"/>
                <w:spacing w:val="-10"/>
                <w:w w:val="97"/>
                <w:sz w:val="22"/>
                <w:lang w:eastAsia="ko-KR"/>
              </w:rPr>
              <w:t>즈워티</w:t>
            </w:r>
            <w:proofErr w:type="spellEnd"/>
            <w:r w:rsidRPr="001943C9">
              <w:rPr>
                <w:rFonts w:cs="굴림" w:hint="eastAsia"/>
                <w:color w:val="000000"/>
                <w:spacing w:val="-10"/>
                <w:w w:val="97"/>
                <w:sz w:val="22"/>
                <w:lang w:eastAsia="ko-KR"/>
              </w:rPr>
              <w:t xml:space="preserve"> (PLN)</w:t>
            </w:r>
          </w:p>
        </w:tc>
        <w:tc>
          <w:tcPr>
            <w:tcW w:w="1856" w:type="dxa"/>
            <w:tcBorders>
              <w:top w:val="single" w:sz="2" w:space="0" w:color="000000"/>
              <w:left w:val="single" w:sz="4" w:space="0" w:color="000000"/>
              <w:bottom w:val="single" w:sz="2" w:space="0" w:color="000000"/>
              <w:right w:val="single" w:sz="4" w:space="0" w:color="000000"/>
            </w:tcBorders>
            <w:tcMar>
              <w:top w:w="28" w:type="dxa"/>
              <w:left w:w="102" w:type="dxa"/>
              <w:bottom w:w="28" w:type="dxa"/>
              <w:right w:w="102" w:type="dxa"/>
            </w:tcMar>
            <w:vAlign w:val="center"/>
            <w:hideMark/>
          </w:tcPr>
          <w:p w:rsidR="004E7A41" w:rsidRPr="001943C9" w:rsidRDefault="004E7A41" w:rsidP="00505788">
            <w:pPr>
              <w:widowControl w:val="0"/>
              <w:autoSpaceDE w:val="0"/>
              <w:autoSpaceDN w:val="0"/>
              <w:spacing w:line="230" w:lineRule="exact"/>
              <w:jc w:val="center"/>
              <w:textAlignment w:val="baseline"/>
              <w:rPr>
                <w:rFonts w:cs="굴림"/>
                <w:color w:val="000000"/>
                <w:sz w:val="22"/>
                <w:lang w:eastAsia="ko-KR"/>
              </w:rPr>
            </w:pPr>
            <w:r w:rsidRPr="001943C9">
              <w:rPr>
                <w:rFonts w:cs="굴림" w:hint="eastAsia"/>
                <w:color w:val="000000"/>
                <w:spacing w:val="-10"/>
                <w:w w:val="97"/>
                <w:sz w:val="22"/>
                <w:lang w:eastAsia="ko-KR"/>
              </w:rPr>
              <w:t>342.57</w:t>
            </w:r>
          </w:p>
        </w:tc>
        <w:tc>
          <w:tcPr>
            <w:tcW w:w="2001" w:type="dxa"/>
            <w:tcBorders>
              <w:top w:val="single" w:sz="2" w:space="0" w:color="000000"/>
              <w:left w:val="single" w:sz="4" w:space="0" w:color="000000"/>
              <w:bottom w:val="single" w:sz="2" w:space="0" w:color="000000"/>
              <w:right w:val="nil"/>
            </w:tcBorders>
            <w:tcMar>
              <w:top w:w="28" w:type="dxa"/>
              <w:left w:w="102" w:type="dxa"/>
              <w:bottom w:w="28" w:type="dxa"/>
              <w:right w:w="102" w:type="dxa"/>
            </w:tcMar>
            <w:vAlign w:val="center"/>
            <w:hideMark/>
          </w:tcPr>
          <w:p w:rsidR="004E7A41" w:rsidRPr="001943C9" w:rsidRDefault="004E7A41" w:rsidP="00505788">
            <w:pPr>
              <w:widowControl w:val="0"/>
              <w:autoSpaceDE w:val="0"/>
              <w:autoSpaceDN w:val="0"/>
              <w:spacing w:line="230" w:lineRule="exact"/>
              <w:jc w:val="center"/>
              <w:textAlignment w:val="baseline"/>
              <w:rPr>
                <w:rFonts w:cs="굴림"/>
                <w:color w:val="000000"/>
                <w:sz w:val="22"/>
                <w:lang w:eastAsia="ko-KR"/>
              </w:rPr>
            </w:pPr>
            <w:r w:rsidRPr="001943C9">
              <w:rPr>
                <w:rFonts w:cs="굴림" w:hint="eastAsia"/>
                <w:color w:val="000000"/>
                <w:spacing w:val="-10"/>
                <w:w w:val="97"/>
                <w:sz w:val="22"/>
                <w:lang w:eastAsia="ko-KR"/>
              </w:rPr>
              <w:t>379.2</w:t>
            </w:r>
          </w:p>
        </w:tc>
      </w:tr>
      <w:tr w:rsidR="004E7A41" w:rsidRPr="0055279D" w:rsidTr="00227381">
        <w:trPr>
          <w:trHeight w:val="85"/>
          <w:jc w:val="center"/>
        </w:trPr>
        <w:tc>
          <w:tcPr>
            <w:tcW w:w="2279" w:type="dxa"/>
            <w:tcBorders>
              <w:top w:val="single" w:sz="2" w:space="0" w:color="000000"/>
              <w:left w:val="nil"/>
              <w:bottom w:val="single" w:sz="2" w:space="0" w:color="000000"/>
              <w:right w:val="single" w:sz="2" w:space="0" w:color="000000"/>
            </w:tcBorders>
            <w:tcMar>
              <w:top w:w="28" w:type="dxa"/>
              <w:left w:w="102" w:type="dxa"/>
              <w:bottom w:w="28" w:type="dxa"/>
              <w:right w:w="102" w:type="dxa"/>
            </w:tcMar>
            <w:vAlign w:val="center"/>
            <w:hideMark/>
          </w:tcPr>
          <w:p w:rsidR="004E7A41" w:rsidRPr="001943C9" w:rsidRDefault="004E7A41" w:rsidP="00505788">
            <w:pPr>
              <w:widowControl w:val="0"/>
              <w:autoSpaceDE w:val="0"/>
              <w:autoSpaceDN w:val="0"/>
              <w:spacing w:line="230" w:lineRule="exact"/>
              <w:jc w:val="center"/>
              <w:textAlignment w:val="baseline"/>
              <w:rPr>
                <w:rFonts w:cs="굴림"/>
                <w:color w:val="000000"/>
                <w:sz w:val="22"/>
                <w:lang w:eastAsia="ko-KR"/>
              </w:rPr>
            </w:pPr>
            <w:r w:rsidRPr="001943C9">
              <w:rPr>
                <w:rFonts w:cs="굴림" w:hint="eastAsia"/>
                <w:color w:val="000000"/>
                <w:spacing w:val="-10"/>
                <w:w w:val="97"/>
                <w:sz w:val="22"/>
                <w:lang w:eastAsia="ko-KR"/>
              </w:rPr>
              <w:t>체코</w:t>
            </w:r>
          </w:p>
        </w:tc>
        <w:tc>
          <w:tcPr>
            <w:tcW w:w="3078"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4E7A41" w:rsidRPr="001943C9" w:rsidRDefault="004E7A41" w:rsidP="00505788">
            <w:pPr>
              <w:widowControl w:val="0"/>
              <w:autoSpaceDE w:val="0"/>
              <w:autoSpaceDN w:val="0"/>
              <w:spacing w:line="230" w:lineRule="exact"/>
              <w:jc w:val="center"/>
              <w:textAlignment w:val="baseline"/>
              <w:rPr>
                <w:rFonts w:cs="굴림"/>
                <w:color w:val="000000"/>
                <w:sz w:val="22"/>
                <w:lang w:eastAsia="ko-KR"/>
              </w:rPr>
            </w:pPr>
            <w:proofErr w:type="spellStart"/>
            <w:r w:rsidRPr="001943C9">
              <w:rPr>
                <w:rFonts w:cs="굴림" w:hint="eastAsia"/>
                <w:color w:val="000000"/>
                <w:spacing w:val="-10"/>
                <w:w w:val="97"/>
                <w:sz w:val="22"/>
                <w:lang w:eastAsia="ko-KR"/>
              </w:rPr>
              <w:t>코루나</w:t>
            </w:r>
            <w:proofErr w:type="spellEnd"/>
            <w:r w:rsidRPr="001943C9">
              <w:rPr>
                <w:rFonts w:cs="굴림" w:hint="eastAsia"/>
                <w:color w:val="000000"/>
                <w:spacing w:val="-10"/>
                <w:w w:val="97"/>
                <w:sz w:val="22"/>
                <w:lang w:eastAsia="ko-KR"/>
              </w:rPr>
              <w:t xml:space="preserve"> (CZK)</w:t>
            </w:r>
          </w:p>
        </w:tc>
        <w:tc>
          <w:tcPr>
            <w:tcW w:w="1856" w:type="dxa"/>
            <w:tcBorders>
              <w:top w:val="single" w:sz="2" w:space="0" w:color="000000"/>
              <w:left w:val="single" w:sz="4" w:space="0" w:color="000000"/>
              <w:bottom w:val="single" w:sz="2" w:space="0" w:color="000000"/>
              <w:right w:val="single" w:sz="4" w:space="0" w:color="000000"/>
            </w:tcBorders>
            <w:tcMar>
              <w:top w:w="28" w:type="dxa"/>
              <w:left w:w="102" w:type="dxa"/>
              <w:bottom w:w="28" w:type="dxa"/>
              <w:right w:w="102" w:type="dxa"/>
            </w:tcMar>
            <w:vAlign w:val="center"/>
            <w:hideMark/>
          </w:tcPr>
          <w:p w:rsidR="004E7A41" w:rsidRPr="001943C9" w:rsidRDefault="004E7A41" w:rsidP="00505788">
            <w:pPr>
              <w:widowControl w:val="0"/>
              <w:autoSpaceDE w:val="0"/>
              <w:autoSpaceDN w:val="0"/>
              <w:spacing w:line="230" w:lineRule="exact"/>
              <w:jc w:val="center"/>
              <w:textAlignment w:val="baseline"/>
              <w:rPr>
                <w:rFonts w:cs="굴림"/>
                <w:color w:val="000000"/>
                <w:sz w:val="22"/>
                <w:lang w:eastAsia="ko-KR"/>
              </w:rPr>
            </w:pPr>
            <w:r w:rsidRPr="001943C9">
              <w:rPr>
                <w:rFonts w:cs="굴림" w:hint="eastAsia"/>
                <w:color w:val="000000"/>
                <w:spacing w:val="-10"/>
                <w:w w:val="97"/>
                <w:sz w:val="22"/>
                <w:lang w:eastAsia="ko-KR"/>
              </w:rPr>
              <w:t>58.73</w:t>
            </w:r>
          </w:p>
        </w:tc>
        <w:tc>
          <w:tcPr>
            <w:tcW w:w="2001" w:type="dxa"/>
            <w:tcBorders>
              <w:top w:val="single" w:sz="2" w:space="0" w:color="000000"/>
              <w:left w:val="single" w:sz="4" w:space="0" w:color="000000"/>
              <w:bottom w:val="single" w:sz="2" w:space="0" w:color="000000"/>
              <w:right w:val="nil"/>
            </w:tcBorders>
            <w:tcMar>
              <w:top w:w="28" w:type="dxa"/>
              <w:left w:w="102" w:type="dxa"/>
              <w:bottom w:w="28" w:type="dxa"/>
              <w:right w:w="102" w:type="dxa"/>
            </w:tcMar>
            <w:vAlign w:val="center"/>
            <w:hideMark/>
          </w:tcPr>
          <w:p w:rsidR="004E7A41" w:rsidRPr="001943C9" w:rsidRDefault="004E7A41" w:rsidP="00505788">
            <w:pPr>
              <w:widowControl w:val="0"/>
              <w:autoSpaceDE w:val="0"/>
              <w:autoSpaceDN w:val="0"/>
              <w:spacing w:line="230" w:lineRule="exact"/>
              <w:jc w:val="center"/>
              <w:textAlignment w:val="baseline"/>
              <w:rPr>
                <w:rFonts w:cs="굴림"/>
                <w:color w:val="000000"/>
                <w:sz w:val="22"/>
                <w:lang w:eastAsia="ko-KR"/>
              </w:rPr>
            </w:pPr>
            <w:r w:rsidRPr="001943C9">
              <w:rPr>
                <w:rFonts w:cs="굴림" w:hint="eastAsia"/>
                <w:color w:val="000000"/>
                <w:spacing w:val="-10"/>
                <w:w w:val="97"/>
                <w:sz w:val="22"/>
                <w:lang w:eastAsia="ko-KR"/>
              </w:rPr>
              <w:t>65.15</w:t>
            </w:r>
          </w:p>
        </w:tc>
      </w:tr>
      <w:tr w:rsidR="004E7A41" w:rsidRPr="0055279D" w:rsidTr="00227381">
        <w:trPr>
          <w:trHeight w:val="85"/>
          <w:jc w:val="center"/>
        </w:trPr>
        <w:tc>
          <w:tcPr>
            <w:tcW w:w="2279" w:type="dxa"/>
            <w:tcBorders>
              <w:top w:val="single" w:sz="2" w:space="0" w:color="000000"/>
              <w:left w:val="nil"/>
              <w:bottom w:val="single" w:sz="2" w:space="0" w:color="000000"/>
              <w:right w:val="single" w:sz="2" w:space="0" w:color="000000"/>
            </w:tcBorders>
            <w:tcMar>
              <w:top w:w="28" w:type="dxa"/>
              <w:left w:w="102" w:type="dxa"/>
              <w:bottom w:w="28" w:type="dxa"/>
              <w:right w:w="102" w:type="dxa"/>
            </w:tcMar>
            <w:vAlign w:val="center"/>
            <w:hideMark/>
          </w:tcPr>
          <w:p w:rsidR="004E7A41" w:rsidRPr="001943C9" w:rsidRDefault="004E7A41" w:rsidP="00505788">
            <w:pPr>
              <w:widowControl w:val="0"/>
              <w:autoSpaceDE w:val="0"/>
              <w:autoSpaceDN w:val="0"/>
              <w:spacing w:line="230" w:lineRule="exact"/>
              <w:jc w:val="center"/>
              <w:textAlignment w:val="baseline"/>
              <w:rPr>
                <w:rFonts w:cs="굴림"/>
                <w:color w:val="000000"/>
                <w:sz w:val="22"/>
                <w:lang w:eastAsia="ko-KR"/>
              </w:rPr>
            </w:pPr>
            <w:r w:rsidRPr="001943C9">
              <w:rPr>
                <w:rFonts w:cs="굴림" w:hint="eastAsia"/>
                <w:color w:val="000000"/>
                <w:spacing w:val="-10"/>
                <w:w w:val="97"/>
                <w:sz w:val="22"/>
                <w:lang w:eastAsia="ko-KR"/>
              </w:rPr>
              <w:t>사우디아라비아</w:t>
            </w:r>
          </w:p>
        </w:tc>
        <w:tc>
          <w:tcPr>
            <w:tcW w:w="3078"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4E7A41" w:rsidRPr="001943C9" w:rsidRDefault="004E7A41" w:rsidP="00505788">
            <w:pPr>
              <w:widowControl w:val="0"/>
              <w:autoSpaceDE w:val="0"/>
              <w:autoSpaceDN w:val="0"/>
              <w:spacing w:line="230" w:lineRule="exact"/>
              <w:jc w:val="center"/>
              <w:textAlignment w:val="baseline"/>
              <w:rPr>
                <w:rFonts w:cs="굴림"/>
                <w:color w:val="000000"/>
                <w:sz w:val="22"/>
                <w:lang w:eastAsia="ko-KR"/>
              </w:rPr>
            </w:pPr>
            <w:proofErr w:type="spellStart"/>
            <w:r w:rsidRPr="001943C9">
              <w:rPr>
                <w:rFonts w:cs="굴림" w:hint="eastAsia"/>
                <w:color w:val="000000"/>
                <w:spacing w:val="-10"/>
                <w:w w:val="97"/>
                <w:sz w:val="22"/>
                <w:lang w:eastAsia="ko-KR"/>
              </w:rPr>
              <w:t>리얄</w:t>
            </w:r>
            <w:proofErr w:type="spellEnd"/>
            <w:r w:rsidRPr="001943C9">
              <w:rPr>
                <w:rFonts w:cs="굴림" w:hint="eastAsia"/>
                <w:color w:val="000000"/>
                <w:spacing w:val="-10"/>
                <w:w w:val="97"/>
                <w:sz w:val="22"/>
                <w:lang w:eastAsia="ko-KR"/>
              </w:rPr>
              <w:t xml:space="preserve"> (SAR)</w:t>
            </w:r>
          </w:p>
        </w:tc>
        <w:tc>
          <w:tcPr>
            <w:tcW w:w="1856" w:type="dxa"/>
            <w:tcBorders>
              <w:top w:val="single" w:sz="2" w:space="0" w:color="000000"/>
              <w:left w:val="single" w:sz="4" w:space="0" w:color="000000"/>
              <w:bottom w:val="single" w:sz="2" w:space="0" w:color="000000"/>
              <w:right w:val="single" w:sz="4" w:space="0" w:color="000000"/>
            </w:tcBorders>
            <w:tcMar>
              <w:top w:w="28" w:type="dxa"/>
              <w:left w:w="102" w:type="dxa"/>
              <w:bottom w:w="28" w:type="dxa"/>
              <w:right w:w="102" w:type="dxa"/>
            </w:tcMar>
            <w:vAlign w:val="center"/>
            <w:hideMark/>
          </w:tcPr>
          <w:p w:rsidR="004E7A41" w:rsidRPr="001943C9" w:rsidRDefault="004E7A41" w:rsidP="00505788">
            <w:pPr>
              <w:widowControl w:val="0"/>
              <w:autoSpaceDE w:val="0"/>
              <w:autoSpaceDN w:val="0"/>
              <w:spacing w:line="230" w:lineRule="exact"/>
              <w:jc w:val="center"/>
              <w:textAlignment w:val="baseline"/>
              <w:rPr>
                <w:rFonts w:cs="굴림"/>
                <w:color w:val="000000"/>
                <w:sz w:val="22"/>
                <w:lang w:eastAsia="ko-KR"/>
              </w:rPr>
            </w:pPr>
            <w:r w:rsidRPr="001943C9">
              <w:rPr>
                <w:rFonts w:cs="굴림" w:hint="eastAsia"/>
                <w:color w:val="000000"/>
                <w:spacing w:val="-10"/>
                <w:w w:val="97"/>
                <w:sz w:val="22"/>
                <w:lang w:eastAsia="ko-KR"/>
              </w:rPr>
              <w:t>363.51</w:t>
            </w:r>
          </w:p>
        </w:tc>
        <w:tc>
          <w:tcPr>
            <w:tcW w:w="2001" w:type="dxa"/>
            <w:tcBorders>
              <w:top w:val="single" w:sz="2" w:space="0" w:color="000000"/>
              <w:left w:val="single" w:sz="4" w:space="0" w:color="000000"/>
              <w:bottom w:val="single" w:sz="2" w:space="0" w:color="000000"/>
              <w:right w:val="nil"/>
            </w:tcBorders>
            <w:tcMar>
              <w:top w:w="28" w:type="dxa"/>
              <w:left w:w="102" w:type="dxa"/>
              <w:bottom w:w="28" w:type="dxa"/>
              <w:right w:w="102" w:type="dxa"/>
            </w:tcMar>
            <w:vAlign w:val="center"/>
            <w:hideMark/>
          </w:tcPr>
          <w:p w:rsidR="004E7A41" w:rsidRPr="001943C9" w:rsidRDefault="004E7A41" w:rsidP="00505788">
            <w:pPr>
              <w:widowControl w:val="0"/>
              <w:autoSpaceDE w:val="0"/>
              <w:autoSpaceDN w:val="0"/>
              <w:spacing w:line="230" w:lineRule="exact"/>
              <w:jc w:val="center"/>
              <w:textAlignment w:val="baseline"/>
              <w:rPr>
                <w:rFonts w:cs="굴림"/>
                <w:color w:val="000000"/>
                <w:sz w:val="22"/>
                <w:lang w:eastAsia="ko-KR"/>
              </w:rPr>
            </w:pPr>
            <w:r w:rsidRPr="001943C9">
              <w:rPr>
                <w:rFonts w:cs="굴림" w:hint="eastAsia"/>
                <w:color w:val="000000"/>
                <w:spacing w:val="-10"/>
                <w:w w:val="97"/>
                <w:sz w:val="22"/>
                <w:lang w:eastAsia="ko-KR"/>
              </w:rPr>
              <w:t>379.12</w:t>
            </w:r>
          </w:p>
        </w:tc>
      </w:tr>
      <w:tr w:rsidR="004E7A41" w:rsidRPr="0055279D" w:rsidTr="00227381">
        <w:trPr>
          <w:trHeight w:val="85"/>
          <w:jc w:val="center"/>
        </w:trPr>
        <w:tc>
          <w:tcPr>
            <w:tcW w:w="2279" w:type="dxa"/>
            <w:tcBorders>
              <w:top w:val="single" w:sz="2" w:space="0" w:color="000000"/>
              <w:left w:val="nil"/>
              <w:bottom w:val="single" w:sz="2" w:space="0" w:color="000000"/>
              <w:right w:val="single" w:sz="2" w:space="0" w:color="000000"/>
            </w:tcBorders>
            <w:tcMar>
              <w:top w:w="28" w:type="dxa"/>
              <w:left w:w="102" w:type="dxa"/>
              <w:bottom w:w="28" w:type="dxa"/>
              <w:right w:w="102" w:type="dxa"/>
            </w:tcMar>
            <w:vAlign w:val="center"/>
            <w:hideMark/>
          </w:tcPr>
          <w:p w:rsidR="004E7A41" w:rsidRPr="001943C9" w:rsidRDefault="004E7A41" w:rsidP="00505788">
            <w:pPr>
              <w:widowControl w:val="0"/>
              <w:autoSpaceDE w:val="0"/>
              <w:autoSpaceDN w:val="0"/>
              <w:spacing w:line="230" w:lineRule="exact"/>
              <w:jc w:val="center"/>
              <w:textAlignment w:val="baseline"/>
              <w:rPr>
                <w:rFonts w:cs="굴림"/>
                <w:color w:val="000000"/>
                <w:sz w:val="22"/>
                <w:lang w:eastAsia="ko-KR"/>
              </w:rPr>
            </w:pPr>
            <w:r w:rsidRPr="001943C9">
              <w:rPr>
                <w:rFonts w:cs="굴림" w:hint="eastAsia"/>
                <w:color w:val="000000"/>
                <w:spacing w:val="-10"/>
                <w:w w:val="97"/>
                <w:sz w:val="22"/>
                <w:lang w:eastAsia="ko-KR"/>
              </w:rPr>
              <w:t>카타르</w:t>
            </w:r>
          </w:p>
        </w:tc>
        <w:tc>
          <w:tcPr>
            <w:tcW w:w="3078"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4E7A41" w:rsidRPr="001943C9" w:rsidRDefault="004E7A41" w:rsidP="00505788">
            <w:pPr>
              <w:widowControl w:val="0"/>
              <w:autoSpaceDE w:val="0"/>
              <w:autoSpaceDN w:val="0"/>
              <w:spacing w:line="230" w:lineRule="exact"/>
              <w:jc w:val="center"/>
              <w:textAlignment w:val="baseline"/>
              <w:rPr>
                <w:rFonts w:cs="굴림"/>
                <w:color w:val="000000"/>
                <w:sz w:val="22"/>
                <w:lang w:eastAsia="ko-KR"/>
              </w:rPr>
            </w:pPr>
            <w:proofErr w:type="spellStart"/>
            <w:r w:rsidRPr="001943C9">
              <w:rPr>
                <w:rFonts w:cs="굴림" w:hint="eastAsia"/>
                <w:color w:val="000000"/>
                <w:spacing w:val="-10"/>
                <w:w w:val="97"/>
                <w:sz w:val="22"/>
                <w:lang w:eastAsia="ko-KR"/>
              </w:rPr>
              <w:t>카타르리얄</w:t>
            </w:r>
            <w:proofErr w:type="spellEnd"/>
            <w:r w:rsidRPr="001943C9">
              <w:rPr>
                <w:rFonts w:cs="굴림" w:hint="eastAsia"/>
                <w:color w:val="000000"/>
                <w:spacing w:val="-10"/>
                <w:w w:val="97"/>
                <w:sz w:val="22"/>
                <w:lang w:eastAsia="ko-KR"/>
              </w:rPr>
              <w:t xml:space="preserve"> (QAR)</w:t>
            </w:r>
          </w:p>
        </w:tc>
        <w:tc>
          <w:tcPr>
            <w:tcW w:w="1856" w:type="dxa"/>
            <w:tcBorders>
              <w:top w:val="single" w:sz="2" w:space="0" w:color="000000"/>
              <w:left w:val="single" w:sz="4" w:space="0" w:color="000000"/>
              <w:bottom w:val="single" w:sz="2" w:space="0" w:color="000000"/>
              <w:right w:val="single" w:sz="4" w:space="0" w:color="000000"/>
            </w:tcBorders>
            <w:tcMar>
              <w:top w:w="28" w:type="dxa"/>
              <w:left w:w="102" w:type="dxa"/>
              <w:bottom w:w="28" w:type="dxa"/>
              <w:right w:w="102" w:type="dxa"/>
            </w:tcMar>
            <w:vAlign w:val="center"/>
            <w:hideMark/>
          </w:tcPr>
          <w:p w:rsidR="004E7A41" w:rsidRPr="001943C9" w:rsidRDefault="004E7A41" w:rsidP="00505788">
            <w:pPr>
              <w:widowControl w:val="0"/>
              <w:autoSpaceDE w:val="0"/>
              <w:autoSpaceDN w:val="0"/>
              <w:spacing w:line="230" w:lineRule="exact"/>
              <w:jc w:val="center"/>
              <w:textAlignment w:val="baseline"/>
              <w:rPr>
                <w:rFonts w:cs="굴림"/>
                <w:color w:val="000000"/>
                <w:sz w:val="22"/>
                <w:lang w:eastAsia="ko-KR"/>
              </w:rPr>
            </w:pPr>
            <w:r w:rsidRPr="001943C9">
              <w:rPr>
                <w:rFonts w:cs="굴림" w:hint="eastAsia"/>
                <w:color w:val="000000"/>
                <w:spacing w:val="-10"/>
                <w:w w:val="97"/>
                <w:sz w:val="22"/>
                <w:lang w:eastAsia="ko-KR"/>
              </w:rPr>
              <w:t>374.09</w:t>
            </w:r>
          </w:p>
        </w:tc>
        <w:tc>
          <w:tcPr>
            <w:tcW w:w="2001" w:type="dxa"/>
            <w:tcBorders>
              <w:top w:val="single" w:sz="2" w:space="0" w:color="000000"/>
              <w:left w:val="single" w:sz="4" w:space="0" w:color="000000"/>
              <w:bottom w:val="single" w:sz="2" w:space="0" w:color="000000"/>
              <w:right w:val="nil"/>
            </w:tcBorders>
            <w:tcMar>
              <w:top w:w="28" w:type="dxa"/>
              <w:left w:w="102" w:type="dxa"/>
              <w:bottom w:w="28" w:type="dxa"/>
              <w:right w:w="102" w:type="dxa"/>
            </w:tcMar>
            <w:vAlign w:val="center"/>
            <w:hideMark/>
          </w:tcPr>
          <w:p w:rsidR="004E7A41" w:rsidRPr="001943C9" w:rsidRDefault="004E7A41" w:rsidP="00505788">
            <w:pPr>
              <w:widowControl w:val="0"/>
              <w:autoSpaceDE w:val="0"/>
              <w:autoSpaceDN w:val="0"/>
              <w:spacing w:line="230" w:lineRule="exact"/>
              <w:jc w:val="center"/>
              <w:textAlignment w:val="baseline"/>
              <w:rPr>
                <w:rFonts w:cs="굴림"/>
                <w:color w:val="000000"/>
                <w:sz w:val="22"/>
                <w:lang w:eastAsia="ko-KR"/>
              </w:rPr>
            </w:pPr>
            <w:r w:rsidRPr="001943C9">
              <w:rPr>
                <w:rFonts w:cs="굴림" w:hint="eastAsia"/>
                <w:color w:val="000000"/>
                <w:spacing w:val="-10"/>
                <w:w w:val="97"/>
                <w:sz w:val="22"/>
                <w:lang w:eastAsia="ko-KR"/>
              </w:rPr>
              <w:t>390.13</w:t>
            </w:r>
          </w:p>
        </w:tc>
      </w:tr>
      <w:tr w:rsidR="004E7A41" w:rsidRPr="0055279D" w:rsidTr="00227381">
        <w:trPr>
          <w:trHeight w:val="85"/>
          <w:jc w:val="center"/>
        </w:trPr>
        <w:tc>
          <w:tcPr>
            <w:tcW w:w="2279" w:type="dxa"/>
            <w:tcBorders>
              <w:top w:val="single" w:sz="2" w:space="0" w:color="000000"/>
              <w:left w:val="nil"/>
              <w:bottom w:val="single" w:sz="2" w:space="0" w:color="000000"/>
              <w:right w:val="single" w:sz="2" w:space="0" w:color="000000"/>
            </w:tcBorders>
            <w:tcMar>
              <w:top w:w="28" w:type="dxa"/>
              <w:left w:w="102" w:type="dxa"/>
              <w:bottom w:w="28" w:type="dxa"/>
              <w:right w:w="102" w:type="dxa"/>
            </w:tcMar>
            <w:vAlign w:val="center"/>
            <w:hideMark/>
          </w:tcPr>
          <w:p w:rsidR="004E7A41" w:rsidRPr="001943C9" w:rsidRDefault="004E7A41" w:rsidP="00505788">
            <w:pPr>
              <w:widowControl w:val="0"/>
              <w:autoSpaceDE w:val="0"/>
              <w:autoSpaceDN w:val="0"/>
              <w:spacing w:line="230" w:lineRule="exact"/>
              <w:jc w:val="center"/>
              <w:textAlignment w:val="baseline"/>
              <w:rPr>
                <w:rFonts w:cs="굴림"/>
                <w:color w:val="000000"/>
                <w:sz w:val="22"/>
                <w:lang w:eastAsia="ko-KR"/>
              </w:rPr>
            </w:pPr>
            <w:r w:rsidRPr="001943C9">
              <w:rPr>
                <w:rFonts w:cs="굴림" w:hint="eastAsia"/>
                <w:color w:val="000000"/>
                <w:spacing w:val="-10"/>
                <w:w w:val="97"/>
                <w:sz w:val="22"/>
                <w:lang w:eastAsia="ko-KR"/>
              </w:rPr>
              <w:t>이스라엘</w:t>
            </w:r>
          </w:p>
        </w:tc>
        <w:tc>
          <w:tcPr>
            <w:tcW w:w="3078"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4E7A41" w:rsidRPr="001943C9" w:rsidRDefault="004E7A41" w:rsidP="00505788">
            <w:pPr>
              <w:widowControl w:val="0"/>
              <w:autoSpaceDE w:val="0"/>
              <w:autoSpaceDN w:val="0"/>
              <w:spacing w:line="230" w:lineRule="exact"/>
              <w:jc w:val="center"/>
              <w:textAlignment w:val="baseline"/>
              <w:rPr>
                <w:rFonts w:cs="굴림"/>
                <w:color w:val="000000"/>
                <w:sz w:val="22"/>
                <w:lang w:eastAsia="ko-KR"/>
              </w:rPr>
            </w:pPr>
            <w:proofErr w:type="spellStart"/>
            <w:r w:rsidRPr="001943C9">
              <w:rPr>
                <w:rFonts w:cs="굴림" w:hint="eastAsia"/>
                <w:color w:val="000000"/>
                <w:spacing w:val="-10"/>
                <w:w w:val="97"/>
                <w:sz w:val="22"/>
                <w:lang w:eastAsia="ko-KR"/>
              </w:rPr>
              <w:t>셰켈</w:t>
            </w:r>
            <w:proofErr w:type="spellEnd"/>
            <w:r w:rsidRPr="001943C9">
              <w:rPr>
                <w:rFonts w:cs="굴림" w:hint="eastAsia"/>
                <w:color w:val="000000"/>
                <w:spacing w:val="-10"/>
                <w:w w:val="97"/>
                <w:sz w:val="22"/>
                <w:lang w:eastAsia="ko-KR"/>
              </w:rPr>
              <w:t xml:space="preserve"> (ILS)</w:t>
            </w:r>
          </w:p>
        </w:tc>
        <w:tc>
          <w:tcPr>
            <w:tcW w:w="1856" w:type="dxa"/>
            <w:tcBorders>
              <w:top w:val="single" w:sz="2" w:space="0" w:color="000000"/>
              <w:left w:val="single" w:sz="4" w:space="0" w:color="000000"/>
              <w:bottom w:val="single" w:sz="2" w:space="0" w:color="000000"/>
              <w:right w:val="single" w:sz="4" w:space="0" w:color="000000"/>
            </w:tcBorders>
            <w:tcMar>
              <w:top w:w="28" w:type="dxa"/>
              <w:left w:w="102" w:type="dxa"/>
              <w:bottom w:w="28" w:type="dxa"/>
              <w:right w:w="102" w:type="dxa"/>
            </w:tcMar>
            <w:vAlign w:val="center"/>
            <w:hideMark/>
          </w:tcPr>
          <w:p w:rsidR="004E7A41" w:rsidRPr="001943C9" w:rsidRDefault="004E7A41" w:rsidP="00505788">
            <w:pPr>
              <w:widowControl w:val="0"/>
              <w:autoSpaceDE w:val="0"/>
              <w:autoSpaceDN w:val="0"/>
              <w:spacing w:line="230" w:lineRule="exact"/>
              <w:jc w:val="center"/>
              <w:textAlignment w:val="baseline"/>
              <w:rPr>
                <w:rFonts w:cs="굴림"/>
                <w:color w:val="000000"/>
                <w:sz w:val="22"/>
                <w:lang w:eastAsia="ko-KR"/>
              </w:rPr>
            </w:pPr>
            <w:r w:rsidRPr="001943C9">
              <w:rPr>
                <w:rFonts w:cs="굴림" w:hint="eastAsia"/>
                <w:color w:val="000000"/>
                <w:spacing w:val="-10"/>
                <w:w w:val="97"/>
                <w:sz w:val="22"/>
                <w:lang w:eastAsia="ko-KR"/>
              </w:rPr>
              <w:t>368.71</w:t>
            </w:r>
          </w:p>
        </w:tc>
        <w:tc>
          <w:tcPr>
            <w:tcW w:w="2001" w:type="dxa"/>
            <w:tcBorders>
              <w:top w:val="single" w:sz="2" w:space="0" w:color="000000"/>
              <w:left w:val="single" w:sz="4" w:space="0" w:color="000000"/>
              <w:bottom w:val="single" w:sz="2" w:space="0" w:color="000000"/>
              <w:right w:val="nil"/>
            </w:tcBorders>
            <w:tcMar>
              <w:top w:w="28" w:type="dxa"/>
              <w:left w:w="102" w:type="dxa"/>
              <w:bottom w:w="28" w:type="dxa"/>
              <w:right w:w="102" w:type="dxa"/>
            </w:tcMar>
            <w:vAlign w:val="center"/>
            <w:hideMark/>
          </w:tcPr>
          <w:p w:rsidR="004E7A41" w:rsidRPr="001943C9" w:rsidRDefault="004E7A41" w:rsidP="00505788">
            <w:pPr>
              <w:widowControl w:val="0"/>
              <w:autoSpaceDE w:val="0"/>
              <w:autoSpaceDN w:val="0"/>
              <w:spacing w:line="230" w:lineRule="exact"/>
              <w:jc w:val="center"/>
              <w:textAlignment w:val="baseline"/>
              <w:rPr>
                <w:rFonts w:cs="굴림"/>
                <w:color w:val="000000"/>
                <w:sz w:val="22"/>
                <w:lang w:eastAsia="ko-KR"/>
              </w:rPr>
            </w:pPr>
            <w:r w:rsidRPr="001943C9">
              <w:rPr>
                <w:rFonts w:cs="굴림" w:hint="eastAsia"/>
                <w:color w:val="000000"/>
                <w:spacing w:val="-10"/>
                <w:w w:val="97"/>
                <w:sz w:val="22"/>
                <w:lang w:eastAsia="ko-KR"/>
              </w:rPr>
              <w:t>413.17</w:t>
            </w:r>
          </w:p>
        </w:tc>
      </w:tr>
      <w:tr w:rsidR="004E7A41" w:rsidRPr="0055279D" w:rsidTr="00227381">
        <w:trPr>
          <w:trHeight w:val="85"/>
          <w:jc w:val="center"/>
        </w:trPr>
        <w:tc>
          <w:tcPr>
            <w:tcW w:w="2279" w:type="dxa"/>
            <w:tcBorders>
              <w:top w:val="single" w:sz="2" w:space="0" w:color="000000"/>
              <w:left w:val="nil"/>
              <w:bottom w:val="single" w:sz="2" w:space="0" w:color="000000"/>
              <w:right w:val="single" w:sz="2" w:space="0" w:color="000000"/>
            </w:tcBorders>
            <w:tcMar>
              <w:top w:w="28" w:type="dxa"/>
              <w:left w:w="102" w:type="dxa"/>
              <w:bottom w:w="28" w:type="dxa"/>
              <w:right w:w="102" w:type="dxa"/>
            </w:tcMar>
            <w:vAlign w:val="center"/>
            <w:hideMark/>
          </w:tcPr>
          <w:p w:rsidR="004E7A41" w:rsidRPr="001943C9" w:rsidRDefault="004E7A41" w:rsidP="00505788">
            <w:pPr>
              <w:widowControl w:val="0"/>
              <w:autoSpaceDE w:val="0"/>
              <w:autoSpaceDN w:val="0"/>
              <w:spacing w:line="230" w:lineRule="exact"/>
              <w:jc w:val="center"/>
              <w:textAlignment w:val="baseline"/>
              <w:rPr>
                <w:rFonts w:cs="굴림"/>
                <w:color w:val="000000"/>
                <w:sz w:val="22"/>
                <w:lang w:eastAsia="ko-KR"/>
              </w:rPr>
            </w:pPr>
            <w:r w:rsidRPr="001943C9">
              <w:rPr>
                <w:rFonts w:cs="굴림" w:hint="eastAsia"/>
                <w:color w:val="000000"/>
                <w:spacing w:val="-10"/>
                <w:w w:val="97"/>
                <w:sz w:val="22"/>
                <w:lang w:eastAsia="ko-KR"/>
              </w:rPr>
              <w:t>요르단</w:t>
            </w:r>
          </w:p>
        </w:tc>
        <w:tc>
          <w:tcPr>
            <w:tcW w:w="3078"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4E7A41" w:rsidRPr="001943C9" w:rsidRDefault="004E7A41" w:rsidP="00505788">
            <w:pPr>
              <w:widowControl w:val="0"/>
              <w:autoSpaceDE w:val="0"/>
              <w:autoSpaceDN w:val="0"/>
              <w:spacing w:line="230" w:lineRule="exact"/>
              <w:jc w:val="center"/>
              <w:textAlignment w:val="baseline"/>
              <w:rPr>
                <w:rFonts w:cs="굴림"/>
                <w:color w:val="000000"/>
                <w:sz w:val="22"/>
                <w:lang w:eastAsia="ko-KR"/>
              </w:rPr>
            </w:pPr>
            <w:proofErr w:type="spellStart"/>
            <w:r w:rsidRPr="001943C9">
              <w:rPr>
                <w:rFonts w:cs="굴림" w:hint="eastAsia"/>
                <w:color w:val="000000"/>
                <w:spacing w:val="-10"/>
                <w:w w:val="97"/>
                <w:sz w:val="22"/>
                <w:lang w:eastAsia="ko-KR"/>
              </w:rPr>
              <w:t>요르단디나르</w:t>
            </w:r>
            <w:proofErr w:type="spellEnd"/>
            <w:r w:rsidRPr="001943C9">
              <w:rPr>
                <w:rFonts w:cs="굴림" w:hint="eastAsia"/>
                <w:color w:val="000000"/>
                <w:spacing w:val="-10"/>
                <w:w w:val="97"/>
                <w:sz w:val="22"/>
                <w:lang w:eastAsia="ko-KR"/>
              </w:rPr>
              <w:t xml:space="preserve"> (JOD)</w:t>
            </w:r>
          </w:p>
        </w:tc>
        <w:tc>
          <w:tcPr>
            <w:tcW w:w="1856" w:type="dxa"/>
            <w:tcBorders>
              <w:top w:val="single" w:sz="2" w:space="0" w:color="000000"/>
              <w:left w:val="single" w:sz="4" w:space="0" w:color="000000"/>
              <w:bottom w:val="single" w:sz="2" w:space="0" w:color="000000"/>
              <w:right w:val="single" w:sz="4" w:space="0" w:color="000000"/>
            </w:tcBorders>
            <w:tcMar>
              <w:top w:w="28" w:type="dxa"/>
              <w:left w:w="102" w:type="dxa"/>
              <w:bottom w:w="28" w:type="dxa"/>
              <w:right w:w="102" w:type="dxa"/>
            </w:tcMar>
            <w:vAlign w:val="center"/>
            <w:hideMark/>
          </w:tcPr>
          <w:p w:rsidR="004E7A41" w:rsidRPr="001943C9" w:rsidRDefault="004E7A41" w:rsidP="00505788">
            <w:pPr>
              <w:widowControl w:val="0"/>
              <w:autoSpaceDE w:val="0"/>
              <w:autoSpaceDN w:val="0"/>
              <w:spacing w:line="230" w:lineRule="exact"/>
              <w:jc w:val="center"/>
              <w:textAlignment w:val="baseline"/>
              <w:rPr>
                <w:rFonts w:cs="굴림"/>
                <w:color w:val="000000"/>
                <w:sz w:val="22"/>
                <w:lang w:eastAsia="ko-KR"/>
              </w:rPr>
            </w:pPr>
            <w:r w:rsidRPr="001943C9">
              <w:rPr>
                <w:rFonts w:cs="굴림" w:hint="eastAsia"/>
                <w:color w:val="000000"/>
                <w:spacing w:val="-10"/>
                <w:w w:val="97"/>
                <w:sz w:val="22"/>
                <w:lang w:eastAsia="ko-KR"/>
              </w:rPr>
              <w:t>1923.58</w:t>
            </w:r>
          </w:p>
        </w:tc>
        <w:tc>
          <w:tcPr>
            <w:tcW w:w="2001" w:type="dxa"/>
            <w:tcBorders>
              <w:top w:val="single" w:sz="2" w:space="0" w:color="000000"/>
              <w:left w:val="single" w:sz="4" w:space="0" w:color="000000"/>
              <w:bottom w:val="single" w:sz="2" w:space="0" w:color="000000"/>
              <w:right w:val="nil"/>
            </w:tcBorders>
            <w:tcMar>
              <w:top w:w="28" w:type="dxa"/>
              <w:left w:w="102" w:type="dxa"/>
              <w:bottom w:w="28" w:type="dxa"/>
              <w:right w:w="102" w:type="dxa"/>
            </w:tcMar>
            <w:vAlign w:val="center"/>
            <w:hideMark/>
          </w:tcPr>
          <w:p w:rsidR="004E7A41" w:rsidRPr="001943C9" w:rsidRDefault="004E7A41" w:rsidP="00505788">
            <w:pPr>
              <w:widowControl w:val="0"/>
              <w:autoSpaceDE w:val="0"/>
              <w:autoSpaceDN w:val="0"/>
              <w:spacing w:line="230" w:lineRule="exact"/>
              <w:jc w:val="center"/>
              <w:textAlignment w:val="baseline"/>
              <w:rPr>
                <w:rFonts w:cs="굴림"/>
                <w:color w:val="000000"/>
                <w:sz w:val="22"/>
                <w:lang w:eastAsia="ko-KR"/>
              </w:rPr>
            </w:pPr>
            <w:r w:rsidRPr="001943C9">
              <w:rPr>
                <w:rFonts w:cs="굴림" w:hint="eastAsia"/>
                <w:color w:val="000000"/>
                <w:spacing w:val="-10"/>
                <w:w w:val="97"/>
                <w:sz w:val="22"/>
                <w:lang w:eastAsia="ko-KR"/>
              </w:rPr>
              <w:t>2005.56</w:t>
            </w:r>
          </w:p>
        </w:tc>
      </w:tr>
      <w:tr w:rsidR="004E7A41" w:rsidRPr="0055279D" w:rsidTr="00227381">
        <w:trPr>
          <w:trHeight w:val="85"/>
          <w:jc w:val="center"/>
        </w:trPr>
        <w:tc>
          <w:tcPr>
            <w:tcW w:w="2279" w:type="dxa"/>
            <w:tcBorders>
              <w:top w:val="single" w:sz="2" w:space="0" w:color="000000"/>
              <w:left w:val="nil"/>
              <w:bottom w:val="single" w:sz="2" w:space="0" w:color="000000"/>
              <w:right w:val="single" w:sz="2" w:space="0" w:color="000000"/>
            </w:tcBorders>
            <w:tcMar>
              <w:top w:w="28" w:type="dxa"/>
              <w:left w:w="102" w:type="dxa"/>
              <w:bottom w:w="28" w:type="dxa"/>
              <w:right w:w="102" w:type="dxa"/>
            </w:tcMar>
            <w:vAlign w:val="center"/>
            <w:hideMark/>
          </w:tcPr>
          <w:p w:rsidR="004E7A41" w:rsidRPr="001943C9" w:rsidRDefault="004E7A41" w:rsidP="00505788">
            <w:pPr>
              <w:widowControl w:val="0"/>
              <w:autoSpaceDE w:val="0"/>
              <w:autoSpaceDN w:val="0"/>
              <w:spacing w:line="230" w:lineRule="exact"/>
              <w:jc w:val="center"/>
              <w:textAlignment w:val="baseline"/>
              <w:rPr>
                <w:rFonts w:cs="굴림"/>
                <w:color w:val="000000"/>
                <w:sz w:val="22"/>
                <w:lang w:eastAsia="ko-KR"/>
              </w:rPr>
            </w:pPr>
            <w:r w:rsidRPr="001943C9">
              <w:rPr>
                <w:rFonts w:cs="굴림" w:hint="eastAsia"/>
                <w:color w:val="000000"/>
                <w:spacing w:val="-10"/>
                <w:w w:val="97"/>
                <w:sz w:val="22"/>
                <w:lang w:eastAsia="ko-KR"/>
              </w:rPr>
              <w:t>쿠웨이트</w:t>
            </w:r>
          </w:p>
        </w:tc>
        <w:tc>
          <w:tcPr>
            <w:tcW w:w="3078"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4E7A41" w:rsidRPr="001943C9" w:rsidRDefault="004E7A41" w:rsidP="00505788">
            <w:pPr>
              <w:widowControl w:val="0"/>
              <w:autoSpaceDE w:val="0"/>
              <w:autoSpaceDN w:val="0"/>
              <w:spacing w:line="230" w:lineRule="exact"/>
              <w:jc w:val="center"/>
              <w:textAlignment w:val="baseline"/>
              <w:rPr>
                <w:rFonts w:cs="굴림"/>
                <w:color w:val="000000"/>
                <w:sz w:val="22"/>
                <w:lang w:eastAsia="ko-KR"/>
              </w:rPr>
            </w:pPr>
            <w:proofErr w:type="spellStart"/>
            <w:r w:rsidRPr="001943C9">
              <w:rPr>
                <w:rFonts w:cs="굴림" w:hint="eastAsia"/>
                <w:color w:val="000000"/>
                <w:spacing w:val="-10"/>
                <w:w w:val="97"/>
                <w:sz w:val="22"/>
                <w:lang w:eastAsia="ko-KR"/>
              </w:rPr>
              <w:t>쿠웨이트디나르</w:t>
            </w:r>
            <w:proofErr w:type="spellEnd"/>
            <w:r w:rsidRPr="001943C9">
              <w:rPr>
                <w:rFonts w:cs="굴림" w:hint="eastAsia"/>
                <w:color w:val="000000"/>
                <w:spacing w:val="-10"/>
                <w:w w:val="97"/>
                <w:sz w:val="22"/>
                <w:lang w:eastAsia="ko-KR"/>
              </w:rPr>
              <w:t xml:space="preserve"> (KWD)</w:t>
            </w:r>
          </w:p>
        </w:tc>
        <w:tc>
          <w:tcPr>
            <w:tcW w:w="1856" w:type="dxa"/>
            <w:tcBorders>
              <w:top w:val="single" w:sz="2" w:space="0" w:color="000000"/>
              <w:left w:val="single" w:sz="4" w:space="0" w:color="000000"/>
              <w:bottom w:val="single" w:sz="2" w:space="0" w:color="000000"/>
              <w:right w:val="single" w:sz="4" w:space="0" w:color="000000"/>
            </w:tcBorders>
            <w:tcMar>
              <w:top w:w="28" w:type="dxa"/>
              <w:left w:w="102" w:type="dxa"/>
              <w:bottom w:w="28" w:type="dxa"/>
              <w:right w:w="102" w:type="dxa"/>
            </w:tcMar>
            <w:vAlign w:val="center"/>
            <w:hideMark/>
          </w:tcPr>
          <w:p w:rsidR="004E7A41" w:rsidRPr="001943C9" w:rsidRDefault="004E7A41" w:rsidP="00505788">
            <w:pPr>
              <w:widowControl w:val="0"/>
              <w:autoSpaceDE w:val="0"/>
              <w:autoSpaceDN w:val="0"/>
              <w:spacing w:line="230" w:lineRule="exact"/>
              <w:jc w:val="center"/>
              <w:textAlignment w:val="baseline"/>
              <w:rPr>
                <w:rFonts w:cs="굴림"/>
                <w:color w:val="000000"/>
                <w:sz w:val="22"/>
                <w:lang w:eastAsia="ko-KR"/>
              </w:rPr>
            </w:pPr>
            <w:r w:rsidRPr="001943C9">
              <w:rPr>
                <w:rFonts w:cs="굴림" w:hint="eastAsia"/>
                <w:color w:val="000000"/>
                <w:spacing w:val="-10"/>
                <w:w w:val="97"/>
                <w:sz w:val="22"/>
                <w:lang w:eastAsia="ko-KR"/>
              </w:rPr>
              <w:t>4444.09</w:t>
            </w:r>
          </w:p>
        </w:tc>
        <w:tc>
          <w:tcPr>
            <w:tcW w:w="2001" w:type="dxa"/>
            <w:tcBorders>
              <w:top w:val="single" w:sz="2" w:space="0" w:color="000000"/>
              <w:left w:val="single" w:sz="4" w:space="0" w:color="000000"/>
              <w:bottom w:val="single" w:sz="2" w:space="0" w:color="000000"/>
              <w:right w:val="nil"/>
            </w:tcBorders>
            <w:tcMar>
              <w:top w:w="28" w:type="dxa"/>
              <w:left w:w="102" w:type="dxa"/>
              <w:bottom w:w="28" w:type="dxa"/>
              <w:right w:w="102" w:type="dxa"/>
            </w:tcMar>
            <w:vAlign w:val="center"/>
            <w:hideMark/>
          </w:tcPr>
          <w:p w:rsidR="004E7A41" w:rsidRPr="001943C9" w:rsidRDefault="004E7A41" w:rsidP="00505788">
            <w:pPr>
              <w:widowControl w:val="0"/>
              <w:autoSpaceDE w:val="0"/>
              <w:autoSpaceDN w:val="0"/>
              <w:spacing w:line="230" w:lineRule="exact"/>
              <w:jc w:val="center"/>
              <w:textAlignment w:val="baseline"/>
              <w:rPr>
                <w:rFonts w:cs="굴림"/>
                <w:color w:val="000000"/>
                <w:sz w:val="22"/>
                <w:lang w:eastAsia="ko-KR"/>
              </w:rPr>
            </w:pPr>
            <w:r w:rsidRPr="001943C9">
              <w:rPr>
                <w:rFonts w:cs="굴림" w:hint="eastAsia"/>
                <w:color w:val="000000"/>
                <w:spacing w:val="-10"/>
                <w:w w:val="97"/>
                <w:sz w:val="22"/>
                <w:lang w:eastAsia="ko-KR"/>
              </w:rPr>
              <w:t>4634.96</w:t>
            </w:r>
          </w:p>
        </w:tc>
      </w:tr>
      <w:tr w:rsidR="004E7A41" w:rsidRPr="0055279D" w:rsidTr="00227381">
        <w:trPr>
          <w:trHeight w:val="85"/>
          <w:jc w:val="center"/>
        </w:trPr>
        <w:tc>
          <w:tcPr>
            <w:tcW w:w="2279" w:type="dxa"/>
            <w:tcBorders>
              <w:top w:val="single" w:sz="2" w:space="0" w:color="000000"/>
              <w:left w:val="nil"/>
              <w:bottom w:val="single" w:sz="2" w:space="0" w:color="000000"/>
              <w:right w:val="single" w:sz="2" w:space="0" w:color="000000"/>
            </w:tcBorders>
            <w:tcMar>
              <w:top w:w="28" w:type="dxa"/>
              <w:left w:w="102" w:type="dxa"/>
              <w:bottom w:w="28" w:type="dxa"/>
              <w:right w:w="102" w:type="dxa"/>
            </w:tcMar>
            <w:vAlign w:val="center"/>
            <w:hideMark/>
          </w:tcPr>
          <w:p w:rsidR="004E7A41" w:rsidRPr="001943C9" w:rsidRDefault="004E7A41" w:rsidP="00505788">
            <w:pPr>
              <w:widowControl w:val="0"/>
              <w:autoSpaceDE w:val="0"/>
              <w:autoSpaceDN w:val="0"/>
              <w:spacing w:line="230" w:lineRule="exact"/>
              <w:jc w:val="center"/>
              <w:textAlignment w:val="baseline"/>
              <w:rPr>
                <w:rFonts w:cs="굴림"/>
                <w:color w:val="000000"/>
                <w:sz w:val="22"/>
                <w:lang w:eastAsia="ko-KR"/>
              </w:rPr>
            </w:pPr>
            <w:r w:rsidRPr="001943C9">
              <w:rPr>
                <w:rFonts w:cs="굴림" w:hint="eastAsia"/>
                <w:color w:val="000000"/>
                <w:spacing w:val="-10"/>
                <w:w w:val="97"/>
                <w:sz w:val="22"/>
                <w:lang w:eastAsia="ko-KR"/>
              </w:rPr>
              <w:t>아랍에미리트</w:t>
            </w:r>
          </w:p>
        </w:tc>
        <w:tc>
          <w:tcPr>
            <w:tcW w:w="3078"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4E7A41" w:rsidRPr="001943C9" w:rsidRDefault="004E7A41" w:rsidP="00505788">
            <w:pPr>
              <w:widowControl w:val="0"/>
              <w:autoSpaceDE w:val="0"/>
              <w:autoSpaceDN w:val="0"/>
              <w:spacing w:line="230" w:lineRule="exact"/>
              <w:jc w:val="center"/>
              <w:textAlignment w:val="baseline"/>
              <w:rPr>
                <w:rFonts w:cs="굴림"/>
                <w:color w:val="000000"/>
                <w:sz w:val="22"/>
                <w:lang w:eastAsia="ko-KR"/>
              </w:rPr>
            </w:pPr>
            <w:proofErr w:type="spellStart"/>
            <w:r w:rsidRPr="001943C9">
              <w:rPr>
                <w:rFonts w:cs="굴림" w:hint="eastAsia"/>
                <w:color w:val="000000"/>
                <w:spacing w:val="-10"/>
                <w:w w:val="97"/>
                <w:sz w:val="22"/>
                <w:lang w:eastAsia="ko-KR"/>
              </w:rPr>
              <w:t>디르함</w:t>
            </w:r>
            <w:proofErr w:type="spellEnd"/>
            <w:r w:rsidRPr="001943C9">
              <w:rPr>
                <w:rFonts w:cs="굴림" w:hint="eastAsia"/>
                <w:color w:val="000000"/>
                <w:spacing w:val="-10"/>
                <w:w w:val="97"/>
                <w:sz w:val="22"/>
                <w:lang w:eastAsia="ko-KR"/>
              </w:rPr>
              <w:t xml:space="preserve"> (AED)</w:t>
            </w:r>
          </w:p>
        </w:tc>
        <w:tc>
          <w:tcPr>
            <w:tcW w:w="1856" w:type="dxa"/>
            <w:tcBorders>
              <w:top w:val="single" w:sz="2" w:space="0" w:color="000000"/>
              <w:left w:val="single" w:sz="4" w:space="0" w:color="000000"/>
              <w:bottom w:val="single" w:sz="2" w:space="0" w:color="000000"/>
              <w:right w:val="single" w:sz="4" w:space="0" w:color="000000"/>
            </w:tcBorders>
            <w:tcMar>
              <w:top w:w="28" w:type="dxa"/>
              <w:left w:w="102" w:type="dxa"/>
              <w:bottom w:w="28" w:type="dxa"/>
              <w:right w:w="102" w:type="dxa"/>
            </w:tcMar>
            <w:vAlign w:val="center"/>
            <w:hideMark/>
          </w:tcPr>
          <w:p w:rsidR="004E7A41" w:rsidRPr="001943C9" w:rsidRDefault="004E7A41" w:rsidP="00505788">
            <w:pPr>
              <w:widowControl w:val="0"/>
              <w:autoSpaceDE w:val="0"/>
              <w:autoSpaceDN w:val="0"/>
              <w:spacing w:line="230" w:lineRule="exact"/>
              <w:jc w:val="center"/>
              <w:textAlignment w:val="baseline"/>
              <w:rPr>
                <w:rFonts w:cs="굴림"/>
                <w:color w:val="000000"/>
                <w:sz w:val="22"/>
                <w:lang w:eastAsia="ko-KR"/>
              </w:rPr>
            </w:pPr>
            <w:r w:rsidRPr="001943C9">
              <w:rPr>
                <w:rFonts w:cs="굴림" w:hint="eastAsia"/>
                <w:color w:val="000000"/>
                <w:spacing w:val="-10"/>
                <w:w w:val="97"/>
                <w:sz w:val="22"/>
                <w:lang w:eastAsia="ko-KR"/>
              </w:rPr>
              <w:t>371.36</w:t>
            </w:r>
          </w:p>
        </w:tc>
        <w:tc>
          <w:tcPr>
            <w:tcW w:w="2001" w:type="dxa"/>
            <w:tcBorders>
              <w:top w:val="single" w:sz="2" w:space="0" w:color="000000"/>
              <w:left w:val="single" w:sz="4" w:space="0" w:color="000000"/>
              <w:bottom w:val="single" w:sz="2" w:space="0" w:color="000000"/>
              <w:right w:val="nil"/>
            </w:tcBorders>
            <w:tcMar>
              <w:top w:w="28" w:type="dxa"/>
              <w:left w:w="102" w:type="dxa"/>
              <w:bottom w:w="28" w:type="dxa"/>
              <w:right w:w="102" w:type="dxa"/>
            </w:tcMar>
            <w:vAlign w:val="center"/>
            <w:hideMark/>
          </w:tcPr>
          <w:p w:rsidR="004E7A41" w:rsidRPr="001943C9" w:rsidRDefault="004E7A41" w:rsidP="00505788">
            <w:pPr>
              <w:widowControl w:val="0"/>
              <w:autoSpaceDE w:val="0"/>
              <w:autoSpaceDN w:val="0"/>
              <w:spacing w:line="230" w:lineRule="exact"/>
              <w:jc w:val="center"/>
              <w:textAlignment w:val="baseline"/>
              <w:rPr>
                <w:rFonts w:cs="굴림"/>
                <w:color w:val="000000"/>
                <w:sz w:val="22"/>
                <w:lang w:eastAsia="ko-KR"/>
              </w:rPr>
            </w:pPr>
            <w:r w:rsidRPr="001943C9">
              <w:rPr>
                <w:rFonts w:cs="굴림" w:hint="eastAsia"/>
                <w:color w:val="000000"/>
                <w:spacing w:val="-10"/>
                <w:w w:val="97"/>
                <w:sz w:val="22"/>
                <w:lang w:eastAsia="ko-KR"/>
              </w:rPr>
              <w:t>387.23</w:t>
            </w:r>
          </w:p>
        </w:tc>
      </w:tr>
      <w:tr w:rsidR="004E7A41" w:rsidRPr="0055279D" w:rsidTr="00227381">
        <w:trPr>
          <w:trHeight w:val="85"/>
          <w:jc w:val="center"/>
        </w:trPr>
        <w:tc>
          <w:tcPr>
            <w:tcW w:w="2279" w:type="dxa"/>
            <w:tcBorders>
              <w:top w:val="single" w:sz="2" w:space="0" w:color="000000"/>
              <w:left w:val="nil"/>
              <w:bottom w:val="single" w:sz="2" w:space="0" w:color="000000"/>
              <w:right w:val="single" w:sz="2" w:space="0" w:color="000000"/>
            </w:tcBorders>
            <w:tcMar>
              <w:top w:w="28" w:type="dxa"/>
              <w:left w:w="102" w:type="dxa"/>
              <w:bottom w:w="28" w:type="dxa"/>
              <w:right w:w="102" w:type="dxa"/>
            </w:tcMar>
            <w:vAlign w:val="center"/>
            <w:hideMark/>
          </w:tcPr>
          <w:p w:rsidR="004E7A41" w:rsidRPr="001943C9" w:rsidRDefault="004E7A41" w:rsidP="00505788">
            <w:pPr>
              <w:widowControl w:val="0"/>
              <w:autoSpaceDE w:val="0"/>
              <w:autoSpaceDN w:val="0"/>
              <w:spacing w:line="230" w:lineRule="exact"/>
              <w:jc w:val="center"/>
              <w:textAlignment w:val="baseline"/>
              <w:rPr>
                <w:rFonts w:cs="굴림"/>
                <w:color w:val="000000"/>
                <w:sz w:val="22"/>
                <w:lang w:eastAsia="ko-KR"/>
              </w:rPr>
            </w:pPr>
            <w:proofErr w:type="spellStart"/>
            <w:r w:rsidRPr="001943C9">
              <w:rPr>
                <w:rFonts w:cs="굴림" w:hint="eastAsia"/>
                <w:color w:val="000000"/>
                <w:spacing w:val="-10"/>
                <w:w w:val="97"/>
                <w:sz w:val="22"/>
                <w:lang w:eastAsia="ko-KR"/>
              </w:rPr>
              <w:t>튀르키예</w:t>
            </w:r>
            <w:proofErr w:type="spellEnd"/>
          </w:p>
        </w:tc>
        <w:tc>
          <w:tcPr>
            <w:tcW w:w="3078"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4E7A41" w:rsidRPr="001943C9" w:rsidRDefault="004E7A41" w:rsidP="00505788">
            <w:pPr>
              <w:widowControl w:val="0"/>
              <w:autoSpaceDE w:val="0"/>
              <w:autoSpaceDN w:val="0"/>
              <w:spacing w:line="230" w:lineRule="exact"/>
              <w:jc w:val="center"/>
              <w:textAlignment w:val="baseline"/>
              <w:rPr>
                <w:rFonts w:cs="굴림"/>
                <w:color w:val="000000"/>
                <w:sz w:val="22"/>
                <w:lang w:eastAsia="ko-KR"/>
              </w:rPr>
            </w:pPr>
            <w:r w:rsidRPr="001943C9">
              <w:rPr>
                <w:rFonts w:cs="굴림" w:hint="eastAsia"/>
                <w:color w:val="000000"/>
                <w:spacing w:val="-10"/>
                <w:w w:val="97"/>
                <w:sz w:val="22"/>
                <w:lang w:eastAsia="ko-KR"/>
              </w:rPr>
              <w:t>리라 (TRY)</w:t>
            </w:r>
          </w:p>
        </w:tc>
        <w:tc>
          <w:tcPr>
            <w:tcW w:w="1856" w:type="dxa"/>
            <w:tcBorders>
              <w:top w:val="single" w:sz="2" w:space="0" w:color="000000"/>
              <w:left w:val="single" w:sz="4" w:space="0" w:color="000000"/>
              <w:bottom w:val="single" w:sz="2" w:space="0" w:color="000000"/>
              <w:right w:val="single" w:sz="4" w:space="0" w:color="000000"/>
            </w:tcBorders>
            <w:tcMar>
              <w:top w:w="28" w:type="dxa"/>
              <w:left w:w="102" w:type="dxa"/>
              <w:bottom w:w="28" w:type="dxa"/>
              <w:right w:w="102" w:type="dxa"/>
            </w:tcMar>
            <w:vAlign w:val="center"/>
            <w:hideMark/>
          </w:tcPr>
          <w:p w:rsidR="004E7A41" w:rsidRPr="001943C9" w:rsidRDefault="004E7A41" w:rsidP="00505788">
            <w:pPr>
              <w:widowControl w:val="0"/>
              <w:autoSpaceDE w:val="0"/>
              <w:autoSpaceDN w:val="0"/>
              <w:spacing w:line="230" w:lineRule="exact"/>
              <w:jc w:val="center"/>
              <w:textAlignment w:val="baseline"/>
              <w:rPr>
                <w:rFonts w:cs="굴림"/>
                <w:color w:val="000000"/>
                <w:sz w:val="22"/>
                <w:lang w:eastAsia="ko-KR"/>
              </w:rPr>
            </w:pPr>
            <w:r w:rsidRPr="001943C9">
              <w:rPr>
                <w:rFonts w:cs="굴림" w:hint="eastAsia"/>
                <w:color w:val="000000"/>
                <w:spacing w:val="-10"/>
                <w:w w:val="97"/>
                <w:sz w:val="22"/>
                <w:lang w:eastAsia="ko-KR"/>
              </w:rPr>
              <w:t>41.55</w:t>
            </w:r>
          </w:p>
        </w:tc>
        <w:tc>
          <w:tcPr>
            <w:tcW w:w="2001" w:type="dxa"/>
            <w:tcBorders>
              <w:top w:val="single" w:sz="2" w:space="0" w:color="000000"/>
              <w:left w:val="single" w:sz="4" w:space="0" w:color="000000"/>
              <w:bottom w:val="single" w:sz="2" w:space="0" w:color="000000"/>
              <w:right w:val="nil"/>
            </w:tcBorders>
            <w:tcMar>
              <w:top w:w="28" w:type="dxa"/>
              <w:left w:w="102" w:type="dxa"/>
              <w:bottom w:w="28" w:type="dxa"/>
              <w:right w:w="102" w:type="dxa"/>
            </w:tcMar>
            <w:vAlign w:val="center"/>
            <w:hideMark/>
          </w:tcPr>
          <w:p w:rsidR="004E7A41" w:rsidRPr="001943C9" w:rsidRDefault="004E7A41" w:rsidP="00505788">
            <w:pPr>
              <w:widowControl w:val="0"/>
              <w:autoSpaceDE w:val="0"/>
              <w:autoSpaceDN w:val="0"/>
              <w:spacing w:line="230" w:lineRule="exact"/>
              <w:jc w:val="center"/>
              <w:textAlignment w:val="baseline"/>
              <w:rPr>
                <w:rFonts w:cs="굴림"/>
                <w:color w:val="000000"/>
                <w:sz w:val="22"/>
                <w:lang w:eastAsia="ko-KR"/>
              </w:rPr>
            </w:pPr>
            <w:r w:rsidRPr="001943C9">
              <w:rPr>
                <w:rFonts w:cs="굴림" w:hint="eastAsia"/>
                <w:color w:val="000000"/>
                <w:spacing w:val="-10"/>
                <w:w w:val="97"/>
                <w:sz w:val="22"/>
                <w:lang w:eastAsia="ko-KR"/>
              </w:rPr>
              <w:t>36.05</w:t>
            </w:r>
          </w:p>
        </w:tc>
      </w:tr>
      <w:tr w:rsidR="004E7A41" w:rsidRPr="0055279D" w:rsidTr="00227381">
        <w:trPr>
          <w:trHeight w:val="87"/>
          <w:jc w:val="center"/>
        </w:trPr>
        <w:tc>
          <w:tcPr>
            <w:tcW w:w="2279" w:type="dxa"/>
            <w:tcBorders>
              <w:top w:val="single" w:sz="2" w:space="0" w:color="000000"/>
              <w:left w:val="nil"/>
              <w:bottom w:val="single" w:sz="12" w:space="0" w:color="000000"/>
              <w:right w:val="single" w:sz="2" w:space="0" w:color="000000"/>
            </w:tcBorders>
            <w:tcMar>
              <w:top w:w="28" w:type="dxa"/>
              <w:left w:w="102" w:type="dxa"/>
              <w:bottom w:w="28" w:type="dxa"/>
              <w:right w:w="102" w:type="dxa"/>
            </w:tcMar>
            <w:vAlign w:val="center"/>
            <w:hideMark/>
          </w:tcPr>
          <w:p w:rsidR="004E7A41" w:rsidRPr="001943C9" w:rsidRDefault="004E7A41" w:rsidP="00505788">
            <w:pPr>
              <w:widowControl w:val="0"/>
              <w:autoSpaceDE w:val="0"/>
              <w:autoSpaceDN w:val="0"/>
              <w:spacing w:line="230" w:lineRule="exact"/>
              <w:jc w:val="center"/>
              <w:textAlignment w:val="baseline"/>
              <w:rPr>
                <w:rFonts w:cs="굴림"/>
                <w:color w:val="000000"/>
                <w:sz w:val="22"/>
                <w:lang w:eastAsia="ko-KR"/>
              </w:rPr>
            </w:pPr>
            <w:r w:rsidRPr="001943C9">
              <w:rPr>
                <w:rFonts w:cs="굴림" w:hint="eastAsia"/>
                <w:color w:val="000000"/>
                <w:spacing w:val="-10"/>
                <w:w w:val="97"/>
                <w:sz w:val="22"/>
                <w:lang w:eastAsia="ko-KR"/>
              </w:rPr>
              <w:t>남아프리카공화국</w:t>
            </w:r>
          </w:p>
        </w:tc>
        <w:tc>
          <w:tcPr>
            <w:tcW w:w="3078" w:type="dxa"/>
            <w:tcBorders>
              <w:top w:val="single" w:sz="2" w:space="0" w:color="000000"/>
              <w:left w:val="single" w:sz="2" w:space="0" w:color="000000"/>
              <w:bottom w:val="single" w:sz="12" w:space="0" w:color="000000"/>
              <w:right w:val="single" w:sz="2" w:space="0" w:color="000000"/>
            </w:tcBorders>
            <w:tcMar>
              <w:top w:w="28" w:type="dxa"/>
              <w:left w:w="102" w:type="dxa"/>
              <w:bottom w:w="28" w:type="dxa"/>
              <w:right w:w="102" w:type="dxa"/>
            </w:tcMar>
            <w:vAlign w:val="center"/>
            <w:hideMark/>
          </w:tcPr>
          <w:p w:rsidR="004E7A41" w:rsidRPr="001943C9" w:rsidRDefault="004E7A41" w:rsidP="00505788">
            <w:pPr>
              <w:widowControl w:val="0"/>
              <w:autoSpaceDE w:val="0"/>
              <w:autoSpaceDN w:val="0"/>
              <w:spacing w:line="230" w:lineRule="exact"/>
              <w:jc w:val="center"/>
              <w:textAlignment w:val="baseline"/>
              <w:rPr>
                <w:rFonts w:cs="굴림"/>
                <w:color w:val="000000"/>
                <w:sz w:val="22"/>
                <w:lang w:eastAsia="ko-KR"/>
              </w:rPr>
            </w:pPr>
            <w:r w:rsidRPr="001943C9">
              <w:rPr>
                <w:rFonts w:cs="굴림" w:hint="eastAsia"/>
                <w:color w:val="000000"/>
                <w:spacing w:val="-10"/>
                <w:w w:val="97"/>
                <w:sz w:val="22"/>
                <w:lang w:eastAsia="ko-KR"/>
              </w:rPr>
              <w:t>랜드 (ZAR)</w:t>
            </w:r>
          </w:p>
        </w:tc>
        <w:tc>
          <w:tcPr>
            <w:tcW w:w="1856" w:type="dxa"/>
            <w:tcBorders>
              <w:top w:val="single" w:sz="2" w:space="0" w:color="000000"/>
              <w:left w:val="single" w:sz="4" w:space="0" w:color="000000"/>
              <w:bottom w:val="single" w:sz="12" w:space="0" w:color="000000"/>
              <w:right w:val="single" w:sz="4" w:space="0" w:color="000000"/>
            </w:tcBorders>
            <w:tcMar>
              <w:top w:w="28" w:type="dxa"/>
              <w:left w:w="102" w:type="dxa"/>
              <w:bottom w:w="28" w:type="dxa"/>
              <w:right w:w="102" w:type="dxa"/>
            </w:tcMar>
            <w:vAlign w:val="center"/>
            <w:hideMark/>
          </w:tcPr>
          <w:p w:rsidR="004E7A41" w:rsidRPr="001943C9" w:rsidRDefault="004E7A41" w:rsidP="00505788">
            <w:pPr>
              <w:widowControl w:val="0"/>
              <w:autoSpaceDE w:val="0"/>
              <w:autoSpaceDN w:val="0"/>
              <w:spacing w:line="230" w:lineRule="exact"/>
              <w:jc w:val="center"/>
              <w:textAlignment w:val="baseline"/>
              <w:rPr>
                <w:rFonts w:cs="굴림"/>
                <w:color w:val="000000"/>
                <w:sz w:val="22"/>
                <w:lang w:eastAsia="ko-KR"/>
              </w:rPr>
            </w:pPr>
            <w:r w:rsidRPr="001943C9">
              <w:rPr>
                <w:rFonts w:cs="굴림" w:hint="eastAsia"/>
                <w:color w:val="000000"/>
                <w:spacing w:val="-10"/>
                <w:w w:val="97"/>
                <w:sz w:val="22"/>
                <w:lang w:eastAsia="ko-KR"/>
              </w:rPr>
              <w:t>74.46</w:t>
            </w:r>
          </w:p>
        </w:tc>
        <w:tc>
          <w:tcPr>
            <w:tcW w:w="2001" w:type="dxa"/>
            <w:tcBorders>
              <w:top w:val="single" w:sz="2" w:space="0" w:color="000000"/>
              <w:left w:val="single" w:sz="4" w:space="0" w:color="000000"/>
              <w:bottom w:val="single" w:sz="12" w:space="0" w:color="000000"/>
              <w:right w:val="nil"/>
            </w:tcBorders>
            <w:tcMar>
              <w:top w:w="28" w:type="dxa"/>
              <w:left w:w="102" w:type="dxa"/>
              <w:bottom w:w="28" w:type="dxa"/>
              <w:right w:w="102" w:type="dxa"/>
            </w:tcMar>
            <w:vAlign w:val="center"/>
            <w:hideMark/>
          </w:tcPr>
          <w:p w:rsidR="004E7A41" w:rsidRPr="001943C9" w:rsidRDefault="004E7A41" w:rsidP="00505788">
            <w:pPr>
              <w:widowControl w:val="0"/>
              <w:autoSpaceDE w:val="0"/>
              <w:autoSpaceDN w:val="0"/>
              <w:spacing w:line="230" w:lineRule="exact"/>
              <w:jc w:val="center"/>
              <w:textAlignment w:val="baseline"/>
              <w:rPr>
                <w:rFonts w:cs="굴림"/>
                <w:color w:val="000000"/>
                <w:sz w:val="22"/>
                <w:lang w:eastAsia="ko-KR"/>
              </w:rPr>
            </w:pPr>
            <w:r w:rsidRPr="001943C9">
              <w:rPr>
                <w:rFonts w:cs="굴림" w:hint="eastAsia"/>
                <w:color w:val="000000"/>
                <w:spacing w:val="-10"/>
                <w:w w:val="97"/>
                <w:sz w:val="22"/>
                <w:lang w:eastAsia="ko-KR"/>
              </w:rPr>
              <w:t>79.62</w:t>
            </w:r>
          </w:p>
        </w:tc>
      </w:tr>
    </w:tbl>
    <w:p w:rsidR="00F3557A" w:rsidRDefault="00F3557A" w:rsidP="001943C9"/>
    <w:sectPr w:rsidR="00F3557A" w:rsidSect="00034616">
      <w:pgSz w:w="11906" w:h="16838"/>
      <w:pgMar w:top="1417" w:right="1134" w:bottom="1134" w:left="1134" w:header="567" w:footer="56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MS Mincho">
    <w:altName w:val="Yu Gothic UI"/>
    <w:panose1 w:val="02020609040205080304"/>
    <w:charset w:val="80"/>
    <w:family w:val="roman"/>
    <w:notTrueType/>
    <w:pitch w:val="fixed"/>
    <w:sig w:usb0="00000001" w:usb1="08070000" w:usb2="00000010" w:usb3="00000000" w:csb0="00020000" w:csb1="00000000"/>
  </w:font>
  <w:font w:name="맑은 고딕">
    <w:panose1 w:val="020B0503020000020004"/>
    <w:charset w:val="81"/>
    <w:family w:val="modern"/>
    <w:pitch w:val="variable"/>
    <w:sig w:usb0="9000002F" w:usb1="29D77CFB" w:usb2="00000012" w:usb3="00000000" w:csb0="00080001" w:csb1="00000000"/>
  </w:font>
  <w:font w:name="Calibri">
    <w:panose1 w:val="020F0502020204030204"/>
    <w:charset w:val="00"/>
    <w:family w:val="swiss"/>
    <w:pitch w:val="variable"/>
    <w:sig w:usb0="E0002AFF" w:usb1="4000ACFF" w:usb2="00000001"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한양신명조">
    <w:altName w:val="바탕"/>
    <w:panose1 w:val="00000000000000000000"/>
    <w:charset w:val="81"/>
    <w:family w:val="roman"/>
    <w:notTrueType/>
    <w:pitch w:val="default"/>
    <w:sig w:usb0="00000001" w:usb1="09060000" w:usb2="00000010" w:usb3="00000000" w:csb0="00080000" w:csb1="00000000"/>
  </w:font>
  <w:font w:name="굴림">
    <w:altName w:val="Gulim"/>
    <w:panose1 w:val="020B0600000101010101"/>
    <w:charset w:val="81"/>
    <w:family w:val="modern"/>
    <w:pitch w:val="variable"/>
    <w:sig w:usb0="B00002AF" w:usb1="69D77CFB" w:usb2="00000030" w:usb3="00000000" w:csb0="0008009F" w:csb1="00000000"/>
  </w:font>
  <w:font w:name="한컴바탕">
    <w:altName w:val="바탕"/>
    <w:panose1 w:val="00000000000000000000"/>
    <w:charset w:val="81"/>
    <w:family w:val="roman"/>
    <w:notTrueType/>
    <w:pitch w:val="default"/>
    <w:sig w:usb0="00000001" w:usb1="09060000" w:usb2="00000010" w:usb3="00000000" w:csb0="00080000" w:csb1="00000000"/>
  </w:font>
  <w:font w:name="HY울릉도M">
    <w:panose1 w:val="00000000000000000000"/>
    <w:charset w:val="81"/>
    <w:family w:val="roman"/>
    <w:notTrueType/>
    <w:pitch w:val="default"/>
    <w:sig w:usb0="00000001" w:usb1="09060000" w:usb2="00000010" w:usb3="00000000" w:csb0="00080000" w:csb1="00000000"/>
  </w:font>
  <w:font w:name="HY헤드라인M">
    <w:panose1 w:val="02030600000101010101"/>
    <w:charset w:val="81"/>
    <w:family w:val="roman"/>
    <w:pitch w:val="variable"/>
    <w:sig w:usb0="900002A7" w:usb1="09D77CF9" w:usb2="00000010" w:usb3="00000000" w:csb0="00080000" w:csb1="00000000"/>
  </w:font>
  <w:font w:name="휴먼명조">
    <w:altName w:val="맑은 고딕"/>
    <w:panose1 w:val="02010504000101010101"/>
    <w:charset w:val="81"/>
    <w:family w:val="roman"/>
    <w:notTrueType/>
    <w:pitch w:val="default"/>
    <w:sig w:usb0="00000000" w:usb1="09060000" w:usb2="00000010" w:usb3="00000000" w:csb0="00080000" w:csb1="00000000"/>
  </w:font>
  <w:font w:name="함초롬바탕">
    <w:panose1 w:val="02030604000101010101"/>
    <w:charset w:val="81"/>
    <w:family w:val="roman"/>
    <w:pitch w:val="variable"/>
    <w:sig w:usb0="F7002EFF" w:usb1="19DFFFFF" w:usb2="001BFDD7" w:usb3="00000000" w:csb0="001F007F" w:csb1="00000000"/>
  </w:font>
  <w:font w:name="HCI Poppy">
    <w:altName w:val="Times New Roman"/>
    <w:panose1 w:val="00000000000000000000"/>
    <w:charset w:val="00"/>
    <w:family w:val="roman"/>
    <w:notTrueType/>
    <w:pitch w:val="default"/>
  </w:font>
  <w:font w:name="HY중고딕">
    <w:panose1 w:val="02030600000101010101"/>
    <w:charset w:val="81"/>
    <w:family w:val="roman"/>
    <w:pitch w:val="variable"/>
    <w:sig w:usb0="900002A7" w:usb1="29D77CF9" w:usb2="00000010" w:usb3="00000000" w:csb0="00080000" w:csb1="00000000"/>
  </w:font>
  <w:font w:name="한양중고딕">
    <w:altName w:val="바탕"/>
    <w:panose1 w:val="00000000000000000000"/>
    <w:charset w:val="81"/>
    <w:family w:val="roman"/>
    <w:notTrueType/>
    <w:pitch w:val="default"/>
    <w:sig w:usb0="00000001" w:usb1="09060000" w:usb2="00000010" w:usb3="00000000" w:csb0="00080000" w:csb1="00000000"/>
  </w:font>
  <w:font w:name="함초롬돋움">
    <w:panose1 w:val="020B0604000101010101"/>
    <w:charset w:val="81"/>
    <w:family w:val="modern"/>
    <w:pitch w:val="variable"/>
    <w:sig w:usb0="F7002EFF" w:usb1="19DFFFFF" w:usb2="001BFDD7" w:usb3="00000000" w:csb0="001F007F" w:csb1="00000000"/>
  </w:font>
  <w:font w:name="HY신명조">
    <w:panose1 w:val="02030600000101010101"/>
    <w:charset w:val="81"/>
    <w:family w:val="roman"/>
    <w:pitch w:val="variable"/>
    <w:sig w:usb0="900002A7" w:usb1="29D77CF9" w:usb2="00000010" w:usb3="00000000" w:csb0="00080000" w:csb1="00000000"/>
  </w:font>
  <w:font w:name="바탕">
    <w:altName w:val="Batang"/>
    <w:panose1 w:val="02030600000101010101"/>
    <w:charset w:val="81"/>
    <w:family w:val="roman"/>
    <w:pitch w:val="variable"/>
    <w:sig w:usb0="B00002AF" w:usb1="69D77CFB" w:usb2="00000030" w:usb3="00000000" w:csb0="0008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90"/>
  <w:bordersDoNotSurroundHeader/>
  <w:bordersDoNotSurroundFooter/>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00DCF"/>
    <w:rsid w:val="00007701"/>
    <w:rsid w:val="00012615"/>
    <w:rsid w:val="000269F5"/>
    <w:rsid w:val="0003211E"/>
    <w:rsid w:val="00034616"/>
    <w:rsid w:val="00042A3F"/>
    <w:rsid w:val="0004780C"/>
    <w:rsid w:val="0006063C"/>
    <w:rsid w:val="00061185"/>
    <w:rsid w:val="00061BC8"/>
    <w:rsid w:val="0006564E"/>
    <w:rsid w:val="00070417"/>
    <w:rsid w:val="00074131"/>
    <w:rsid w:val="000756A4"/>
    <w:rsid w:val="000762B9"/>
    <w:rsid w:val="00080D82"/>
    <w:rsid w:val="00091BD0"/>
    <w:rsid w:val="00097D73"/>
    <w:rsid w:val="000A08A1"/>
    <w:rsid w:val="000A5EE5"/>
    <w:rsid w:val="000D477E"/>
    <w:rsid w:val="000D5671"/>
    <w:rsid w:val="000D61CC"/>
    <w:rsid w:val="000D7E05"/>
    <w:rsid w:val="000E2198"/>
    <w:rsid w:val="000E4730"/>
    <w:rsid w:val="000E4D4B"/>
    <w:rsid w:val="000E67ED"/>
    <w:rsid w:val="00110111"/>
    <w:rsid w:val="00110E80"/>
    <w:rsid w:val="0012584F"/>
    <w:rsid w:val="00130109"/>
    <w:rsid w:val="00135919"/>
    <w:rsid w:val="00136255"/>
    <w:rsid w:val="00140FDB"/>
    <w:rsid w:val="00142C38"/>
    <w:rsid w:val="00144A5D"/>
    <w:rsid w:val="001451BE"/>
    <w:rsid w:val="0014659C"/>
    <w:rsid w:val="001466FD"/>
    <w:rsid w:val="0015074B"/>
    <w:rsid w:val="001519D9"/>
    <w:rsid w:val="00153480"/>
    <w:rsid w:val="00154D94"/>
    <w:rsid w:val="0015691F"/>
    <w:rsid w:val="00161065"/>
    <w:rsid w:val="00161CD0"/>
    <w:rsid w:val="001627F6"/>
    <w:rsid w:val="001644A3"/>
    <w:rsid w:val="00172942"/>
    <w:rsid w:val="001822C7"/>
    <w:rsid w:val="001943C9"/>
    <w:rsid w:val="001A31FB"/>
    <w:rsid w:val="001A45B2"/>
    <w:rsid w:val="001A50E3"/>
    <w:rsid w:val="001A7A05"/>
    <w:rsid w:val="001C1886"/>
    <w:rsid w:val="001C7A13"/>
    <w:rsid w:val="001E4FEF"/>
    <w:rsid w:val="001E7699"/>
    <w:rsid w:val="001F4D29"/>
    <w:rsid w:val="001F6E50"/>
    <w:rsid w:val="0020081B"/>
    <w:rsid w:val="00206BD2"/>
    <w:rsid w:val="00207F27"/>
    <w:rsid w:val="00213DE4"/>
    <w:rsid w:val="00227381"/>
    <w:rsid w:val="0023130C"/>
    <w:rsid w:val="0023265F"/>
    <w:rsid w:val="00234340"/>
    <w:rsid w:val="00245501"/>
    <w:rsid w:val="00246F1F"/>
    <w:rsid w:val="00247C09"/>
    <w:rsid w:val="00257C4C"/>
    <w:rsid w:val="00263F66"/>
    <w:rsid w:val="002649E4"/>
    <w:rsid w:val="00265AE3"/>
    <w:rsid w:val="00272562"/>
    <w:rsid w:val="00274FDF"/>
    <w:rsid w:val="0027658E"/>
    <w:rsid w:val="00280B27"/>
    <w:rsid w:val="00281625"/>
    <w:rsid w:val="00285475"/>
    <w:rsid w:val="00287EA8"/>
    <w:rsid w:val="002908DE"/>
    <w:rsid w:val="00290CFE"/>
    <w:rsid w:val="002924E0"/>
    <w:rsid w:val="0029495E"/>
    <w:rsid w:val="0029639D"/>
    <w:rsid w:val="00297B9C"/>
    <w:rsid w:val="002A43F0"/>
    <w:rsid w:val="002A4471"/>
    <w:rsid w:val="002A4BD3"/>
    <w:rsid w:val="002A51D4"/>
    <w:rsid w:val="002A5508"/>
    <w:rsid w:val="002A5F8B"/>
    <w:rsid w:val="002B2068"/>
    <w:rsid w:val="002B7949"/>
    <w:rsid w:val="002C0235"/>
    <w:rsid w:val="002C17B4"/>
    <w:rsid w:val="002C2AC5"/>
    <w:rsid w:val="002C42B9"/>
    <w:rsid w:val="002D15AC"/>
    <w:rsid w:val="002D247B"/>
    <w:rsid w:val="002D7F74"/>
    <w:rsid w:val="002E7086"/>
    <w:rsid w:val="002F0D89"/>
    <w:rsid w:val="002F1060"/>
    <w:rsid w:val="00302937"/>
    <w:rsid w:val="003043BB"/>
    <w:rsid w:val="00304A5D"/>
    <w:rsid w:val="0030581A"/>
    <w:rsid w:val="00307B9D"/>
    <w:rsid w:val="0032070E"/>
    <w:rsid w:val="00322957"/>
    <w:rsid w:val="00326F90"/>
    <w:rsid w:val="0032723E"/>
    <w:rsid w:val="00333EE2"/>
    <w:rsid w:val="00334E90"/>
    <w:rsid w:val="003434CF"/>
    <w:rsid w:val="00343843"/>
    <w:rsid w:val="00344ECA"/>
    <w:rsid w:val="00346EF0"/>
    <w:rsid w:val="00347343"/>
    <w:rsid w:val="00356BB7"/>
    <w:rsid w:val="003605BB"/>
    <w:rsid w:val="00360742"/>
    <w:rsid w:val="00366FB5"/>
    <w:rsid w:val="00371588"/>
    <w:rsid w:val="00374B01"/>
    <w:rsid w:val="00397254"/>
    <w:rsid w:val="003978E3"/>
    <w:rsid w:val="003A12B7"/>
    <w:rsid w:val="003B21C9"/>
    <w:rsid w:val="003B6616"/>
    <w:rsid w:val="003B716A"/>
    <w:rsid w:val="003C0CAF"/>
    <w:rsid w:val="003D2CCF"/>
    <w:rsid w:val="003D4FFD"/>
    <w:rsid w:val="003D64D4"/>
    <w:rsid w:val="003D7C17"/>
    <w:rsid w:val="003E1D82"/>
    <w:rsid w:val="003E489E"/>
    <w:rsid w:val="003F01E3"/>
    <w:rsid w:val="003F7D5C"/>
    <w:rsid w:val="004033C8"/>
    <w:rsid w:val="00405A51"/>
    <w:rsid w:val="00421223"/>
    <w:rsid w:val="00425C67"/>
    <w:rsid w:val="00442EA4"/>
    <w:rsid w:val="004463B7"/>
    <w:rsid w:val="0044787F"/>
    <w:rsid w:val="004514B0"/>
    <w:rsid w:val="00457899"/>
    <w:rsid w:val="00460817"/>
    <w:rsid w:val="004666D8"/>
    <w:rsid w:val="00473DB1"/>
    <w:rsid w:val="004873E8"/>
    <w:rsid w:val="00487F2D"/>
    <w:rsid w:val="0049237E"/>
    <w:rsid w:val="004A67BE"/>
    <w:rsid w:val="004A6ED2"/>
    <w:rsid w:val="004B0643"/>
    <w:rsid w:val="004B2A73"/>
    <w:rsid w:val="004B5A20"/>
    <w:rsid w:val="004B70DD"/>
    <w:rsid w:val="004C60F7"/>
    <w:rsid w:val="004D454A"/>
    <w:rsid w:val="004D655B"/>
    <w:rsid w:val="004D6C19"/>
    <w:rsid w:val="004E03B0"/>
    <w:rsid w:val="004E2877"/>
    <w:rsid w:val="004E355C"/>
    <w:rsid w:val="004E4B6E"/>
    <w:rsid w:val="004E7A41"/>
    <w:rsid w:val="004F2BB6"/>
    <w:rsid w:val="004F498A"/>
    <w:rsid w:val="004F5138"/>
    <w:rsid w:val="004F7987"/>
    <w:rsid w:val="00504108"/>
    <w:rsid w:val="00505788"/>
    <w:rsid w:val="0050581E"/>
    <w:rsid w:val="005074F0"/>
    <w:rsid w:val="00510B93"/>
    <w:rsid w:val="0051152D"/>
    <w:rsid w:val="00511FA9"/>
    <w:rsid w:val="00514EF4"/>
    <w:rsid w:val="00516010"/>
    <w:rsid w:val="0051641C"/>
    <w:rsid w:val="005207FB"/>
    <w:rsid w:val="00534B14"/>
    <w:rsid w:val="00534C1C"/>
    <w:rsid w:val="00537A6B"/>
    <w:rsid w:val="005423DB"/>
    <w:rsid w:val="005428C6"/>
    <w:rsid w:val="00544E99"/>
    <w:rsid w:val="00547FB7"/>
    <w:rsid w:val="0055279D"/>
    <w:rsid w:val="00562E57"/>
    <w:rsid w:val="005801C1"/>
    <w:rsid w:val="00581582"/>
    <w:rsid w:val="00581714"/>
    <w:rsid w:val="005820EA"/>
    <w:rsid w:val="0058646E"/>
    <w:rsid w:val="00591362"/>
    <w:rsid w:val="0059313B"/>
    <w:rsid w:val="005A3E4F"/>
    <w:rsid w:val="005B49F6"/>
    <w:rsid w:val="005C25A0"/>
    <w:rsid w:val="005C2CFA"/>
    <w:rsid w:val="005C5117"/>
    <w:rsid w:val="005C65FA"/>
    <w:rsid w:val="005D14F6"/>
    <w:rsid w:val="005D45F3"/>
    <w:rsid w:val="005D4C1C"/>
    <w:rsid w:val="005E7785"/>
    <w:rsid w:val="005E7C84"/>
    <w:rsid w:val="005F0DE5"/>
    <w:rsid w:val="005F160A"/>
    <w:rsid w:val="005F67D3"/>
    <w:rsid w:val="00601D42"/>
    <w:rsid w:val="00602DA3"/>
    <w:rsid w:val="00604D80"/>
    <w:rsid w:val="00606EC6"/>
    <w:rsid w:val="006120AA"/>
    <w:rsid w:val="00612F1B"/>
    <w:rsid w:val="006138B5"/>
    <w:rsid w:val="00613DBC"/>
    <w:rsid w:val="00616B81"/>
    <w:rsid w:val="00621745"/>
    <w:rsid w:val="00622BAF"/>
    <w:rsid w:val="00636A27"/>
    <w:rsid w:val="00641765"/>
    <w:rsid w:val="00653D00"/>
    <w:rsid w:val="00661CBB"/>
    <w:rsid w:val="006630CB"/>
    <w:rsid w:val="00670FFC"/>
    <w:rsid w:val="00674E32"/>
    <w:rsid w:val="00674F18"/>
    <w:rsid w:val="00681E76"/>
    <w:rsid w:val="00682C34"/>
    <w:rsid w:val="0068349B"/>
    <w:rsid w:val="006A2E1A"/>
    <w:rsid w:val="006A694D"/>
    <w:rsid w:val="006A6E2C"/>
    <w:rsid w:val="006A76F9"/>
    <w:rsid w:val="006B01EA"/>
    <w:rsid w:val="006B15BE"/>
    <w:rsid w:val="006B390D"/>
    <w:rsid w:val="006B514C"/>
    <w:rsid w:val="006C5835"/>
    <w:rsid w:val="006C6D93"/>
    <w:rsid w:val="006C7E40"/>
    <w:rsid w:val="006D26A8"/>
    <w:rsid w:val="006D3176"/>
    <w:rsid w:val="006D486E"/>
    <w:rsid w:val="006D4984"/>
    <w:rsid w:val="006D4FB4"/>
    <w:rsid w:val="006D6B39"/>
    <w:rsid w:val="006E2322"/>
    <w:rsid w:val="006E49BD"/>
    <w:rsid w:val="006E5B60"/>
    <w:rsid w:val="006F6255"/>
    <w:rsid w:val="006F7EE8"/>
    <w:rsid w:val="00701FB9"/>
    <w:rsid w:val="00706FCB"/>
    <w:rsid w:val="00707510"/>
    <w:rsid w:val="00714C15"/>
    <w:rsid w:val="00720151"/>
    <w:rsid w:val="007226F8"/>
    <w:rsid w:val="007344D8"/>
    <w:rsid w:val="0073661C"/>
    <w:rsid w:val="00744D86"/>
    <w:rsid w:val="00752691"/>
    <w:rsid w:val="00773563"/>
    <w:rsid w:val="0077680F"/>
    <w:rsid w:val="00777E93"/>
    <w:rsid w:val="007907DE"/>
    <w:rsid w:val="0079350C"/>
    <w:rsid w:val="00793D6A"/>
    <w:rsid w:val="007945EF"/>
    <w:rsid w:val="007A1E8F"/>
    <w:rsid w:val="007B51EB"/>
    <w:rsid w:val="007B68FB"/>
    <w:rsid w:val="007E184D"/>
    <w:rsid w:val="007E2813"/>
    <w:rsid w:val="007E6509"/>
    <w:rsid w:val="007E71D0"/>
    <w:rsid w:val="00800168"/>
    <w:rsid w:val="00800584"/>
    <w:rsid w:val="00812ED9"/>
    <w:rsid w:val="00820634"/>
    <w:rsid w:val="008313DD"/>
    <w:rsid w:val="00840E88"/>
    <w:rsid w:val="008441FE"/>
    <w:rsid w:val="00847E52"/>
    <w:rsid w:val="00850474"/>
    <w:rsid w:val="00853FBE"/>
    <w:rsid w:val="008545FE"/>
    <w:rsid w:val="00855EB3"/>
    <w:rsid w:val="00856F1E"/>
    <w:rsid w:val="00864F63"/>
    <w:rsid w:val="0086702E"/>
    <w:rsid w:val="008761F7"/>
    <w:rsid w:val="00884579"/>
    <w:rsid w:val="00890309"/>
    <w:rsid w:val="00890D26"/>
    <w:rsid w:val="00893868"/>
    <w:rsid w:val="008938AC"/>
    <w:rsid w:val="00894AA5"/>
    <w:rsid w:val="00897D85"/>
    <w:rsid w:val="008B1103"/>
    <w:rsid w:val="008B4AF2"/>
    <w:rsid w:val="008B6C6A"/>
    <w:rsid w:val="008C364D"/>
    <w:rsid w:val="008C38BA"/>
    <w:rsid w:val="008C6F04"/>
    <w:rsid w:val="008C7486"/>
    <w:rsid w:val="008E30F0"/>
    <w:rsid w:val="008E47BC"/>
    <w:rsid w:val="008F0D4C"/>
    <w:rsid w:val="008F1E31"/>
    <w:rsid w:val="008F3625"/>
    <w:rsid w:val="008F3E5B"/>
    <w:rsid w:val="008F640F"/>
    <w:rsid w:val="0090339E"/>
    <w:rsid w:val="00923241"/>
    <w:rsid w:val="00924EE9"/>
    <w:rsid w:val="00925F6F"/>
    <w:rsid w:val="0093089E"/>
    <w:rsid w:val="00937504"/>
    <w:rsid w:val="00946260"/>
    <w:rsid w:val="009478B6"/>
    <w:rsid w:val="00950A3E"/>
    <w:rsid w:val="00960597"/>
    <w:rsid w:val="00965751"/>
    <w:rsid w:val="00965EAF"/>
    <w:rsid w:val="009667FE"/>
    <w:rsid w:val="00966C78"/>
    <w:rsid w:val="00972323"/>
    <w:rsid w:val="009753B0"/>
    <w:rsid w:val="00977D15"/>
    <w:rsid w:val="00983745"/>
    <w:rsid w:val="009869B6"/>
    <w:rsid w:val="00994E20"/>
    <w:rsid w:val="009A2EFE"/>
    <w:rsid w:val="009A4A07"/>
    <w:rsid w:val="009A5276"/>
    <w:rsid w:val="009A602F"/>
    <w:rsid w:val="009A7A3C"/>
    <w:rsid w:val="009B4EB1"/>
    <w:rsid w:val="009C1BA9"/>
    <w:rsid w:val="009C3E08"/>
    <w:rsid w:val="009D25D2"/>
    <w:rsid w:val="009D39A1"/>
    <w:rsid w:val="009D675E"/>
    <w:rsid w:val="009E322B"/>
    <w:rsid w:val="009E49CD"/>
    <w:rsid w:val="009E6BF6"/>
    <w:rsid w:val="009F2C9F"/>
    <w:rsid w:val="009F5B5B"/>
    <w:rsid w:val="009F70EC"/>
    <w:rsid w:val="00A01EB9"/>
    <w:rsid w:val="00A03B39"/>
    <w:rsid w:val="00A04DD8"/>
    <w:rsid w:val="00A04E3A"/>
    <w:rsid w:val="00A0569E"/>
    <w:rsid w:val="00A10B6C"/>
    <w:rsid w:val="00A41C61"/>
    <w:rsid w:val="00A464BC"/>
    <w:rsid w:val="00A56D90"/>
    <w:rsid w:val="00A600F9"/>
    <w:rsid w:val="00A61E0A"/>
    <w:rsid w:val="00A6233E"/>
    <w:rsid w:val="00A70FDA"/>
    <w:rsid w:val="00A729EB"/>
    <w:rsid w:val="00A82777"/>
    <w:rsid w:val="00A8283D"/>
    <w:rsid w:val="00A85323"/>
    <w:rsid w:val="00A863E7"/>
    <w:rsid w:val="00AA0089"/>
    <w:rsid w:val="00AA1D8D"/>
    <w:rsid w:val="00AA3189"/>
    <w:rsid w:val="00AA59BE"/>
    <w:rsid w:val="00AA650E"/>
    <w:rsid w:val="00AB1FC3"/>
    <w:rsid w:val="00AB2701"/>
    <w:rsid w:val="00AB49D0"/>
    <w:rsid w:val="00AC413D"/>
    <w:rsid w:val="00AC5A9D"/>
    <w:rsid w:val="00AC76CA"/>
    <w:rsid w:val="00AD12EE"/>
    <w:rsid w:val="00AD698E"/>
    <w:rsid w:val="00AD7186"/>
    <w:rsid w:val="00AF3F1D"/>
    <w:rsid w:val="00B16DC1"/>
    <w:rsid w:val="00B24B6E"/>
    <w:rsid w:val="00B27688"/>
    <w:rsid w:val="00B327B3"/>
    <w:rsid w:val="00B34830"/>
    <w:rsid w:val="00B47730"/>
    <w:rsid w:val="00B508EF"/>
    <w:rsid w:val="00B510D6"/>
    <w:rsid w:val="00B51B78"/>
    <w:rsid w:val="00B61F6C"/>
    <w:rsid w:val="00B733B8"/>
    <w:rsid w:val="00B73D06"/>
    <w:rsid w:val="00B76885"/>
    <w:rsid w:val="00B82202"/>
    <w:rsid w:val="00B86046"/>
    <w:rsid w:val="00B91B6E"/>
    <w:rsid w:val="00B91D14"/>
    <w:rsid w:val="00B93820"/>
    <w:rsid w:val="00B93D2A"/>
    <w:rsid w:val="00B974FF"/>
    <w:rsid w:val="00BA2A16"/>
    <w:rsid w:val="00BA3E01"/>
    <w:rsid w:val="00BA431E"/>
    <w:rsid w:val="00BC573F"/>
    <w:rsid w:val="00BD0FC7"/>
    <w:rsid w:val="00BD2806"/>
    <w:rsid w:val="00BE2704"/>
    <w:rsid w:val="00BE3A45"/>
    <w:rsid w:val="00BE49B6"/>
    <w:rsid w:val="00BE6528"/>
    <w:rsid w:val="00BF0E08"/>
    <w:rsid w:val="00BF107D"/>
    <w:rsid w:val="00C11424"/>
    <w:rsid w:val="00C429B9"/>
    <w:rsid w:val="00C506D3"/>
    <w:rsid w:val="00C51585"/>
    <w:rsid w:val="00C5360E"/>
    <w:rsid w:val="00C567F4"/>
    <w:rsid w:val="00C57B42"/>
    <w:rsid w:val="00C65BD9"/>
    <w:rsid w:val="00C70FF9"/>
    <w:rsid w:val="00C83A87"/>
    <w:rsid w:val="00C92F0C"/>
    <w:rsid w:val="00C9468D"/>
    <w:rsid w:val="00CA2E00"/>
    <w:rsid w:val="00CA72AA"/>
    <w:rsid w:val="00CB0664"/>
    <w:rsid w:val="00CB0CB9"/>
    <w:rsid w:val="00CB7DEE"/>
    <w:rsid w:val="00CC118A"/>
    <w:rsid w:val="00CD1F14"/>
    <w:rsid w:val="00CD7691"/>
    <w:rsid w:val="00CE20EF"/>
    <w:rsid w:val="00CE3824"/>
    <w:rsid w:val="00CE56D3"/>
    <w:rsid w:val="00CF11E0"/>
    <w:rsid w:val="00CF732C"/>
    <w:rsid w:val="00D1133D"/>
    <w:rsid w:val="00D126BB"/>
    <w:rsid w:val="00D14285"/>
    <w:rsid w:val="00D14E4A"/>
    <w:rsid w:val="00D17807"/>
    <w:rsid w:val="00D20258"/>
    <w:rsid w:val="00D23243"/>
    <w:rsid w:val="00D2471F"/>
    <w:rsid w:val="00D27055"/>
    <w:rsid w:val="00D309CC"/>
    <w:rsid w:val="00D32F9F"/>
    <w:rsid w:val="00D366D0"/>
    <w:rsid w:val="00D4009C"/>
    <w:rsid w:val="00D42D6D"/>
    <w:rsid w:val="00D47C77"/>
    <w:rsid w:val="00D50C1F"/>
    <w:rsid w:val="00D51EE9"/>
    <w:rsid w:val="00D53E27"/>
    <w:rsid w:val="00D54D3A"/>
    <w:rsid w:val="00D5575E"/>
    <w:rsid w:val="00D5744B"/>
    <w:rsid w:val="00D6669C"/>
    <w:rsid w:val="00D70BBB"/>
    <w:rsid w:val="00D72978"/>
    <w:rsid w:val="00D72C43"/>
    <w:rsid w:val="00D757D7"/>
    <w:rsid w:val="00D75CA8"/>
    <w:rsid w:val="00D80BD2"/>
    <w:rsid w:val="00D836F6"/>
    <w:rsid w:val="00D8649A"/>
    <w:rsid w:val="00D9056C"/>
    <w:rsid w:val="00D93A38"/>
    <w:rsid w:val="00DA0395"/>
    <w:rsid w:val="00DA07F6"/>
    <w:rsid w:val="00DA08A1"/>
    <w:rsid w:val="00DA3C7B"/>
    <w:rsid w:val="00DA5EF4"/>
    <w:rsid w:val="00DC06E2"/>
    <w:rsid w:val="00DC21B6"/>
    <w:rsid w:val="00DC6BA2"/>
    <w:rsid w:val="00DD6012"/>
    <w:rsid w:val="00DE77CE"/>
    <w:rsid w:val="00DF18B1"/>
    <w:rsid w:val="00E06009"/>
    <w:rsid w:val="00E11343"/>
    <w:rsid w:val="00E12930"/>
    <w:rsid w:val="00E13BAF"/>
    <w:rsid w:val="00E14F09"/>
    <w:rsid w:val="00E27A3E"/>
    <w:rsid w:val="00E31AC1"/>
    <w:rsid w:val="00E323BB"/>
    <w:rsid w:val="00E32DB9"/>
    <w:rsid w:val="00E33002"/>
    <w:rsid w:val="00E372AB"/>
    <w:rsid w:val="00E5308C"/>
    <w:rsid w:val="00E57162"/>
    <w:rsid w:val="00E605B1"/>
    <w:rsid w:val="00E61306"/>
    <w:rsid w:val="00E67611"/>
    <w:rsid w:val="00E706AC"/>
    <w:rsid w:val="00E71829"/>
    <w:rsid w:val="00E7204D"/>
    <w:rsid w:val="00E760D2"/>
    <w:rsid w:val="00E77C6F"/>
    <w:rsid w:val="00E951DF"/>
    <w:rsid w:val="00E961FF"/>
    <w:rsid w:val="00E97CED"/>
    <w:rsid w:val="00EA3491"/>
    <w:rsid w:val="00EA527D"/>
    <w:rsid w:val="00EA64AD"/>
    <w:rsid w:val="00EB1670"/>
    <w:rsid w:val="00EB371A"/>
    <w:rsid w:val="00EC2423"/>
    <w:rsid w:val="00EC5B72"/>
    <w:rsid w:val="00ED24EB"/>
    <w:rsid w:val="00ED5204"/>
    <w:rsid w:val="00ED7539"/>
    <w:rsid w:val="00EE090C"/>
    <w:rsid w:val="00EE4943"/>
    <w:rsid w:val="00EF15FA"/>
    <w:rsid w:val="00EF281A"/>
    <w:rsid w:val="00EF7992"/>
    <w:rsid w:val="00F001C7"/>
    <w:rsid w:val="00F027C7"/>
    <w:rsid w:val="00F03ED9"/>
    <w:rsid w:val="00F1258A"/>
    <w:rsid w:val="00F32869"/>
    <w:rsid w:val="00F3557A"/>
    <w:rsid w:val="00F36371"/>
    <w:rsid w:val="00F421B0"/>
    <w:rsid w:val="00F433A0"/>
    <w:rsid w:val="00F54052"/>
    <w:rsid w:val="00F5615F"/>
    <w:rsid w:val="00F57355"/>
    <w:rsid w:val="00F57BDF"/>
    <w:rsid w:val="00F612A4"/>
    <w:rsid w:val="00F63C68"/>
    <w:rsid w:val="00F66D34"/>
    <w:rsid w:val="00F8380B"/>
    <w:rsid w:val="00F90121"/>
    <w:rsid w:val="00F95036"/>
    <w:rsid w:val="00F9601B"/>
    <w:rsid w:val="00FA3F98"/>
    <w:rsid w:val="00FB5A02"/>
    <w:rsid w:val="00FC0B95"/>
    <w:rsid w:val="00FC4D16"/>
    <w:rsid w:val="00FC56AE"/>
    <w:rsid w:val="00FC5CD3"/>
    <w:rsid w:val="00FC693F"/>
    <w:rsid w:val="00FD34C1"/>
    <w:rsid w:val="00FE3FDD"/>
    <w:rsid w:val="00FF314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B6CF20"/>
  <w14:defaultImageDpi w14:val="300"/>
  <w15:docId w15:val="{781AC93A-F584-40A1-A273-4ECEC9D8DC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FC693F"/>
    <w:pPr>
      <w:spacing w:after="0" w:line="240" w:lineRule="auto"/>
    </w:pPr>
    <w:rPr>
      <w:rFonts w:ascii="맑은 고딕" w:eastAsia="맑은 고딕" w:hAnsi="맑은 고딕" w:cs="맑은 고딕"/>
      <w:sz w:val="20"/>
    </w:rPr>
  </w:style>
  <w:style w:type="paragraph" w:styleId="1">
    <w:name w:val="heading 1"/>
    <w:basedOn w:val="a1"/>
    <w:next w:val="a1"/>
    <w:link w:val="1Char"/>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Cha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Cha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1"/>
    <w:next w:val="a1"/>
    <w:link w:val="4Ch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Ch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Ch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Ch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Ch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Cs w:val="20"/>
    </w:rPr>
  </w:style>
  <w:style w:type="paragraph" w:styleId="9">
    <w:name w:val="heading 9"/>
    <w:basedOn w:val="a1"/>
    <w:next w:val="a1"/>
    <w:link w:val="9Ch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Char"/>
    <w:uiPriority w:val="99"/>
    <w:unhideWhenUsed/>
    <w:rsid w:val="00E618BF"/>
    <w:pPr>
      <w:tabs>
        <w:tab w:val="center" w:pos="4680"/>
        <w:tab w:val="right" w:pos="9360"/>
      </w:tabs>
    </w:pPr>
  </w:style>
  <w:style w:type="character" w:customStyle="1" w:styleId="Char">
    <w:name w:val="머리글 Char"/>
    <w:basedOn w:val="a2"/>
    <w:link w:val="a5"/>
    <w:uiPriority w:val="99"/>
    <w:rsid w:val="00E618BF"/>
  </w:style>
  <w:style w:type="paragraph" w:styleId="a6">
    <w:name w:val="footer"/>
    <w:basedOn w:val="a1"/>
    <w:link w:val="Char0"/>
    <w:uiPriority w:val="99"/>
    <w:unhideWhenUsed/>
    <w:rsid w:val="00E618BF"/>
    <w:pPr>
      <w:tabs>
        <w:tab w:val="center" w:pos="4680"/>
        <w:tab w:val="right" w:pos="9360"/>
      </w:tabs>
    </w:pPr>
  </w:style>
  <w:style w:type="character" w:customStyle="1" w:styleId="Char0">
    <w:name w:val="바닥글 Char"/>
    <w:basedOn w:val="a2"/>
    <w:link w:val="a6"/>
    <w:uiPriority w:val="99"/>
    <w:rsid w:val="00E618BF"/>
  </w:style>
  <w:style w:type="paragraph" w:styleId="a7">
    <w:name w:val="No Spacing"/>
    <w:uiPriority w:val="1"/>
    <w:qFormat/>
    <w:rsid w:val="00FC693F"/>
    <w:pPr>
      <w:spacing w:after="0" w:line="240" w:lineRule="auto"/>
    </w:pPr>
  </w:style>
  <w:style w:type="character" w:customStyle="1" w:styleId="1Char">
    <w:name w:val="제목 1 Char"/>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Char">
    <w:name w:val="제목 2 Char"/>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Char">
    <w:name w:val="제목 3 Char"/>
    <w:basedOn w:val="a2"/>
    <w:link w:val="31"/>
    <w:uiPriority w:val="9"/>
    <w:rsid w:val="00FC693F"/>
    <w:rPr>
      <w:rFonts w:asciiTheme="majorHAnsi" w:eastAsiaTheme="majorEastAsia" w:hAnsiTheme="majorHAnsi" w:cstheme="majorBidi"/>
      <w:b/>
      <w:bCs/>
      <w:color w:val="4F81BD" w:themeColor="accent1"/>
    </w:rPr>
  </w:style>
  <w:style w:type="paragraph" w:styleId="a8">
    <w:name w:val="Title"/>
    <w:basedOn w:val="a1"/>
    <w:next w:val="a1"/>
    <w:link w:val="Char1"/>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Char1">
    <w:name w:val="제목 Char"/>
    <w:basedOn w:val="a2"/>
    <w:link w:val="a8"/>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9">
    <w:name w:val="Subtitle"/>
    <w:basedOn w:val="a1"/>
    <w:next w:val="a1"/>
    <w:link w:val="Char2"/>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Char2">
    <w:name w:val="부제 Char"/>
    <w:basedOn w:val="a2"/>
    <w:link w:val="a9"/>
    <w:uiPriority w:val="11"/>
    <w:rsid w:val="00FC693F"/>
    <w:rPr>
      <w:rFonts w:asciiTheme="majorHAnsi" w:eastAsiaTheme="majorEastAsia" w:hAnsiTheme="majorHAnsi" w:cstheme="majorBidi"/>
      <w:i/>
      <w:iCs/>
      <w:color w:val="4F81BD" w:themeColor="accent1"/>
      <w:spacing w:val="15"/>
      <w:sz w:val="24"/>
      <w:szCs w:val="24"/>
    </w:rPr>
  </w:style>
  <w:style w:type="paragraph" w:styleId="aa">
    <w:name w:val="List Paragraph"/>
    <w:basedOn w:val="a1"/>
    <w:uiPriority w:val="34"/>
    <w:qFormat/>
    <w:rsid w:val="00FC693F"/>
    <w:pPr>
      <w:ind w:left="720"/>
      <w:contextualSpacing/>
    </w:pPr>
  </w:style>
  <w:style w:type="paragraph" w:styleId="ab">
    <w:name w:val="Body Text"/>
    <w:basedOn w:val="a1"/>
    <w:link w:val="Char3"/>
    <w:uiPriority w:val="99"/>
    <w:unhideWhenUsed/>
    <w:rsid w:val="00AA1D8D"/>
    <w:pPr>
      <w:spacing w:after="120"/>
    </w:pPr>
  </w:style>
  <w:style w:type="character" w:customStyle="1" w:styleId="Char3">
    <w:name w:val="본문 Char"/>
    <w:basedOn w:val="a2"/>
    <w:link w:val="ab"/>
    <w:uiPriority w:val="99"/>
    <w:rsid w:val="00AA1D8D"/>
  </w:style>
  <w:style w:type="paragraph" w:styleId="22">
    <w:name w:val="Body Text 2"/>
    <w:basedOn w:val="a1"/>
    <w:link w:val="2Char0"/>
    <w:uiPriority w:val="99"/>
    <w:unhideWhenUsed/>
    <w:rsid w:val="00AA1D8D"/>
    <w:pPr>
      <w:spacing w:after="120" w:line="480" w:lineRule="auto"/>
    </w:pPr>
  </w:style>
  <w:style w:type="character" w:customStyle="1" w:styleId="2Char0">
    <w:name w:val="본문 2 Char"/>
    <w:basedOn w:val="a2"/>
    <w:link w:val="22"/>
    <w:uiPriority w:val="99"/>
    <w:rsid w:val="00AA1D8D"/>
  </w:style>
  <w:style w:type="paragraph" w:styleId="32">
    <w:name w:val="Body Text 3"/>
    <w:basedOn w:val="a1"/>
    <w:link w:val="3Char0"/>
    <w:uiPriority w:val="99"/>
    <w:unhideWhenUsed/>
    <w:rsid w:val="00AA1D8D"/>
    <w:pPr>
      <w:spacing w:after="120"/>
    </w:pPr>
    <w:rPr>
      <w:sz w:val="16"/>
      <w:szCs w:val="16"/>
    </w:rPr>
  </w:style>
  <w:style w:type="character" w:customStyle="1" w:styleId="3Char0">
    <w:name w:val="본문 3 Char"/>
    <w:basedOn w:val="a2"/>
    <w:link w:val="32"/>
    <w:uiPriority w:val="99"/>
    <w:rsid w:val="00AA1D8D"/>
    <w:rPr>
      <w:sz w:val="16"/>
      <w:szCs w:val="16"/>
    </w:rPr>
  </w:style>
  <w:style w:type="paragraph" w:styleId="ac">
    <w:name w:val="List"/>
    <w:basedOn w:val="a1"/>
    <w:uiPriority w:val="99"/>
    <w:unhideWhenUsed/>
    <w:rsid w:val="00AA1D8D"/>
    <w:pPr>
      <w:ind w:left="360" w:hanging="360"/>
      <w:contextualSpacing/>
    </w:pPr>
  </w:style>
  <w:style w:type="paragraph" w:styleId="23">
    <w:name w:val="List 2"/>
    <w:basedOn w:val="a1"/>
    <w:uiPriority w:val="99"/>
    <w:unhideWhenUsed/>
    <w:rsid w:val="00326F90"/>
    <w:pPr>
      <w:ind w:left="720" w:hanging="360"/>
      <w:contextualSpacing/>
    </w:pPr>
  </w:style>
  <w:style w:type="paragraph" w:styleId="33">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d">
    <w:name w:val="List Continue"/>
    <w:basedOn w:val="a1"/>
    <w:uiPriority w:val="99"/>
    <w:unhideWhenUsed/>
    <w:rsid w:val="0029639D"/>
    <w:pPr>
      <w:spacing w:after="120"/>
      <w:ind w:left="360"/>
      <w:contextualSpacing/>
    </w:pPr>
  </w:style>
  <w:style w:type="paragraph" w:styleId="24">
    <w:name w:val="List Continue 2"/>
    <w:basedOn w:val="a1"/>
    <w:uiPriority w:val="99"/>
    <w:unhideWhenUsed/>
    <w:rsid w:val="0029639D"/>
    <w:pPr>
      <w:spacing w:after="120"/>
      <w:ind w:left="720"/>
      <w:contextualSpacing/>
    </w:pPr>
  </w:style>
  <w:style w:type="paragraph" w:styleId="34">
    <w:name w:val="List Continue 3"/>
    <w:basedOn w:val="a1"/>
    <w:uiPriority w:val="99"/>
    <w:unhideWhenUsed/>
    <w:rsid w:val="0029639D"/>
    <w:pPr>
      <w:spacing w:after="120"/>
      <w:ind w:left="1080"/>
      <w:contextualSpacing/>
    </w:pPr>
  </w:style>
  <w:style w:type="paragraph" w:styleId="ae">
    <w:name w:val="macro"/>
    <w:link w:val="Char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Char4">
    <w:name w:val="매크로 텍스트 Char"/>
    <w:basedOn w:val="a2"/>
    <w:link w:val="ae"/>
    <w:uiPriority w:val="99"/>
    <w:rsid w:val="0029639D"/>
    <w:rPr>
      <w:rFonts w:ascii="Courier" w:hAnsi="Courier"/>
      <w:sz w:val="20"/>
      <w:szCs w:val="20"/>
    </w:rPr>
  </w:style>
  <w:style w:type="paragraph" w:styleId="af">
    <w:name w:val="Quote"/>
    <w:basedOn w:val="a1"/>
    <w:next w:val="a1"/>
    <w:link w:val="Char5"/>
    <w:uiPriority w:val="29"/>
    <w:qFormat/>
    <w:rsid w:val="00FC693F"/>
    <w:rPr>
      <w:i/>
      <w:iCs/>
      <w:color w:val="000000" w:themeColor="text1"/>
    </w:rPr>
  </w:style>
  <w:style w:type="character" w:customStyle="1" w:styleId="Char5">
    <w:name w:val="인용 Char"/>
    <w:basedOn w:val="a2"/>
    <w:link w:val="af"/>
    <w:uiPriority w:val="29"/>
    <w:rsid w:val="00FC693F"/>
    <w:rPr>
      <w:i/>
      <w:iCs/>
      <w:color w:val="000000" w:themeColor="text1"/>
    </w:rPr>
  </w:style>
  <w:style w:type="character" w:customStyle="1" w:styleId="4Char">
    <w:name w:val="제목 4 Char"/>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Char">
    <w:name w:val="제목 5 Char"/>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Char">
    <w:name w:val="제목 6 Char"/>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Char">
    <w:name w:val="제목 7 Char"/>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Char">
    <w:name w:val="제목 8 Char"/>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Char">
    <w:name w:val="제목 9 Char"/>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0">
    <w:name w:val="caption"/>
    <w:basedOn w:val="a1"/>
    <w:next w:val="a1"/>
    <w:uiPriority w:val="35"/>
    <w:semiHidden/>
    <w:unhideWhenUsed/>
    <w:qFormat/>
    <w:rsid w:val="00FC693F"/>
    <w:rPr>
      <w:b/>
      <w:bCs/>
      <w:color w:val="4F81BD" w:themeColor="accent1"/>
      <w:sz w:val="18"/>
      <w:szCs w:val="18"/>
    </w:rPr>
  </w:style>
  <w:style w:type="character" w:styleId="af1">
    <w:name w:val="Strong"/>
    <w:basedOn w:val="a2"/>
    <w:uiPriority w:val="22"/>
    <w:qFormat/>
    <w:rsid w:val="00FC693F"/>
    <w:rPr>
      <w:b/>
      <w:bCs/>
    </w:rPr>
  </w:style>
  <w:style w:type="character" w:styleId="af2">
    <w:name w:val="Emphasis"/>
    <w:basedOn w:val="a2"/>
    <w:uiPriority w:val="20"/>
    <w:qFormat/>
    <w:rsid w:val="00FC693F"/>
    <w:rPr>
      <w:i/>
      <w:iCs/>
    </w:rPr>
  </w:style>
  <w:style w:type="paragraph" w:styleId="af3">
    <w:name w:val="Intense Quote"/>
    <w:basedOn w:val="a1"/>
    <w:next w:val="a1"/>
    <w:link w:val="Char6"/>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har6">
    <w:name w:val="강한 인용 Char"/>
    <w:basedOn w:val="a2"/>
    <w:link w:val="af3"/>
    <w:uiPriority w:val="30"/>
    <w:rsid w:val="00FC693F"/>
    <w:rPr>
      <w:b/>
      <w:bCs/>
      <w:i/>
      <w:iCs/>
      <w:color w:val="4F81BD" w:themeColor="accent1"/>
    </w:rPr>
  </w:style>
  <w:style w:type="character" w:styleId="af4">
    <w:name w:val="Subtle Emphasis"/>
    <w:basedOn w:val="a2"/>
    <w:uiPriority w:val="19"/>
    <w:qFormat/>
    <w:rsid w:val="00FC693F"/>
    <w:rPr>
      <w:i/>
      <w:iCs/>
      <w:color w:val="808080" w:themeColor="text1" w:themeTint="7F"/>
    </w:rPr>
  </w:style>
  <w:style w:type="character" w:styleId="af5">
    <w:name w:val="Intense Emphasis"/>
    <w:basedOn w:val="a2"/>
    <w:uiPriority w:val="21"/>
    <w:qFormat/>
    <w:rsid w:val="00FC693F"/>
    <w:rPr>
      <w:b/>
      <w:bCs/>
      <w:i/>
      <w:iCs/>
      <w:color w:val="4F81BD" w:themeColor="accent1"/>
    </w:rPr>
  </w:style>
  <w:style w:type="character" w:styleId="af6">
    <w:name w:val="Subtle Reference"/>
    <w:basedOn w:val="a2"/>
    <w:uiPriority w:val="31"/>
    <w:qFormat/>
    <w:rsid w:val="00FC693F"/>
    <w:rPr>
      <w:smallCaps/>
      <w:color w:val="C0504D" w:themeColor="accent2"/>
      <w:u w:val="single"/>
    </w:rPr>
  </w:style>
  <w:style w:type="character" w:styleId="af7">
    <w:name w:val="Intense Reference"/>
    <w:basedOn w:val="a2"/>
    <w:uiPriority w:val="32"/>
    <w:qFormat/>
    <w:rsid w:val="00FC693F"/>
    <w:rPr>
      <w:b/>
      <w:bCs/>
      <w:smallCaps/>
      <w:color w:val="C0504D" w:themeColor="accent2"/>
      <w:spacing w:val="5"/>
      <w:u w:val="single"/>
    </w:rPr>
  </w:style>
  <w:style w:type="character" w:styleId="af8">
    <w:name w:val="Book Title"/>
    <w:basedOn w:val="a2"/>
    <w:uiPriority w:val="33"/>
    <w:qFormat/>
    <w:rsid w:val="00FC693F"/>
    <w:rPr>
      <w:b/>
      <w:bCs/>
      <w:smallCaps/>
      <w:spacing w:val="5"/>
    </w:rPr>
  </w:style>
  <w:style w:type="paragraph" w:styleId="TOC">
    <w:name w:val="TOC Heading"/>
    <w:basedOn w:val="1"/>
    <w:next w:val="a1"/>
    <w:uiPriority w:val="39"/>
    <w:semiHidden/>
    <w:unhideWhenUsed/>
    <w:qFormat/>
    <w:rsid w:val="00FC693F"/>
    <w:pPr>
      <w:outlineLvl w:val="9"/>
    </w:pPr>
  </w:style>
  <w:style w:type="table" w:styleId="af9">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a">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b">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c">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0">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5">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1">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6">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2">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7">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5">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d">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e">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0">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ff1">
    <w:name w:val="바탕글"/>
    <w:basedOn w:val="a1"/>
    <w:rsid w:val="004E7A41"/>
    <w:pPr>
      <w:widowControl w:val="0"/>
      <w:wordWrap w:val="0"/>
      <w:autoSpaceDE w:val="0"/>
      <w:autoSpaceDN w:val="0"/>
      <w:snapToGrid w:val="0"/>
      <w:spacing w:line="384" w:lineRule="auto"/>
      <w:jc w:val="both"/>
      <w:textAlignment w:val="baseline"/>
    </w:pPr>
    <w:rPr>
      <w:rFonts w:ascii="한양신명조" w:eastAsia="굴림" w:hAnsi="굴림" w:cs="굴림"/>
      <w:color w:val="000000"/>
      <w:szCs w:val="20"/>
      <w:lang w:eastAsia="ko-KR"/>
    </w:rPr>
  </w:style>
  <w:style w:type="paragraph" w:customStyle="1" w:styleId="xl68">
    <w:name w:val="xl68"/>
    <w:basedOn w:val="a1"/>
    <w:rsid w:val="004E7A41"/>
    <w:pPr>
      <w:widowControl w:val="0"/>
      <w:wordWrap w:val="0"/>
      <w:autoSpaceDE w:val="0"/>
      <w:autoSpaceDN w:val="0"/>
      <w:spacing w:line="384" w:lineRule="auto"/>
      <w:jc w:val="both"/>
      <w:textAlignment w:val="baseline"/>
    </w:pPr>
    <w:rPr>
      <w:rFonts w:ascii="한컴바탕" w:eastAsia="굴림" w:hAnsi="굴림" w:cs="굴림"/>
      <w:color w:val="000000"/>
      <w:sz w:val="22"/>
      <w:lang w:eastAsia="ko-KR"/>
    </w:rPr>
  </w:style>
  <w:style w:type="paragraph" w:customStyle="1" w:styleId="xl65">
    <w:name w:val="xl65"/>
    <w:basedOn w:val="a1"/>
    <w:rsid w:val="004E7A41"/>
    <w:pPr>
      <w:widowControl w:val="0"/>
      <w:wordWrap w:val="0"/>
      <w:autoSpaceDE w:val="0"/>
      <w:autoSpaceDN w:val="0"/>
      <w:spacing w:line="384" w:lineRule="auto"/>
      <w:jc w:val="both"/>
      <w:textAlignment w:val="baseline"/>
    </w:pPr>
    <w:rPr>
      <w:rFonts w:ascii="한컴바탕" w:eastAsia="굴림" w:hAnsi="굴림" w:cs="굴림"/>
      <w:color w:val="000000"/>
      <w:sz w:val="18"/>
      <w:szCs w:val="18"/>
      <w:lang w:eastAsia="ko-KR"/>
    </w:rPr>
  </w:style>
  <w:style w:type="paragraph" w:customStyle="1" w:styleId="msonormal0">
    <w:name w:val="msonormal"/>
    <w:basedOn w:val="a1"/>
    <w:rsid w:val="00AA0089"/>
    <w:pPr>
      <w:spacing w:before="100" w:beforeAutospacing="1" w:after="100" w:afterAutospacing="1"/>
    </w:pPr>
    <w:rPr>
      <w:rFonts w:ascii="굴림" w:eastAsia="굴림" w:hAnsi="굴림" w:cs="굴림"/>
      <w:sz w:val="24"/>
      <w:szCs w:val="24"/>
      <w:lang w:eastAsia="ko-KR"/>
    </w:rPr>
  </w:style>
  <w:style w:type="paragraph" w:customStyle="1" w:styleId="s0">
    <w:name w:val="s0"/>
    <w:basedOn w:val="a1"/>
    <w:rsid w:val="00AA0089"/>
    <w:pPr>
      <w:widowControl w:val="0"/>
      <w:wordWrap w:val="0"/>
      <w:autoSpaceDE w:val="0"/>
      <w:autoSpaceDN w:val="0"/>
      <w:spacing w:line="384" w:lineRule="auto"/>
      <w:jc w:val="both"/>
      <w:textAlignment w:val="baseline"/>
    </w:pPr>
    <w:rPr>
      <w:rFonts w:ascii="한컴바탕" w:eastAsia="굴림" w:hAnsi="굴림" w:cs="굴림"/>
      <w:color w:val="000000"/>
      <w:sz w:val="24"/>
      <w:szCs w:val="24"/>
      <w:lang w:eastAsia="ko-K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7758603">
      <w:bodyDiv w:val="1"/>
      <w:marLeft w:val="0"/>
      <w:marRight w:val="0"/>
      <w:marTop w:val="0"/>
      <w:marBottom w:val="0"/>
      <w:divBdr>
        <w:top w:val="none" w:sz="0" w:space="0" w:color="auto"/>
        <w:left w:val="none" w:sz="0" w:space="0" w:color="auto"/>
        <w:bottom w:val="none" w:sz="0" w:space="0" w:color="auto"/>
        <w:right w:val="none" w:sz="0" w:space="0" w:color="auto"/>
      </w:divBdr>
    </w:div>
    <w:div w:id="330763750">
      <w:bodyDiv w:val="1"/>
      <w:marLeft w:val="0"/>
      <w:marRight w:val="0"/>
      <w:marTop w:val="0"/>
      <w:marBottom w:val="0"/>
      <w:divBdr>
        <w:top w:val="none" w:sz="0" w:space="0" w:color="auto"/>
        <w:left w:val="none" w:sz="0" w:space="0" w:color="auto"/>
        <w:bottom w:val="none" w:sz="0" w:space="0" w:color="auto"/>
        <w:right w:val="none" w:sz="0" w:space="0" w:color="auto"/>
      </w:divBdr>
    </w:div>
    <w:div w:id="375619401">
      <w:bodyDiv w:val="1"/>
      <w:marLeft w:val="0"/>
      <w:marRight w:val="0"/>
      <w:marTop w:val="0"/>
      <w:marBottom w:val="0"/>
      <w:divBdr>
        <w:top w:val="none" w:sz="0" w:space="0" w:color="auto"/>
        <w:left w:val="none" w:sz="0" w:space="0" w:color="auto"/>
        <w:bottom w:val="none" w:sz="0" w:space="0" w:color="auto"/>
        <w:right w:val="none" w:sz="0" w:space="0" w:color="auto"/>
      </w:divBdr>
    </w:div>
    <w:div w:id="648939816">
      <w:bodyDiv w:val="1"/>
      <w:marLeft w:val="0"/>
      <w:marRight w:val="0"/>
      <w:marTop w:val="0"/>
      <w:marBottom w:val="0"/>
      <w:divBdr>
        <w:top w:val="none" w:sz="0" w:space="0" w:color="auto"/>
        <w:left w:val="none" w:sz="0" w:space="0" w:color="auto"/>
        <w:bottom w:val="none" w:sz="0" w:space="0" w:color="auto"/>
        <w:right w:val="none" w:sz="0" w:space="0" w:color="auto"/>
      </w:divBdr>
    </w:div>
    <w:div w:id="899246598">
      <w:bodyDiv w:val="1"/>
      <w:marLeft w:val="0"/>
      <w:marRight w:val="0"/>
      <w:marTop w:val="0"/>
      <w:marBottom w:val="0"/>
      <w:divBdr>
        <w:top w:val="none" w:sz="0" w:space="0" w:color="auto"/>
        <w:left w:val="none" w:sz="0" w:space="0" w:color="auto"/>
        <w:bottom w:val="none" w:sz="0" w:space="0" w:color="auto"/>
        <w:right w:val="none" w:sz="0" w:space="0" w:color="auto"/>
      </w:divBdr>
    </w:div>
    <w:div w:id="907810259">
      <w:bodyDiv w:val="1"/>
      <w:marLeft w:val="0"/>
      <w:marRight w:val="0"/>
      <w:marTop w:val="0"/>
      <w:marBottom w:val="0"/>
      <w:divBdr>
        <w:top w:val="none" w:sz="0" w:space="0" w:color="auto"/>
        <w:left w:val="none" w:sz="0" w:space="0" w:color="auto"/>
        <w:bottom w:val="none" w:sz="0" w:space="0" w:color="auto"/>
        <w:right w:val="none" w:sz="0" w:space="0" w:color="auto"/>
      </w:divBdr>
    </w:div>
    <w:div w:id="917593572">
      <w:bodyDiv w:val="1"/>
      <w:marLeft w:val="0"/>
      <w:marRight w:val="0"/>
      <w:marTop w:val="0"/>
      <w:marBottom w:val="0"/>
      <w:divBdr>
        <w:top w:val="none" w:sz="0" w:space="0" w:color="auto"/>
        <w:left w:val="none" w:sz="0" w:space="0" w:color="auto"/>
        <w:bottom w:val="none" w:sz="0" w:space="0" w:color="auto"/>
        <w:right w:val="none" w:sz="0" w:space="0" w:color="auto"/>
      </w:divBdr>
    </w:div>
    <w:div w:id="1087727103">
      <w:bodyDiv w:val="1"/>
      <w:marLeft w:val="0"/>
      <w:marRight w:val="0"/>
      <w:marTop w:val="0"/>
      <w:marBottom w:val="0"/>
      <w:divBdr>
        <w:top w:val="none" w:sz="0" w:space="0" w:color="auto"/>
        <w:left w:val="none" w:sz="0" w:space="0" w:color="auto"/>
        <w:bottom w:val="none" w:sz="0" w:space="0" w:color="auto"/>
        <w:right w:val="none" w:sz="0" w:space="0" w:color="auto"/>
      </w:divBdr>
    </w:div>
    <w:div w:id="1129665759">
      <w:bodyDiv w:val="1"/>
      <w:marLeft w:val="0"/>
      <w:marRight w:val="0"/>
      <w:marTop w:val="0"/>
      <w:marBottom w:val="0"/>
      <w:divBdr>
        <w:top w:val="none" w:sz="0" w:space="0" w:color="auto"/>
        <w:left w:val="none" w:sz="0" w:space="0" w:color="auto"/>
        <w:bottom w:val="none" w:sz="0" w:space="0" w:color="auto"/>
        <w:right w:val="none" w:sz="0" w:space="0" w:color="auto"/>
      </w:divBdr>
    </w:div>
    <w:div w:id="1233545190">
      <w:bodyDiv w:val="1"/>
      <w:marLeft w:val="0"/>
      <w:marRight w:val="0"/>
      <w:marTop w:val="0"/>
      <w:marBottom w:val="0"/>
      <w:divBdr>
        <w:top w:val="none" w:sz="0" w:space="0" w:color="auto"/>
        <w:left w:val="none" w:sz="0" w:space="0" w:color="auto"/>
        <w:bottom w:val="none" w:sz="0" w:space="0" w:color="auto"/>
        <w:right w:val="none" w:sz="0" w:space="0" w:color="auto"/>
      </w:divBdr>
    </w:div>
    <w:div w:id="1323512290">
      <w:bodyDiv w:val="1"/>
      <w:marLeft w:val="0"/>
      <w:marRight w:val="0"/>
      <w:marTop w:val="0"/>
      <w:marBottom w:val="0"/>
      <w:divBdr>
        <w:top w:val="none" w:sz="0" w:space="0" w:color="auto"/>
        <w:left w:val="none" w:sz="0" w:space="0" w:color="auto"/>
        <w:bottom w:val="none" w:sz="0" w:space="0" w:color="auto"/>
        <w:right w:val="none" w:sz="0" w:space="0" w:color="auto"/>
      </w:divBdr>
    </w:div>
    <w:div w:id="1354457846">
      <w:bodyDiv w:val="1"/>
      <w:marLeft w:val="0"/>
      <w:marRight w:val="0"/>
      <w:marTop w:val="0"/>
      <w:marBottom w:val="0"/>
      <w:divBdr>
        <w:top w:val="none" w:sz="0" w:space="0" w:color="auto"/>
        <w:left w:val="none" w:sz="0" w:space="0" w:color="auto"/>
        <w:bottom w:val="none" w:sz="0" w:space="0" w:color="auto"/>
        <w:right w:val="none" w:sz="0" w:space="0" w:color="auto"/>
      </w:divBdr>
    </w:div>
    <w:div w:id="1608151340">
      <w:bodyDiv w:val="1"/>
      <w:marLeft w:val="0"/>
      <w:marRight w:val="0"/>
      <w:marTop w:val="0"/>
      <w:marBottom w:val="0"/>
      <w:divBdr>
        <w:top w:val="none" w:sz="0" w:space="0" w:color="auto"/>
        <w:left w:val="none" w:sz="0" w:space="0" w:color="auto"/>
        <w:bottom w:val="none" w:sz="0" w:space="0" w:color="auto"/>
        <w:right w:val="none" w:sz="0" w:space="0" w:color="auto"/>
      </w:divBdr>
    </w:div>
    <w:div w:id="207214775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50CB59-3C8A-4BFF-BF27-A94786DDB0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711</TotalTime>
  <Pages>15</Pages>
  <Words>3814</Words>
  <Characters>21742</Characters>
  <Application>Microsoft Office Word</Application>
  <DocSecurity>0</DocSecurity>
  <Lines>181</Lines>
  <Paragraphs>51</Paragraphs>
  <ScaleCrop>false</ScaleCrop>
  <HeadingPairs>
    <vt:vector size="4" baseType="variant">
      <vt:variant>
        <vt:lpstr>제목</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25505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김해민</cp:lastModifiedBy>
  <cp:revision>560</cp:revision>
  <dcterms:created xsi:type="dcterms:W3CDTF">2013-12-23T23:15:00Z</dcterms:created>
  <dcterms:modified xsi:type="dcterms:W3CDTF">2026-09-08T02:12:00Z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name="Fasoo_Trace_ID" pid="2">
    <vt:lpwstr>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</vt:lpwstr>
  </property>
</Properties>
</file>